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BC706" w14:textId="081F8812" w:rsidR="00D5417B" w:rsidRPr="00C35ABA" w:rsidRDefault="005F0BF7" w:rsidP="00C35ABA">
      <w:pPr>
        <w:jc w:val="center"/>
        <w:rPr>
          <w:color w:val="4F81BD" w:themeColor="accent1"/>
          <w:lang w:val="es-ES"/>
        </w:rPr>
      </w:pPr>
      <w:r w:rsidRPr="00C35ABA">
        <w:rPr>
          <w:b/>
          <w:color w:val="4F81BD" w:themeColor="accent1"/>
          <w:sz w:val="36"/>
          <w:lang w:val="es-ES"/>
        </w:rPr>
        <w:t>ALEMANIA Y VIENA</w:t>
      </w:r>
      <w:r w:rsidR="001479A0">
        <w:rPr>
          <w:b/>
          <w:color w:val="4F81BD" w:themeColor="accent1"/>
          <w:sz w:val="36"/>
          <w:lang w:val="es-ES"/>
        </w:rPr>
        <w:t xml:space="preserve"> </w:t>
      </w:r>
      <w:r w:rsidR="00C01B5A">
        <w:rPr>
          <w:b/>
          <w:color w:val="4F81BD" w:themeColor="accent1"/>
          <w:sz w:val="36"/>
          <w:lang w:val="es-ES"/>
        </w:rPr>
        <w:t xml:space="preserve">- </w:t>
      </w:r>
      <w:r w:rsidR="001479A0">
        <w:rPr>
          <w:b/>
          <w:color w:val="4F81BD" w:themeColor="accent1"/>
          <w:sz w:val="36"/>
          <w:lang w:val="es-ES"/>
        </w:rPr>
        <w:t>2027</w:t>
      </w:r>
    </w:p>
    <w:p w14:paraId="63DEFC68" w14:textId="77777777" w:rsidR="00D5417B" w:rsidRPr="00C35ABA" w:rsidRDefault="005F0BF7" w:rsidP="00C35ABA">
      <w:pPr>
        <w:jc w:val="center"/>
        <w:rPr>
          <w:color w:val="4F81BD" w:themeColor="accent1"/>
          <w:lang w:val="es-ES"/>
        </w:rPr>
      </w:pPr>
      <w:r w:rsidRPr="00C35ABA">
        <w:rPr>
          <w:color w:val="4F81BD" w:themeColor="accent1"/>
          <w:lang w:val="es-ES"/>
        </w:rPr>
        <w:t>Categoría: Primera</w:t>
      </w:r>
    </w:p>
    <w:p w14:paraId="7C8609B4" w14:textId="77777777" w:rsidR="00D5417B" w:rsidRPr="00C35ABA" w:rsidRDefault="005F0BF7" w:rsidP="00C35ABA">
      <w:pPr>
        <w:jc w:val="center"/>
        <w:rPr>
          <w:lang w:val="es-ES"/>
        </w:rPr>
      </w:pPr>
      <w:r w:rsidRPr="00C35ABA">
        <w:rPr>
          <w:lang w:val="es-ES"/>
        </w:rPr>
        <w:t>Código: EETALAUS  |  10 Días</w:t>
      </w:r>
    </w:p>
    <w:p w14:paraId="3D2F3C1F" w14:textId="77777777" w:rsidR="00D5417B" w:rsidRPr="00C35ABA" w:rsidRDefault="00D5417B">
      <w:pPr>
        <w:rPr>
          <w:lang w:val="es-ES"/>
        </w:rPr>
      </w:pPr>
    </w:p>
    <w:p w14:paraId="5822434F" w14:textId="77777777" w:rsidR="00D5417B" w:rsidRPr="005F0BF7" w:rsidRDefault="005F0BF7">
      <w:pPr>
        <w:pStyle w:val="Ttulo2"/>
        <w:rPr>
          <w:bCs w:val="0"/>
          <w:lang w:val="es-ES"/>
        </w:rPr>
      </w:pPr>
      <w:r w:rsidRPr="005F0BF7">
        <w:rPr>
          <w:bCs w:val="0"/>
          <w:lang w:val="es-ES"/>
        </w:rPr>
        <w:t>SALIDAS GARANTIZADAS 2027</w:t>
      </w:r>
    </w:p>
    <w:p w14:paraId="357D0391" w14:textId="77777777" w:rsidR="00D5417B" w:rsidRPr="00C35ABA" w:rsidRDefault="005F0BF7">
      <w:pPr>
        <w:rPr>
          <w:lang w:val="es-ES"/>
        </w:rPr>
      </w:pPr>
      <w:r w:rsidRPr="00C35ABA">
        <w:rPr>
          <w:lang w:val="es-ES"/>
        </w:rPr>
        <w:t>MAYO . . . . . . . . . . . . . . . . . . . . . . . . . . 16</w:t>
      </w:r>
    </w:p>
    <w:p w14:paraId="17FEB1A9" w14:textId="77777777" w:rsidR="00D5417B" w:rsidRPr="00C35ABA" w:rsidRDefault="005F0BF7">
      <w:pPr>
        <w:rPr>
          <w:lang w:val="es-ES"/>
        </w:rPr>
      </w:pPr>
      <w:r w:rsidRPr="00C35ABA">
        <w:rPr>
          <w:lang w:val="es-ES"/>
        </w:rPr>
        <w:t>JUNIO . . . . . . . . . . . . . . . . . . . . . . . . . 13</w:t>
      </w:r>
    </w:p>
    <w:p w14:paraId="20F26E06" w14:textId="77777777" w:rsidR="00D5417B" w:rsidRPr="00C35ABA" w:rsidRDefault="005F0BF7">
      <w:pPr>
        <w:rPr>
          <w:lang w:val="es-ES"/>
        </w:rPr>
      </w:pPr>
      <w:r w:rsidRPr="00C35ABA">
        <w:rPr>
          <w:lang w:val="es-ES"/>
        </w:rPr>
        <w:t>AGOSTO . . . . . . . . . . . . . . . . . . . . . . . . 22</w:t>
      </w:r>
    </w:p>
    <w:p w14:paraId="0F73968D" w14:textId="77777777" w:rsidR="00D5417B" w:rsidRPr="00C35ABA" w:rsidRDefault="005F0BF7">
      <w:pPr>
        <w:rPr>
          <w:lang w:val="es-ES"/>
        </w:rPr>
      </w:pPr>
      <w:r w:rsidRPr="00C35ABA">
        <w:rPr>
          <w:lang w:val="es-ES"/>
        </w:rPr>
        <w:t xml:space="preserve">SEPTIEMBRE . . . . . . . . . . . . . . . . . . . . . </w:t>
      </w:r>
      <w:r w:rsidRPr="005F0BF7">
        <w:rPr>
          <w:color w:val="FF0000"/>
          <w:lang w:val="es-ES"/>
        </w:rPr>
        <w:t>19</w:t>
      </w:r>
    </w:p>
    <w:p w14:paraId="606365CE" w14:textId="77777777" w:rsidR="00D5417B" w:rsidRPr="00C35ABA" w:rsidRDefault="00D5417B">
      <w:pPr>
        <w:rPr>
          <w:lang w:val="es-ES"/>
        </w:rPr>
      </w:pPr>
    </w:p>
    <w:p w14:paraId="60456DB8" w14:textId="77777777" w:rsidR="00D5417B" w:rsidRPr="005F0BF7" w:rsidRDefault="005F0BF7">
      <w:pPr>
        <w:pStyle w:val="Ttulo2"/>
        <w:rPr>
          <w:bCs w:val="0"/>
          <w:lang w:val="es-ES"/>
        </w:rPr>
      </w:pPr>
      <w:r w:rsidRPr="005F0BF7">
        <w:rPr>
          <w:bCs w:val="0"/>
          <w:lang w:val="es-ES"/>
        </w:rPr>
        <w:t>HOTELES PREVISTOS</w:t>
      </w:r>
    </w:p>
    <w:p w14:paraId="628F1C89" w14:textId="77777777" w:rsidR="00D5417B" w:rsidRPr="00C35ABA" w:rsidRDefault="005F0BF7">
      <w:pPr>
        <w:rPr>
          <w:lang w:val="es-ES"/>
        </w:rPr>
      </w:pPr>
      <w:r w:rsidRPr="00C35ABA">
        <w:rPr>
          <w:lang w:val="es-ES"/>
        </w:rPr>
        <w:t>(o similares en la categoría indicada, según ciudad)</w:t>
      </w:r>
    </w:p>
    <w:p w14:paraId="274694CE" w14:textId="021DC005" w:rsidR="00D5417B" w:rsidRPr="004A7AF8" w:rsidRDefault="005F0BF7">
      <w:pPr>
        <w:rPr>
          <w:lang w:val="en-GB"/>
        </w:rPr>
      </w:pPr>
      <w:r w:rsidRPr="004A7AF8">
        <w:rPr>
          <w:lang w:val="en-GB"/>
        </w:rPr>
        <w:t xml:space="preserve">FRANKFURT: </w:t>
      </w:r>
      <w:r w:rsidR="004A7AF8" w:rsidRPr="004A7AF8">
        <w:rPr>
          <w:lang w:val="en-GB"/>
        </w:rPr>
        <w:t>MARRIOTT</w:t>
      </w:r>
      <w:r w:rsidR="00901122">
        <w:rPr>
          <w:lang w:val="en-GB"/>
        </w:rPr>
        <w:t xml:space="preserve"> ****(*)</w:t>
      </w:r>
    </w:p>
    <w:p w14:paraId="59C75EED" w14:textId="5DFB381E" w:rsidR="00D5417B" w:rsidRPr="004A7AF8" w:rsidRDefault="005F0BF7">
      <w:pPr>
        <w:rPr>
          <w:lang w:val="en-GB"/>
        </w:rPr>
      </w:pPr>
      <w:r w:rsidRPr="004A7AF8">
        <w:rPr>
          <w:lang w:val="en-GB"/>
        </w:rPr>
        <w:t>HEIDELBERG: MARRIOTT</w:t>
      </w:r>
      <w:r w:rsidR="00901122">
        <w:rPr>
          <w:lang w:val="en-GB"/>
        </w:rPr>
        <w:t>****</w:t>
      </w:r>
    </w:p>
    <w:p w14:paraId="50919DDC" w14:textId="5857BED8" w:rsidR="00D5417B" w:rsidRPr="004A7AF8" w:rsidRDefault="005F0BF7">
      <w:pPr>
        <w:rPr>
          <w:lang w:val="en-GB"/>
        </w:rPr>
      </w:pPr>
      <w:r w:rsidRPr="004A7AF8">
        <w:rPr>
          <w:lang w:val="en-GB"/>
        </w:rPr>
        <w:t xml:space="preserve">FRIBURGO: HAMPTON BY HILTON </w:t>
      </w:r>
      <w:r w:rsidR="00901122" w:rsidRPr="00901122">
        <w:rPr>
          <w:lang w:val="en-GB"/>
        </w:rPr>
        <w:t>****</w:t>
      </w:r>
    </w:p>
    <w:p w14:paraId="7D61F31C" w14:textId="1A2AC9E7" w:rsidR="00D5417B" w:rsidRPr="004A7AF8" w:rsidRDefault="005F0BF7">
      <w:pPr>
        <w:rPr>
          <w:lang w:val="en-GB"/>
        </w:rPr>
      </w:pPr>
      <w:r w:rsidRPr="004A7AF8">
        <w:rPr>
          <w:lang w:val="en-GB"/>
        </w:rPr>
        <w:t>MÚNICH: WESTIN GRAND</w:t>
      </w:r>
      <w:r w:rsidR="00901122">
        <w:rPr>
          <w:lang w:val="en-GB"/>
        </w:rPr>
        <w:t>****(*)</w:t>
      </w:r>
    </w:p>
    <w:p w14:paraId="31B8727B" w14:textId="71E21B7F" w:rsidR="00D5417B" w:rsidRPr="004A7AF8" w:rsidRDefault="005F0BF7">
      <w:pPr>
        <w:rPr>
          <w:lang w:val="en-GB"/>
        </w:rPr>
      </w:pPr>
      <w:r w:rsidRPr="004A7AF8">
        <w:rPr>
          <w:lang w:val="en-GB"/>
        </w:rPr>
        <w:t>VIENA: ROOMZ PRATER</w:t>
      </w:r>
      <w:r w:rsidR="00901122">
        <w:rPr>
          <w:lang w:val="en-GB"/>
        </w:rPr>
        <w:t>****</w:t>
      </w:r>
    </w:p>
    <w:p w14:paraId="0C0CB586" w14:textId="77777777" w:rsidR="00D5417B" w:rsidRPr="004A7AF8" w:rsidRDefault="00D5417B">
      <w:pPr>
        <w:rPr>
          <w:lang w:val="en-GB"/>
        </w:rPr>
      </w:pPr>
    </w:p>
    <w:p w14:paraId="5E9C8B2D" w14:textId="77777777" w:rsidR="00D5417B" w:rsidRPr="005F0BF7" w:rsidRDefault="005F0BF7">
      <w:pPr>
        <w:pStyle w:val="Ttulo2"/>
        <w:rPr>
          <w:bCs w:val="0"/>
          <w:lang w:val="es-ES"/>
        </w:rPr>
      </w:pPr>
      <w:r w:rsidRPr="005F0BF7">
        <w:rPr>
          <w:bCs w:val="0"/>
          <w:lang w:val="es-ES"/>
        </w:rPr>
        <w:t>SERVICIOS INCLUIDOS</w:t>
      </w:r>
    </w:p>
    <w:p w14:paraId="369431B6" w14:textId="77777777" w:rsidR="00D5417B" w:rsidRDefault="005F0BF7">
      <w:pPr>
        <w:pStyle w:val="Listaconvietas"/>
      </w:pPr>
      <w:r>
        <w:t>Guía exclusivo de habla hispana</w:t>
      </w:r>
    </w:p>
    <w:p w14:paraId="6E43F053" w14:textId="77777777" w:rsidR="00D5417B" w:rsidRDefault="005F0BF7">
      <w:pPr>
        <w:pStyle w:val="Listaconvietas"/>
      </w:pPr>
      <w:r>
        <w:t>9 noches alojamiento con desayuno buffet</w:t>
      </w:r>
    </w:p>
    <w:p w14:paraId="3F679EDB" w14:textId="77777777" w:rsidR="00D5417B" w:rsidRDefault="005F0BF7">
      <w:pPr>
        <w:pStyle w:val="Listaconvietas"/>
      </w:pPr>
      <w:r>
        <w:t>Entradas y experiencias según itinerario</w:t>
      </w:r>
    </w:p>
    <w:p w14:paraId="05461765" w14:textId="77777777" w:rsidR="00D5417B" w:rsidRDefault="005F0BF7">
      <w:pPr>
        <w:pStyle w:val="Listaconvietas"/>
      </w:pPr>
      <w:r>
        <w:t>1 cena típica en Viena</w:t>
      </w:r>
    </w:p>
    <w:p w14:paraId="6CFC3D61" w14:textId="77777777" w:rsidR="00D5417B" w:rsidRDefault="00D5417B"/>
    <w:p w14:paraId="23CB9B37" w14:textId="77777777" w:rsidR="00D5417B" w:rsidRPr="005F0BF7" w:rsidRDefault="005F0BF7">
      <w:pPr>
        <w:pStyle w:val="Ttulo2"/>
        <w:rPr>
          <w:bCs w:val="0"/>
        </w:rPr>
      </w:pPr>
      <w:r w:rsidRPr="005F0BF7">
        <w:rPr>
          <w:bCs w:val="0"/>
        </w:rPr>
        <w:t>PRECIOS EN EUROS</w:t>
      </w:r>
    </w:p>
    <w:p w14:paraId="550E52E3" w14:textId="77777777" w:rsidR="00D5417B" w:rsidRDefault="005F0BF7">
      <w:r>
        <w:t>€ 2.290,– por persona en doble</w:t>
      </w:r>
    </w:p>
    <w:p w14:paraId="218EBA5D" w14:textId="77777777" w:rsidR="00D5417B" w:rsidRDefault="005F0BF7">
      <w:r>
        <w:t>€ 990,– suplemento individual</w:t>
      </w:r>
    </w:p>
    <w:p w14:paraId="7B904AD6" w14:textId="7BC5F4A8" w:rsidR="00D5417B" w:rsidRPr="004A7AF8" w:rsidRDefault="005F0BF7">
      <w:pPr>
        <w:rPr>
          <w:color w:val="FF0000"/>
          <w:lang w:val="es-ES"/>
        </w:rPr>
      </w:pPr>
      <w:r w:rsidRPr="00706D65">
        <w:rPr>
          <w:color w:val="FF0000"/>
          <w:lang w:val="es-ES"/>
        </w:rPr>
        <w:t>€ 300,–</w:t>
      </w:r>
      <w:r w:rsidRPr="005F0BF7">
        <w:rPr>
          <w:color w:val="FF0000"/>
          <w:lang w:val="es-ES"/>
        </w:rPr>
        <w:t xml:space="preserve"> </w:t>
      </w:r>
      <w:r w:rsidR="004A7AF8" w:rsidRPr="004A7AF8">
        <w:rPr>
          <w:color w:val="FF0000"/>
          <w:lang w:val="es-ES"/>
        </w:rPr>
        <w:t>suplemento de hotelería por persona para la salida del Septiembre 19</w:t>
      </w:r>
    </w:p>
    <w:p w14:paraId="6993F7C3" w14:textId="77777777" w:rsidR="00D5417B" w:rsidRPr="00C35ABA" w:rsidRDefault="005F0BF7">
      <w:pPr>
        <w:rPr>
          <w:lang w:val="es-ES"/>
        </w:rPr>
      </w:pPr>
      <w:r w:rsidRPr="00C35ABA">
        <w:rPr>
          <w:lang w:val="es-ES"/>
        </w:rPr>
        <w:lastRenderedPageBreak/>
        <w:t>5% descuento para el tercer pasajero compartiendo con +2 personas (HABITACIÓN TRIPLE).</w:t>
      </w:r>
    </w:p>
    <w:p w14:paraId="6C94F623" w14:textId="77777777" w:rsidR="00D5417B" w:rsidRPr="00C35ABA" w:rsidRDefault="00D5417B">
      <w:pPr>
        <w:rPr>
          <w:lang w:val="es-ES"/>
        </w:rPr>
      </w:pPr>
    </w:p>
    <w:p w14:paraId="29B3980C" w14:textId="77777777" w:rsidR="00D5417B" w:rsidRPr="005F0BF7" w:rsidRDefault="005F0BF7">
      <w:pPr>
        <w:pStyle w:val="Ttulo2"/>
        <w:rPr>
          <w:bCs w:val="0"/>
          <w:lang w:val="es-ES"/>
        </w:rPr>
      </w:pPr>
      <w:r w:rsidRPr="005F0BF7">
        <w:rPr>
          <w:bCs w:val="0"/>
          <w:lang w:val="es-ES"/>
        </w:rPr>
        <w:t>ITINERARIO</w:t>
      </w:r>
    </w:p>
    <w:p w14:paraId="69DCDD99" w14:textId="77777777" w:rsidR="00D5417B" w:rsidRPr="00C35ABA" w:rsidRDefault="005F0BF7">
      <w:pPr>
        <w:rPr>
          <w:lang w:val="es-ES"/>
        </w:rPr>
      </w:pPr>
      <w:r w:rsidRPr="00C35ABA">
        <w:rPr>
          <w:b/>
          <w:lang w:val="es-ES"/>
        </w:rPr>
        <w:t>DÍA 1 DOM FRANKFURT</w:t>
      </w:r>
    </w:p>
    <w:p w14:paraId="592E1D3C" w14:textId="77777777" w:rsidR="00D5417B" w:rsidRPr="00C35ABA" w:rsidRDefault="005F0BF7">
      <w:pPr>
        <w:rPr>
          <w:lang w:val="es-ES"/>
        </w:rPr>
      </w:pPr>
      <w:r w:rsidRPr="00C35ABA">
        <w:rPr>
          <w:lang w:val="es-ES"/>
        </w:rPr>
        <w:t>Llegada a Frankfurt y traslado al hotel. Alojamiento. El guía estará a partir de las 19 hrs en el hotel.</w:t>
      </w:r>
    </w:p>
    <w:p w14:paraId="59245ACA" w14:textId="77777777" w:rsidR="00D5417B" w:rsidRPr="00C35ABA" w:rsidRDefault="00D5417B">
      <w:pPr>
        <w:rPr>
          <w:lang w:val="es-ES"/>
        </w:rPr>
      </w:pPr>
    </w:p>
    <w:p w14:paraId="62BBE8F9" w14:textId="77777777" w:rsidR="00D5417B" w:rsidRPr="00C35ABA" w:rsidRDefault="005F0BF7">
      <w:pPr>
        <w:rPr>
          <w:lang w:val="es-ES"/>
        </w:rPr>
      </w:pPr>
      <w:r w:rsidRPr="00C35ABA">
        <w:rPr>
          <w:b/>
          <w:lang w:val="es-ES"/>
        </w:rPr>
        <w:t>DÍA 2 LUN FRANKFURT - ROTHEMBURGO - HEIDELBERG</w:t>
      </w:r>
    </w:p>
    <w:p w14:paraId="5DE58062" w14:textId="77777777" w:rsidR="00D5417B" w:rsidRPr="00C35ABA" w:rsidRDefault="005F0BF7">
      <w:pPr>
        <w:rPr>
          <w:lang w:val="es-ES"/>
        </w:rPr>
      </w:pPr>
      <w:r w:rsidRPr="00C35ABA">
        <w:rPr>
          <w:lang w:val="es-ES"/>
        </w:rPr>
        <w:t>Tras el desayuno, realizaremos la visita de la ciudad de Frankfurt, donde conoceremos el centro histórico con el Römer, el Ayuntamiento, la Catedral y la Paulskirche (Iglesia de San Pablo). También veremos la Casa de Goethe, lugar de nacimiento del gran poeta alemán, así como las instalaciones de la Feria de Frankfurt, sede de exposiciones internacionales. Veremos la Alte Oper (Ópera Antigua) y el distrito financiero, con sus rascacielos, entre ellos algunos de los más altos de Europa. Además, pasaremos por el Banco Central Europeo, la Hauptwache y la calle comercial „Zeil“, así como por las torres de las antiguas murallas y los museos a orillas del Rin. A continuación, salida hacia Rothenburg ob der Tauber. Al llegar, la ciudad ofrece una auténtica estampa medieval, con sus murallas perfectamente conservadas y calles empedradas que evocan tiempos de caballeros y doncellas. La plaza del mercado, con su pintoresco ayuntamiento y casas de entramado de madera, constituye el corazón de este destino. Por la tarde, continuación hacia Heidelberg. Alojamiento.</w:t>
      </w:r>
    </w:p>
    <w:p w14:paraId="487B06F8" w14:textId="77777777" w:rsidR="00D5417B" w:rsidRPr="00C35ABA" w:rsidRDefault="00D5417B">
      <w:pPr>
        <w:rPr>
          <w:lang w:val="es-ES"/>
        </w:rPr>
      </w:pPr>
    </w:p>
    <w:p w14:paraId="32C729FE" w14:textId="77777777" w:rsidR="00D5417B" w:rsidRPr="00C35ABA" w:rsidRDefault="005F0BF7">
      <w:pPr>
        <w:rPr>
          <w:lang w:val="es-ES"/>
        </w:rPr>
      </w:pPr>
      <w:r w:rsidRPr="00C35ABA">
        <w:rPr>
          <w:b/>
          <w:lang w:val="es-ES"/>
        </w:rPr>
        <w:t>DÍA 3 MAR HEIDELBERG</w:t>
      </w:r>
    </w:p>
    <w:p w14:paraId="1DA2BD35" w14:textId="77777777" w:rsidR="00D5417B" w:rsidRPr="00C35ABA" w:rsidRDefault="005F0BF7">
      <w:pPr>
        <w:rPr>
          <w:lang w:val="es-ES"/>
        </w:rPr>
      </w:pPr>
      <w:r w:rsidRPr="00C35ABA">
        <w:rPr>
          <w:lang w:val="es-ES"/>
        </w:rPr>
        <w:t>La jornada comienza con la visita de Heidelberg, la ciudad universitaria más antigua de Alemania. El recorrido se inicia en el casco antiguo, donde destacan edificios históricos como el antiguo ayuntamiento y la Heiliggeistkirche, ambos del siglo XV, además de las tradicionales casas de entramado de madera. El punto culminante es la visita al castillo de Heidelberg, situado en lo alto de la ciudad, desde donde se obtiene una magnífica vista del valle del Neckar. En su interior se encuentra la gran bodega, que alberga el barril de vino más grande del mundo. Posteriormente, paseo por el Puente Viejo, una construcción de piedra del siglo XVIII que completa la visita. Tarde libre y alojamiento.</w:t>
      </w:r>
    </w:p>
    <w:p w14:paraId="07415C1F" w14:textId="77777777" w:rsidR="00D5417B" w:rsidRPr="00C35ABA" w:rsidRDefault="00D5417B">
      <w:pPr>
        <w:rPr>
          <w:lang w:val="es-ES"/>
        </w:rPr>
      </w:pPr>
    </w:p>
    <w:p w14:paraId="7177B7C6" w14:textId="77777777" w:rsidR="00D5417B" w:rsidRPr="00C35ABA" w:rsidRDefault="005F0BF7">
      <w:pPr>
        <w:rPr>
          <w:lang w:val="es-ES"/>
        </w:rPr>
      </w:pPr>
      <w:r w:rsidRPr="00C35ABA">
        <w:rPr>
          <w:b/>
          <w:lang w:val="es-ES"/>
        </w:rPr>
        <w:t>DÍA 4 MIE HEIDELBERG - ESTRASBURGO - FRIBURGO</w:t>
      </w:r>
    </w:p>
    <w:p w14:paraId="18D20EB5" w14:textId="77777777" w:rsidR="00D5417B" w:rsidRPr="00C35ABA" w:rsidRDefault="005F0BF7">
      <w:pPr>
        <w:rPr>
          <w:lang w:val="es-ES"/>
        </w:rPr>
      </w:pPr>
      <w:r w:rsidRPr="00C35ABA">
        <w:rPr>
          <w:lang w:val="es-ES"/>
        </w:rPr>
        <w:t xml:space="preserve">El recorrido de hoy transcurre a través de los valles del Neckar y del Rin, donde los viñedos se extienden sobre suaves colinas que se reflejan en el río. Al aproximarse a la frontera francesa, el paisaje da paso a bosques frondosos y onduladas colinas. Llegada a </w:t>
      </w:r>
      <w:r w:rsidRPr="00C35ABA">
        <w:rPr>
          <w:lang w:val="es-ES"/>
        </w:rPr>
        <w:lastRenderedPageBreak/>
        <w:t>Estrasburgo, ciudad de gran riqueza histórica y cultural, famosa por su catedral gótica y su encantador casco antiguo. Destaca el barrio de La Petite France, con sus casas tradicionales y canales, así como la Plaza de la Catedral, especialmente animada durante el mercado navideño. Tras una breve visita panorámica, continuación hacia Friburgo.</w:t>
      </w:r>
    </w:p>
    <w:p w14:paraId="4D8AFF42" w14:textId="77777777" w:rsidR="00D5417B" w:rsidRPr="00C35ABA" w:rsidRDefault="00D5417B">
      <w:pPr>
        <w:rPr>
          <w:lang w:val="es-ES"/>
        </w:rPr>
      </w:pPr>
    </w:p>
    <w:p w14:paraId="686F6815" w14:textId="77777777" w:rsidR="00D5417B" w:rsidRPr="00C35ABA" w:rsidRDefault="005F0BF7">
      <w:pPr>
        <w:rPr>
          <w:lang w:val="es-ES"/>
        </w:rPr>
      </w:pPr>
      <w:r w:rsidRPr="00C35ABA">
        <w:rPr>
          <w:b/>
          <w:lang w:val="es-ES"/>
        </w:rPr>
        <w:t>DÍA 5 JUE FRIBURGO - SELVA NEGRA - LINDAU - MÚNICH</w:t>
      </w:r>
    </w:p>
    <w:p w14:paraId="14F8D70E" w14:textId="77777777" w:rsidR="00D5417B" w:rsidRPr="00C35ABA" w:rsidRDefault="005F0BF7">
      <w:pPr>
        <w:rPr>
          <w:lang w:val="es-ES"/>
        </w:rPr>
      </w:pPr>
      <w:r w:rsidRPr="00C35ABA">
        <w:rPr>
          <w:lang w:val="es-ES"/>
        </w:rPr>
        <w:t>Salida desde Friburgo en dirección a la Selva Negra, atravesando paisajes de gran belleza natural. Nuestra primera parada será para degustar una auténtica torta de cerezas de la Selva Negra, acompañada de café, y disfrutar de uno de los sabores más tradicionales y emblemáticos de la región. Una pausa dulce ideal para acercarse a la gastronomía local en un ambiente agradable. Seguidamente, veremos el reloj de cuco más grande del mundo, ubicado en Schonach Untertal. Construido por el relojero Josef Dold y su familia, este impresionante mecanismo de madera mide más de tres metros y representa una muestra excepcional de la tradición artesanal de la región. El viaje continúa hacia Lindau, pintoresca ciudad situada en una isla del lago Constanza, conocida por su puerto y su arquitectura histórica. Tras una breve parada, continuación hacia Múnich atravesando la región de Allgäu, caracterizada por sus verdes prados, bosques y casas tradicionales decoradas con flores. Llegada y alojamiento.</w:t>
      </w:r>
    </w:p>
    <w:p w14:paraId="295EFD5E" w14:textId="77777777" w:rsidR="00D5417B" w:rsidRPr="00C35ABA" w:rsidRDefault="00D5417B">
      <w:pPr>
        <w:rPr>
          <w:lang w:val="es-ES"/>
        </w:rPr>
      </w:pPr>
    </w:p>
    <w:p w14:paraId="3C2ACB5A" w14:textId="77777777" w:rsidR="00D5417B" w:rsidRPr="00C35ABA" w:rsidRDefault="005F0BF7">
      <w:pPr>
        <w:rPr>
          <w:lang w:val="es-ES"/>
        </w:rPr>
      </w:pPr>
      <w:r w:rsidRPr="00C35ABA">
        <w:rPr>
          <w:b/>
          <w:lang w:val="es-ES"/>
        </w:rPr>
        <w:t>DÍA 6 VIE MÚNICH</w:t>
      </w:r>
    </w:p>
    <w:p w14:paraId="50C80B1E" w14:textId="77777777" w:rsidR="00D5417B" w:rsidRPr="00C35ABA" w:rsidRDefault="005F0BF7">
      <w:pPr>
        <w:rPr>
          <w:lang w:val="es-ES"/>
        </w:rPr>
      </w:pPr>
      <w:r w:rsidRPr="00C35ABA">
        <w:rPr>
          <w:lang w:val="es-ES"/>
        </w:rPr>
        <w:t>Visita panorámica de Múnich, capital de Baviera, situada a orillas del río Isar. El recorrido comienza en la puerta medieval Karlstor y continúa hacia la Iglesia de San Miguel, donde se encuentran los restos del rey Luis II. A través de la Marienplatz se llega al Ayuntamiento, famoso por su carrillón, y a la Frauenkirche, cuya entrada conserva, según la leyenda, la huella del Diablo. Pasaremos además por la Plaza de la Ópera, la Feldherrnhalle, la iglesia Bürgersaalkirche, la Residencia Real y la Iglesia de San Pedro. Antes de finalizar, daremos un paseo por el Jardín Inglés, uno de los parques urbanos más grandes de Europa. Alojamiento.</w:t>
      </w:r>
    </w:p>
    <w:p w14:paraId="255F6C6B" w14:textId="77777777" w:rsidR="00D5417B" w:rsidRPr="00C35ABA" w:rsidRDefault="00D5417B">
      <w:pPr>
        <w:rPr>
          <w:lang w:val="es-ES"/>
        </w:rPr>
      </w:pPr>
    </w:p>
    <w:p w14:paraId="58CF1BA3" w14:textId="77777777" w:rsidR="00D5417B" w:rsidRPr="00C35ABA" w:rsidRDefault="005F0BF7">
      <w:pPr>
        <w:rPr>
          <w:lang w:val="es-ES"/>
        </w:rPr>
      </w:pPr>
      <w:r w:rsidRPr="00C35ABA">
        <w:rPr>
          <w:b/>
          <w:lang w:val="es-ES"/>
        </w:rPr>
        <w:t>DÍA 7 SAB MÚNICH - NEUSCHWANSTEIN - MÚNICH</w:t>
      </w:r>
    </w:p>
    <w:p w14:paraId="1C642318" w14:textId="77777777" w:rsidR="00D5417B" w:rsidRPr="00C35ABA" w:rsidRDefault="005F0BF7">
      <w:pPr>
        <w:rPr>
          <w:lang w:val="es-ES"/>
        </w:rPr>
      </w:pPr>
      <w:r w:rsidRPr="00C35ABA">
        <w:rPr>
          <w:lang w:val="es-ES"/>
        </w:rPr>
        <w:t>Excursión al Castillo de Neuschwanstein, mandado construir por el rey Luis II de Baviera. Inspirado en los castillos medievales de los Caballeros Teutónicos, su interior recrea un mundo de leyendas y mitología. Por la tarde, paso por Oberammergau, conocido por la representación de la Pasión que se celebra cada diez años desde 1633. Posteriormente, visita de la abadía benedictina de Ettal. Regreso a Múnich y alojamiento.</w:t>
      </w:r>
    </w:p>
    <w:p w14:paraId="48A31241" w14:textId="77777777" w:rsidR="00D5417B" w:rsidRPr="00C35ABA" w:rsidRDefault="00D5417B">
      <w:pPr>
        <w:rPr>
          <w:lang w:val="es-ES"/>
        </w:rPr>
      </w:pPr>
    </w:p>
    <w:p w14:paraId="33002CD8" w14:textId="77777777" w:rsidR="00D5417B" w:rsidRPr="00C35ABA" w:rsidRDefault="005F0BF7">
      <w:pPr>
        <w:rPr>
          <w:lang w:val="es-ES"/>
        </w:rPr>
      </w:pPr>
      <w:r w:rsidRPr="00C35ABA">
        <w:rPr>
          <w:b/>
          <w:lang w:val="es-ES"/>
        </w:rPr>
        <w:t>DÍA 8 DOM MÚNICH - VALLE DEL DANUBIO - VIENA</w:t>
      </w:r>
    </w:p>
    <w:p w14:paraId="28C51D28" w14:textId="77777777" w:rsidR="00D5417B" w:rsidRPr="00C35ABA" w:rsidRDefault="005F0BF7">
      <w:pPr>
        <w:rPr>
          <w:lang w:val="es-ES"/>
        </w:rPr>
      </w:pPr>
      <w:r w:rsidRPr="00C35ABA">
        <w:rPr>
          <w:lang w:val="es-ES"/>
        </w:rPr>
        <w:lastRenderedPageBreak/>
        <w:t>Desayuno y salida hacia Viena, pasando por el Valle del Danubio. Lles mostramos la belleza del Valle del Danubio a través de un romántico escenario cargado de historias y leyendas. Realizaremos un corto paseo por Dürnstein, pueblo medieval famoso porque en su castillo (hoy en ruinas) estuvo prisionero el rey Ricardo. Continuación a Viena y alojamiento. Por la noche cena típica en el restaurante Marchfelderhof, muy conocido más allá de las fronteras del país. Por supuesto, las bebidas también están incluidas.</w:t>
      </w:r>
    </w:p>
    <w:p w14:paraId="2CFC5456" w14:textId="77777777" w:rsidR="00D5417B" w:rsidRPr="00C35ABA" w:rsidRDefault="00D5417B">
      <w:pPr>
        <w:rPr>
          <w:lang w:val="es-ES"/>
        </w:rPr>
      </w:pPr>
    </w:p>
    <w:p w14:paraId="673C21AF" w14:textId="77777777" w:rsidR="00D5417B" w:rsidRPr="00C35ABA" w:rsidRDefault="005F0BF7">
      <w:pPr>
        <w:rPr>
          <w:lang w:val="es-ES"/>
        </w:rPr>
      </w:pPr>
      <w:r w:rsidRPr="00C35ABA">
        <w:rPr>
          <w:b/>
          <w:lang w:val="es-ES"/>
        </w:rPr>
        <w:t>DÍA 9 LUN VIENA</w:t>
      </w:r>
    </w:p>
    <w:p w14:paraId="08E52A7E" w14:textId="77777777" w:rsidR="00D5417B" w:rsidRPr="00C35ABA" w:rsidRDefault="005F0BF7">
      <w:pPr>
        <w:rPr>
          <w:lang w:val="es-ES"/>
        </w:rPr>
      </w:pPr>
      <w:r w:rsidRPr="00C35ABA">
        <w:rPr>
          <w:lang w:val="es-ES"/>
        </w:rPr>
        <w:t>Tras desayunar en el hotel, realizaremos una visita panorámica de la ciudad, que ofrece una excelente impresión de los numerosos lugares de interés de Viena. Visitaremos los jardines del histórico Palacio Belvedere, antiguo palacio de verano del príncipe Eugenio de Saboya, desde donde podrá disfrutar de la magnífica vista de la ciudad, inmortalizada por el artista Giovanni Antonio Canal en sus cuadros de Viena. Continuaremos por la Ringstrasse, con sus magníficos edificios como la Ópera Estatal, el Museo de Ciencias Naturales, el Monumento a María Teresa, el Parlamento austríaco, el Ayuntamiento de Viena, el Teatro Nacional y el Hofburg, sede de nuestro Presidente Federal. Pasearemos por las pequeñas e idílicas calles del centro histórico de Viena y visitaremos el interior de la Catedral de San Esteban, la más grande de la ciudad. También pasaremos por el Reloj de Ancla y el barrio judío. El recorrido finaliza en el centro, en la Maria-Theresien-Platz.</w:t>
      </w:r>
    </w:p>
    <w:p w14:paraId="5A9BD72C" w14:textId="77777777" w:rsidR="00D5417B" w:rsidRPr="00C35ABA" w:rsidRDefault="00D5417B">
      <w:pPr>
        <w:rPr>
          <w:lang w:val="es-ES"/>
        </w:rPr>
      </w:pPr>
    </w:p>
    <w:p w14:paraId="279AA40E" w14:textId="77777777" w:rsidR="00D5417B" w:rsidRPr="00C35ABA" w:rsidRDefault="005F0BF7">
      <w:pPr>
        <w:rPr>
          <w:lang w:val="es-ES"/>
        </w:rPr>
      </w:pPr>
      <w:r w:rsidRPr="00C35ABA">
        <w:rPr>
          <w:b/>
          <w:lang w:val="es-ES"/>
        </w:rPr>
        <w:t>DÍA 10 MAR VIENA</w:t>
      </w:r>
    </w:p>
    <w:p w14:paraId="7294643B" w14:textId="77777777" w:rsidR="00D5417B" w:rsidRPr="00C35ABA" w:rsidRDefault="005F0BF7">
      <w:pPr>
        <w:rPr>
          <w:lang w:val="es-ES"/>
        </w:rPr>
      </w:pPr>
      <w:r w:rsidRPr="00C35ABA">
        <w:rPr>
          <w:lang w:val="es-ES"/>
        </w:rPr>
        <w:t>Desayuno y traslado al aeropuerto.</w:t>
      </w:r>
    </w:p>
    <w:p w14:paraId="41D61FA6" w14:textId="77777777" w:rsidR="00D5417B" w:rsidRPr="00C35ABA" w:rsidRDefault="00D5417B">
      <w:pPr>
        <w:rPr>
          <w:lang w:val="es-ES"/>
        </w:rPr>
      </w:pPr>
    </w:p>
    <w:sectPr w:rsidR="00D5417B" w:rsidRPr="00C35ABA">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1F530" w14:textId="77777777" w:rsidR="004856F5" w:rsidRDefault="004856F5" w:rsidP="004856F5">
      <w:pPr>
        <w:spacing w:after="0" w:line="240" w:lineRule="auto"/>
      </w:pPr>
      <w:r>
        <w:separator/>
      </w:r>
    </w:p>
  </w:endnote>
  <w:endnote w:type="continuationSeparator" w:id="0">
    <w:p w14:paraId="47575546" w14:textId="77777777" w:rsidR="004856F5" w:rsidRDefault="004856F5" w:rsidP="00485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8F2A7" w14:textId="77777777" w:rsidR="004856F5" w:rsidRDefault="004856F5" w:rsidP="004856F5">
      <w:pPr>
        <w:spacing w:after="0" w:line="240" w:lineRule="auto"/>
      </w:pPr>
      <w:r>
        <w:separator/>
      </w:r>
    </w:p>
  </w:footnote>
  <w:footnote w:type="continuationSeparator" w:id="0">
    <w:p w14:paraId="6B60B73B" w14:textId="77777777" w:rsidR="004856F5" w:rsidRDefault="004856F5" w:rsidP="00485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F6916" w14:textId="3CB9C165" w:rsidR="00C35ABA" w:rsidRDefault="00C35ABA">
    <w:pPr>
      <w:pStyle w:val="Encabezado"/>
    </w:pPr>
    <w:r>
      <w:rPr>
        <w:noProof/>
      </w:rPr>
      <w:drawing>
        <wp:inline distT="0" distB="0" distL="0" distR="0" wp14:anchorId="441FF75D" wp14:editId="0BAA11DC">
          <wp:extent cx="1095375" cy="10953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79A0"/>
    <w:rsid w:val="0015074B"/>
    <w:rsid w:val="0029639D"/>
    <w:rsid w:val="00326F90"/>
    <w:rsid w:val="004856F5"/>
    <w:rsid w:val="004A7AF8"/>
    <w:rsid w:val="005F0BF7"/>
    <w:rsid w:val="00706D65"/>
    <w:rsid w:val="00901122"/>
    <w:rsid w:val="00AA1D8D"/>
    <w:rsid w:val="00B47730"/>
    <w:rsid w:val="00C01B5A"/>
    <w:rsid w:val="00C35ABA"/>
    <w:rsid w:val="00CB0664"/>
    <w:rsid w:val="00D5417B"/>
    <w:rsid w:val="00E10FD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7868B6"/>
  <w14:defaultImageDpi w14:val="300"/>
  <w15:docId w15:val="{0A062966-47D8-45FA-8DC3-3430D8082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Ttulo1">
    <w:name w:val="heading 1"/>
    <w:basedOn w:val="Normal"/>
    <w:next w:val="Normal"/>
    <w:link w:val="Ttulo1Car"/>
    <w:uiPriority w:val="9"/>
    <w:qFormat/>
    <w:rsid w:val="00FC693F"/>
    <w:pPr>
      <w:keepNext/>
      <w:keepLines/>
      <w:spacing w:before="240" w:after="120"/>
      <w:outlineLvl w:val="0"/>
    </w:pPr>
    <w:rPr>
      <w:rFonts w:asciiTheme="majorHAnsi" w:eastAsiaTheme="majorEastAsia" w:hAnsiTheme="majorHAnsi" w:cstheme="majorBidi"/>
      <w:b/>
      <w:bCs/>
      <w:color w:val="000000"/>
      <w:sz w:val="36"/>
      <w:szCs w:val="28"/>
    </w:rPr>
  </w:style>
  <w:style w:type="paragraph" w:styleId="Ttulo2">
    <w:name w:val="heading 2"/>
    <w:basedOn w:val="Normal"/>
    <w:next w:val="Normal"/>
    <w:link w:val="Ttulo2Car"/>
    <w:uiPriority w:val="9"/>
    <w:unhideWhenUsed/>
    <w:qFormat/>
    <w:rsid w:val="00FC693F"/>
    <w:pPr>
      <w:keepNext/>
      <w:keepLines/>
      <w:spacing w:before="200" w:after="80"/>
      <w:outlineLvl w:val="1"/>
    </w:pPr>
    <w:rPr>
      <w:rFonts w:asciiTheme="majorHAnsi" w:eastAsiaTheme="majorEastAsia" w:hAnsiTheme="majorHAnsi" w:cstheme="majorBidi"/>
      <w:b/>
      <w:bCs/>
      <w:color w:val="000000"/>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1131</Words>
  <Characters>6223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user24</cp:lastModifiedBy>
  <cp:revision>9</cp:revision>
  <dcterms:created xsi:type="dcterms:W3CDTF">2013-12-23T23:15:00Z</dcterms:created>
  <dcterms:modified xsi:type="dcterms:W3CDTF">2026-08-07T10:03:00Z</dcterms:modified>
  <cp:category/>
</cp:coreProperties>
</file>