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DCC6B" w14:textId="77777777" w:rsidR="006062AC" w:rsidRPr="00C81AE0" w:rsidRDefault="00957DCA" w:rsidP="00C81AE0">
      <w:pPr>
        <w:spacing w:after="160"/>
        <w:jc w:val="center"/>
        <w:rPr>
          <w:color w:val="4F81BD" w:themeColor="accent1"/>
          <w:sz w:val="32"/>
          <w:szCs w:val="32"/>
          <w:lang w:val="es-ES"/>
        </w:rPr>
      </w:pPr>
      <w:r w:rsidRPr="00C81AE0">
        <w:rPr>
          <w:b/>
          <w:color w:val="4F81BD" w:themeColor="accent1"/>
          <w:sz w:val="32"/>
          <w:szCs w:val="32"/>
          <w:lang w:val="es-ES"/>
        </w:rPr>
        <w:t>BAVIERA Y SUIZA</w:t>
      </w:r>
    </w:p>
    <w:p w14:paraId="34B7E097" w14:textId="77777777" w:rsidR="006062AC" w:rsidRPr="00C81AE0" w:rsidRDefault="00957DCA" w:rsidP="00C81AE0">
      <w:pPr>
        <w:spacing w:after="20"/>
        <w:jc w:val="center"/>
        <w:rPr>
          <w:color w:val="4F81BD" w:themeColor="accent1"/>
          <w:sz w:val="24"/>
          <w:szCs w:val="24"/>
          <w:lang w:val="es-ES"/>
        </w:rPr>
      </w:pPr>
      <w:r w:rsidRPr="00C81AE0">
        <w:rPr>
          <w:color w:val="4F81BD" w:themeColor="accent1"/>
          <w:sz w:val="24"/>
          <w:szCs w:val="24"/>
          <w:lang w:val="es-ES"/>
        </w:rPr>
        <w:t>Categoría: Primera</w:t>
      </w:r>
    </w:p>
    <w:p w14:paraId="0D2FD1C8" w14:textId="77777777" w:rsidR="006062AC" w:rsidRPr="00302578" w:rsidRDefault="00957DCA" w:rsidP="00C81AE0">
      <w:pPr>
        <w:spacing w:after="160"/>
        <w:jc w:val="center"/>
        <w:rPr>
          <w:lang w:val="es-ES"/>
        </w:rPr>
      </w:pPr>
      <w:r w:rsidRPr="00302578">
        <w:rPr>
          <w:lang w:val="es-ES"/>
        </w:rPr>
        <w:t>Código: EETBAVSUI  |  12 Días</w:t>
      </w:r>
    </w:p>
    <w:p w14:paraId="7E8F9FB9" w14:textId="77777777" w:rsidR="006062AC" w:rsidRPr="00C81AE0" w:rsidRDefault="006062AC">
      <w:pPr>
        <w:spacing w:after="40"/>
        <w:rPr>
          <w:lang w:val="es-ES"/>
        </w:rPr>
      </w:pPr>
    </w:p>
    <w:p w14:paraId="66EF73A4" w14:textId="77777777" w:rsidR="006062AC" w:rsidRPr="00C81AE0" w:rsidRDefault="00957DCA">
      <w:pPr>
        <w:spacing w:after="20"/>
        <w:rPr>
          <w:lang w:val="es-ES"/>
        </w:rPr>
      </w:pPr>
      <w:r w:rsidRPr="00C81AE0">
        <w:rPr>
          <w:b/>
          <w:lang w:val="es-ES"/>
        </w:rPr>
        <w:t>SALIDAS GARANTIZADAS 2027</w:t>
      </w:r>
    </w:p>
    <w:p w14:paraId="0B34491A" w14:textId="21C9D81E" w:rsidR="006062AC" w:rsidRPr="00C81AE0" w:rsidRDefault="00957DCA">
      <w:pPr>
        <w:spacing w:after="20"/>
        <w:rPr>
          <w:lang w:val="es-ES"/>
        </w:rPr>
      </w:pPr>
      <w:r w:rsidRPr="00C81AE0">
        <w:rPr>
          <w:lang w:val="es-ES"/>
        </w:rPr>
        <w:t xml:space="preserve">JUNIO . . . . . . . . . . . . . . . . . . . . . . . . . </w:t>
      </w:r>
      <w:r w:rsidR="00403F30">
        <w:rPr>
          <w:lang w:val="es-ES"/>
        </w:rPr>
        <w:t xml:space="preserve">3, </w:t>
      </w:r>
      <w:r w:rsidRPr="00C81AE0">
        <w:rPr>
          <w:lang w:val="es-ES"/>
        </w:rPr>
        <w:t>17</w:t>
      </w:r>
    </w:p>
    <w:p w14:paraId="6FE51AD9" w14:textId="77777777" w:rsidR="006062AC" w:rsidRPr="00C81AE0" w:rsidRDefault="00957DCA">
      <w:pPr>
        <w:spacing w:after="20"/>
        <w:rPr>
          <w:lang w:val="es-ES"/>
        </w:rPr>
      </w:pPr>
      <w:r w:rsidRPr="00C81AE0">
        <w:rPr>
          <w:lang w:val="es-ES"/>
        </w:rPr>
        <w:t>JULIO . . . . . . . . . . . . . . . . . . . . . . . . 1, 15</w:t>
      </w:r>
    </w:p>
    <w:p w14:paraId="4343DDB5" w14:textId="77777777" w:rsidR="006062AC" w:rsidRPr="00C81AE0" w:rsidRDefault="00957DCA">
      <w:pPr>
        <w:spacing w:after="20"/>
        <w:rPr>
          <w:lang w:val="es-ES"/>
        </w:rPr>
      </w:pPr>
      <w:r w:rsidRPr="00C81AE0">
        <w:rPr>
          <w:lang w:val="es-ES"/>
        </w:rPr>
        <w:t>AGOSTO . . . . . . . . . . . . . . . . . . . . . . . . 12</w:t>
      </w:r>
    </w:p>
    <w:p w14:paraId="1D9D51BB" w14:textId="77777777" w:rsidR="006062AC" w:rsidRPr="00D72809" w:rsidRDefault="00957DCA">
      <w:pPr>
        <w:spacing w:after="20"/>
        <w:rPr>
          <w:color w:val="FF0000"/>
          <w:lang w:val="es-ES"/>
        </w:rPr>
      </w:pPr>
      <w:r w:rsidRPr="00C81AE0">
        <w:rPr>
          <w:lang w:val="es-ES"/>
        </w:rPr>
        <w:t xml:space="preserve">SEPTIEMBRE . . . . . . . . . . . . . . . . . . . . 9, </w:t>
      </w:r>
      <w:r w:rsidRPr="00D72809">
        <w:rPr>
          <w:color w:val="FF0000"/>
          <w:lang w:val="es-ES"/>
        </w:rPr>
        <w:t>23</w:t>
      </w:r>
    </w:p>
    <w:p w14:paraId="375538C5" w14:textId="77777777" w:rsidR="006062AC" w:rsidRPr="00C81AE0" w:rsidRDefault="00957DCA">
      <w:pPr>
        <w:spacing w:after="20"/>
        <w:rPr>
          <w:lang w:val="es-ES"/>
        </w:rPr>
      </w:pPr>
      <w:r w:rsidRPr="00C81AE0">
        <w:rPr>
          <w:lang w:val="es-ES"/>
        </w:rPr>
        <w:t>OCTUBRE . . . . . . . . . . . . . . . . . . . . . . . . 7</w:t>
      </w:r>
    </w:p>
    <w:p w14:paraId="5B6F9C21" w14:textId="77777777" w:rsidR="006062AC" w:rsidRPr="00C81AE0" w:rsidRDefault="006062AC">
      <w:pPr>
        <w:spacing w:after="40"/>
        <w:rPr>
          <w:lang w:val="es-ES"/>
        </w:rPr>
      </w:pPr>
    </w:p>
    <w:p w14:paraId="63C59187" w14:textId="77777777" w:rsidR="006062AC" w:rsidRPr="00C81AE0" w:rsidRDefault="00957DCA">
      <w:pPr>
        <w:spacing w:after="20"/>
        <w:rPr>
          <w:lang w:val="es-ES"/>
        </w:rPr>
      </w:pPr>
      <w:r w:rsidRPr="00C81AE0">
        <w:rPr>
          <w:b/>
          <w:lang w:val="es-ES"/>
        </w:rPr>
        <w:t>HOTELES PREVISTOS</w:t>
      </w:r>
    </w:p>
    <w:p w14:paraId="2D6CC555" w14:textId="77777777" w:rsidR="006062AC" w:rsidRPr="00C81AE0" w:rsidRDefault="00957DCA">
      <w:pPr>
        <w:spacing w:after="20"/>
        <w:rPr>
          <w:lang w:val="es-ES"/>
        </w:rPr>
      </w:pPr>
      <w:r w:rsidRPr="00C81AE0">
        <w:rPr>
          <w:lang w:val="es-ES"/>
        </w:rPr>
        <w:t>(o similares en la categoría indicada, según ciudad)</w:t>
      </w:r>
    </w:p>
    <w:p w14:paraId="40DB06D3" w14:textId="7506BC11" w:rsidR="006062AC" w:rsidRPr="00C81AE0" w:rsidRDefault="00957DCA">
      <w:pPr>
        <w:spacing w:after="20"/>
      </w:pPr>
      <w:r w:rsidRPr="00C81AE0">
        <w:t>MÚNICH: WESTIN GRAND</w:t>
      </w:r>
      <w:r>
        <w:t xml:space="preserve"> ****(*)</w:t>
      </w:r>
    </w:p>
    <w:p w14:paraId="2DA1A84B" w14:textId="5A771766" w:rsidR="006062AC" w:rsidRPr="00C81AE0" w:rsidRDefault="00957DCA">
      <w:pPr>
        <w:spacing w:after="20"/>
      </w:pPr>
      <w:r w:rsidRPr="00C81AE0">
        <w:t>ZÚRICH: NOVOTEL CITY WEST</w:t>
      </w:r>
      <w:r>
        <w:t>****</w:t>
      </w:r>
    </w:p>
    <w:p w14:paraId="2DC1FE58" w14:textId="0830C0D6" w:rsidR="006062AC" w:rsidRPr="00957DCA" w:rsidRDefault="00957DCA">
      <w:pPr>
        <w:spacing w:after="20"/>
        <w:rPr>
          <w:lang w:val="de-AT"/>
        </w:rPr>
      </w:pPr>
      <w:r w:rsidRPr="00957DCA">
        <w:rPr>
          <w:lang w:val="de-AT"/>
        </w:rPr>
        <w:t>BERNA: SWISSOTEL KURSAAL**** / NH BRISTOL****</w:t>
      </w:r>
    </w:p>
    <w:p w14:paraId="0647392F" w14:textId="4106084D" w:rsidR="006062AC" w:rsidRPr="00C81AE0" w:rsidRDefault="00957DCA">
      <w:pPr>
        <w:spacing w:after="20"/>
      </w:pPr>
      <w:r w:rsidRPr="00C81AE0">
        <w:t>GINEBRA: CROWNE PLAZA</w:t>
      </w:r>
      <w:r>
        <w:t>****</w:t>
      </w:r>
    </w:p>
    <w:p w14:paraId="756970ED" w14:textId="4DD98D47" w:rsidR="006062AC" w:rsidRPr="00C81AE0" w:rsidRDefault="00957DCA">
      <w:pPr>
        <w:spacing w:after="20"/>
      </w:pPr>
      <w:r w:rsidRPr="00C81AE0">
        <w:t>ZERMATT: HOTEL AMBASSADOR</w:t>
      </w:r>
      <w:r>
        <w:t>****</w:t>
      </w:r>
      <w:r w:rsidRPr="00C81AE0">
        <w:t xml:space="preserve"> / HOTEL CHRISTIANIA</w:t>
      </w:r>
      <w:r>
        <w:t>****</w:t>
      </w:r>
    </w:p>
    <w:p w14:paraId="691E1E6B" w14:textId="51629421" w:rsidR="006062AC" w:rsidRPr="00C81AE0" w:rsidRDefault="00957DCA">
      <w:pPr>
        <w:spacing w:after="20"/>
      </w:pPr>
      <w:r w:rsidRPr="00C81AE0">
        <w:t>ZÚRICH: NOVOTEL CITY WEST</w:t>
      </w:r>
      <w:r>
        <w:t>****</w:t>
      </w:r>
    </w:p>
    <w:p w14:paraId="4381E57C" w14:textId="77777777" w:rsidR="006062AC" w:rsidRPr="00C81AE0" w:rsidRDefault="006062AC">
      <w:pPr>
        <w:spacing w:after="40"/>
      </w:pPr>
    </w:p>
    <w:p w14:paraId="694D8E20" w14:textId="77777777" w:rsidR="006062AC" w:rsidRPr="00C81AE0" w:rsidRDefault="00957DCA">
      <w:pPr>
        <w:spacing w:after="20"/>
      </w:pPr>
      <w:r w:rsidRPr="00C81AE0">
        <w:rPr>
          <w:b/>
        </w:rPr>
        <w:t>SERVICIOS INCLUIDOS</w:t>
      </w:r>
    </w:p>
    <w:p w14:paraId="5F5257C9" w14:textId="77777777" w:rsidR="006062AC" w:rsidRPr="00C81AE0" w:rsidRDefault="00957DCA">
      <w:pPr>
        <w:pStyle w:val="Listaconvietas"/>
        <w:spacing w:after="20"/>
      </w:pPr>
      <w:r w:rsidRPr="00C81AE0">
        <w:t>Guía exclusivo de habla hispana</w:t>
      </w:r>
    </w:p>
    <w:p w14:paraId="74FEA504" w14:textId="77777777" w:rsidR="006062AC" w:rsidRPr="00C81AE0" w:rsidRDefault="00957DCA">
      <w:pPr>
        <w:pStyle w:val="Listaconvietas"/>
        <w:spacing w:after="20"/>
      </w:pPr>
      <w:r w:rsidRPr="00C81AE0">
        <w:t>11 noches alojamiento con desayuno buffet</w:t>
      </w:r>
    </w:p>
    <w:p w14:paraId="680D72FA" w14:textId="77777777" w:rsidR="006062AC" w:rsidRPr="00C81AE0" w:rsidRDefault="00957DCA">
      <w:pPr>
        <w:pStyle w:val="Listaconvietas"/>
        <w:spacing w:after="20"/>
      </w:pPr>
      <w:r w:rsidRPr="00C81AE0">
        <w:t>Entradas y experiencias según itinerario</w:t>
      </w:r>
    </w:p>
    <w:p w14:paraId="6700C9A5" w14:textId="77777777" w:rsidR="006062AC" w:rsidRPr="00C81AE0" w:rsidRDefault="00957DCA">
      <w:pPr>
        <w:pStyle w:val="Listaconvietas"/>
        <w:spacing w:after="20"/>
        <w:rPr>
          <w:lang w:val="es-ES"/>
        </w:rPr>
      </w:pPr>
      <w:r w:rsidRPr="00C81AE0">
        <w:rPr>
          <w:lang w:val="es-ES"/>
        </w:rPr>
        <w:t>Billete de tren 2a clase GLACIER EXPRESS</w:t>
      </w:r>
    </w:p>
    <w:p w14:paraId="24449D34" w14:textId="77777777" w:rsidR="006062AC" w:rsidRPr="00C81AE0" w:rsidRDefault="006062AC">
      <w:pPr>
        <w:spacing w:after="40"/>
        <w:rPr>
          <w:lang w:val="es-ES"/>
        </w:rPr>
      </w:pPr>
    </w:p>
    <w:p w14:paraId="774F9AB2" w14:textId="77777777" w:rsidR="006062AC" w:rsidRPr="00C81AE0" w:rsidRDefault="00957DCA">
      <w:pPr>
        <w:spacing w:after="20"/>
        <w:rPr>
          <w:lang w:val="es-ES"/>
        </w:rPr>
      </w:pPr>
      <w:r w:rsidRPr="00C81AE0">
        <w:rPr>
          <w:b/>
          <w:lang w:val="es-ES"/>
        </w:rPr>
        <w:t>PRECIOS EN EUROS</w:t>
      </w:r>
    </w:p>
    <w:p w14:paraId="43EE9174" w14:textId="77777777" w:rsidR="006062AC" w:rsidRPr="00C81AE0" w:rsidRDefault="00957DCA">
      <w:pPr>
        <w:spacing w:after="20"/>
        <w:rPr>
          <w:lang w:val="es-ES"/>
        </w:rPr>
      </w:pPr>
      <w:r w:rsidRPr="00C81AE0">
        <w:rPr>
          <w:lang w:val="es-ES"/>
        </w:rPr>
        <w:t>€ 4.395,– por persona en doble</w:t>
      </w:r>
    </w:p>
    <w:p w14:paraId="324EF379" w14:textId="77777777" w:rsidR="006062AC" w:rsidRPr="00C81AE0" w:rsidRDefault="00957DCA">
      <w:pPr>
        <w:spacing w:after="20"/>
        <w:rPr>
          <w:lang w:val="es-ES"/>
        </w:rPr>
      </w:pPr>
      <w:r w:rsidRPr="00C81AE0">
        <w:rPr>
          <w:lang w:val="es-ES"/>
        </w:rPr>
        <w:t>€ 1.650,– suplemento individual</w:t>
      </w:r>
    </w:p>
    <w:p w14:paraId="19DF24C1" w14:textId="77777777" w:rsidR="006062AC" w:rsidRPr="00D72809" w:rsidRDefault="00957DCA">
      <w:pPr>
        <w:spacing w:after="20"/>
        <w:rPr>
          <w:color w:val="FF0000"/>
          <w:lang w:val="es-ES"/>
        </w:rPr>
      </w:pPr>
      <w:r w:rsidRPr="00D72809">
        <w:rPr>
          <w:color w:val="FF0000"/>
          <w:lang w:val="es-ES"/>
        </w:rPr>
        <w:t>€ 300,- suplemento por persona Oktoberfest en Múnich Septiembre 23</w:t>
      </w:r>
    </w:p>
    <w:p w14:paraId="2091B1A5" w14:textId="77777777" w:rsidR="006062AC" w:rsidRPr="00C81AE0" w:rsidRDefault="00957DCA">
      <w:pPr>
        <w:spacing w:after="20"/>
        <w:rPr>
          <w:lang w:val="es-ES"/>
        </w:rPr>
      </w:pPr>
      <w:r w:rsidRPr="00C81AE0">
        <w:rPr>
          <w:lang w:val="es-ES"/>
        </w:rPr>
        <w:t>5% descuento para el tercer pasajero compartiendo con +2 personas (HABITACIÓN TRIPLE).</w:t>
      </w:r>
    </w:p>
    <w:p w14:paraId="1058BCE5" w14:textId="77777777" w:rsidR="006062AC" w:rsidRPr="00C81AE0" w:rsidRDefault="006062AC">
      <w:pPr>
        <w:spacing w:after="40"/>
        <w:rPr>
          <w:lang w:val="es-ES"/>
        </w:rPr>
      </w:pPr>
    </w:p>
    <w:p w14:paraId="37534847" w14:textId="77777777" w:rsidR="006062AC" w:rsidRPr="00C81AE0" w:rsidRDefault="00957DCA">
      <w:pPr>
        <w:spacing w:after="20"/>
        <w:rPr>
          <w:lang w:val="es-ES"/>
        </w:rPr>
      </w:pPr>
      <w:r w:rsidRPr="00C81AE0">
        <w:rPr>
          <w:b/>
          <w:lang w:val="es-ES"/>
        </w:rPr>
        <w:t>ITINERARIO</w:t>
      </w:r>
    </w:p>
    <w:p w14:paraId="11089048" w14:textId="77777777" w:rsidR="006062AC" w:rsidRPr="00C81AE0" w:rsidRDefault="00957DCA">
      <w:pPr>
        <w:spacing w:after="20"/>
        <w:rPr>
          <w:lang w:val="es-ES"/>
        </w:rPr>
      </w:pPr>
      <w:r w:rsidRPr="00C81AE0">
        <w:rPr>
          <w:b/>
          <w:lang w:val="es-ES"/>
        </w:rPr>
        <w:t>DÍA 1 JUE MÚNICH</w:t>
      </w:r>
    </w:p>
    <w:p w14:paraId="1093CE62" w14:textId="77777777" w:rsidR="006062AC" w:rsidRPr="00C81AE0" w:rsidRDefault="00957DCA">
      <w:pPr>
        <w:spacing w:after="80"/>
        <w:rPr>
          <w:lang w:val="es-ES"/>
        </w:rPr>
      </w:pPr>
      <w:r w:rsidRPr="00C81AE0">
        <w:rPr>
          <w:lang w:val="es-ES"/>
        </w:rPr>
        <w:t>Llegada a Múnich ,traslado al hotel y alojamiento. El guía estará a partir de las 19 hrs en el hotel.</w:t>
      </w:r>
    </w:p>
    <w:p w14:paraId="1161503C" w14:textId="77777777" w:rsidR="006062AC" w:rsidRPr="00C81AE0" w:rsidRDefault="00957DCA">
      <w:pPr>
        <w:spacing w:after="20"/>
        <w:rPr>
          <w:lang w:val="es-ES"/>
        </w:rPr>
      </w:pPr>
      <w:r w:rsidRPr="00C81AE0">
        <w:rPr>
          <w:b/>
          <w:lang w:val="es-ES"/>
        </w:rPr>
        <w:t>DÍA 2 VIE MÚNICH</w:t>
      </w:r>
    </w:p>
    <w:p w14:paraId="5D4FBDF9" w14:textId="77777777" w:rsidR="006062AC" w:rsidRPr="00C81AE0" w:rsidRDefault="00957DCA">
      <w:pPr>
        <w:spacing w:after="80"/>
        <w:rPr>
          <w:lang w:val="es-ES"/>
        </w:rPr>
      </w:pPr>
      <w:r w:rsidRPr="00C81AE0">
        <w:rPr>
          <w:lang w:val="es-ES"/>
        </w:rPr>
        <w:t xml:space="preserve">Visita panorámica de Múnich, capital de Baviera, situada a orillas del río Isar. El recorrido comienza en la puerta medieval Karlstor y continúa hacia la Iglesia de San Miguel, donde se encuentran los restos del rey Luis II. A través de la Marienplatz se llega al Ayuntamiento, famoso por su carrillón, y a la Frauenkirche, </w:t>
      </w:r>
      <w:r w:rsidRPr="00C81AE0">
        <w:rPr>
          <w:lang w:val="es-ES"/>
        </w:rPr>
        <w:lastRenderedPageBreak/>
        <w:t>cuya entrada conserva, según la leyenda, la huella del Diablo. Pasaremos además por la Plaza de la Ópera, la Feldherrnhalle, la iglesia Bürgersaalkirche, la Residencia Real y la Iglesia de San Pedro. Antes de finalizar, daremos un paseo por el Jardín Inglés, uno de los parques urbanos más grandes de Europa. Alojamiento.</w:t>
      </w:r>
    </w:p>
    <w:p w14:paraId="5737F1CA" w14:textId="77777777" w:rsidR="006062AC" w:rsidRPr="00C81AE0" w:rsidRDefault="00957DCA">
      <w:pPr>
        <w:spacing w:after="20"/>
        <w:rPr>
          <w:lang w:val="es-ES"/>
        </w:rPr>
      </w:pPr>
      <w:r w:rsidRPr="00C81AE0">
        <w:rPr>
          <w:b/>
          <w:lang w:val="es-ES"/>
        </w:rPr>
        <w:t>DÍA 3 SAB MÚNICH - NEUSCHWANSTEIN - MÚNICH</w:t>
      </w:r>
    </w:p>
    <w:p w14:paraId="1843C7A6" w14:textId="77777777" w:rsidR="006062AC" w:rsidRPr="00C81AE0" w:rsidRDefault="00957DCA">
      <w:pPr>
        <w:spacing w:after="80"/>
        <w:rPr>
          <w:lang w:val="es-ES"/>
        </w:rPr>
      </w:pPr>
      <w:r w:rsidRPr="00C81AE0">
        <w:rPr>
          <w:lang w:val="es-ES"/>
        </w:rPr>
        <w:t>Excursión al Castillo de Neuschwanstein, mandado construir por el rey Luis II de Baviera. Inspirado en los castillos medievales de los Caballeros Teutónicos, su interior recrea un mundo de leyendas y mitología. Por la tarde, paso por Oberammergau, conocido por la representación de la Pasión que se celebra cada diez años desde 1633. Posteriormente, visita de la abadía benedictina de Ettal. Regreso a Múnich y alojamiento. .</w:t>
      </w:r>
    </w:p>
    <w:p w14:paraId="7B4EE90B" w14:textId="77777777" w:rsidR="006062AC" w:rsidRPr="00C81AE0" w:rsidRDefault="00957DCA">
      <w:pPr>
        <w:spacing w:after="20"/>
        <w:rPr>
          <w:lang w:val="es-ES"/>
        </w:rPr>
      </w:pPr>
      <w:r w:rsidRPr="00C81AE0">
        <w:rPr>
          <w:b/>
          <w:lang w:val="es-ES"/>
        </w:rPr>
        <w:t>DÍA 4 DOM MÚNICH - SCHAFFHAUSEN - ZÜRICH</w:t>
      </w:r>
    </w:p>
    <w:p w14:paraId="1D4F3E9D" w14:textId="77777777" w:rsidR="006062AC" w:rsidRPr="00C81AE0" w:rsidRDefault="00957DCA">
      <w:pPr>
        <w:spacing w:after="80"/>
        <w:rPr>
          <w:lang w:val="es-ES"/>
        </w:rPr>
      </w:pPr>
      <w:r w:rsidRPr="00C81AE0">
        <w:rPr>
          <w:lang w:val="es-ES"/>
        </w:rPr>
        <w:t>Salida hacia Schaffhausen, conocida por las cataratas del Rin, el mayor salto de agua de Europa Central. A continuación, paseo por su casco antiguo, cerrado al tráfico y considerado uno de los más pintorescos de Suiza. Llegada a Zúrich por la tarde y alojamiento.</w:t>
      </w:r>
    </w:p>
    <w:p w14:paraId="0421CB01" w14:textId="77777777" w:rsidR="006062AC" w:rsidRPr="00C81AE0" w:rsidRDefault="00957DCA">
      <w:pPr>
        <w:spacing w:after="20"/>
        <w:rPr>
          <w:lang w:val="es-ES"/>
        </w:rPr>
      </w:pPr>
      <w:r w:rsidRPr="00C81AE0">
        <w:rPr>
          <w:b/>
          <w:lang w:val="es-ES"/>
        </w:rPr>
        <w:t>DÍA 5 LUN ZÚRICH</w:t>
      </w:r>
    </w:p>
    <w:p w14:paraId="1F75A129" w14:textId="77777777" w:rsidR="006062AC" w:rsidRPr="00C81AE0" w:rsidRDefault="00957DCA">
      <w:pPr>
        <w:spacing w:after="80"/>
        <w:rPr>
          <w:lang w:val="es-ES"/>
        </w:rPr>
      </w:pPr>
      <w:r w:rsidRPr="00C81AE0">
        <w:rPr>
          <w:lang w:val="es-ES"/>
        </w:rPr>
        <w:t>Por la mañana, visita de la ciudad, destacando el casco histórico con la catedral, el antiguo ayuntamiento y la Puerta de San Martín. El recorrido continúa por el centro comercial y financiero, la Bahnhofstrasse, la iglesia de Fraumünster, el Limmatquai y el barrio de la Universidad. A continuación, descubriremos el mundo del chocolate con la visita a la Casa del Chocolate Lindt, donde se conocerá su historia y se disfrutará de una degustación.</w:t>
      </w:r>
    </w:p>
    <w:p w14:paraId="7EB4536B" w14:textId="77777777" w:rsidR="006062AC" w:rsidRPr="00C81AE0" w:rsidRDefault="00957DCA">
      <w:pPr>
        <w:spacing w:after="20"/>
        <w:rPr>
          <w:lang w:val="es-ES"/>
        </w:rPr>
      </w:pPr>
      <w:r w:rsidRPr="00C81AE0">
        <w:rPr>
          <w:b/>
          <w:lang w:val="es-ES"/>
        </w:rPr>
        <w:t>DÍA 6 MAR ZÚRICH - LUCERNA - BERNA</w:t>
      </w:r>
    </w:p>
    <w:p w14:paraId="66F1328B" w14:textId="77777777" w:rsidR="006062AC" w:rsidRPr="00C81AE0" w:rsidRDefault="00957DCA">
      <w:pPr>
        <w:spacing w:after="80"/>
        <w:rPr>
          <w:lang w:val="es-ES"/>
        </w:rPr>
      </w:pPr>
      <w:r w:rsidRPr="00C81AE0">
        <w:rPr>
          <w:lang w:val="es-ES"/>
        </w:rPr>
        <w:t>Salida hacia Lucerna, ciudad medieval situada a orillas del Lago de los Cuatro Cantones. Uno de sus principales atractivos es el Puente de la Capilla, construido en madera en 1333 y decorado con pinturas. A continuación, traslado a Engelberg, desde donde se asciende en el primer teleférico giratorio del mundo hasta la cima del Monte Titlis, a 3.020 metros, con impresionantes vistas de los Alpes. Por la tarde, continuación hacia Berna, capital de Suiza y una de las ciudades medievales mejor conservadas de Europa. Alojamiento.</w:t>
      </w:r>
    </w:p>
    <w:p w14:paraId="4E2CF64E" w14:textId="77777777" w:rsidR="006062AC" w:rsidRPr="00C81AE0" w:rsidRDefault="00957DCA">
      <w:pPr>
        <w:spacing w:after="20"/>
        <w:rPr>
          <w:lang w:val="es-ES"/>
        </w:rPr>
      </w:pPr>
      <w:r w:rsidRPr="00C81AE0">
        <w:rPr>
          <w:b/>
          <w:lang w:val="es-ES"/>
        </w:rPr>
        <w:t>DÍA 7 MIE BERNA - GRUYERE - GINEBRA</w:t>
      </w:r>
    </w:p>
    <w:p w14:paraId="2DF1F92F" w14:textId="5802952B" w:rsidR="006062AC" w:rsidRPr="00C81AE0" w:rsidRDefault="00957DCA">
      <w:pPr>
        <w:spacing w:after="80"/>
        <w:rPr>
          <w:lang w:val="es-ES"/>
        </w:rPr>
      </w:pPr>
      <w:r w:rsidRPr="00C81AE0">
        <w:rPr>
          <w:lang w:val="es-ES"/>
        </w:rPr>
        <w:t>Visita panorámica de Berna, destacando la Torre del Reloj y la Catedral de San Vicente del siglo XV. Tras el recorrido, salida hacia la región de Gruyeres, una pequeña ciudad con gran encanto. La zona es conocida por la producción del queso gruyere, uno de los más apreciados de Suiza. Paseo por la localidad. Continuación hacia Ginebra. Alojamiento.</w:t>
      </w:r>
    </w:p>
    <w:p w14:paraId="36F15AAA" w14:textId="77777777" w:rsidR="006062AC" w:rsidRPr="00C81AE0" w:rsidRDefault="00957DCA">
      <w:pPr>
        <w:spacing w:after="20"/>
        <w:rPr>
          <w:lang w:val="es-ES"/>
        </w:rPr>
      </w:pPr>
      <w:r w:rsidRPr="00C81AE0">
        <w:rPr>
          <w:b/>
          <w:lang w:val="es-ES"/>
        </w:rPr>
        <w:t>DÍA 8 JUE GINEBRA</w:t>
      </w:r>
    </w:p>
    <w:p w14:paraId="642FF662" w14:textId="77777777" w:rsidR="006062AC" w:rsidRPr="00C81AE0" w:rsidRDefault="00957DCA">
      <w:pPr>
        <w:spacing w:after="80"/>
        <w:rPr>
          <w:lang w:val="es-ES"/>
        </w:rPr>
      </w:pPr>
      <w:r w:rsidRPr="00C81AE0">
        <w:rPr>
          <w:lang w:val="es-ES"/>
        </w:rPr>
        <w:t>Recorrido por la ciudad, iniciando por la Promenade du Lac y el Jardín Inglés, donde se encuentra el famoso Reloj Floral. Ginebra es cuna de figuras históricas como Calvino, Rousseau, Voltaire y Henri Dunant, fundador de la Cruz Roja. El símbolo de la ciudad es el Jet d’Eau, uno de los chorros de agua más altos del mundo, con una altura de 140 metros. Paseo por el casco antiguo con la Catedral de San Pedro y visita al Parc des Bastions con el Monumento a los Reformadores. Tarde libre y alojamiento.</w:t>
      </w:r>
    </w:p>
    <w:p w14:paraId="1F0C0A82" w14:textId="77777777" w:rsidR="006062AC" w:rsidRPr="00C81AE0" w:rsidRDefault="00957DCA">
      <w:pPr>
        <w:spacing w:after="20"/>
        <w:rPr>
          <w:lang w:val="es-ES"/>
        </w:rPr>
      </w:pPr>
      <w:r w:rsidRPr="00C81AE0">
        <w:rPr>
          <w:b/>
          <w:lang w:val="es-ES"/>
        </w:rPr>
        <w:t>DÍA 9 VIE GINEBRA - MONTREUX - ZERMATT</w:t>
      </w:r>
    </w:p>
    <w:p w14:paraId="2BFBEF33" w14:textId="77777777" w:rsidR="006062AC" w:rsidRPr="00C81AE0" w:rsidRDefault="00957DCA">
      <w:pPr>
        <w:spacing w:after="80"/>
        <w:rPr>
          <w:lang w:val="es-ES"/>
        </w:rPr>
      </w:pPr>
      <w:r w:rsidRPr="00C81AE0">
        <w:rPr>
          <w:lang w:val="es-ES"/>
        </w:rPr>
        <w:t xml:space="preserve">Salida hacia Montreux, donde la combinación de lago, montañas y viñedos crea un paisaje único. Breve visita y entrada al Castillo de Chillon, situado a orillas del lago Lemán y antigua residencia de los condes </w:t>
      </w:r>
      <w:r w:rsidRPr="00C81AE0">
        <w:rPr>
          <w:lang w:val="es-ES"/>
        </w:rPr>
        <w:lastRenderedPageBreak/>
        <w:t>de Saboya durante casi cuatro siglos. Continuación hacia Zermatt, pintoresco pueblo alpino libre de tráfico, ubicado a los pies del Cervino. Alojamiento.</w:t>
      </w:r>
    </w:p>
    <w:p w14:paraId="7B14466C" w14:textId="77777777" w:rsidR="006062AC" w:rsidRPr="00C81AE0" w:rsidRDefault="00957DCA">
      <w:pPr>
        <w:spacing w:after="20"/>
        <w:rPr>
          <w:lang w:val="es-ES"/>
        </w:rPr>
      </w:pPr>
      <w:r w:rsidRPr="00C81AE0">
        <w:rPr>
          <w:b/>
          <w:lang w:val="es-ES"/>
        </w:rPr>
        <w:t>DÍA 10 SAB ZERMATT</w:t>
      </w:r>
    </w:p>
    <w:p w14:paraId="53DEA7B3" w14:textId="77777777" w:rsidR="006062AC" w:rsidRPr="00C81AE0" w:rsidRDefault="00957DCA">
      <w:pPr>
        <w:spacing w:after="80"/>
        <w:rPr>
          <w:lang w:val="es-ES"/>
        </w:rPr>
      </w:pPr>
      <w:r w:rsidRPr="00C81AE0">
        <w:rPr>
          <w:lang w:val="es-ES"/>
        </w:rPr>
        <w:t>Ascenso en tren cremallera al Gornergrat, mirador situado a 3.089 metros de altura, desde donde se obtiene una de las mejores vistas del Cervino y de los Alpes, con panorámicas de hasta 29 cumbres de más de 4.000 metros. Regreso en tren a Zermatt y alojamiento.</w:t>
      </w:r>
    </w:p>
    <w:p w14:paraId="1FD471A5" w14:textId="77777777" w:rsidR="006062AC" w:rsidRPr="00C81AE0" w:rsidRDefault="00957DCA">
      <w:pPr>
        <w:spacing w:after="20"/>
        <w:rPr>
          <w:lang w:val="es-ES"/>
        </w:rPr>
      </w:pPr>
      <w:r w:rsidRPr="00C81AE0">
        <w:rPr>
          <w:b/>
          <w:lang w:val="es-ES"/>
        </w:rPr>
        <w:t>DÍA 11 DOM ZERMATT - GLACIER EXPRESS -ZÚRICH</w:t>
      </w:r>
    </w:p>
    <w:p w14:paraId="341884D5" w14:textId="77777777" w:rsidR="006062AC" w:rsidRPr="00C81AE0" w:rsidRDefault="00957DCA">
      <w:pPr>
        <w:spacing w:after="80"/>
        <w:rPr>
          <w:lang w:val="es-ES"/>
        </w:rPr>
      </w:pPr>
      <w:r w:rsidRPr="00C81AE0">
        <w:rPr>
          <w:lang w:val="es-ES"/>
        </w:rPr>
        <w:t>Subida al Glacier Express, uno de los trenes panorámicos más famosos de Suiza, conocido como el „tren expreso más lento del mundo“. El recorrido entre Zermatt y Chur atraviesa valles, montañas y espectaculares puentes, incluyendo el paso por el puerto de Oberalp, a 2.033 metros de altitud. Llegada a Chur y continuación en autobús hacia Zúrich. Alojamiento.</w:t>
      </w:r>
    </w:p>
    <w:p w14:paraId="2BACBA91" w14:textId="77777777" w:rsidR="006062AC" w:rsidRPr="00C81AE0" w:rsidRDefault="00957DCA">
      <w:pPr>
        <w:spacing w:after="20"/>
        <w:rPr>
          <w:lang w:val="es-ES"/>
        </w:rPr>
      </w:pPr>
      <w:r w:rsidRPr="00C81AE0">
        <w:rPr>
          <w:b/>
          <w:lang w:val="es-ES"/>
        </w:rPr>
        <w:t>DÍA 12 LUN ZÚRICH</w:t>
      </w:r>
    </w:p>
    <w:p w14:paraId="1C7E28B1" w14:textId="77777777" w:rsidR="006062AC" w:rsidRPr="00C81AE0" w:rsidRDefault="00957DCA">
      <w:pPr>
        <w:spacing w:after="80"/>
        <w:rPr>
          <w:lang w:val="es-ES"/>
        </w:rPr>
      </w:pPr>
      <w:r w:rsidRPr="00C81AE0">
        <w:rPr>
          <w:lang w:val="es-ES"/>
        </w:rPr>
        <w:t>Desayuno y traslado de salida al aeropuerto.</w:t>
      </w:r>
    </w:p>
    <w:sectPr w:rsidR="006062AC" w:rsidRPr="00C81AE0" w:rsidSect="00034616">
      <w:head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C217F" w14:textId="77777777" w:rsidR="004856F5" w:rsidRDefault="004856F5" w:rsidP="004856F5">
      <w:pPr>
        <w:spacing w:after="0" w:line="240" w:lineRule="auto"/>
      </w:pPr>
      <w:r>
        <w:separator/>
      </w:r>
    </w:p>
  </w:endnote>
  <w:endnote w:type="continuationSeparator" w:id="0">
    <w:p w14:paraId="04F2A902" w14:textId="77777777" w:rsidR="004856F5" w:rsidRDefault="004856F5" w:rsidP="00485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BC3E0" w14:textId="77777777" w:rsidR="004856F5" w:rsidRDefault="004856F5" w:rsidP="004856F5">
      <w:pPr>
        <w:spacing w:after="0" w:line="240" w:lineRule="auto"/>
      </w:pPr>
      <w:r>
        <w:separator/>
      </w:r>
    </w:p>
  </w:footnote>
  <w:footnote w:type="continuationSeparator" w:id="0">
    <w:p w14:paraId="412C320F" w14:textId="77777777" w:rsidR="004856F5" w:rsidRDefault="004856F5" w:rsidP="00485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7ACEA" w14:textId="77777777" w:rsidR="004856F5" w:rsidRDefault="004856F5">
    <w:pPr>
      <w:pStyle w:val="Encabezado"/>
    </w:pPr>
    <w:r>
      <w:rPr>
        <w:noProof/>
      </w:rPr>
      <w:drawing>
        <wp:inline distT="0" distB="0" distL="0" distR="0" wp14:anchorId="27B658D6" wp14:editId="197ABEB8">
          <wp:extent cx="981075" cy="981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02578"/>
    <w:rsid w:val="00326F90"/>
    <w:rsid w:val="00403F30"/>
    <w:rsid w:val="004856F5"/>
    <w:rsid w:val="006062AC"/>
    <w:rsid w:val="00957DCA"/>
    <w:rsid w:val="00AA1D8D"/>
    <w:rsid w:val="00B47730"/>
    <w:rsid w:val="00B506EE"/>
    <w:rsid w:val="00C81AE0"/>
    <w:rsid w:val="00CB0664"/>
    <w:rsid w:val="00D72809"/>
    <w:rsid w:val="00E10F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2DBBA8"/>
  <w14:defaultImageDpi w14:val="300"/>
  <w15:docId w15:val="{0A062966-47D8-45FA-8DC3-3430D808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000000"/>
      <w:sz w:val="36"/>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8</cp:revision>
  <dcterms:created xsi:type="dcterms:W3CDTF">2013-12-23T23:15:00Z</dcterms:created>
  <dcterms:modified xsi:type="dcterms:W3CDTF">2026-08-07T10:08:00Z</dcterms:modified>
  <cp:category/>
</cp:coreProperties>
</file>