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B9404C8" w14:textId="77777777" w:rsidR="00EE4FAF" w:rsidRPr="006726E7" w:rsidRDefault="00FA37D6">
      <w:pPr>
        <w:spacing w:after="40"/>
        <w:jc w:val="center"/>
        <w:rPr>
          <w:color w:val="4F81BD" w:themeColor="accent1"/>
          <w:lang w:val="es-ES"/>
        </w:rPr>
      </w:pPr>
      <w:r w:rsidRPr="006726E7">
        <w:rPr>
          <w:rFonts w:ascii="Arial" w:hAnsi="Arial"/>
          <w:b/>
          <w:color w:val="4F81BD" w:themeColor="accent1"/>
          <w:sz w:val="36"/>
          <w:lang w:val="es-ES"/>
        </w:rPr>
        <w:t>CAPITALES IMPERIALES CON TERMAS</w:t>
      </w:r>
    </w:p>
    <w:p w14:paraId="36205704" w14:textId="3B05148D" w:rsidR="006726E7" w:rsidRPr="00A90119" w:rsidRDefault="00FA37D6">
      <w:pPr>
        <w:spacing w:after="160"/>
        <w:jc w:val="center"/>
        <w:rPr>
          <w:color w:val="4F81BD" w:themeColor="accent1"/>
          <w:lang w:val="es-ES"/>
        </w:rPr>
      </w:pPr>
      <w:r w:rsidRPr="00A90119">
        <w:rPr>
          <w:rFonts w:ascii="Arial" w:hAnsi="Arial"/>
          <w:color w:val="4F81BD" w:themeColor="accent1"/>
          <w:lang w:val="es-ES"/>
        </w:rPr>
        <w:t>Categoría: Primeira</w:t>
      </w:r>
      <w:r w:rsidRPr="00A90119">
        <w:rPr>
          <w:color w:val="4F81BD" w:themeColor="accent1"/>
          <w:lang w:val="es-ES"/>
        </w:rPr>
        <w:t xml:space="preserve">  </w:t>
      </w:r>
    </w:p>
    <w:p w14:paraId="788858B3" w14:textId="37B8584D" w:rsidR="00EE4FAF" w:rsidRPr="006726E7" w:rsidRDefault="00FA37D6">
      <w:pPr>
        <w:spacing w:after="160"/>
        <w:jc w:val="center"/>
        <w:rPr>
          <w:rFonts w:ascii="Arial" w:hAnsi="Arial"/>
          <w:b/>
          <w:sz w:val="20"/>
          <w:szCs w:val="20"/>
          <w:lang w:val="es-ES"/>
        </w:rPr>
      </w:pPr>
      <w:r w:rsidRPr="006726E7">
        <w:rPr>
          <w:rFonts w:ascii="Arial" w:hAnsi="Arial"/>
          <w:b/>
          <w:sz w:val="20"/>
          <w:szCs w:val="20"/>
          <w:lang w:val="es-ES"/>
        </w:rPr>
        <w:t>Código: EETVBP  |  9 DÍAS</w:t>
      </w:r>
    </w:p>
    <w:p w14:paraId="329069D5" w14:textId="77777777" w:rsidR="006726E7" w:rsidRPr="006726E7" w:rsidRDefault="006726E7">
      <w:pPr>
        <w:spacing w:after="160"/>
        <w:jc w:val="center"/>
        <w:rPr>
          <w:sz w:val="20"/>
          <w:szCs w:val="20"/>
          <w:lang w:val="es-ES"/>
        </w:rPr>
      </w:pPr>
    </w:p>
    <w:tbl>
      <w:tblPr>
        <w:tblW w:w="0" w:type="auto"/>
        <w:jc w:val="center"/>
        <w:tblLook w:val="04A0" w:firstRow="1" w:lastRow="0" w:firstColumn="1" w:lastColumn="0" w:noHBand="0" w:noVBand="1"/>
      </w:tblPr>
      <w:tblGrid>
        <w:gridCol w:w="5256"/>
        <w:gridCol w:w="5256"/>
      </w:tblGrid>
      <w:tr w:rsidR="00EE4FAF" w:rsidRPr="00D87276" w14:paraId="067035FE" w14:textId="77777777">
        <w:trPr>
          <w:jc w:val="center"/>
        </w:trPr>
        <w:tc>
          <w:tcPr>
            <w:tcW w:w="5256" w:type="dxa"/>
            <w:shd w:val="clear" w:color="auto" w:fill="EAF2F8"/>
          </w:tcPr>
          <w:p w14:paraId="21BFC889" w14:textId="77777777" w:rsidR="00EE4FAF" w:rsidRPr="006726E7" w:rsidRDefault="00FA37D6">
            <w:pPr>
              <w:spacing w:after="0"/>
              <w:rPr>
                <w:sz w:val="20"/>
                <w:szCs w:val="20"/>
                <w:lang w:val="es-ES"/>
              </w:rPr>
            </w:pPr>
            <w:r w:rsidRPr="006726E7">
              <w:rPr>
                <w:rFonts w:ascii="Arial" w:hAnsi="Arial"/>
                <w:b/>
                <w:sz w:val="20"/>
                <w:szCs w:val="20"/>
                <w:lang w:val="es-ES"/>
              </w:rPr>
              <w:t>SALIDAS INVIERNO 2027/28</w:t>
            </w:r>
          </w:p>
          <w:p w14:paraId="557CECD6" w14:textId="77777777" w:rsidR="00EE4FAF" w:rsidRPr="006726E7" w:rsidRDefault="00FA37D6">
            <w:pPr>
              <w:spacing w:after="0"/>
              <w:rPr>
                <w:sz w:val="20"/>
                <w:szCs w:val="20"/>
                <w:lang w:val="es-ES"/>
              </w:rPr>
            </w:pPr>
            <w:r w:rsidRPr="006726E7">
              <w:rPr>
                <w:rFonts w:ascii="Arial" w:hAnsi="Arial"/>
                <w:sz w:val="20"/>
                <w:szCs w:val="20"/>
                <w:lang w:val="es-ES"/>
              </w:rPr>
              <w:t>NOVIEMBRE 2027 .................... 4</w:t>
            </w:r>
          </w:p>
          <w:p w14:paraId="3496A902" w14:textId="5A8CFA8E" w:rsidR="00EE4FAF" w:rsidRDefault="00FA37D6">
            <w:pPr>
              <w:spacing w:after="0"/>
              <w:rPr>
                <w:rFonts w:ascii="Arial" w:hAnsi="Arial"/>
                <w:sz w:val="20"/>
                <w:szCs w:val="20"/>
                <w:lang w:val="es-ES"/>
              </w:rPr>
            </w:pPr>
            <w:r w:rsidRPr="006726E7">
              <w:rPr>
                <w:rFonts w:ascii="Arial" w:hAnsi="Arial"/>
                <w:sz w:val="20"/>
                <w:szCs w:val="20"/>
                <w:lang w:val="es-ES"/>
              </w:rPr>
              <w:t>MARZO 2028 .................... 2, 23</w:t>
            </w:r>
          </w:p>
          <w:p w14:paraId="6D74F5AC" w14:textId="77777777" w:rsidR="006726E7" w:rsidRPr="006726E7" w:rsidRDefault="006726E7">
            <w:pPr>
              <w:spacing w:after="0"/>
              <w:rPr>
                <w:sz w:val="20"/>
                <w:szCs w:val="20"/>
                <w:lang w:val="es-ES"/>
              </w:rPr>
            </w:pPr>
          </w:p>
          <w:p w14:paraId="12DE6E59" w14:textId="77777777" w:rsidR="00EE4FAF" w:rsidRPr="006726E7" w:rsidRDefault="00FA37D6">
            <w:pPr>
              <w:spacing w:after="40"/>
              <w:rPr>
                <w:sz w:val="20"/>
                <w:szCs w:val="20"/>
                <w:lang w:val="es-ES"/>
              </w:rPr>
            </w:pPr>
            <w:r w:rsidRPr="006726E7">
              <w:rPr>
                <w:rFonts w:ascii="Arial" w:hAnsi="Arial"/>
                <w:b/>
                <w:sz w:val="20"/>
                <w:szCs w:val="20"/>
                <w:lang w:val="es-ES"/>
              </w:rPr>
              <w:t>HOTELES PREVISTOS</w:t>
            </w:r>
          </w:p>
          <w:p w14:paraId="7A3BFDC8" w14:textId="77777777" w:rsidR="00EE4FAF" w:rsidRPr="006726E7" w:rsidRDefault="00FA37D6">
            <w:pPr>
              <w:spacing w:after="0"/>
              <w:rPr>
                <w:sz w:val="20"/>
                <w:szCs w:val="20"/>
                <w:lang w:val="es-ES"/>
              </w:rPr>
            </w:pPr>
            <w:r w:rsidRPr="006726E7">
              <w:rPr>
                <w:rFonts w:ascii="Arial" w:hAnsi="Arial"/>
                <w:i/>
                <w:sz w:val="20"/>
                <w:szCs w:val="20"/>
                <w:lang w:val="es-ES"/>
              </w:rPr>
              <w:t>(o similares en la categoría indicada, según ciudad)</w:t>
            </w:r>
          </w:p>
          <w:p w14:paraId="6A83DD5C" w14:textId="77777777" w:rsidR="00EE4FAF" w:rsidRPr="006726E7" w:rsidRDefault="00FA37D6">
            <w:pPr>
              <w:spacing w:after="0"/>
              <w:rPr>
                <w:sz w:val="20"/>
                <w:szCs w:val="20"/>
              </w:rPr>
            </w:pPr>
            <w:r w:rsidRPr="006726E7">
              <w:rPr>
                <w:rFonts w:ascii="Arial" w:hAnsi="Arial"/>
                <w:sz w:val="20"/>
                <w:szCs w:val="20"/>
              </w:rPr>
              <w:t>VIENA: ROOMZ PRATER</w:t>
            </w:r>
          </w:p>
          <w:p w14:paraId="5FD00E6D" w14:textId="77777777" w:rsidR="00EE4FAF" w:rsidRPr="006726E7" w:rsidRDefault="00FA37D6">
            <w:pPr>
              <w:spacing w:after="0"/>
              <w:rPr>
                <w:sz w:val="20"/>
                <w:szCs w:val="20"/>
              </w:rPr>
            </w:pPr>
            <w:r w:rsidRPr="006726E7">
              <w:rPr>
                <w:rFonts w:ascii="Arial" w:hAnsi="Arial"/>
                <w:sz w:val="20"/>
                <w:szCs w:val="20"/>
              </w:rPr>
              <w:t>BUDAPEST: MERCURE KORONA</w:t>
            </w:r>
          </w:p>
          <w:p w14:paraId="4BC65D0A" w14:textId="77777777" w:rsidR="00EE4FAF" w:rsidRPr="006726E7" w:rsidRDefault="00FA37D6">
            <w:pPr>
              <w:spacing w:after="0"/>
              <w:rPr>
                <w:sz w:val="20"/>
                <w:szCs w:val="20"/>
              </w:rPr>
            </w:pPr>
            <w:r w:rsidRPr="006726E7">
              <w:rPr>
                <w:rFonts w:ascii="Arial" w:hAnsi="Arial"/>
                <w:sz w:val="20"/>
                <w:szCs w:val="20"/>
              </w:rPr>
              <w:t>PRAGA: HERMITAGE</w:t>
            </w:r>
          </w:p>
        </w:tc>
        <w:tc>
          <w:tcPr>
            <w:tcW w:w="5256" w:type="dxa"/>
            <w:shd w:val="clear" w:color="auto" w:fill="EAF2F8"/>
          </w:tcPr>
          <w:p w14:paraId="13EC22A0" w14:textId="77777777" w:rsidR="00EE4FAF" w:rsidRPr="006726E7" w:rsidRDefault="00FA37D6">
            <w:pPr>
              <w:spacing w:after="0"/>
              <w:rPr>
                <w:sz w:val="20"/>
                <w:szCs w:val="20"/>
              </w:rPr>
            </w:pPr>
            <w:r w:rsidRPr="006726E7">
              <w:rPr>
                <w:rFonts w:ascii="Arial" w:hAnsi="Arial"/>
                <w:b/>
                <w:sz w:val="20"/>
                <w:szCs w:val="20"/>
              </w:rPr>
              <w:t>SERVICIOS INCLUIDOS</w:t>
            </w:r>
          </w:p>
          <w:p w14:paraId="64F90D5E" w14:textId="77777777" w:rsidR="00EE4FAF" w:rsidRPr="006726E7" w:rsidRDefault="00FA37D6">
            <w:pPr>
              <w:pStyle w:val="Listaconvietas"/>
              <w:spacing w:after="0"/>
              <w:rPr>
                <w:sz w:val="20"/>
                <w:szCs w:val="20"/>
              </w:rPr>
            </w:pPr>
            <w:r w:rsidRPr="006726E7">
              <w:rPr>
                <w:rFonts w:ascii="Arial" w:hAnsi="Arial"/>
                <w:sz w:val="20"/>
                <w:szCs w:val="20"/>
              </w:rPr>
              <w:t>Guía exclusivo de habla hispana</w:t>
            </w:r>
          </w:p>
          <w:p w14:paraId="4182C6A9" w14:textId="77777777" w:rsidR="00EE4FAF" w:rsidRPr="006726E7" w:rsidRDefault="00FA37D6">
            <w:pPr>
              <w:pStyle w:val="Listaconvietas"/>
              <w:spacing w:after="0"/>
              <w:rPr>
                <w:sz w:val="20"/>
                <w:szCs w:val="20"/>
              </w:rPr>
            </w:pPr>
            <w:r w:rsidRPr="006726E7">
              <w:rPr>
                <w:rFonts w:ascii="Arial" w:hAnsi="Arial"/>
                <w:sz w:val="20"/>
                <w:szCs w:val="20"/>
              </w:rPr>
              <w:t>8 noches alojamiento con desayuno buffet</w:t>
            </w:r>
          </w:p>
          <w:p w14:paraId="510C105E" w14:textId="77777777" w:rsidR="00EE4FAF" w:rsidRPr="006726E7" w:rsidRDefault="00FA37D6">
            <w:pPr>
              <w:pStyle w:val="Listaconvietas"/>
              <w:spacing w:after="0"/>
              <w:rPr>
                <w:sz w:val="20"/>
                <w:szCs w:val="20"/>
              </w:rPr>
            </w:pPr>
            <w:r w:rsidRPr="006726E7">
              <w:rPr>
                <w:rFonts w:ascii="Arial" w:hAnsi="Arial"/>
                <w:sz w:val="20"/>
                <w:szCs w:val="20"/>
              </w:rPr>
              <w:t>Cena de bienvenida</w:t>
            </w:r>
          </w:p>
          <w:p w14:paraId="56DCD138" w14:textId="3B01AA64" w:rsidR="00EE4FAF" w:rsidRPr="006726E7" w:rsidRDefault="00FA37D6">
            <w:pPr>
              <w:pStyle w:val="Listaconvietas"/>
              <w:spacing w:after="0"/>
              <w:rPr>
                <w:sz w:val="20"/>
                <w:szCs w:val="20"/>
              </w:rPr>
            </w:pPr>
            <w:r w:rsidRPr="006726E7">
              <w:rPr>
                <w:rFonts w:ascii="Arial" w:hAnsi="Arial"/>
                <w:sz w:val="20"/>
                <w:szCs w:val="20"/>
              </w:rPr>
              <w:t>Entradas y experiencias según itinerario</w:t>
            </w:r>
          </w:p>
          <w:p w14:paraId="49F28F2D" w14:textId="77777777" w:rsidR="006726E7" w:rsidRPr="006726E7" w:rsidRDefault="006726E7" w:rsidP="006726E7">
            <w:pPr>
              <w:pStyle w:val="Listaconvietas"/>
              <w:numPr>
                <w:ilvl w:val="0"/>
                <w:numId w:val="0"/>
              </w:numPr>
              <w:spacing w:after="0"/>
              <w:ind w:left="360"/>
              <w:rPr>
                <w:sz w:val="20"/>
                <w:szCs w:val="20"/>
              </w:rPr>
            </w:pPr>
          </w:p>
          <w:p w14:paraId="0E91B242" w14:textId="6041FEBE" w:rsidR="00EE4FAF" w:rsidRPr="00B463D1" w:rsidRDefault="00FA37D6" w:rsidP="00B463D1">
            <w:pPr>
              <w:rPr>
                <w:sz w:val="20"/>
                <w:szCs w:val="20"/>
                <w:lang w:val="es-ES"/>
              </w:rPr>
            </w:pPr>
            <w:r w:rsidRPr="00B463D1">
              <w:rPr>
                <w:rFonts w:ascii="Arial" w:hAnsi="Arial"/>
                <w:b/>
                <w:sz w:val="20"/>
                <w:szCs w:val="20"/>
                <w:lang w:val="es-ES"/>
              </w:rPr>
              <w:t>PRECIOS EN EUROS</w:t>
            </w:r>
            <w:r w:rsidR="00B463D1" w:rsidRPr="00B463D1">
              <w:rPr>
                <w:rFonts w:ascii="Arial" w:hAnsi="Arial"/>
                <w:b/>
                <w:sz w:val="20"/>
                <w:szCs w:val="20"/>
                <w:lang w:val="es-ES"/>
              </w:rPr>
              <w:br/>
            </w:r>
            <w:r w:rsidRPr="00B463D1">
              <w:rPr>
                <w:rFonts w:ascii="Arial" w:hAnsi="Arial"/>
                <w:sz w:val="20"/>
                <w:szCs w:val="20"/>
                <w:lang w:val="es-ES"/>
              </w:rPr>
              <w:t>€ 1.550,– por persona en doble</w:t>
            </w:r>
            <w:r w:rsidR="00B463D1">
              <w:rPr>
                <w:rFonts w:ascii="Arial" w:hAnsi="Arial"/>
                <w:sz w:val="20"/>
                <w:szCs w:val="20"/>
                <w:lang w:val="es-ES"/>
              </w:rPr>
              <w:br/>
            </w:r>
            <w:r w:rsidRPr="00B463D1">
              <w:rPr>
                <w:rFonts w:ascii="Arial" w:hAnsi="Arial"/>
                <w:sz w:val="20"/>
                <w:szCs w:val="20"/>
                <w:lang w:val="es-ES"/>
              </w:rPr>
              <w:t>€ 770,– suplemento individual</w:t>
            </w:r>
          </w:p>
        </w:tc>
      </w:tr>
    </w:tbl>
    <w:p w14:paraId="254A363D" w14:textId="2B0F76B0" w:rsidR="00D87276" w:rsidRPr="00D87276" w:rsidRDefault="00FA37D6">
      <w:pPr>
        <w:spacing w:before="160" w:after="80"/>
        <w:rPr>
          <w:rFonts w:ascii="Arial" w:hAnsi="Arial"/>
          <w:b/>
          <w:color w:val="1F3763"/>
          <w:sz w:val="20"/>
          <w:szCs w:val="20"/>
          <w:lang w:val="es-ES"/>
        </w:rPr>
      </w:pPr>
      <w:r w:rsidRPr="00D87276">
        <w:rPr>
          <w:rFonts w:ascii="Arial" w:hAnsi="Arial"/>
          <w:b/>
          <w:color w:val="1F3763"/>
          <w:sz w:val="20"/>
          <w:szCs w:val="20"/>
          <w:lang w:val="es-ES"/>
        </w:rPr>
        <w:t>NOTAS</w:t>
      </w:r>
    </w:p>
    <w:p w14:paraId="138133D8" w14:textId="0B48FE14" w:rsidR="00EE4FAF" w:rsidRDefault="00FA37D6">
      <w:pPr>
        <w:spacing w:after="40" w:line="252" w:lineRule="auto"/>
        <w:rPr>
          <w:rFonts w:ascii="Arial" w:hAnsi="Arial"/>
          <w:sz w:val="20"/>
          <w:szCs w:val="20"/>
          <w:lang w:val="es-ES"/>
        </w:rPr>
      </w:pPr>
      <w:r w:rsidRPr="006726E7">
        <w:rPr>
          <w:rFonts w:ascii="Arial" w:hAnsi="Arial"/>
          <w:sz w:val="20"/>
          <w:szCs w:val="20"/>
          <w:lang w:val="es-ES"/>
        </w:rPr>
        <w:t>5% descuento para el tercer pasajero compartiendo con + 2 personas (HABITACIÓN TRIPLE).</w:t>
      </w:r>
    </w:p>
    <w:p w14:paraId="0A480B54" w14:textId="77777777" w:rsidR="00D87276" w:rsidRPr="006726E7" w:rsidRDefault="00D87276">
      <w:pPr>
        <w:spacing w:after="40" w:line="252" w:lineRule="auto"/>
        <w:rPr>
          <w:sz w:val="20"/>
          <w:szCs w:val="20"/>
          <w:lang w:val="es-ES"/>
        </w:rPr>
      </w:pPr>
    </w:p>
    <w:p w14:paraId="74D61488" w14:textId="53DE96C6" w:rsidR="00C8353A" w:rsidRPr="00C8353A" w:rsidRDefault="00FA37D6">
      <w:pPr>
        <w:spacing w:before="160" w:after="80"/>
        <w:rPr>
          <w:rFonts w:ascii="Arial" w:hAnsi="Arial"/>
          <w:b/>
          <w:color w:val="1F3763"/>
          <w:sz w:val="24"/>
          <w:szCs w:val="24"/>
          <w:lang w:val="es-ES"/>
        </w:rPr>
      </w:pPr>
      <w:r w:rsidRPr="00D87276">
        <w:rPr>
          <w:rFonts w:ascii="Arial" w:hAnsi="Arial"/>
          <w:b/>
          <w:color w:val="1F3763"/>
          <w:sz w:val="24"/>
          <w:szCs w:val="24"/>
          <w:lang w:val="es-ES"/>
        </w:rPr>
        <w:t>ITINERARIO</w:t>
      </w:r>
    </w:p>
    <w:p w14:paraId="3A314B05" w14:textId="1E3A2805" w:rsidR="00762219" w:rsidRPr="00C8353A" w:rsidRDefault="00FA37D6">
      <w:pPr>
        <w:spacing w:after="40" w:line="252" w:lineRule="auto"/>
        <w:rPr>
          <w:rFonts w:ascii="Arial" w:hAnsi="Arial"/>
          <w:b/>
          <w:sz w:val="20"/>
          <w:szCs w:val="20"/>
          <w:lang w:val="es-ES"/>
        </w:rPr>
      </w:pPr>
      <w:r w:rsidRPr="006726E7">
        <w:rPr>
          <w:rFonts w:ascii="Arial" w:hAnsi="Arial"/>
          <w:b/>
          <w:sz w:val="20"/>
          <w:szCs w:val="20"/>
          <w:lang w:val="es-ES"/>
        </w:rPr>
        <w:t>DÍA 1 JUE VIENA</w:t>
      </w:r>
    </w:p>
    <w:p w14:paraId="521B3ED5" w14:textId="1017DF7A" w:rsidR="00EE4FAF" w:rsidRDefault="00FA37D6">
      <w:pPr>
        <w:spacing w:after="40" w:line="252" w:lineRule="auto"/>
        <w:rPr>
          <w:rFonts w:ascii="Arial" w:hAnsi="Arial"/>
          <w:sz w:val="20"/>
          <w:szCs w:val="20"/>
          <w:lang w:val="es-ES"/>
        </w:rPr>
      </w:pPr>
      <w:r w:rsidRPr="006726E7">
        <w:rPr>
          <w:rFonts w:ascii="Arial" w:hAnsi="Arial"/>
          <w:sz w:val="20"/>
          <w:szCs w:val="20"/>
          <w:lang w:val="es-ES"/>
        </w:rPr>
        <w:t>Llegará al aeropuerto de Viena y nuestro chófer le llevará a su hotel. Por la noche, conocerá a sus compañeros de viaje en una típica cena austriaca de bienvenida en el restaurante Marchfelderhof, muy conocido más allá de las fronteras del país. En este ambiente realmente único, rápidamente tendrá la sensación de que la emperatriz Sissi está sentada a su lado en la mesa. Por supuesto, las bebidas también están incluidas.</w:t>
      </w:r>
    </w:p>
    <w:p w14:paraId="7EE50AEE" w14:textId="77777777" w:rsidR="00762219" w:rsidRPr="006726E7" w:rsidRDefault="00762219">
      <w:pPr>
        <w:spacing w:after="40" w:line="252" w:lineRule="auto"/>
        <w:rPr>
          <w:sz w:val="20"/>
          <w:szCs w:val="20"/>
          <w:lang w:val="es-ES"/>
        </w:rPr>
      </w:pPr>
    </w:p>
    <w:p w14:paraId="7A464EF6" w14:textId="77777777" w:rsidR="00EE4FAF" w:rsidRPr="006726E7" w:rsidRDefault="00FA37D6">
      <w:pPr>
        <w:spacing w:after="40" w:line="252" w:lineRule="auto"/>
        <w:rPr>
          <w:sz w:val="20"/>
          <w:szCs w:val="20"/>
          <w:lang w:val="es-ES"/>
        </w:rPr>
      </w:pPr>
      <w:r w:rsidRPr="006726E7">
        <w:rPr>
          <w:rFonts w:ascii="Arial" w:hAnsi="Arial"/>
          <w:b/>
          <w:sz w:val="20"/>
          <w:szCs w:val="20"/>
          <w:lang w:val="es-ES"/>
        </w:rPr>
        <w:t>DÍA 2 VIE VIENA</w:t>
      </w:r>
    </w:p>
    <w:p w14:paraId="76502E8C" w14:textId="33E154D5" w:rsidR="00EE4FAF" w:rsidRDefault="00FA37D6">
      <w:pPr>
        <w:spacing w:after="40" w:line="252" w:lineRule="auto"/>
        <w:rPr>
          <w:rFonts w:ascii="Arial" w:hAnsi="Arial"/>
          <w:sz w:val="20"/>
          <w:szCs w:val="20"/>
          <w:lang w:val="es-ES"/>
        </w:rPr>
      </w:pPr>
      <w:r w:rsidRPr="006726E7">
        <w:rPr>
          <w:rFonts w:ascii="Arial" w:hAnsi="Arial"/>
          <w:sz w:val="20"/>
          <w:szCs w:val="20"/>
          <w:lang w:val="es-ES"/>
        </w:rPr>
        <w:t>Tras desayunar en el hotel, realizaremos una visita panorámica de la ciudad, que ofrece una excelente impresión de los numerosos lugares de interés de Viena. Visitaremos los jardines del histórico Palacio Belvedere, antiguo palacio de verano del príncipe Eugenio de Saboya, desde donde podrá disfrutar de la magnífica vista de la ciudad, inmortalizada por el artista Giovanni Antonio Canal en sus cuadros de Viena. Continuaremos por la Ringstrasse, con sus magníficos edificios como la Ópera Estatal, el Museo de Ciencias Naturales, el Monumento a María Teresa, el Parlamento austríaco, el Ayuntamiento de Viena, el Teatro Nacional y el Hofburg, sede de nuestro Presidente Federal. Pasearemos por las pequeñas e idílicas calles del centro histórico de Viena y visitaremos el interior de la Catedral de San Esteban, la más grande de la ciudad. También pasaremos por el Reloj de Ancla y el barrio judío. El recorrido finaliza en el centro, en la Maria-Theresien-Platz. Después de la visita panorámica, tendrá la opción de unirse a una visita al Palacio de Schönbrunn. Por la tarde, le ofrecemos la posibilidad de participar en un concierto de música clásica (ambas no incluidas).</w:t>
      </w:r>
    </w:p>
    <w:p w14:paraId="66803955" w14:textId="77777777" w:rsidR="00762219" w:rsidRPr="006726E7" w:rsidRDefault="00762219">
      <w:pPr>
        <w:spacing w:after="40" w:line="252" w:lineRule="auto"/>
        <w:rPr>
          <w:sz w:val="20"/>
          <w:szCs w:val="20"/>
          <w:lang w:val="es-ES"/>
        </w:rPr>
      </w:pPr>
    </w:p>
    <w:p w14:paraId="7D16A25F" w14:textId="77777777" w:rsidR="00EE4FAF" w:rsidRPr="006726E7" w:rsidRDefault="00FA37D6">
      <w:pPr>
        <w:spacing w:after="40" w:line="252" w:lineRule="auto"/>
        <w:rPr>
          <w:sz w:val="20"/>
          <w:szCs w:val="20"/>
          <w:lang w:val="es-ES"/>
        </w:rPr>
      </w:pPr>
      <w:r w:rsidRPr="006726E7">
        <w:rPr>
          <w:rFonts w:ascii="Arial" w:hAnsi="Arial"/>
          <w:b/>
          <w:sz w:val="20"/>
          <w:szCs w:val="20"/>
          <w:lang w:val="es-ES"/>
        </w:rPr>
        <w:t>DÍA 3 SAB VIENA</w:t>
      </w:r>
    </w:p>
    <w:p w14:paraId="68601DE8" w14:textId="6024566E" w:rsidR="00EE4FAF" w:rsidRDefault="00FA37D6">
      <w:pPr>
        <w:spacing w:after="40" w:line="252" w:lineRule="auto"/>
        <w:rPr>
          <w:rFonts w:ascii="Arial" w:hAnsi="Arial"/>
          <w:sz w:val="20"/>
          <w:szCs w:val="20"/>
          <w:lang w:val="es-ES"/>
        </w:rPr>
      </w:pPr>
      <w:r w:rsidRPr="006726E7">
        <w:rPr>
          <w:rFonts w:ascii="Arial" w:hAnsi="Arial"/>
          <w:sz w:val="20"/>
          <w:szCs w:val="20"/>
          <w:lang w:val="es-ES"/>
        </w:rPr>
        <w:t>Tras desayunar en el hotel reservado, tendrá el día libre.</w:t>
      </w:r>
    </w:p>
    <w:p w14:paraId="6D14B105" w14:textId="77777777" w:rsidR="00762219" w:rsidRPr="006726E7" w:rsidRDefault="00762219">
      <w:pPr>
        <w:spacing w:after="40" w:line="252" w:lineRule="auto"/>
        <w:rPr>
          <w:sz w:val="20"/>
          <w:szCs w:val="20"/>
          <w:lang w:val="es-ES"/>
        </w:rPr>
      </w:pPr>
    </w:p>
    <w:p w14:paraId="4A682FD0" w14:textId="77777777" w:rsidR="00EE4FAF" w:rsidRPr="006726E7" w:rsidRDefault="00FA37D6">
      <w:pPr>
        <w:spacing w:after="40" w:line="252" w:lineRule="auto"/>
        <w:rPr>
          <w:sz w:val="20"/>
          <w:szCs w:val="20"/>
          <w:lang w:val="es-ES"/>
        </w:rPr>
      </w:pPr>
      <w:r w:rsidRPr="006726E7">
        <w:rPr>
          <w:rFonts w:ascii="Arial" w:hAnsi="Arial"/>
          <w:b/>
          <w:sz w:val="20"/>
          <w:szCs w:val="20"/>
          <w:lang w:val="es-ES"/>
        </w:rPr>
        <w:t>DÍA 4 DOM VIENA - BUDAPEST</w:t>
      </w:r>
    </w:p>
    <w:p w14:paraId="19FF12EF" w14:textId="4DD7FEB5" w:rsidR="00EE4FAF" w:rsidRDefault="00FA37D6">
      <w:pPr>
        <w:spacing w:after="40" w:line="252" w:lineRule="auto"/>
        <w:rPr>
          <w:rFonts w:ascii="Arial" w:hAnsi="Arial"/>
          <w:sz w:val="20"/>
          <w:szCs w:val="20"/>
          <w:lang w:val="es-ES"/>
        </w:rPr>
      </w:pPr>
      <w:r w:rsidRPr="006726E7">
        <w:rPr>
          <w:rFonts w:ascii="Arial" w:hAnsi="Arial"/>
          <w:sz w:val="20"/>
          <w:szCs w:val="20"/>
          <w:lang w:val="es-ES"/>
        </w:rPr>
        <w:lastRenderedPageBreak/>
        <w:t>Comenzaremos el día con la salida hacia Hungría. Disfrute del trayecto en nuestro autocar que nos llevará a la capital, Budapest, a menudo conocida como la Perla del Danubio. Al llegar, realizaremos una visita de la ciudad. Budapest está dividida en dos partes: Buda, donde se encuentran el centro histórico, las embajadas y las residencias de la alta sociedad, y Pest, donde se ubican la mayoría de los hoteles y tiendas. No olvide preparar su cámara de fotos. En este primer recorrido veremos la parte de Buda, pasearemos por el barrio del castillo, donde se encuentran otros dos puntos destacados de la ciudad: la Iglesia de Matías y el Bastión de los Pescadores. Aquí se encuentra probablemente la vista más hermosa de la ciudad, por lo que no puede faltar una foto panorámica para su álbum. Después, continuaremos hacia el Palacio Real y observaremos los distintos puentes que conectan las dos partes de la ciudad. Tras la excursión, le llevaremos de regreso al hotel, donde podrá relajarse al final de la tarde y repasar todas las impresiones obtenidas.</w:t>
      </w:r>
    </w:p>
    <w:p w14:paraId="72534330" w14:textId="77777777" w:rsidR="00762219" w:rsidRPr="006726E7" w:rsidRDefault="00762219">
      <w:pPr>
        <w:spacing w:after="40" w:line="252" w:lineRule="auto"/>
        <w:rPr>
          <w:sz w:val="20"/>
          <w:szCs w:val="20"/>
          <w:lang w:val="es-ES"/>
        </w:rPr>
      </w:pPr>
    </w:p>
    <w:p w14:paraId="69862287" w14:textId="77777777" w:rsidR="00EE4FAF" w:rsidRPr="006726E7" w:rsidRDefault="00FA37D6">
      <w:pPr>
        <w:spacing w:after="40" w:line="252" w:lineRule="auto"/>
        <w:rPr>
          <w:sz w:val="20"/>
          <w:szCs w:val="20"/>
          <w:lang w:val="es-ES"/>
        </w:rPr>
      </w:pPr>
      <w:r w:rsidRPr="006726E7">
        <w:rPr>
          <w:rFonts w:ascii="Arial" w:hAnsi="Arial"/>
          <w:b/>
          <w:sz w:val="20"/>
          <w:szCs w:val="20"/>
          <w:lang w:val="es-ES"/>
        </w:rPr>
        <w:t>DÍA 5 LUN BUDAPEST</w:t>
      </w:r>
    </w:p>
    <w:p w14:paraId="59E78EBA" w14:textId="7F4575AE" w:rsidR="00EE4FAF" w:rsidRDefault="00FA37D6">
      <w:pPr>
        <w:spacing w:after="40" w:line="252" w:lineRule="auto"/>
        <w:rPr>
          <w:rFonts w:ascii="Arial" w:hAnsi="Arial"/>
          <w:sz w:val="20"/>
          <w:szCs w:val="20"/>
          <w:lang w:val="es-ES"/>
        </w:rPr>
      </w:pPr>
      <w:r w:rsidRPr="006726E7">
        <w:rPr>
          <w:rFonts w:ascii="Arial" w:hAnsi="Arial"/>
          <w:sz w:val="20"/>
          <w:szCs w:val="20"/>
          <w:lang w:val="es-ES"/>
        </w:rPr>
        <w:t>Iniciaremos el recorrido de hoy por Pest y la Plaza de los Héroes, donde se encuentra el Monumento del Milenio. En su pedestal se alzan las estatuas de los siete conquistadores y su líder Árpád. El recorrido continúa por la calle Andrássy, declarada Patrimonio de la Humanidad. Aquí se encuentra el edifi cio más importante del bulevar, la Ópera Estatal de Hungría, diseñada por Miklós Ybl, así como el Museo Casa del Terror, la Universidad Húngara de Bellas Artes y el Museo Memorial Franz Liszt. ¿Sabía que por aquí pasa el segundo metro más antiguo de Europa? Sus elegantes estaciones son populares entre locales y extranjeros. También pasaremos por el edifi cio del Parlamento húngaro, un monumento emblemático a orillas del Danubio, sede del poder legislativo y guardián de la Santa Corona húngara. Antes de continuar hacia el mercado y la zona peatonal, veremos uno de los edificios más bellos de la ciudad: la Basílica de San Esteban. Por la tarde, disfrutaremos de una experiencia de relajación visitando el famoso Balneario Széchenyi, el mayor complejo termal de Europa, que cuenta con numerosas piscinas cubiertas y al aire libre. Sus aguas termales son reconocidas por sus efectos benefi ciosos, convirtiendo esta visita en un momento ideal para descansar y revitalizarse (entrada incluida). Tras la experiencia, regreso al hotel.</w:t>
      </w:r>
    </w:p>
    <w:p w14:paraId="26C08E1F" w14:textId="77777777" w:rsidR="00762219" w:rsidRPr="006726E7" w:rsidRDefault="00762219">
      <w:pPr>
        <w:spacing w:after="40" w:line="252" w:lineRule="auto"/>
        <w:rPr>
          <w:sz w:val="20"/>
          <w:szCs w:val="20"/>
          <w:lang w:val="es-ES"/>
        </w:rPr>
      </w:pPr>
    </w:p>
    <w:p w14:paraId="4809C472" w14:textId="39C2165E" w:rsidR="00762219" w:rsidRPr="00762219" w:rsidRDefault="00FA37D6">
      <w:pPr>
        <w:spacing w:after="40" w:line="252" w:lineRule="auto"/>
        <w:rPr>
          <w:rFonts w:ascii="Arial" w:hAnsi="Arial"/>
          <w:b/>
          <w:sz w:val="20"/>
          <w:szCs w:val="20"/>
          <w:lang w:val="es-ES"/>
        </w:rPr>
      </w:pPr>
      <w:r w:rsidRPr="006726E7">
        <w:rPr>
          <w:rFonts w:ascii="Arial" w:hAnsi="Arial"/>
          <w:b/>
          <w:sz w:val="20"/>
          <w:szCs w:val="20"/>
          <w:lang w:val="es-ES"/>
        </w:rPr>
        <w:t>DÍA 6 MAR BUDAPEST –</w:t>
      </w:r>
      <w:r w:rsidR="00762219">
        <w:rPr>
          <w:sz w:val="20"/>
          <w:szCs w:val="20"/>
          <w:lang w:val="es-ES"/>
        </w:rPr>
        <w:t xml:space="preserve"> </w:t>
      </w:r>
      <w:r w:rsidRPr="00762219">
        <w:rPr>
          <w:rFonts w:ascii="Arial" w:hAnsi="Arial"/>
          <w:b/>
          <w:sz w:val="20"/>
          <w:szCs w:val="20"/>
          <w:lang w:val="es-ES"/>
        </w:rPr>
        <w:t xml:space="preserve">BRATISLAVA - PRAGA </w:t>
      </w:r>
    </w:p>
    <w:p w14:paraId="00EB41DB" w14:textId="65E0DC87" w:rsidR="00EE4FAF" w:rsidRDefault="00762219">
      <w:pPr>
        <w:spacing w:after="40" w:line="252" w:lineRule="auto"/>
        <w:rPr>
          <w:rFonts w:ascii="Arial" w:hAnsi="Arial"/>
          <w:sz w:val="20"/>
          <w:szCs w:val="20"/>
          <w:lang w:val="es-ES"/>
        </w:rPr>
      </w:pPr>
      <w:r>
        <w:rPr>
          <w:rFonts w:ascii="Arial" w:hAnsi="Arial"/>
          <w:sz w:val="20"/>
          <w:szCs w:val="20"/>
          <w:lang w:val="es-ES"/>
        </w:rPr>
        <w:t>C</w:t>
      </w:r>
      <w:r w:rsidR="00FA37D6" w:rsidRPr="006726E7">
        <w:rPr>
          <w:rFonts w:ascii="Arial" w:hAnsi="Arial"/>
          <w:sz w:val="20"/>
          <w:szCs w:val="20"/>
          <w:lang w:val="es-ES"/>
        </w:rPr>
        <w:t>omenzaremos el día saliendo hacia Praga, la capital de la República Checa, con una breve parada en la capital eslovaca, Bratislava, donde podrá disfrutar de tiempo libre. Una vez en Praga, realizaremos un inolvidable recorrido turístico por el centro histórico de la ciudad. Le mostraremos los monumentos más bellos y conoceremos las partes más antiguas de Praga. ¿Lo sabía? Praga es cuna de algunas de las mejores cervezas del mundo, con una fábrica por cada 10.000 habitantes. La ciudad cuenta con la mayor producción de cerveza del mundo.</w:t>
      </w:r>
    </w:p>
    <w:p w14:paraId="7E7912B6" w14:textId="77777777" w:rsidR="00762219" w:rsidRPr="006726E7" w:rsidRDefault="00762219">
      <w:pPr>
        <w:spacing w:after="40" w:line="252" w:lineRule="auto"/>
        <w:rPr>
          <w:sz w:val="20"/>
          <w:szCs w:val="20"/>
          <w:lang w:val="es-ES"/>
        </w:rPr>
      </w:pPr>
    </w:p>
    <w:p w14:paraId="5C4A1C30" w14:textId="77777777" w:rsidR="00EE4FAF" w:rsidRPr="006726E7" w:rsidRDefault="00FA37D6">
      <w:pPr>
        <w:spacing w:after="40" w:line="252" w:lineRule="auto"/>
        <w:rPr>
          <w:sz w:val="20"/>
          <w:szCs w:val="20"/>
          <w:lang w:val="es-ES"/>
        </w:rPr>
      </w:pPr>
      <w:r w:rsidRPr="006726E7">
        <w:rPr>
          <w:rFonts w:ascii="Arial" w:hAnsi="Arial"/>
          <w:b/>
          <w:sz w:val="20"/>
          <w:szCs w:val="20"/>
          <w:lang w:val="es-ES"/>
        </w:rPr>
        <w:t>DÍA 7 MIE PRAGA</w:t>
      </w:r>
    </w:p>
    <w:p w14:paraId="22284F08" w14:textId="05CFD0FF" w:rsidR="00EE4FAF" w:rsidRDefault="00FA37D6">
      <w:pPr>
        <w:spacing w:after="40" w:line="252" w:lineRule="auto"/>
        <w:rPr>
          <w:rFonts w:ascii="Arial" w:hAnsi="Arial"/>
          <w:sz w:val="20"/>
          <w:szCs w:val="20"/>
          <w:lang w:val="es-ES"/>
        </w:rPr>
      </w:pPr>
      <w:r w:rsidRPr="006726E7">
        <w:rPr>
          <w:rFonts w:ascii="Arial" w:hAnsi="Arial"/>
          <w:sz w:val="20"/>
          <w:szCs w:val="20"/>
          <w:lang w:val="es-ES"/>
        </w:rPr>
        <w:t>Comenzaremos la jornada con la visita de la ciudad. Iniciaremos en el barrio del Castillo de Hradčany, con la Catedral de San Vito, el Castillo de Praga y el Callejón del Oro. Tras un paseo por los diferentes patios del castillo, visitaremos la Ciudad Pequeña por la calle Nerudova, con sus hermosas casas y símbolos antiguos. Pasaremos por la Iglesia de San Nicolás hasta llegar al Puente de Carlos, uno de los más antiguos de Europa, que une la Ciudad Pequeña con la Ciudad Vieja, donde disfrutaremos de una hermosa vista. Pasearemos por la calle Karlova hasta la Plaza de la Ciudad Vieja, con su reloj astronómico, la iglesia gótica de Nuestra Señora de Týn y el monumento a Jan Hus. Finalmente, llegaremos a la Ciudad Nueva, donde finaliza nuestro recorrido. Praga también es famosa por su arte en vidrio y porcelana; las marionetas son un auténtico souvenir para quienes les esperan en casa.</w:t>
      </w:r>
    </w:p>
    <w:p w14:paraId="10918A4D" w14:textId="77777777" w:rsidR="00762219" w:rsidRPr="006726E7" w:rsidRDefault="00762219">
      <w:pPr>
        <w:spacing w:after="40" w:line="252" w:lineRule="auto"/>
        <w:rPr>
          <w:sz w:val="20"/>
          <w:szCs w:val="20"/>
          <w:lang w:val="es-ES"/>
        </w:rPr>
      </w:pPr>
    </w:p>
    <w:p w14:paraId="7F6CB2EE" w14:textId="77777777" w:rsidR="00EE4FAF" w:rsidRPr="006726E7" w:rsidRDefault="00FA37D6">
      <w:pPr>
        <w:spacing w:after="40" w:line="252" w:lineRule="auto"/>
        <w:rPr>
          <w:sz w:val="20"/>
          <w:szCs w:val="20"/>
          <w:lang w:val="es-ES"/>
        </w:rPr>
      </w:pPr>
      <w:r w:rsidRPr="006726E7">
        <w:rPr>
          <w:rFonts w:ascii="Arial" w:hAnsi="Arial"/>
          <w:b/>
          <w:sz w:val="20"/>
          <w:szCs w:val="20"/>
          <w:lang w:val="es-ES"/>
        </w:rPr>
        <w:t>DÍA 8 JUE PRAGA</w:t>
      </w:r>
    </w:p>
    <w:p w14:paraId="08194A2D" w14:textId="3A736046" w:rsidR="00EE4FAF" w:rsidRDefault="00FA37D6">
      <w:pPr>
        <w:spacing w:after="40" w:line="252" w:lineRule="auto"/>
        <w:rPr>
          <w:rFonts w:ascii="Arial" w:hAnsi="Arial"/>
          <w:sz w:val="20"/>
          <w:szCs w:val="20"/>
          <w:lang w:val="es-ES"/>
        </w:rPr>
      </w:pPr>
      <w:r w:rsidRPr="006726E7">
        <w:rPr>
          <w:rFonts w:ascii="Arial" w:hAnsi="Arial"/>
          <w:sz w:val="20"/>
          <w:szCs w:val="20"/>
          <w:lang w:val="es-ES"/>
        </w:rPr>
        <w:t>Hoy, después del desayuno, el día está totalmente a su disposición. Alojamiento en Praga.</w:t>
      </w:r>
    </w:p>
    <w:p w14:paraId="77412F06" w14:textId="77777777" w:rsidR="00762219" w:rsidRPr="006726E7" w:rsidRDefault="00762219">
      <w:pPr>
        <w:spacing w:after="40" w:line="252" w:lineRule="auto"/>
        <w:rPr>
          <w:sz w:val="20"/>
          <w:szCs w:val="20"/>
          <w:lang w:val="es-ES"/>
        </w:rPr>
      </w:pPr>
    </w:p>
    <w:p w14:paraId="4D3F619C" w14:textId="77777777" w:rsidR="00EE4FAF" w:rsidRPr="006726E7" w:rsidRDefault="00FA37D6">
      <w:pPr>
        <w:spacing w:after="40" w:line="252" w:lineRule="auto"/>
        <w:rPr>
          <w:sz w:val="20"/>
          <w:szCs w:val="20"/>
          <w:lang w:val="es-ES"/>
        </w:rPr>
      </w:pPr>
      <w:r w:rsidRPr="006726E7">
        <w:rPr>
          <w:rFonts w:ascii="Arial" w:hAnsi="Arial"/>
          <w:b/>
          <w:sz w:val="20"/>
          <w:szCs w:val="20"/>
          <w:lang w:val="es-ES"/>
        </w:rPr>
        <w:t>DÍA 9 VIE PRAGA</w:t>
      </w:r>
    </w:p>
    <w:p w14:paraId="13907F88" w14:textId="77777777" w:rsidR="00EE4FAF" w:rsidRPr="006726E7" w:rsidRDefault="00FA37D6">
      <w:pPr>
        <w:spacing w:after="40" w:line="252" w:lineRule="auto"/>
        <w:rPr>
          <w:sz w:val="20"/>
          <w:szCs w:val="20"/>
          <w:lang w:val="es-ES"/>
        </w:rPr>
      </w:pPr>
      <w:r w:rsidRPr="006726E7">
        <w:rPr>
          <w:rFonts w:ascii="Arial" w:hAnsi="Arial"/>
          <w:sz w:val="20"/>
          <w:szCs w:val="20"/>
          <w:lang w:val="es-ES"/>
        </w:rPr>
        <w:t>Desayuno y traslado al aeropuerto.</w:t>
      </w:r>
    </w:p>
    <w:sectPr w:rsidR="00EE4FAF" w:rsidRPr="006726E7" w:rsidSect="00034616">
      <w:headerReference w:type="default" r:id="rId8"/>
      <w:pgSz w:w="12240" w:h="15840"/>
      <w:pgMar w:top="792" w:right="864" w:bottom="792" w:left="864"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2A6C445" w14:textId="77777777" w:rsidR="00B45D72" w:rsidRDefault="00FA37D6">
      <w:pPr>
        <w:spacing w:after="0" w:line="240" w:lineRule="auto"/>
      </w:pPr>
      <w:r>
        <w:separator/>
      </w:r>
    </w:p>
  </w:endnote>
  <w:endnote w:type="continuationSeparator" w:id="0">
    <w:p w14:paraId="25BB8ECC" w14:textId="77777777" w:rsidR="00B45D72" w:rsidRDefault="00FA37D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2070409020205020404"/>
    <w:charset w:val="00"/>
    <w:family w:val="auto"/>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979406D" w14:textId="77777777" w:rsidR="00B45D72" w:rsidRDefault="00FA37D6">
      <w:pPr>
        <w:spacing w:after="0" w:line="240" w:lineRule="auto"/>
      </w:pPr>
      <w:r>
        <w:separator/>
      </w:r>
    </w:p>
  </w:footnote>
  <w:footnote w:type="continuationSeparator" w:id="0">
    <w:p w14:paraId="1B3C6EDB" w14:textId="77777777" w:rsidR="00B45D72" w:rsidRDefault="00FA37D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2AA3EB6" w14:textId="77777777" w:rsidR="00EE4FAF" w:rsidRDefault="00FA37D6">
    <w:pPr>
      <w:pStyle w:val="Encabezado"/>
      <w:jc w:val="center"/>
    </w:pPr>
    <w:r>
      <w:rPr>
        <w:noProof/>
      </w:rPr>
      <w:drawing>
        <wp:inline distT="0" distB="0" distL="0" distR="0" wp14:anchorId="268DE336" wp14:editId="2C52502E">
          <wp:extent cx="1325880" cy="132588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 sato tours fondo tra.png"/>
                  <pic:cNvPicPr/>
                </pic:nvPicPr>
                <pic:blipFill>
                  <a:blip r:embed="rId1"/>
                  <a:stretch>
                    <a:fillRect/>
                  </a:stretch>
                </pic:blipFill>
                <pic:spPr>
                  <a:xfrm>
                    <a:off x="0" y="0"/>
                    <a:ext cx="1325880" cy="1325880"/>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aconnmeros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aconnmeros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Listaconvietas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Listaconvietas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staconnmeros"/>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Listaconvietas"/>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hyphenationZone w:val="425"/>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B47730"/>
    <w:rsid w:val="00034616"/>
    <w:rsid w:val="0006063C"/>
    <w:rsid w:val="0015074B"/>
    <w:rsid w:val="0029639D"/>
    <w:rsid w:val="00326F90"/>
    <w:rsid w:val="006726E7"/>
    <w:rsid w:val="00762219"/>
    <w:rsid w:val="00A90119"/>
    <w:rsid w:val="00AA1D8D"/>
    <w:rsid w:val="00B45D72"/>
    <w:rsid w:val="00B463D1"/>
    <w:rsid w:val="00B47730"/>
    <w:rsid w:val="00C8353A"/>
    <w:rsid w:val="00CB0664"/>
    <w:rsid w:val="00D87276"/>
    <w:rsid w:val="00EE4FAF"/>
    <w:rsid w:val="00FA37D6"/>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20D3ED2A"/>
  <w14:defaultImageDpi w14:val="300"/>
  <w15:docId w15:val="{BA40994E-A06F-4872-95BC-73D3041E60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C693F"/>
  </w:style>
  <w:style w:type="paragraph" w:styleId="Ttulo1">
    <w:name w:val="heading 1"/>
    <w:basedOn w:val="Normal"/>
    <w:next w:val="Normal"/>
    <w:link w:val="Ttulo1C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Ttulo2">
    <w:name w:val="heading 2"/>
    <w:basedOn w:val="Normal"/>
    <w:next w:val="Normal"/>
    <w:link w:val="Ttulo2C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Ttulo3">
    <w:name w:val="heading 3"/>
    <w:basedOn w:val="Normal"/>
    <w:next w:val="Normal"/>
    <w:link w:val="Ttulo3C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Ttulo4">
    <w:name w:val="heading 4"/>
    <w:basedOn w:val="Normal"/>
    <w:next w:val="Normal"/>
    <w:link w:val="Ttulo4C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Ttulo5">
    <w:name w:val="heading 5"/>
    <w:basedOn w:val="Normal"/>
    <w:next w:val="Normal"/>
    <w:link w:val="Ttulo5C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Ttulo6">
    <w:name w:val="heading 6"/>
    <w:basedOn w:val="Normal"/>
    <w:next w:val="Normal"/>
    <w:link w:val="Ttulo6C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Ttulo7">
    <w:name w:val="heading 7"/>
    <w:basedOn w:val="Normal"/>
    <w:next w:val="Normal"/>
    <w:link w:val="Ttulo7C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Ttulo8">
    <w:name w:val="heading 8"/>
    <w:basedOn w:val="Normal"/>
    <w:next w:val="Normal"/>
    <w:link w:val="Ttulo8C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Ttulo9">
    <w:name w:val="heading 9"/>
    <w:basedOn w:val="Normal"/>
    <w:next w:val="Normal"/>
    <w:link w:val="Ttulo9C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E618BF"/>
    <w:pPr>
      <w:tabs>
        <w:tab w:val="center" w:pos="4680"/>
        <w:tab w:val="right" w:pos="9360"/>
      </w:tabs>
      <w:spacing w:after="0" w:line="240" w:lineRule="auto"/>
    </w:pPr>
  </w:style>
  <w:style w:type="character" w:customStyle="1" w:styleId="EncabezadoCar">
    <w:name w:val="Encabezado Car"/>
    <w:basedOn w:val="Fuentedeprrafopredeter"/>
    <w:link w:val="Encabezado"/>
    <w:uiPriority w:val="99"/>
    <w:rsid w:val="00E618BF"/>
  </w:style>
  <w:style w:type="paragraph" w:styleId="Piedepgina">
    <w:name w:val="footer"/>
    <w:basedOn w:val="Normal"/>
    <w:link w:val="PiedepginaCar"/>
    <w:uiPriority w:val="99"/>
    <w:unhideWhenUsed/>
    <w:rsid w:val="00E618BF"/>
    <w:pPr>
      <w:tabs>
        <w:tab w:val="center" w:pos="4680"/>
        <w:tab w:val="right" w:pos="9360"/>
      </w:tabs>
      <w:spacing w:after="0" w:line="240" w:lineRule="auto"/>
    </w:pPr>
  </w:style>
  <w:style w:type="character" w:customStyle="1" w:styleId="PiedepginaCar">
    <w:name w:val="Pie de página Car"/>
    <w:basedOn w:val="Fuentedeprrafopredeter"/>
    <w:link w:val="Piedepgina"/>
    <w:uiPriority w:val="99"/>
    <w:rsid w:val="00E618BF"/>
  </w:style>
  <w:style w:type="paragraph" w:styleId="Sinespaciado">
    <w:name w:val="No Spacing"/>
    <w:uiPriority w:val="1"/>
    <w:qFormat/>
    <w:rsid w:val="00FC693F"/>
    <w:pPr>
      <w:spacing w:after="0" w:line="240" w:lineRule="auto"/>
    </w:pPr>
  </w:style>
  <w:style w:type="character" w:customStyle="1" w:styleId="Ttulo1Car">
    <w:name w:val="Título 1 Car"/>
    <w:basedOn w:val="Fuentedeprrafopredeter"/>
    <w:link w:val="Ttulo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Ttulo2Car">
    <w:name w:val="Título 2 Car"/>
    <w:basedOn w:val="Fuentedeprrafopredeter"/>
    <w:link w:val="Ttulo2"/>
    <w:uiPriority w:val="9"/>
    <w:rsid w:val="00FC693F"/>
    <w:rPr>
      <w:rFonts w:asciiTheme="majorHAnsi" w:eastAsiaTheme="majorEastAsia" w:hAnsiTheme="majorHAnsi" w:cstheme="majorBidi"/>
      <w:b/>
      <w:bCs/>
      <w:color w:val="4F81BD" w:themeColor="accent1"/>
      <w:sz w:val="26"/>
      <w:szCs w:val="26"/>
    </w:rPr>
  </w:style>
  <w:style w:type="character" w:customStyle="1" w:styleId="Ttulo3Car">
    <w:name w:val="Título 3 Car"/>
    <w:basedOn w:val="Fuentedeprrafopredeter"/>
    <w:link w:val="Ttulo3"/>
    <w:uiPriority w:val="9"/>
    <w:rsid w:val="00FC693F"/>
    <w:rPr>
      <w:rFonts w:asciiTheme="majorHAnsi" w:eastAsiaTheme="majorEastAsia" w:hAnsiTheme="majorHAnsi" w:cstheme="majorBidi"/>
      <w:b/>
      <w:bCs/>
      <w:color w:val="4F81BD" w:themeColor="accent1"/>
    </w:rPr>
  </w:style>
  <w:style w:type="paragraph" w:styleId="Ttulo">
    <w:name w:val="Title"/>
    <w:basedOn w:val="Normal"/>
    <w:next w:val="Normal"/>
    <w:link w:val="TtuloC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tuloCar">
    <w:name w:val="Título Car"/>
    <w:basedOn w:val="Fuentedeprrafopredeter"/>
    <w:link w:val="Ttulo"/>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tulo">
    <w:name w:val="Subtitle"/>
    <w:basedOn w:val="Normal"/>
    <w:next w:val="Normal"/>
    <w:link w:val="SubttuloC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tuloCar">
    <w:name w:val="Subtítulo Car"/>
    <w:basedOn w:val="Fuentedeprrafopredeter"/>
    <w:link w:val="Subttulo"/>
    <w:uiPriority w:val="11"/>
    <w:rsid w:val="00FC693F"/>
    <w:rPr>
      <w:rFonts w:asciiTheme="majorHAnsi" w:eastAsiaTheme="majorEastAsia" w:hAnsiTheme="majorHAnsi" w:cstheme="majorBidi"/>
      <w:i/>
      <w:iCs/>
      <w:color w:val="4F81BD" w:themeColor="accent1"/>
      <w:spacing w:val="15"/>
      <w:sz w:val="24"/>
      <w:szCs w:val="24"/>
    </w:rPr>
  </w:style>
  <w:style w:type="paragraph" w:styleId="Prrafodelista">
    <w:name w:val="List Paragraph"/>
    <w:basedOn w:val="Normal"/>
    <w:uiPriority w:val="34"/>
    <w:qFormat/>
    <w:rsid w:val="00FC693F"/>
    <w:pPr>
      <w:ind w:left="720"/>
      <w:contextualSpacing/>
    </w:pPr>
  </w:style>
  <w:style w:type="paragraph" w:styleId="Textoindependiente">
    <w:name w:val="Body Text"/>
    <w:basedOn w:val="Normal"/>
    <w:link w:val="TextoindependienteCar"/>
    <w:uiPriority w:val="99"/>
    <w:unhideWhenUsed/>
    <w:rsid w:val="00AA1D8D"/>
    <w:pPr>
      <w:spacing w:after="120"/>
    </w:pPr>
  </w:style>
  <w:style w:type="character" w:customStyle="1" w:styleId="TextoindependienteCar">
    <w:name w:val="Texto independiente Car"/>
    <w:basedOn w:val="Fuentedeprrafopredeter"/>
    <w:link w:val="Textoindependiente"/>
    <w:uiPriority w:val="99"/>
    <w:rsid w:val="00AA1D8D"/>
  </w:style>
  <w:style w:type="paragraph" w:styleId="Textoindependiente2">
    <w:name w:val="Body Text 2"/>
    <w:basedOn w:val="Normal"/>
    <w:link w:val="Textoindependiente2Car"/>
    <w:uiPriority w:val="99"/>
    <w:unhideWhenUsed/>
    <w:rsid w:val="00AA1D8D"/>
    <w:pPr>
      <w:spacing w:after="120" w:line="480" w:lineRule="auto"/>
    </w:pPr>
  </w:style>
  <w:style w:type="character" w:customStyle="1" w:styleId="Textoindependiente2Car">
    <w:name w:val="Texto independiente 2 Car"/>
    <w:basedOn w:val="Fuentedeprrafopredeter"/>
    <w:link w:val="Textoindependiente2"/>
    <w:uiPriority w:val="99"/>
    <w:rsid w:val="00AA1D8D"/>
  </w:style>
  <w:style w:type="paragraph" w:styleId="Textoindependiente3">
    <w:name w:val="Body Text 3"/>
    <w:basedOn w:val="Normal"/>
    <w:link w:val="Textoindependiente3Car"/>
    <w:uiPriority w:val="99"/>
    <w:unhideWhenUsed/>
    <w:rsid w:val="00AA1D8D"/>
    <w:pPr>
      <w:spacing w:after="120"/>
    </w:pPr>
    <w:rPr>
      <w:sz w:val="16"/>
      <w:szCs w:val="16"/>
    </w:rPr>
  </w:style>
  <w:style w:type="character" w:customStyle="1" w:styleId="Textoindependiente3Car">
    <w:name w:val="Texto independiente 3 Car"/>
    <w:basedOn w:val="Fuentedeprrafopredeter"/>
    <w:link w:val="Textoindependiente3"/>
    <w:uiPriority w:val="99"/>
    <w:rsid w:val="00AA1D8D"/>
    <w:rPr>
      <w:sz w:val="16"/>
      <w:szCs w:val="16"/>
    </w:rPr>
  </w:style>
  <w:style w:type="paragraph" w:styleId="Lista">
    <w:name w:val="List"/>
    <w:basedOn w:val="Normal"/>
    <w:uiPriority w:val="99"/>
    <w:unhideWhenUsed/>
    <w:rsid w:val="00AA1D8D"/>
    <w:pPr>
      <w:ind w:left="360" w:hanging="360"/>
      <w:contextualSpacing/>
    </w:pPr>
  </w:style>
  <w:style w:type="paragraph" w:styleId="Lista2">
    <w:name w:val="List 2"/>
    <w:basedOn w:val="Normal"/>
    <w:uiPriority w:val="99"/>
    <w:unhideWhenUsed/>
    <w:rsid w:val="00326F90"/>
    <w:pPr>
      <w:ind w:left="720" w:hanging="360"/>
      <w:contextualSpacing/>
    </w:pPr>
  </w:style>
  <w:style w:type="paragraph" w:styleId="Lista3">
    <w:name w:val="List 3"/>
    <w:basedOn w:val="Normal"/>
    <w:uiPriority w:val="99"/>
    <w:unhideWhenUsed/>
    <w:rsid w:val="00326F90"/>
    <w:pPr>
      <w:ind w:left="1080" w:hanging="360"/>
      <w:contextualSpacing/>
    </w:pPr>
  </w:style>
  <w:style w:type="paragraph" w:styleId="Listaconvietas">
    <w:name w:val="List Bullet"/>
    <w:basedOn w:val="Normal"/>
    <w:uiPriority w:val="99"/>
    <w:unhideWhenUsed/>
    <w:rsid w:val="00326F90"/>
    <w:pPr>
      <w:numPr>
        <w:numId w:val="1"/>
      </w:numPr>
      <w:contextualSpacing/>
    </w:pPr>
  </w:style>
  <w:style w:type="paragraph" w:styleId="Listaconvietas2">
    <w:name w:val="List Bullet 2"/>
    <w:basedOn w:val="Normal"/>
    <w:uiPriority w:val="99"/>
    <w:unhideWhenUsed/>
    <w:rsid w:val="00326F90"/>
    <w:pPr>
      <w:numPr>
        <w:numId w:val="2"/>
      </w:numPr>
      <w:contextualSpacing/>
    </w:pPr>
  </w:style>
  <w:style w:type="paragraph" w:styleId="Listaconvietas3">
    <w:name w:val="List Bullet 3"/>
    <w:basedOn w:val="Normal"/>
    <w:uiPriority w:val="99"/>
    <w:unhideWhenUsed/>
    <w:rsid w:val="00326F90"/>
    <w:pPr>
      <w:numPr>
        <w:numId w:val="3"/>
      </w:numPr>
      <w:contextualSpacing/>
    </w:pPr>
  </w:style>
  <w:style w:type="paragraph" w:styleId="Listaconnmeros">
    <w:name w:val="List Number"/>
    <w:basedOn w:val="Normal"/>
    <w:uiPriority w:val="99"/>
    <w:unhideWhenUsed/>
    <w:rsid w:val="00326F90"/>
    <w:pPr>
      <w:numPr>
        <w:numId w:val="5"/>
      </w:numPr>
      <w:contextualSpacing/>
    </w:pPr>
  </w:style>
  <w:style w:type="paragraph" w:styleId="Listaconnmeros2">
    <w:name w:val="List Number 2"/>
    <w:basedOn w:val="Normal"/>
    <w:uiPriority w:val="99"/>
    <w:unhideWhenUsed/>
    <w:rsid w:val="0029639D"/>
    <w:pPr>
      <w:numPr>
        <w:numId w:val="6"/>
      </w:numPr>
      <w:contextualSpacing/>
    </w:pPr>
  </w:style>
  <w:style w:type="paragraph" w:styleId="Listaconnmeros3">
    <w:name w:val="List Number 3"/>
    <w:basedOn w:val="Normal"/>
    <w:uiPriority w:val="99"/>
    <w:unhideWhenUsed/>
    <w:rsid w:val="0029639D"/>
    <w:pPr>
      <w:numPr>
        <w:numId w:val="7"/>
      </w:numPr>
      <w:contextualSpacing/>
    </w:pPr>
  </w:style>
  <w:style w:type="paragraph" w:styleId="Continuarlista">
    <w:name w:val="List Continue"/>
    <w:basedOn w:val="Normal"/>
    <w:uiPriority w:val="99"/>
    <w:unhideWhenUsed/>
    <w:rsid w:val="0029639D"/>
    <w:pPr>
      <w:spacing w:after="120"/>
      <w:ind w:left="360"/>
      <w:contextualSpacing/>
    </w:pPr>
  </w:style>
  <w:style w:type="paragraph" w:styleId="Continuarlista2">
    <w:name w:val="List Continue 2"/>
    <w:basedOn w:val="Normal"/>
    <w:uiPriority w:val="99"/>
    <w:unhideWhenUsed/>
    <w:rsid w:val="0029639D"/>
    <w:pPr>
      <w:spacing w:after="120"/>
      <w:ind w:left="720"/>
      <w:contextualSpacing/>
    </w:pPr>
  </w:style>
  <w:style w:type="paragraph" w:styleId="Continuarlista3">
    <w:name w:val="List Continue 3"/>
    <w:basedOn w:val="Normal"/>
    <w:uiPriority w:val="99"/>
    <w:unhideWhenUsed/>
    <w:rsid w:val="0029639D"/>
    <w:pPr>
      <w:spacing w:after="120"/>
      <w:ind w:left="1080"/>
      <w:contextualSpacing/>
    </w:pPr>
  </w:style>
  <w:style w:type="paragraph" w:styleId="Textomacro">
    <w:name w:val="macro"/>
    <w:link w:val="TextomacroC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TextomacroCar">
    <w:name w:val="Texto macro Car"/>
    <w:basedOn w:val="Fuentedeprrafopredeter"/>
    <w:link w:val="Textomacro"/>
    <w:uiPriority w:val="99"/>
    <w:rsid w:val="0029639D"/>
    <w:rPr>
      <w:rFonts w:ascii="Courier" w:hAnsi="Courier"/>
      <w:sz w:val="20"/>
      <w:szCs w:val="20"/>
    </w:rPr>
  </w:style>
  <w:style w:type="paragraph" w:styleId="Cita">
    <w:name w:val="Quote"/>
    <w:basedOn w:val="Normal"/>
    <w:next w:val="Normal"/>
    <w:link w:val="CitaCar"/>
    <w:uiPriority w:val="29"/>
    <w:qFormat/>
    <w:rsid w:val="00FC693F"/>
    <w:rPr>
      <w:i/>
      <w:iCs/>
      <w:color w:val="000000" w:themeColor="text1"/>
    </w:rPr>
  </w:style>
  <w:style w:type="character" w:customStyle="1" w:styleId="CitaCar">
    <w:name w:val="Cita Car"/>
    <w:basedOn w:val="Fuentedeprrafopredeter"/>
    <w:link w:val="Cita"/>
    <w:uiPriority w:val="29"/>
    <w:rsid w:val="00FC693F"/>
    <w:rPr>
      <w:i/>
      <w:iCs/>
      <w:color w:val="000000" w:themeColor="text1"/>
    </w:rPr>
  </w:style>
  <w:style w:type="character" w:customStyle="1" w:styleId="Ttulo4Car">
    <w:name w:val="Título 4 Car"/>
    <w:basedOn w:val="Fuentedeprrafopredeter"/>
    <w:link w:val="Ttulo4"/>
    <w:uiPriority w:val="9"/>
    <w:semiHidden/>
    <w:rsid w:val="00FC693F"/>
    <w:rPr>
      <w:rFonts w:asciiTheme="majorHAnsi" w:eastAsiaTheme="majorEastAsia" w:hAnsiTheme="majorHAnsi" w:cstheme="majorBidi"/>
      <w:b/>
      <w:bCs/>
      <w:i/>
      <w:iCs/>
      <w:color w:val="4F81BD" w:themeColor="accent1"/>
    </w:rPr>
  </w:style>
  <w:style w:type="character" w:customStyle="1" w:styleId="Ttulo5Car">
    <w:name w:val="Título 5 Car"/>
    <w:basedOn w:val="Fuentedeprrafopredeter"/>
    <w:link w:val="Ttulo5"/>
    <w:uiPriority w:val="9"/>
    <w:semiHidden/>
    <w:rsid w:val="00FC693F"/>
    <w:rPr>
      <w:rFonts w:asciiTheme="majorHAnsi" w:eastAsiaTheme="majorEastAsia" w:hAnsiTheme="majorHAnsi" w:cstheme="majorBidi"/>
      <w:color w:val="243F60" w:themeColor="accent1" w:themeShade="7F"/>
    </w:rPr>
  </w:style>
  <w:style w:type="character" w:customStyle="1" w:styleId="Ttulo6Car">
    <w:name w:val="Título 6 Car"/>
    <w:basedOn w:val="Fuentedeprrafopredeter"/>
    <w:link w:val="Ttulo6"/>
    <w:uiPriority w:val="9"/>
    <w:semiHidden/>
    <w:rsid w:val="00FC693F"/>
    <w:rPr>
      <w:rFonts w:asciiTheme="majorHAnsi" w:eastAsiaTheme="majorEastAsia" w:hAnsiTheme="majorHAnsi" w:cstheme="majorBidi"/>
      <w:i/>
      <w:iCs/>
      <w:color w:val="243F60" w:themeColor="accent1" w:themeShade="7F"/>
    </w:rPr>
  </w:style>
  <w:style w:type="character" w:customStyle="1" w:styleId="Ttulo7Car">
    <w:name w:val="Título 7 Car"/>
    <w:basedOn w:val="Fuentedeprrafopredeter"/>
    <w:link w:val="Ttulo7"/>
    <w:uiPriority w:val="9"/>
    <w:semiHidden/>
    <w:rsid w:val="00FC693F"/>
    <w:rPr>
      <w:rFonts w:asciiTheme="majorHAnsi" w:eastAsiaTheme="majorEastAsia" w:hAnsiTheme="majorHAnsi" w:cstheme="majorBidi"/>
      <w:i/>
      <w:iCs/>
      <w:color w:val="404040" w:themeColor="text1" w:themeTint="BF"/>
    </w:rPr>
  </w:style>
  <w:style w:type="character" w:customStyle="1" w:styleId="Ttulo8Car">
    <w:name w:val="Título 8 Car"/>
    <w:basedOn w:val="Fuentedeprrafopredeter"/>
    <w:link w:val="Ttulo8"/>
    <w:uiPriority w:val="9"/>
    <w:semiHidden/>
    <w:rsid w:val="00FC693F"/>
    <w:rPr>
      <w:rFonts w:asciiTheme="majorHAnsi" w:eastAsiaTheme="majorEastAsia" w:hAnsiTheme="majorHAnsi" w:cstheme="majorBidi"/>
      <w:color w:val="4F81BD" w:themeColor="accent1"/>
      <w:sz w:val="20"/>
      <w:szCs w:val="20"/>
    </w:rPr>
  </w:style>
  <w:style w:type="character" w:customStyle="1" w:styleId="Ttulo9Car">
    <w:name w:val="Título 9 Car"/>
    <w:basedOn w:val="Fuentedeprrafopredeter"/>
    <w:link w:val="Ttulo9"/>
    <w:uiPriority w:val="9"/>
    <w:semiHidden/>
    <w:rsid w:val="00FC693F"/>
    <w:rPr>
      <w:rFonts w:asciiTheme="majorHAnsi" w:eastAsiaTheme="majorEastAsia" w:hAnsiTheme="majorHAnsi" w:cstheme="majorBidi"/>
      <w:i/>
      <w:iCs/>
      <w:color w:val="404040" w:themeColor="text1" w:themeTint="BF"/>
      <w:sz w:val="20"/>
      <w:szCs w:val="20"/>
    </w:rPr>
  </w:style>
  <w:style w:type="paragraph" w:styleId="Descripci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Textoennegrita">
    <w:name w:val="Strong"/>
    <w:basedOn w:val="Fuentedeprrafopredeter"/>
    <w:uiPriority w:val="22"/>
    <w:qFormat/>
    <w:rsid w:val="00FC693F"/>
    <w:rPr>
      <w:b/>
      <w:bCs/>
    </w:rPr>
  </w:style>
  <w:style w:type="character" w:styleId="nfasis">
    <w:name w:val="Emphasis"/>
    <w:basedOn w:val="Fuentedeprrafopredeter"/>
    <w:uiPriority w:val="20"/>
    <w:qFormat/>
    <w:rsid w:val="00FC693F"/>
    <w:rPr>
      <w:i/>
      <w:iCs/>
    </w:rPr>
  </w:style>
  <w:style w:type="paragraph" w:styleId="Citadestacada">
    <w:name w:val="Intense Quote"/>
    <w:basedOn w:val="Normal"/>
    <w:next w:val="Normal"/>
    <w:link w:val="CitadestacadaC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CitadestacadaCar">
    <w:name w:val="Cita destacada Car"/>
    <w:basedOn w:val="Fuentedeprrafopredeter"/>
    <w:link w:val="Citadestacada"/>
    <w:uiPriority w:val="30"/>
    <w:rsid w:val="00FC693F"/>
    <w:rPr>
      <w:b/>
      <w:bCs/>
      <w:i/>
      <w:iCs/>
      <w:color w:val="4F81BD" w:themeColor="accent1"/>
    </w:rPr>
  </w:style>
  <w:style w:type="character" w:styleId="nfasissutil">
    <w:name w:val="Subtle Emphasis"/>
    <w:basedOn w:val="Fuentedeprrafopredeter"/>
    <w:uiPriority w:val="19"/>
    <w:qFormat/>
    <w:rsid w:val="00FC693F"/>
    <w:rPr>
      <w:i/>
      <w:iCs/>
      <w:color w:val="808080" w:themeColor="text1" w:themeTint="7F"/>
    </w:rPr>
  </w:style>
  <w:style w:type="character" w:styleId="nfasisintenso">
    <w:name w:val="Intense Emphasis"/>
    <w:basedOn w:val="Fuentedeprrafopredeter"/>
    <w:uiPriority w:val="21"/>
    <w:qFormat/>
    <w:rsid w:val="00FC693F"/>
    <w:rPr>
      <w:b/>
      <w:bCs/>
      <w:i/>
      <w:iCs/>
      <w:color w:val="4F81BD" w:themeColor="accent1"/>
    </w:rPr>
  </w:style>
  <w:style w:type="character" w:styleId="Referenciasutil">
    <w:name w:val="Subtle Reference"/>
    <w:basedOn w:val="Fuentedeprrafopredeter"/>
    <w:uiPriority w:val="31"/>
    <w:qFormat/>
    <w:rsid w:val="00FC693F"/>
    <w:rPr>
      <w:smallCaps/>
      <w:color w:val="C0504D" w:themeColor="accent2"/>
      <w:u w:val="single"/>
    </w:rPr>
  </w:style>
  <w:style w:type="character" w:styleId="Referenciaintensa">
    <w:name w:val="Intense Reference"/>
    <w:basedOn w:val="Fuentedeprrafopredeter"/>
    <w:uiPriority w:val="32"/>
    <w:qFormat/>
    <w:rsid w:val="00FC693F"/>
    <w:rPr>
      <w:b/>
      <w:bCs/>
      <w:smallCaps/>
      <w:color w:val="C0504D" w:themeColor="accent2"/>
      <w:spacing w:val="5"/>
      <w:u w:val="single"/>
    </w:rPr>
  </w:style>
  <w:style w:type="character" w:styleId="Ttulodellibro">
    <w:name w:val="Book Title"/>
    <w:basedOn w:val="Fuentedeprrafopredeter"/>
    <w:uiPriority w:val="33"/>
    <w:qFormat/>
    <w:rsid w:val="00FC693F"/>
    <w:rPr>
      <w:b/>
      <w:bCs/>
      <w:smallCaps/>
      <w:spacing w:val="5"/>
    </w:rPr>
  </w:style>
  <w:style w:type="paragraph" w:styleId="TtuloTDC">
    <w:name w:val="TOC Heading"/>
    <w:basedOn w:val="Ttulo1"/>
    <w:next w:val="Normal"/>
    <w:uiPriority w:val="39"/>
    <w:semiHidden/>
    <w:unhideWhenUsed/>
    <w:qFormat/>
    <w:rsid w:val="00FC693F"/>
    <w:pPr>
      <w:outlineLvl w:val="9"/>
    </w:pPr>
  </w:style>
  <w:style w:type="table" w:styleId="Tablaconcuadrcula">
    <w:name w:val="Table Grid"/>
    <w:basedOn w:val="Tabla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Sombreadoclaro">
    <w:name w:val="Light Shading"/>
    <w:basedOn w:val="Tabla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Sombreadoclaro-nfasis1">
    <w:name w:val="Light Shading Accent 1"/>
    <w:basedOn w:val="Tablanorma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Sombreadoclaro-nfasis2">
    <w:name w:val="Light Shading Accent 2"/>
    <w:basedOn w:val="Tablanorma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Sombreadoclaro-nfasis3">
    <w:name w:val="Light Shading Accent 3"/>
    <w:basedOn w:val="Tablanorma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Sombreadoclaro-nfasis4">
    <w:name w:val="Light Shading Accent 4"/>
    <w:basedOn w:val="Tablanorma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Sombreadoclaro-nfasis5">
    <w:name w:val="Light Shading Accent 5"/>
    <w:basedOn w:val="Tablanorma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Sombreadoclaro-nfasis6">
    <w:name w:val="Light Shading Accent 6"/>
    <w:basedOn w:val="Tablanorma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staclara">
    <w:name w:val="Light List"/>
    <w:basedOn w:val="Tabla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staclara-nfasis1">
    <w:name w:val="Light List Accent 1"/>
    <w:basedOn w:val="Tablanorma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staclara-nfasis2">
    <w:name w:val="Light List Accent 2"/>
    <w:basedOn w:val="Tablanorma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staclara-nfasis3">
    <w:name w:val="Light List Accent 3"/>
    <w:basedOn w:val="Tablanorma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staclara-nfasis4">
    <w:name w:val="Light List Accent 4"/>
    <w:basedOn w:val="Tablanorma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staclara-nfasis5">
    <w:name w:val="Light List Accent 5"/>
    <w:basedOn w:val="Tablanorma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staclara-nfasis6">
    <w:name w:val="Light List Accent 6"/>
    <w:basedOn w:val="Tablanorma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Cuadrculaclara">
    <w:name w:val="Light Grid"/>
    <w:basedOn w:val="Tabla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Cuadrculaclara-nfasis1">
    <w:name w:val="Light Grid Accent 1"/>
    <w:basedOn w:val="Tablanorma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Cuadrculaclara-nfasis2">
    <w:name w:val="Light Grid Accent 2"/>
    <w:basedOn w:val="Tablanorma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Cuadrculaclara-nfasis3">
    <w:name w:val="Light Grid Accent 3"/>
    <w:basedOn w:val="Tablanorma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Cuadrculaclara-nfasis4">
    <w:name w:val="Light Grid Accent 4"/>
    <w:basedOn w:val="Tablanorma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Cuadrculaclara-nfasis5">
    <w:name w:val="Light Grid Accent 5"/>
    <w:basedOn w:val="Tablanorma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Cuadrculaclara-nfasis6">
    <w:name w:val="Light Grid Accent 6"/>
    <w:basedOn w:val="Tablanorma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Sombreadomedio1">
    <w:name w:val="Medium Shading 1"/>
    <w:basedOn w:val="Tabla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Sombreadomedio1-nfasis1">
    <w:name w:val="Medium Shading 1 Accent 1"/>
    <w:basedOn w:val="Tablanorma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Sombreadomedio1-nfasis2">
    <w:name w:val="Medium Shading 1 Accent 2"/>
    <w:basedOn w:val="Tablanorma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Sombreadomedio1-nfasis3">
    <w:name w:val="Medium Shading 1 Accent 3"/>
    <w:basedOn w:val="Tablanorma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Sombreadomedio1-nfasis4">
    <w:name w:val="Medium Shading 1 Accent 4"/>
    <w:basedOn w:val="Tablanorma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Sombreadomedio1-nfasis5">
    <w:name w:val="Medium Shading 1 Accent 5"/>
    <w:basedOn w:val="Tablanorma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Sombreadomedio1-nfasis6">
    <w:name w:val="Medium Shading 1 Accent 6"/>
    <w:basedOn w:val="Tablanorma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Sombreadomedio2">
    <w:name w:val="Medium Shading 2"/>
    <w:basedOn w:val="Tabla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Sombreadomedio2-nfasis1">
    <w:name w:val="Medium Shading 2 Accent 1"/>
    <w:basedOn w:val="Tabla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Sombreadomedio2-nfasis2">
    <w:name w:val="Medium Shading 2 Accent 2"/>
    <w:basedOn w:val="Tabla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Sombreadomedio2-nfasis3">
    <w:name w:val="Medium Shading 2 Accent 3"/>
    <w:basedOn w:val="Tabla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Sombreadomedio2-nfasis4">
    <w:name w:val="Medium Shading 2 Accent 4"/>
    <w:basedOn w:val="Tabla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Sombreadomedio2-nfasis5">
    <w:name w:val="Medium Shading 2 Accent 5"/>
    <w:basedOn w:val="Tabla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Sombreadomedio2-nfasis6">
    <w:name w:val="Medium Shading 2 Accent 6"/>
    <w:basedOn w:val="Tabla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Listamedia1">
    <w:name w:val="Medium List 1"/>
    <w:basedOn w:val="Tabla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Listamedia1-nfasis1">
    <w:name w:val="Medium List 1 Accent 1"/>
    <w:basedOn w:val="Tablanorma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Listamedia1-nfasis2">
    <w:name w:val="Medium List 1 Accent 2"/>
    <w:basedOn w:val="Tablanorma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Listamedia1-nfasis3">
    <w:name w:val="Medium List 1 Accent 3"/>
    <w:basedOn w:val="Tablanorma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Listamedia1-nfasis4">
    <w:name w:val="Medium List 1 Accent 4"/>
    <w:basedOn w:val="Tablanorma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Listamedia1-nfasis5">
    <w:name w:val="Medium List 1 Accent 5"/>
    <w:basedOn w:val="Tablanorma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Listamedia1-nfasis6">
    <w:name w:val="Medium List 1 Accent 6"/>
    <w:basedOn w:val="Tablanorma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Listamedia2">
    <w:name w:val="Medium List 2"/>
    <w:basedOn w:val="Tabla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Listamedia2-nfasis1">
    <w:name w:val="Medium List 2 Accent 1"/>
    <w:basedOn w:val="Tabla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Listamedia2-nfasis2">
    <w:name w:val="Medium List 2 Accent 2"/>
    <w:basedOn w:val="Tabla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Listamedia2-nfasis3">
    <w:name w:val="Medium List 2 Accent 3"/>
    <w:basedOn w:val="Tabla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Listamedia2-nfasis4">
    <w:name w:val="Medium List 2 Accent 4"/>
    <w:basedOn w:val="Tabla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Listamedia2-nfasis5">
    <w:name w:val="Medium List 2 Accent 5"/>
    <w:basedOn w:val="Tabla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Listamedia2-nfasis6">
    <w:name w:val="Medium List 2 Accent 6"/>
    <w:basedOn w:val="Tabla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Cuadrculamedia1">
    <w:name w:val="Medium Grid 1"/>
    <w:basedOn w:val="Tabla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uadrculamedia1-nfasis1">
    <w:name w:val="Medium Grid 1 Accent 1"/>
    <w:basedOn w:val="Tablanorma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uadrculamedia1-nfasis2">
    <w:name w:val="Medium Grid 1 Accent 2"/>
    <w:basedOn w:val="Tablanorma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uadrculamedia1-nfasis3">
    <w:name w:val="Medium Grid 1 Accent 3"/>
    <w:basedOn w:val="Tablanorma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uadrculamedia1-nfasis4">
    <w:name w:val="Medium Grid 1 Accent 4"/>
    <w:basedOn w:val="Tablanorma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uadrculamedia1-nfasis5">
    <w:name w:val="Medium Grid 1 Accent 5"/>
    <w:basedOn w:val="Tablanorma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uadrculamedia1-nfasis6">
    <w:name w:val="Medium Grid 1 Accent 6"/>
    <w:basedOn w:val="Tablanorma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Cuadrculamedia2">
    <w:name w:val="Medium Grid 2"/>
    <w:basedOn w:val="Tabla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Cuadrculamedia2-nfasis1">
    <w:name w:val="Medium Grid 2 Accent 1"/>
    <w:basedOn w:val="Tabla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Cuadrculamedia2-nfasis2">
    <w:name w:val="Medium Grid 2 Accent 2"/>
    <w:basedOn w:val="Tabla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Cuadrculamedia2-nfasis3">
    <w:name w:val="Medium Grid 2 Accent 3"/>
    <w:basedOn w:val="Tabla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Cuadrculamedia2-nfasis4">
    <w:name w:val="Medium Grid 2 Accent 4"/>
    <w:basedOn w:val="Tabla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Cuadrculamedia2-nfasis5">
    <w:name w:val="Medium Grid 2 Accent 5"/>
    <w:basedOn w:val="Tabla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Cuadrculamedia2-nfasis6">
    <w:name w:val="Medium Grid 2 Accent 6"/>
    <w:basedOn w:val="Tabla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Cuadrculamedia3">
    <w:name w:val="Medium Grid 3"/>
    <w:basedOn w:val="Tabla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Cuadrculamedia3-nfasis1">
    <w:name w:val="Medium Grid 3 Accent 1"/>
    <w:basedOn w:val="Tabla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Cuadrculamedia3-nfasis2">
    <w:name w:val="Medium Grid 3 Accent 2"/>
    <w:basedOn w:val="Tabla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Cuadrculamedia3-nfasis3">
    <w:name w:val="Medium Grid 3 Accent 3"/>
    <w:basedOn w:val="Tabla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Cuadrculamedia3-nfasis4">
    <w:name w:val="Medium Grid 3 Accent 4"/>
    <w:basedOn w:val="Tabla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Cuadrculamedia3-nfasis5">
    <w:name w:val="Medium Grid 3 Accent 5"/>
    <w:basedOn w:val="Tabla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Cuadrculamedia3-nfasis6">
    <w:name w:val="Medium Grid 3 Accent 6"/>
    <w:basedOn w:val="Tabla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Listaoscura">
    <w:name w:val="Dark List"/>
    <w:basedOn w:val="Tabla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Listaoscura-nfasis1">
    <w:name w:val="Dark List Accent 1"/>
    <w:basedOn w:val="Tabla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Listaoscura-nfasis2">
    <w:name w:val="Dark List Accent 2"/>
    <w:basedOn w:val="Tabla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Listaoscura-nfasis3">
    <w:name w:val="Dark List Accent 3"/>
    <w:basedOn w:val="Tabla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Listaoscura-nfasis4">
    <w:name w:val="Dark List Accent 4"/>
    <w:basedOn w:val="Tabla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Listaoscura-nfasis5">
    <w:name w:val="Dark List Accent 5"/>
    <w:basedOn w:val="Tabla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Listaoscura-nfasis6">
    <w:name w:val="Dark List Accent 6"/>
    <w:basedOn w:val="Tabla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Sombreadovistoso">
    <w:name w:val="Colorful Shading"/>
    <w:basedOn w:val="Tabla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Sombreadovistoso-nfasis1">
    <w:name w:val="Colorful Shading Accent 1"/>
    <w:basedOn w:val="Tabla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Sombreadovistoso-nfasis2">
    <w:name w:val="Colorful Shading Accent 2"/>
    <w:basedOn w:val="Tabla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Sombreadovistoso-nfasis3">
    <w:name w:val="Colorful Shading Accent 3"/>
    <w:basedOn w:val="Tablanorma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Sombreadovistoso-nfasis4">
    <w:name w:val="Colorful Shading Accent 4"/>
    <w:basedOn w:val="Tablanorma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Sombreadovistoso-nfasis5">
    <w:name w:val="Colorful Shading Accent 5"/>
    <w:basedOn w:val="Tablanorma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Sombreadovistoso-nfasis6">
    <w:name w:val="Colorful Shading Accent 6"/>
    <w:basedOn w:val="Tablanorma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Listavistosa">
    <w:name w:val="Colorful List"/>
    <w:basedOn w:val="Tabla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Listavistosa-nfasis1">
    <w:name w:val="Colorful List Accent 1"/>
    <w:basedOn w:val="Tabla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Listavistosa-nfasis2">
    <w:name w:val="Colorful List Accent 2"/>
    <w:basedOn w:val="Tabla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Listavistosa-nfasis3">
    <w:name w:val="Colorful List Accent 3"/>
    <w:basedOn w:val="Tabla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Listavistosa-nfasis4">
    <w:name w:val="Colorful List Accent 4"/>
    <w:basedOn w:val="Tabla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Listavistosa-nfasis5">
    <w:name w:val="Colorful List Accent 5"/>
    <w:basedOn w:val="Tabla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Listavistosa-nfasis6">
    <w:name w:val="Colorful List Accent 6"/>
    <w:basedOn w:val="Tabla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uadrculavistosa">
    <w:name w:val="Colorful Grid"/>
    <w:basedOn w:val="Tabla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uadrculavistosa-nfasis1">
    <w:name w:val="Colorful Grid Accent 1"/>
    <w:basedOn w:val="Tabla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uadrculavistosa-nfasis2">
    <w:name w:val="Colorful Grid Accent 2"/>
    <w:basedOn w:val="Tabla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uadrculavistosa-nfasis3">
    <w:name w:val="Colorful Grid Accent 3"/>
    <w:basedOn w:val="Tabla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uadrculavistosa-nfasis4">
    <w:name w:val="Colorful Grid Accent 4"/>
    <w:basedOn w:val="Tabla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uadrculavistosa-nfasis5">
    <w:name w:val="Colorful Grid Accent 5"/>
    <w:basedOn w:val="Tabla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uadrculavistosa-nfasis6">
    <w:name w:val="Colorful Grid Accent 6"/>
    <w:basedOn w:val="Tabla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996</Words>
  <Characters>5479</Characters>
  <Application>Microsoft Office Word</Application>
  <DocSecurity>0</DocSecurity>
  <Lines>45</Lines>
  <Paragraphs>12</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6463</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user24</cp:lastModifiedBy>
  <cp:revision>8</cp:revision>
  <dcterms:created xsi:type="dcterms:W3CDTF">2013-12-23T23:15:00Z</dcterms:created>
  <dcterms:modified xsi:type="dcterms:W3CDTF">2026-05-27T08:17:00Z</dcterms:modified>
  <cp:category/>
</cp:coreProperties>
</file>