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AB3413" w14:textId="70122BDC" w:rsidR="00F309B4" w:rsidRPr="0036662B" w:rsidRDefault="000E317A" w:rsidP="0036662B">
      <w:pPr>
        <w:pStyle w:val="Ttulo1"/>
        <w:jc w:val="center"/>
        <w:rPr>
          <w:color w:val="C4A10C"/>
          <w:lang w:val="es-ES"/>
        </w:rPr>
      </w:pPr>
      <w:r w:rsidRPr="0036662B">
        <w:rPr>
          <w:color w:val="C4A10C"/>
          <w:lang w:val="es-ES"/>
        </w:rPr>
        <w:t>DESCUBRA A CROACIA, ESLOVÊNIA E BÓSNIA</w:t>
      </w:r>
      <w:r w:rsidR="00772F0C">
        <w:rPr>
          <w:color w:val="C4A10C"/>
          <w:lang w:val="es-ES"/>
        </w:rPr>
        <w:t xml:space="preserve"> 2027</w:t>
      </w:r>
    </w:p>
    <w:p w14:paraId="30F9A069" w14:textId="77777777" w:rsidR="00F309B4" w:rsidRPr="0036662B" w:rsidRDefault="000E317A" w:rsidP="0036662B">
      <w:pPr>
        <w:jc w:val="center"/>
        <w:rPr>
          <w:color w:val="C4A10C"/>
          <w:lang w:val="es-ES"/>
        </w:rPr>
      </w:pPr>
      <w:r w:rsidRPr="0036662B">
        <w:rPr>
          <w:color w:val="C4A10C"/>
          <w:lang w:val="es-ES"/>
        </w:rPr>
        <w:t>Categoria: Premium</w:t>
      </w:r>
    </w:p>
    <w:p w14:paraId="738B9802" w14:textId="77777777" w:rsidR="00F309B4" w:rsidRPr="0036662B" w:rsidRDefault="000E317A" w:rsidP="0036662B">
      <w:pPr>
        <w:jc w:val="center"/>
        <w:rPr>
          <w:lang w:val="es-ES"/>
        </w:rPr>
      </w:pPr>
      <w:r w:rsidRPr="0036662B">
        <w:rPr>
          <w:lang w:val="es-ES"/>
        </w:rPr>
        <w:t xml:space="preserve">Código: </w:t>
      </w:r>
      <w:proofErr w:type="gramStart"/>
      <w:r w:rsidRPr="0036662B">
        <w:rPr>
          <w:lang w:val="es-ES"/>
        </w:rPr>
        <w:t>VIEZAG  |</w:t>
      </w:r>
      <w:proofErr w:type="gramEnd"/>
      <w:r w:rsidRPr="0036662B">
        <w:rPr>
          <w:lang w:val="es-ES"/>
        </w:rPr>
        <w:t xml:space="preserve">  13 Dias</w:t>
      </w:r>
    </w:p>
    <w:p w14:paraId="4D5389F3" w14:textId="77777777" w:rsidR="00F309B4" w:rsidRPr="0036662B" w:rsidRDefault="00F309B4">
      <w:pPr>
        <w:rPr>
          <w:lang w:val="es-ES"/>
        </w:rPr>
      </w:pPr>
    </w:p>
    <w:p w14:paraId="18E0079F" w14:textId="77777777" w:rsidR="00F309B4" w:rsidRPr="0036662B" w:rsidRDefault="000E317A">
      <w:pPr>
        <w:pStyle w:val="Ttulo2"/>
        <w:rPr>
          <w:lang w:val="es-ES"/>
        </w:rPr>
      </w:pPr>
      <w:r w:rsidRPr="0036662B">
        <w:rPr>
          <w:lang w:val="es-ES"/>
        </w:rPr>
        <w:t>SAÍDAS GARANTIDAS 2027</w:t>
      </w:r>
    </w:p>
    <w:p w14:paraId="65911828" w14:textId="77777777" w:rsidR="00F309B4" w:rsidRPr="0036662B" w:rsidRDefault="000E317A">
      <w:pPr>
        <w:rPr>
          <w:lang w:val="es-ES"/>
        </w:rPr>
      </w:pPr>
      <w:r w:rsidRPr="0036662B">
        <w:rPr>
          <w:lang w:val="es-ES"/>
        </w:rPr>
        <w:t xml:space="preserve">ABRIL . . . . . . . . . . . . . . . . . . . . . </w:t>
      </w:r>
      <w:proofErr w:type="gramStart"/>
      <w:r w:rsidRPr="0036662B">
        <w:rPr>
          <w:lang w:val="es-ES"/>
        </w:rPr>
        <w:t>. . . .</w:t>
      </w:r>
      <w:proofErr w:type="gramEnd"/>
      <w:r w:rsidRPr="0036662B">
        <w:rPr>
          <w:lang w:val="es-ES"/>
        </w:rPr>
        <w:t xml:space="preserve"> 11, 25</w:t>
      </w:r>
    </w:p>
    <w:p w14:paraId="0A58959E" w14:textId="77777777" w:rsidR="00F309B4" w:rsidRPr="0036662B" w:rsidRDefault="000E317A">
      <w:pPr>
        <w:rPr>
          <w:lang w:val="es-ES"/>
        </w:rPr>
      </w:pPr>
      <w:r w:rsidRPr="0036662B">
        <w:rPr>
          <w:lang w:val="es-ES"/>
        </w:rPr>
        <w:t xml:space="preserve">MAIO . . . . . . . . . . . . . . . . . . </w:t>
      </w:r>
      <w:proofErr w:type="gramStart"/>
      <w:r w:rsidRPr="0036662B">
        <w:rPr>
          <w:lang w:val="es-ES"/>
        </w:rPr>
        <w:t>. . . .</w:t>
      </w:r>
      <w:proofErr w:type="gramEnd"/>
      <w:r w:rsidRPr="0036662B">
        <w:rPr>
          <w:lang w:val="es-ES"/>
        </w:rPr>
        <w:t xml:space="preserve"> </w:t>
      </w:r>
      <w:r w:rsidRPr="000E317A">
        <w:rPr>
          <w:color w:val="00B050"/>
          <w:lang w:val="es-ES"/>
        </w:rPr>
        <w:t>9</w:t>
      </w:r>
      <w:r w:rsidRPr="0036662B">
        <w:rPr>
          <w:lang w:val="es-ES"/>
        </w:rPr>
        <w:t>, 16, 23, 30</w:t>
      </w:r>
    </w:p>
    <w:p w14:paraId="03709523" w14:textId="77777777" w:rsidR="00F309B4" w:rsidRPr="0036662B" w:rsidRDefault="000E317A">
      <w:pPr>
        <w:rPr>
          <w:lang w:val="es-ES"/>
        </w:rPr>
      </w:pPr>
      <w:r w:rsidRPr="0036662B">
        <w:rPr>
          <w:lang w:val="es-ES"/>
        </w:rPr>
        <w:t xml:space="preserve">JUNHO . . . . . . . . . . . . . . . . . . . . . </w:t>
      </w:r>
      <w:proofErr w:type="gramStart"/>
      <w:r w:rsidRPr="0036662B">
        <w:rPr>
          <w:lang w:val="es-ES"/>
        </w:rPr>
        <w:t>. . . .</w:t>
      </w:r>
      <w:proofErr w:type="gramEnd"/>
      <w:r w:rsidRPr="0036662B">
        <w:rPr>
          <w:lang w:val="es-ES"/>
        </w:rPr>
        <w:t xml:space="preserve"> 6, 20</w:t>
      </w:r>
    </w:p>
    <w:p w14:paraId="1115FED0" w14:textId="77777777" w:rsidR="00F309B4" w:rsidRPr="0036662B" w:rsidRDefault="000E317A">
      <w:pPr>
        <w:rPr>
          <w:lang w:val="es-ES"/>
        </w:rPr>
      </w:pPr>
      <w:r w:rsidRPr="0036662B">
        <w:rPr>
          <w:lang w:val="es-ES"/>
        </w:rPr>
        <w:t xml:space="preserve">JULHO . . . . . . . . . . . . . . . . . . . . . </w:t>
      </w:r>
      <w:proofErr w:type="gramStart"/>
      <w:r w:rsidRPr="0036662B">
        <w:rPr>
          <w:lang w:val="es-ES"/>
        </w:rPr>
        <w:t>. . . .</w:t>
      </w:r>
      <w:proofErr w:type="gramEnd"/>
      <w:r w:rsidRPr="0036662B">
        <w:rPr>
          <w:lang w:val="es-ES"/>
        </w:rPr>
        <w:t xml:space="preserve"> 4, 18</w:t>
      </w:r>
    </w:p>
    <w:p w14:paraId="13DD33A7" w14:textId="77777777" w:rsidR="00F309B4" w:rsidRPr="0036662B" w:rsidRDefault="000E317A">
      <w:pPr>
        <w:rPr>
          <w:lang w:val="es-ES"/>
        </w:rPr>
      </w:pPr>
      <w:r w:rsidRPr="0036662B">
        <w:rPr>
          <w:lang w:val="es-ES"/>
        </w:rPr>
        <w:t xml:space="preserve">AGOSTO . . . . . . . . . . . . . . . . . . </w:t>
      </w:r>
      <w:proofErr w:type="gramStart"/>
      <w:r w:rsidRPr="0036662B">
        <w:rPr>
          <w:lang w:val="es-ES"/>
        </w:rPr>
        <w:t>. . . .</w:t>
      </w:r>
      <w:proofErr w:type="gramEnd"/>
      <w:r w:rsidRPr="0036662B">
        <w:rPr>
          <w:lang w:val="es-ES"/>
        </w:rPr>
        <w:t xml:space="preserve"> 1, 15. 29</w:t>
      </w:r>
    </w:p>
    <w:p w14:paraId="28134917" w14:textId="77777777" w:rsidR="00F309B4" w:rsidRPr="0036662B" w:rsidRDefault="000E317A">
      <w:pPr>
        <w:rPr>
          <w:lang w:val="es-ES"/>
        </w:rPr>
      </w:pPr>
      <w:r w:rsidRPr="0036662B">
        <w:rPr>
          <w:lang w:val="es-ES"/>
        </w:rPr>
        <w:t xml:space="preserve">SETEMBRO . . . . . . . . . . . . </w:t>
      </w:r>
      <w:proofErr w:type="gramStart"/>
      <w:r w:rsidRPr="0036662B">
        <w:rPr>
          <w:lang w:val="es-ES"/>
        </w:rPr>
        <w:t>. . . .</w:t>
      </w:r>
      <w:proofErr w:type="gramEnd"/>
      <w:r w:rsidRPr="0036662B">
        <w:rPr>
          <w:lang w:val="es-ES"/>
        </w:rPr>
        <w:t xml:space="preserve"> . 5, 12, </w:t>
      </w:r>
      <w:r w:rsidRPr="000E317A">
        <w:rPr>
          <w:color w:val="00B050"/>
          <w:lang w:val="es-ES"/>
        </w:rPr>
        <w:t>19</w:t>
      </w:r>
      <w:r w:rsidRPr="0036662B">
        <w:rPr>
          <w:lang w:val="es-ES"/>
        </w:rPr>
        <w:t>, 26</w:t>
      </w:r>
    </w:p>
    <w:p w14:paraId="06E7AC69" w14:textId="77777777" w:rsidR="00F309B4" w:rsidRPr="0036662B" w:rsidRDefault="000E317A">
      <w:pPr>
        <w:rPr>
          <w:lang w:val="es-ES"/>
        </w:rPr>
      </w:pPr>
      <w:r w:rsidRPr="0036662B">
        <w:rPr>
          <w:lang w:val="es-ES"/>
        </w:rPr>
        <w:t>OUTUBRO . . . . . . . . . . . . . . . . . . . . . . . . 10</w:t>
      </w:r>
    </w:p>
    <w:p w14:paraId="00CDDC57" w14:textId="77777777" w:rsidR="00F309B4" w:rsidRPr="000E317A" w:rsidRDefault="000E317A">
      <w:pPr>
        <w:rPr>
          <w:color w:val="00B050"/>
          <w:lang w:val="es-ES"/>
        </w:rPr>
      </w:pPr>
      <w:r w:rsidRPr="000E317A">
        <w:rPr>
          <w:color w:val="00B050"/>
          <w:lang w:val="es-ES"/>
        </w:rPr>
        <w:t>2 saídas exclusivas com GUIA BRASILEIRO: Maio 9 e Setembro 19</w:t>
      </w:r>
    </w:p>
    <w:p w14:paraId="748A9ED0" w14:textId="77777777" w:rsidR="00F309B4" w:rsidRPr="0036662B" w:rsidRDefault="00F309B4">
      <w:pPr>
        <w:rPr>
          <w:lang w:val="es-ES"/>
        </w:rPr>
      </w:pPr>
    </w:p>
    <w:p w14:paraId="04FB8E06" w14:textId="77777777" w:rsidR="00F309B4" w:rsidRPr="0036662B" w:rsidRDefault="000E317A">
      <w:pPr>
        <w:pStyle w:val="Ttulo2"/>
        <w:rPr>
          <w:lang w:val="es-ES"/>
        </w:rPr>
      </w:pPr>
      <w:r w:rsidRPr="0036662B">
        <w:rPr>
          <w:lang w:val="es-ES"/>
        </w:rPr>
        <w:t>HOTÉIS PREVISTOS</w:t>
      </w:r>
    </w:p>
    <w:p w14:paraId="41842FF5" w14:textId="77777777" w:rsidR="00F309B4" w:rsidRPr="0036662B" w:rsidRDefault="000E317A">
      <w:pPr>
        <w:rPr>
          <w:lang w:val="es-ES"/>
        </w:rPr>
      </w:pPr>
      <w:r w:rsidRPr="0036662B">
        <w:rPr>
          <w:lang w:val="es-ES"/>
        </w:rPr>
        <w:t>(ou similares na categoria indicada, conforme a cidade)</w:t>
      </w:r>
    </w:p>
    <w:p w14:paraId="07309131" w14:textId="77777777" w:rsidR="00F309B4" w:rsidRDefault="000E317A">
      <w:r>
        <w:rPr>
          <w:b/>
        </w:rPr>
        <w:t xml:space="preserve">VIENA: </w:t>
      </w:r>
      <w:r>
        <w:t>INTERCONTINENTAL ★★★★(s)</w:t>
      </w:r>
    </w:p>
    <w:p w14:paraId="6D3EA757" w14:textId="77777777" w:rsidR="00F309B4" w:rsidRDefault="000E317A">
      <w:r>
        <w:rPr>
          <w:b/>
        </w:rPr>
        <w:t xml:space="preserve">LIUBLIANA: </w:t>
      </w:r>
      <w:r>
        <w:t>GRAND PLAZA ★★★★(s)</w:t>
      </w:r>
    </w:p>
    <w:p w14:paraId="17A6AAB2" w14:textId="77777777" w:rsidR="00F309B4" w:rsidRDefault="000E317A">
      <w:r>
        <w:rPr>
          <w:b/>
        </w:rPr>
        <w:t xml:space="preserve">SPLIT: </w:t>
      </w:r>
      <w:r>
        <w:t>HOTEL ATRIUM ★★★★(s)</w:t>
      </w:r>
    </w:p>
    <w:p w14:paraId="6FEF2C54" w14:textId="77777777" w:rsidR="00F309B4" w:rsidRDefault="000E317A">
      <w:r>
        <w:rPr>
          <w:b/>
        </w:rPr>
        <w:t xml:space="preserve">DUBROVNIK: </w:t>
      </w:r>
      <w:r>
        <w:t>DUBROVNIK PALACE ★★★★(s)</w:t>
      </w:r>
    </w:p>
    <w:p w14:paraId="45847F29" w14:textId="77777777" w:rsidR="00F309B4" w:rsidRDefault="000E317A">
      <w:r>
        <w:rPr>
          <w:b/>
        </w:rPr>
        <w:t xml:space="preserve">SARAJEVO: </w:t>
      </w:r>
      <w:r>
        <w:t>HOTEL PRESIDENT ★★★★(s)</w:t>
      </w:r>
    </w:p>
    <w:p w14:paraId="070F306C" w14:textId="77777777" w:rsidR="00F309B4" w:rsidRDefault="000E317A">
      <w:r>
        <w:rPr>
          <w:b/>
        </w:rPr>
        <w:t xml:space="preserve">ZAGREB: </w:t>
      </w:r>
      <w:r>
        <w:t>SHERATON ★★★★(s)</w:t>
      </w:r>
    </w:p>
    <w:p w14:paraId="6CC1619E" w14:textId="77777777" w:rsidR="00F309B4" w:rsidRDefault="00F309B4"/>
    <w:p w14:paraId="51CAE80D" w14:textId="77777777" w:rsidR="00F309B4" w:rsidRDefault="000E317A">
      <w:pPr>
        <w:pStyle w:val="Ttulo2"/>
      </w:pPr>
      <w:r>
        <w:lastRenderedPageBreak/>
        <w:t>SERVIÇOS INCLUÍDOS</w:t>
      </w:r>
    </w:p>
    <w:p w14:paraId="70352C16" w14:textId="77777777" w:rsidR="00F309B4" w:rsidRDefault="000E317A">
      <w:pPr>
        <w:pStyle w:val="Listaconvietas"/>
      </w:pPr>
      <w:r>
        <w:t>Guia acompanhante em espanhol</w:t>
      </w:r>
    </w:p>
    <w:p w14:paraId="42E94160" w14:textId="77777777" w:rsidR="00F309B4" w:rsidRPr="0036662B" w:rsidRDefault="000E317A">
      <w:pPr>
        <w:pStyle w:val="Listaconvietas"/>
        <w:rPr>
          <w:lang w:val="es-ES"/>
        </w:rPr>
      </w:pPr>
      <w:r w:rsidRPr="0036662B">
        <w:rPr>
          <w:lang w:val="es-ES"/>
        </w:rPr>
        <w:t>12 noites com café da manhã tipo buffet</w:t>
      </w:r>
    </w:p>
    <w:p w14:paraId="097DE39C" w14:textId="77777777" w:rsidR="00F309B4" w:rsidRPr="0036662B" w:rsidRDefault="000E317A">
      <w:pPr>
        <w:pStyle w:val="Listaconvietas"/>
        <w:rPr>
          <w:lang w:val="es-ES"/>
        </w:rPr>
      </w:pPr>
      <w:r w:rsidRPr="0036662B">
        <w:rPr>
          <w:lang w:val="es-ES"/>
        </w:rPr>
        <w:t>Entradas e experiências conforme o itinerário</w:t>
      </w:r>
    </w:p>
    <w:p w14:paraId="3D918215" w14:textId="77777777" w:rsidR="00F309B4" w:rsidRDefault="000E317A">
      <w:pPr>
        <w:pStyle w:val="Listaconvietas"/>
      </w:pPr>
      <w:r>
        <w:t>Jantar de boas-vindas</w:t>
      </w:r>
    </w:p>
    <w:p w14:paraId="12383221" w14:textId="77777777" w:rsidR="00F309B4" w:rsidRDefault="000E317A">
      <w:r>
        <w:t>2 Saídas com GUIA BRASILEIRO</w:t>
      </w:r>
    </w:p>
    <w:p w14:paraId="10E7CEF1" w14:textId="77777777" w:rsidR="00F309B4" w:rsidRDefault="000E317A">
      <w:r>
        <w:t>Consulte página 5 — NOTAS IMPORTANTES</w:t>
      </w:r>
    </w:p>
    <w:p w14:paraId="27FABACF" w14:textId="77777777" w:rsidR="00F309B4" w:rsidRDefault="00F309B4"/>
    <w:p w14:paraId="58DD6712" w14:textId="77777777" w:rsidR="00F309B4" w:rsidRDefault="000E317A">
      <w:pPr>
        <w:pStyle w:val="Ttulo2"/>
      </w:pPr>
      <w:r>
        <w:t>TARIFAS EM EUROS</w:t>
      </w:r>
    </w:p>
    <w:p w14:paraId="40C80F81" w14:textId="77777777" w:rsidR="00F309B4" w:rsidRDefault="000E317A">
      <w:r>
        <w:t>€ 3.395,– por pessoa em apto. duplo</w:t>
      </w:r>
    </w:p>
    <w:p w14:paraId="5607AC44" w14:textId="77777777" w:rsidR="00F309B4" w:rsidRDefault="000E317A">
      <w:r>
        <w:t>€ 1.800,– suplemento individual</w:t>
      </w:r>
    </w:p>
    <w:p w14:paraId="7F6895D3" w14:textId="77777777" w:rsidR="00F309B4" w:rsidRPr="0036662B" w:rsidRDefault="000E317A">
      <w:pPr>
        <w:rPr>
          <w:lang w:val="es-ES"/>
        </w:rPr>
      </w:pPr>
      <w:r w:rsidRPr="0036662B">
        <w:rPr>
          <w:lang w:val="es-ES"/>
        </w:rPr>
        <w:t>5% desconto para o terceiro passageiro em quarto com +2 pessoas (QUARTO TRIPLO).</w:t>
      </w:r>
    </w:p>
    <w:p w14:paraId="6A48B9C9" w14:textId="77777777" w:rsidR="00F309B4" w:rsidRPr="0036662B" w:rsidRDefault="00F309B4">
      <w:pPr>
        <w:rPr>
          <w:lang w:val="es-ES"/>
        </w:rPr>
      </w:pPr>
    </w:p>
    <w:p w14:paraId="030C30DC" w14:textId="77777777" w:rsidR="00F309B4" w:rsidRPr="0036662B" w:rsidRDefault="000E317A">
      <w:pPr>
        <w:pStyle w:val="Ttulo1"/>
        <w:rPr>
          <w:lang w:val="es-ES"/>
        </w:rPr>
      </w:pPr>
      <w:r w:rsidRPr="0036662B">
        <w:rPr>
          <w:lang w:val="es-ES"/>
        </w:rPr>
        <w:t>ITINERÁRIO</w:t>
      </w:r>
    </w:p>
    <w:p w14:paraId="05BB1D6D" w14:textId="77777777" w:rsidR="00F309B4" w:rsidRPr="0036662B" w:rsidRDefault="000E317A">
      <w:pPr>
        <w:pStyle w:val="Ttulo2"/>
        <w:rPr>
          <w:lang w:val="es-ES"/>
        </w:rPr>
      </w:pPr>
      <w:r w:rsidRPr="0036662B">
        <w:rPr>
          <w:lang w:val="es-ES"/>
        </w:rPr>
        <w:t>DIA 1 DOM VIENA</w:t>
      </w:r>
    </w:p>
    <w:p w14:paraId="7664863C" w14:textId="77777777" w:rsidR="00F309B4" w:rsidRPr="0036662B" w:rsidRDefault="000E317A">
      <w:pPr>
        <w:rPr>
          <w:lang w:val="es-ES"/>
        </w:rPr>
      </w:pPr>
      <w:r w:rsidRPr="0036662B">
        <w:rPr>
          <w:lang w:val="es-ES"/>
        </w:rPr>
        <w:t xml:space="preserve">Chegada ao aeroporto de Viena, onde nosso motorista o levará ao seu hotel. À noite, conhecerá seus companheiros de viagem em um típico jantar austríaco de boas-vindas no restaurante Marchfelderhof, muito conhecido além das fronteiras do país. Neste ambiente realmente único, rapidamente terá a sensação de que a imperatriz Sissi está sentada ao seu lado à mesa. Naturalmente, </w:t>
      </w:r>
      <w:proofErr w:type="gramStart"/>
      <w:r w:rsidRPr="0036662B">
        <w:rPr>
          <w:lang w:val="es-ES"/>
        </w:rPr>
        <w:t>as bebidas</w:t>
      </w:r>
      <w:proofErr w:type="gramEnd"/>
      <w:r w:rsidRPr="0036662B">
        <w:rPr>
          <w:lang w:val="es-ES"/>
        </w:rPr>
        <w:t xml:space="preserve"> também estão incluídas.</w:t>
      </w:r>
    </w:p>
    <w:p w14:paraId="097EA001" w14:textId="77777777" w:rsidR="00F309B4" w:rsidRPr="0036662B" w:rsidRDefault="00F309B4">
      <w:pPr>
        <w:rPr>
          <w:lang w:val="es-ES"/>
        </w:rPr>
      </w:pPr>
    </w:p>
    <w:p w14:paraId="59CD066D" w14:textId="77777777" w:rsidR="00F309B4" w:rsidRPr="0036662B" w:rsidRDefault="000E317A">
      <w:pPr>
        <w:pStyle w:val="Ttulo2"/>
        <w:rPr>
          <w:lang w:val="es-ES"/>
        </w:rPr>
      </w:pPr>
      <w:r w:rsidRPr="0036662B">
        <w:rPr>
          <w:lang w:val="es-ES"/>
        </w:rPr>
        <w:t>DIA 2 SEG VIENA</w:t>
      </w:r>
    </w:p>
    <w:p w14:paraId="297C690D" w14:textId="77777777" w:rsidR="00F309B4" w:rsidRPr="0036662B" w:rsidRDefault="000E317A">
      <w:pPr>
        <w:rPr>
          <w:lang w:val="es-ES"/>
        </w:rPr>
      </w:pPr>
      <w:r w:rsidRPr="0036662B">
        <w:rPr>
          <w:lang w:val="es-ES"/>
        </w:rPr>
        <w:t xml:space="preserve">Após o café da manhã no hotel, exploraremos Viena com uma visita panorâmica que oferece uma excelente impressão de seus numerosos atrativos. Visitaremos os jardins do histórico Palácio Belvedere, antigo palácio de verão do príncipe Eugênio de Saboia, de onde poderá desfrutar de uma magnífica vista da cidade, imortalizada pelo artista Giovanni Antonio Canal em suas pinturas. Continuaremos pela Ringstrasse, com edifícios emblemáticos como a Ópera Estatal, o Museu de Ciências Naturais, o Monumento a Maria Teresa, o Parlamento austríaco, a Prefeitura, o Teatro Nacional e o </w:t>
      </w:r>
      <w:r w:rsidRPr="0036662B">
        <w:rPr>
          <w:lang w:val="es-ES"/>
        </w:rPr>
        <w:lastRenderedPageBreak/>
        <w:t xml:space="preserve">Hofburg, sede do nosso </w:t>
      </w:r>
      <w:proofErr w:type="gramStart"/>
      <w:r w:rsidRPr="0036662B">
        <w:rPr>
          <w:lang w:val="es-ES"/>
        </w:rPr>
        <w:t>Presidente</w:t>
      </w:r>
      <w:proofErr w:type="gramEnd"/>
      <w:r w:rsidRPr="0036662B">
        <w:rPr>
          <w:lang w:val="es-ES"/>
        </w:rPr>
        <w:t xml:space="preserve"> Federal. Passearemos pelas encantadoras ruas do centro histórico </w:t>
      </w:r>
      <w:proofErr w:type="gramStart"/>
      <w:r w:rsidRPr="0036662B">
        <w:rPr>
          <w:lang w:val="es-ES"/>
        </w:rPr>
        <w:t>e</w:t>
      </w:r>
      <w:proofErr w:type="gramEnd"/>
      <w:r w:rsidRPr="0036662B">
        <w:rPr>
          <w:lang w:val="es-ES"/>
        </w:rPr>
        <w:t xml:space="preserve"> visitaremos o interior da Catedral de Santo Estêvão. Também passaremos pelo Relógio Anker </w:t>
      </w:r>
      <w:proofErr w:type="gramStart"/>
      <w:r w:rsidRPr="0036662B">
        <w:rPr>
          <w:lang w:val="es-ES"/>
        </w:rPr>
        <w:t>e</w:t>
      </w:r>
      <w:proofErr w:type="gramEnd"/>
      <w:r w:rsidRPr="0036662B">
        <w:rPr>
          <w:lang w:val="es-ES"/>
        </w:rPr>
        <w:t xml:space="preserve"> pelo bairro judeu. O percurso termina na Maria-Theresien-Platz. Após a visita, terá a opção de participar de uma excursão ao Palácio de Schönbrunn. À tarde, possibilidade de assistir a um concerto de música clássica (ambas não incluídas).</w:t>
      </w:r>
    </w:p>
    <w:p w14:paraId="24D6EF51" w14:textId="77777777" w:rsidR="00F309B4" w:rsidRPr="0036662B" w:rsidRDefault="00F309B4">
      <w:pPr>
        <w:rPr>
          <w:lang w:val="es-ES"/>
        </w:rPr>
      </w:pPr>
    </w:p>
    <w:p w14:paraId="64A7B6DD" w14:textId="77777777" w:rsidR="00F309B4" w:rsidRPr="0036662B" w:rsidRDefault="000E317A">
      <w:pPr>
        <w:pStyle w:val="Ttulo2"/>
        <w:rPr>
          <w:lang w:val="es-ES"/>
        </w:rPr>
      </w:pPr>
      <w:r w:rsidRPr="0036662B">
        <w:rPr>
          <w:lang w:val="es-ES"/>
        </w:rPr>
        <w:t>DIA 3 TER VIENA - LIUBLIANA</w:t>
      </w:r>
    </w:p>
    <w:p w14:paraId="111F1E38" w14:textId="77777777" w:rsidR="00F309B4" w:rsidRPr="0036662B" w:rsidRDefault="000E317A">
      <w:pPr>
        <w:rPr>
          <w:lang w:val="es-ES"/>
        </w:rPr>
      </w:pPr>
      <w:r w:rsidRPr="0036662B">
        <w:rPr>
          <w:lang w:val="es-ES"/>
        </w:rPr>
        <w:t>Pela manhã, partiremos de ônibus em direção a Ljubljana, a encantadora capital da Eslovênia. Na chegada, realizaremos um passeio a pé pelo centro histórico, onde se destacam a Prefeitura, a Fonte de Robba, as Três Pontes, a Universidade e o Parlamento. Hospedagem.</w:t>
      </w:r>
    </w:p>
    <w:p w14:paraId="71D70D54" w14:textId="77777777" w:rsidR="00F309B4" w:rsidRPr="0036662B" w:rsidRDefault="00F309B4">
      <w:pPr>
        <w:rPr>
          <w:lang w:val="es-ES"/>
        </w:rPr>
      </w:pPr>
    </w:p>
    <w:p w14:paraId="62273830" w14:textId="77777777" w:rsidR="00F309B4" w:rsidRPr="0036662B" w:rsidRDefault="000E317A">
      <w:pPr>
        <w:pStyle w:val="Ttulo2"/>
        <w:rPr>
          <w:lang w:val="es-ES"/>
        </w:rPr>
      </w:pPr>
      <w:r w:rsidRPr="0036662B">
        <w:rPr>
          <w:lang w:val="es-ES"/>
        </w:rPr>
        <w:t>DIA 4 QUA LIUBLIANA - POSTOJNA - BLED - LIUBLIANA</w:t>
      </w:r>
    </w:p>
    <w:p w14:paraId="15A38034" w14:textId="77777777" w:rsidR="00F309B4" w:rsidRPr="0036662B" w:rsidRDefault="000E317A">
      <w:pPr>
        <w:rPr>
          <w:lang w:val="es-ES"/>
        </w:rPr>
      </w:pPr>
      <w:r w:rsidRPr="0036662B">
        <w:rPr>
          <w:lang w:val="es-ES"/>
        </w:rPr>
        <w:t>Hoje seguiremos em direção a Postojna, famosa por suas impressionantes cavernas de estalactites. A visita será realizada em um trem turístico mineiro que percorre espaços tão evocativos como o Salão de Baile e o Paraíso. Destaca-se especialmente a grande caverna abobadada conhecida como Sala de Concertos. Em seguida, continuação até Bled, com seu icônico lago e sua pequena ilha, uma das imagens mais representativas do país. Retorno a Ljubljana e hospedagem.</w:t>
      </w:r>
    </w:p>
    <w:p w14:paraId="3C79FA8C" w14:textId="77777777" w:rsidR="00F309B4" w:rsidRPr="0036662B" w:rsidRDefault="00F309B4">
      <w:pPr>
        <w:rPr>
          <w:lang w:val="es-ES"/>
        </w:rPr>
      </w:pPr>
    </w:p>
    <w:p w14:paraId="2E8D946B" w14:textId="77777777" w:rsidR="00F309B4" w:rsidRPr="0036662B" w:rsidRDefault="000E317A">
      <w:pPr>
        <w:pStyle w:val="Ttulo2"/>
        <w:rPr>
          <w:lang w:val="es-ES"/>
        </w:rPr>
      </w:pPr>
      <w:r w:rsidRPr="0036662B">
        <w:rPr>
          <w:lang w:val="es-ES"/>
        </w:rPr>
        <w:t>DIA 5 QUI LIUBLIANA - ZADAR - SPLIT</w:t>
      </w:r>
    </w:p>
    <w:p w14:paraId="08839242" w14:textId="77777777" w:rsidR="00F309B4" w:rsidRPr="0036662B" w:rsidRDefault="000E317A">
      <w:pPr>
        <w:rPr>
          <w:lang w:val="es-ES"/>
        </w:rPr>
      </w:pPr>
      <w:r w:rsidRPr="0036662B">
        <w:rPr>
          <w:lang w:val="es-ES"/>
        </w:rPr>
        <w:t>Deixaremos Ljubljana para seguir em direção a Zadar, cidade que foi o centro administrativo da Dalmácia bizantina e alcançou grande importância na Europa no século XVII. Na chegada, visitaremos as ruínas do Forum Romanum e a Igreja de São Donato do século IX. Posteriormente, continuação até Split, principal cidade da região da Dalmácia. Hospedagem.</w:t>
      </w:r>
    </w:p>
    <w:p w14:paraId="3A8EA918" w14:textId="77777777" w:rsidR="00F309B4" w:rsidRPr="0036662B" w:rsidRDefault="00F309B4">
      <w:pPr>
        <w:rPr>
          <w:lang w:val="es-ES"/>
        </w:rPr>
      </w:pPr>
    </w:p>
    <w:p w14:paraId="0DF9E3A0" w14:textId="77777777" w:rsidR="00F309B4" w:rsidRPr="0036662B" w:rsidRDefault="000E317A">
      <w:pPr>
        <w:pStyle w:val="Ttulo2"/>
        <w:rPr>
          <w:lang w:val="es-ES"/>
        </w:rPr>
      </w:pPr>
      <w:r w:rsidRPr="0036662B">
        <w:rPr>
          <w:lang w:val="es-ES"/>
        </w:rPr>
        <w:t>DIA 6 SEX SPLIT</w:t>
      </w:r>
    </w:p>
    <w:p w14:paraId="469E25CD" w14:textId="77777777" w:rsidR="00F309B4" w:rsidRPr="0036662B" w:rsidRDefault="000E317A">
      <w:pPr>
        <w:rPr>
          <w:lang w:val="es-ES"/>
        </w:rPr>
      </w:pPr>
      <w:r w:rsidRPr="0036662B">
        <w:rPr>
          <w:lang w:val="es-ES"/>
        </w:rPr>
        <w:t>Dedicaremos o dia a descobrir Split, cidade que surgiu ao redor do monumental palácio do imperador romano Diocleciano. Passeando por suas praças e pelo animado calçadão à beira do Adriático, conheceremos seus principais atrativos, como o Vestíbulo do Palácio, o Peristilo, o campanário da Catedral de São Domnio e o Templo de Júpiter. Hospedagem.</w:t>
      </w:r>
    </w:p>
    <w:p w14:paraId="3C1CF78C" w14:textId="77777777" w:rsidR="00F309B4" w:rsidRPr="0036662B" w:rsidRDefault="00F309B4">
      <w:pPr>
        <w:rPr>
          <w:lang w:val="es-ES"/>
        </w:rPr>
      </w:pPr>
    </w:p>
    <w:p w14:paraId="3E519A0A" w14:textId="77777777" w:rsidR="00F309B4" w:rsidRPr="0036662B" w:rsidRDefault="000E317A">
      <w:pPr>
        <w:pStyle w:val="Ttulo2"/>
        <w:rPr>
          <w:lang w:val="es-ES"/>
        </w:rPr>
      </w:pPr>
      <w:r w:rsidRPr="0036662B">
        <w:rPr>
          <w:lang w:val="es-ES"/>
        </w:rPr>
        <w:t>DIA 7 SAB SPLIT - DUBROVNIK</w:t>
      </w:r>
    </w:p>
    <w:p w14:paraId="5B8F45DA" w14:textId="77777777" w:rsidR="00F309B4" w:rsidRPr="0036662B" w:rsidRDefault="000E317A">
      <w:pPr>
        <w:rPr>
          <w:lang w:val="es-ES"/>
        </w:rPr>
      </w:pPr>
      <w:r w:rsidRPr="0036662B">
        <w:rPr>
          <w:lang w:val="es-ES"/>
        </w:rPr>
        <w:t xml:space="preserve">Percorreremos a escarpada costa dálmata em direção a Dubrovnik, desfrutando de uma paisagem única com inúmeras ilhas sobre o Adriático. Na chegada, realizaremos a visita desta joia histórica, declarada Patrimônio da Humanidade pela UNESCO. Destacam-se a Igreja Franciscana, o Palácio do Reitor, a Catedral e o Mosteiro </w:t>
      </w:r>
      <w:proofErr w:type="gramStart"/>
      <w:r w:rsidRPr="0036662B">
        <w:rPr>
          <w:lang w:val="es-ES"/>
        </w:rPr>
        <w:t>Dominicano</w:t>
      </w:r>
      <w:proofErr w:type="gramEnd"/>
      <w:r w:rsidRPr="0036662B">
        <w:rPr>
          <w:lang w:val="es-ES"/>
        </w:rPr>
        <w:t>. A imponente Torre Minceta, uma das mais bem conservadas da Europa, completa este conjunto monumental. Hospedagem.</w:t>
      </w:r>
    </w:p>
    <w:p w14:paraId="22779C55" w14:textId="77777777" w:rsidR="00F309B4" w:rsidRPr="0036662B" w:rsidRDefault="00F309B4">
      <w:pPr>
        <w:rPr>
          <w:lang w:val="es-ES"/>
        </w:rPr>
      </w:pPr>
    </w:p>
    <w:p w14:paraId="61B51E14" w14:textId="77777777" w:rsidR="00F309B4" w:rsidRPr="0036662B" w:rsidRDefault="000E317A">
      <w:pPr>
        <w:pStyle w:val="Ttulo2"/>
        <w:rPr>
          <w:lang w:val="es-ES"/>
        </w:rPr>
      </w:pPr>
      <w:r w:rsidRPr="0036662B">
        <w:rPr>
          <w:lang w:val="es-ES"/>
        </w:rPr>
        <w:t>DIA 8 DOM DUBROVNIK</w:t>
      </w:r>
    </w:p>
    <w:p w14:paraId="7C4FBDC1" w14:textId="77777777" w:rsidR="00F309B4" w:rsidRPr="0036662B" w:rsidRDefault="000E317A">
      <w:pPr>
        <w:rPr>
          <w:lang w:val="es-ES"/>
        </w:rPr>
      </w:pPr>
      <w:r w:rsidRPr="0036662B">
        <w:rPr>
          <w:lang w:val="es-ES"/>
        </w:rPr>
        <w:t>Dia livre para aproveitar a cidade no seu próprio ritmo. Opcionalmente, poderá realizar uma excursão a Montenegro, visitando alguns dos recantos mais pitorescos do país (não incluída). Hospedagem.</w:t>
      </w:r>
    </w:p>
    <w:p w14:paraId="1A2F82D0" w14:textId="77777777" w:rsidR="00F309B4" w:rsidRPr="0036662B" w:rsidRDefault="00F309B4">
      <w:pPr>
        <w:rPr>
          <w:lang w:val="es-ES"/>
        </w:rPr>
      </w:pPr>
    </w:p>
    <w:p w14:paraId="2BBA160B" w14:textId="77777777" w:rsidR="00F309B4" w:rsidRPr="0036662B" w:rsidRDefault="000E317A">
      <w:pPr>
        <w:pStyle w:val="Ttulo2"/>
        <w:rPr>
          <w:lang w:val="es-ES"/>
        </w:rPr>
      </w:pPr>
      <w:r w:rsidRPr="0036662B">
        <w:rPr>
          <w:lang w:val="es-ES"/>
        </w:rPr>
        <w:t>DIA 9 SEG DUBROVNIK - MEDJUGORJE - MOSTAR - SARAJEVO</w:t>
      </w:r>
    </w:p>
    <w:p w14:paraId="1CEC6B7B" w14:textId="77777777" w:rsidR="00F309B4" w:rsidRPr="0036662B" w:rsidRDefault="000E317A">
      <w:pPr>
        <w:rPr>
          <w:lang w:val="es-ES"/>
        </w:rPr>
      </w:pPr>
      <w:r w:rsidRPr="0036662B">
        <w:rPr>
          <w:lang w:val="es-ES"/>
        </w:rPr>
        <w:t xml:space="preserve">Saída em direção à Bósnia e Herzegovina, com uma primeira parada em Medjugorje, importante centro de peregrinação. Continuação até Mostar, cidade marcada por sua história recente e símbolo de convivência cultural, cujo centro histórico encanta com suas ruas medievais e lojas tradicionais. Em seguida, seguiremos até Sarajevo, capital do país </w:t>
      </w:r>
      <w:proofErr w:type="gramStart"/>
      <w:r w:rsidRPr="0036662B">
        <w:rPr>
          <w:lang w:val="es-ES"/>
        </w:rPr>
        <w:t>e</w:t>
      </w:r>
      <w:proofErr w:type="gramEnd"/>
      <w:r w:rsidRPr="0036662B">
        <w:rPr>
          <w:lang w:val="es-ES"/>
        </w:rPr>
        <w:t xml:space="preserve"> ponto de encontro de diferentes religiões e culturas. Sua história está profundamente ligada a acontecimentos-chave como o assassinato do arquiduque Francisco Ferdinando em 1914.</w:t>
      </w:r>
    </w:p>
    <w:p w14:paraId="34E40C1A" w14:textId="77777777" w:rsidR="00F309B4" w:rsidRPr="0036662B" w:rsidRDefault="00F309B4">
      <w:pPr>
        <w:rPr>
          <w:lang w:val="es-ES"/>
        </w:rPr>
      </w:pPr>
    </w:p>
    <w:p w14:paraId="2BB100B0" w14:textId="77777777" w:rsidR="00F309B4" w:rsidRPr="0036662B" w:rsidRDefault="000E317A">
      <w:pPr>
        <w:pStyle w:val="Ttulo2"/>
        <w:rPr>
          <w:lang w:val="es-ES"/>
        </w:rPr>
      </w:pPr>
      <w:r w:rsidRPr="0036662B">
        <w:rPr>
          <w:lang w:val="es-ES"/>
        </w:rPr>
        <w:t>DIA 10 TER SARAJEVO</w:t>
      </w:r>
    </w:p>
    <w:p w14:paraId="40741F1A" w14:textId="77777777" w:rsidR="00F309B4" w:rsidRPr="0036662B" w:rsidRDefault="000E317A">
      <w:pPr>
        <w:rPr>
          <w:lang w:val="es-ES"/>
        </w:rPr>
      </w:pPr>
      <w:r w:rsidRPr="0036662B">
        <w:rPr>
          <w:lang w:val="es-ES"/>
        </w:rPr>
        <w:t>Exploraremos Sarajevo, uma cidade que surpreende por sua diversidade cultural. Entre seus principais atrativos encontram-se a Mesquita Husrev Beg, com sua delicada ornamentação, assim como o tradicional bazar «Baščaršija», o bairro austro-húngaro e o estádio olímpico. À tarde, tempo livre. Hospedagem.</w:t>
      </w:r>
    </w:p>
    <w:p w14:paraId="41DA0701" w14:textId="77777777" w:rsidR="00F309B4" w:rsidRPr="0036662B" w:rsidRDefault="00F309B4">
      <w:pPr>
        <w:rPr>
          <w:lang w:val="es-ES"/>
        </w:rPr>
      </w:pPr>
    </w:p>
    <w:p w14:paraId="644B940B" w14:textId="77777777" w:rsidR="00F309B4" w:rsidRPr="0036662B" w:rsidRDefault="000E317A">
      <w:pPr>
        <w:pStyle w:val="Ttulo2"/>
        <w:rPr>
          <w:lang w:val="es-ES"/>
        </w:rPr>
      </w:pPr>
      <w:r w:rsidRPr="0036662B">
        <w:rPr>
          <w:lang w:val="es-ES"/>
        </w:rPr>
        <w:lastRenderedPageBreak/>
        <w:t>DIA 11 QUA SARAJEVO - ZAGREB</w:t>
      </w:r>
    </w:p>
    <w:p w14:paraId="427B4C4D" w14:textId="77777777" w:rsidR="00F309B4" w:rsidRPr="0036662B" w:rsidRDefault="000E317A">
      <w:pPr>
        <w:rPr>
          <w:lang w:val="es-ES"/>
        </w:rPr>
      </w:pPr>
      <w:r w:rsidRPr="0036662B">
        <w:rPr>
          <w:lang w:val="es-ES"/>
        </w:rPr>
        <w:t>Seguiremos em direção a Zagreb, capital da Croácia. Após a chegada, passeio pelo centro histórico, onde se destacam o Palácio do Governo, a Catedral de Santo Estêvão e a Igreja de São Marcos.</w:t>
      </w:r>
    </w:p>
    <w:p w14:paraId="0F2B0BCE" w14:textId="77777777" w:rsidR="00F309B4" w:rsidRPr="0036662B" w:rsidRDefault="00F309B4">
      <w:pPr>
        <w:rPr>
          <w:lang w:val="es-ES"/>
        </w:rPr>
      </w:pPr>
    </w:p>
    <w:p w14:paraId="01708B8C" w14:textId="77777777" w:rsidR="00F309B4" w:rsidRPr="0036662B" w:rsidRDefault="000E317A">
      <w:pPr>
        <w:pStyle w:val="Ttulo2"/>
        <w:rPr>
          <w:lang w:val="es-ES"/>
        </w:rPr>
      </w:pPr>
      <w:r w:rsidRPr="0036662B">
        <w:rPr>
          <w:lang w:val="es-ES"/>
        </w:rPr>
        <w:t>DIA 12 QUI ZAGREB</w:t>
      </w:r>
    </w:p>
    <w:p w14:paraId="55A625B1" w14:textId="77777777" w:rsidR="00F309B4" w:rsidRPr="0036662B" w:rsidRDefault="000E317A">
      <w:pPr>
        <w:rPr>
          <w:lang w:val="es-ES"/>
        </w:rPr>
      </w:pPr>
      <w:r w:rsidRPr="0036662B">
        <w:rPr>
          <w:lang w:val="es-ES"/>
        </w:rPr>
        <w:t>Dia livre para continuar explorando a cidade ou realizar uma excursão opcional aos Lagos de Plitvice (não incluída).</w:t>
      </w:r>
    </w:p>
    <w:p w14:paraId="6200DB1B" w14:textId="77777777" w:rsidR="00F309B4" w:rsidRPr="0036662B" w:rsidRDefault="00F309B4">
      <w:pPr>
        <w:rPr>
          <w:lang w:val="es-ES"/>
        </w:rPr>
      </w:pPr>
    </w:p>
    <w:p w14:paraId="55E27E03" w14:textId="77777777" w:rsidR="00F309B4" w:rsidRPr="0036662B" w:rsidRDefault="000E317A">
      <w:pPr>
        <w:pStyle w:val="Ttulo2"/>
        <w:rPr>
          <w:lang w:val="es-ES"/>
        </w:rPr>
      </w:pPr>
      <w:r w:rsidRPr="0036662B">
        <w:rPr>
          <w:lang w:val="es-ES"/>
        </w:rPr>
        <w:t>DIA 13 SEX ZAGREB</w:t>
      </w:r>
    </w:p>
    <w:p w14:paraId="6D0925CF" w14:textId="77777777" w:rsidR="00F309B4" w:rsidRPr="0036662B" w:rsidRDefault="000E317A">
      <w:pPr>
        <w:rPr>
          <w:lang w:val="es-ES"/>
        </w:rPr>
      </w:pPr>
      <w:r w:rsidRPr="0036662B">
        <w:rPr>
          <w:lang w:val="es-ES"/>
        </w:rPr>
        <w:t>Café da manhã e traslado de saída para o aeroporto.</w:t>
      </w:r>
    </w:p>
    <w:sectPr w:rsidR="00F309B4" w:rsidRPr="0036662B" w:rsidSect="00034616">
      <w:head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1755CF" w14:textId="77777777" w:rsidR="0036662B" w:rsidRDefault="0036662B" w:rsidP="0036662B">
      <w:pPr>
        <w:spacing w:after="0" w:line="240" w:lineRule="auto"/>
      </w:pPr>
      <w:r>
        <w:separator/>
      </w:r>
    </w:p>
  </w:endnote>
  <w:endnote w:type="continuationSeparator" w:id="0">
    <w:p w14:paraId="41015DA4" w14:textId="77777777" w:rsidR="0036662B" w:rsidRDefault="0036662B" w:rsidP="003666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715880" w14:textId="77777777" w:rsidR="0036662B" w:rsidRDefault="0036662B" w:rsidP="0036662B">
      <w:pPr>
        <w:spacing w:after="0" w:line="240" w:lineRule="auto"/>
      </w:pPr>
      <w:r>
        <w:separator/>
      </w:r>
    </w:p>
  </w:footnote>
  <w:footnote w:type="continuationSeparator" w:id="0">
    <w:p w14:paraId="4DF179D5" w14:textId="77777777" w:rsidR="0036662B" w:rsidRDefault="0036662B" w:rsidP="003666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2B3547" w14:textId="070E5B45" w:rsidR="0036662B" w:rsidRDefault="0036662B">
    <w:pPr>
      <w:pStyle w:val="Encabezado"/>
    </w:pPr>
    <w:r>
      <w:rPr>
        <w:noProof/>
      </w:rPr>
      <w:drawing>
        <wp:inline distT="0" distB="0" distL="0" distR="0" wp14:anchorId="3469C7AD" wp14:editId="37A90138">
          <wp:extent cx="1009650" cy="100965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09650" cy="10096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0E317A"/>
    <w:rsid w:val="0015074B"/>
    <w:rsid w:val="0029639D"/>
    <w:rsid w:val="00326F90"/>
    <w:rsid w:val="0036662B"/>
    <w:rsid w:val="00772F0C"/>
    <w:rsid w:val="00AA1D8D"/>
    <w:rsid w:val="00B47730"/>
    <w:rsid w:val="00CB0664"/>
    <w:rsid w:val="00F309B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7D05C56"/>
  <w14:defaultImageDpi w14:val="300"/>
  <w15:docId w15:val="{0A062966-47D8-45FA-8DC3-3430D80825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hAnsi="Arial"/>
    </w:rPr>
  </w:style>
  <w:style w:type="paragraph" w:styleId="Ttulo1">
    <w:name w:val="heading 1"/>
    <w:basedOn w:val="Normal"/>
    <w:next w:val="Normal"/>
    <w:link w:val="Ttulo1Car"/>
    <w:uiPriority w:val="9"/>
    <w:qFormat/>
    <w:rsid w:val="00FC693F"/>
    <w:pPr>
      <w:keepNext/>
      <w:keepLines/>
      <w:spacing w:before="240" w:after="120"/>
      <w:outlineLvl w:val="0"/>
    </w:pPr>
    <w:rPr>
      <w:rFonts w:asciiTheme="majorHAnsi" w:eastAsiaTheme="majorEastAsia" w:hAnsiTheme="majorHAnsi" w:cstheme="majorBidi"/>
      <w:b/>
      <w:bCs/>
      <w:color w:val="000000"/>
      <w:sz w:val="36"/>
      <w:szCs w:val="28"/>
    </w:rPr>
  </w:style>
  <w:style w:type="paragraph" w:styleId="Ttulo2">
    <w:name w:val="heading 2"/>
    <w:basedOn w:val="Normal"/>
    <w:next w:val="Normal"/>
    <w:link w:val="Ttulo2Car"/>
    <w:uiPriority w:val="9"/>
    <w:unhideWhenUsed/>
    <w:qFormat/>
    <w:rsid w:val="00FC693F"/>
    <w:pPr>
      <w:keepNext/>
      <w:keepLines/>
      <w:spacing w:before="200" w:after="80"/>
      <w:outlineLvl w:val="1"/>
    </w:pPr>
    <w:rPr>
      <w:rFonts w:asciiTheme="majorHAnsi" w:eastAsiaTheme="majorEastAsia" w:hAnsiTheme="majorHAnsi" w:cstheme="majorBidi"/>
      <w:b/>
      <w:bCs/>
      <w:color w:val="000000"/>
      <w:sz w:val="26"/>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969</Words>
  <Characters>5332</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6289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user24</cp:lastModifiedBy>
  <cp:revision>4</cp:revision>
  <dcterms:created xsi:type="dcterms:W3CDTF">2013-12-23T23:15:00Z</dcterms:created>
  <dcterms:modified xsi:type="dcterms:W3CDTF">2026-05-26T10:56:00Z</dcterms:modified>
  <cp:category/>
</cp:coreProperties>
</file>