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04EE6" w14:textId="041B151A" w:rsidR="00471E9A" w:rsidRPr="00A408D4" w:rsidRDefault="00A408D4" w:rsidP="00A408D4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</w:pPr>
      <w:r w:rsidRPr="00A408D4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DESCUBRA A SUÍÇA</w:t>
      </w:r>
      <w:r w:rsidR="00C36D02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 xml:space="preserve"> </w:t>
      </w:r>
      <w:r w:rsidR="002B26E1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 xml:space="preserve">- </w:t>
      </w:r>
      <w:r w:rsidR="00C36D02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2027</w:t>
      </w:r>
    </w:p>
    <w:p w14:paraId="5A0FC943" w14:textId="77777777" w:rsidR="00471E9A" w:rsidRPr="00A408D4" w:rsidRDefault="00A408D4" w:rsidP="00A408D4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64A0BA"/>
          <w:sz w:val="24"/>
          <w:szCs w:val="24"/>
          <w:lang w:val="pt-BR" w:eastAsia="de-DE"/>
        </w:rPr>
      </w:pPr>
      <w:r w:rsidRPr="00A408D4">
        <w:rPr>
          <w:rFonts w:ascii="Century Gothic" w:eastAsia="Times New Roman" w:hAnsi="Century Gothic" w:cs="Arial"/>
          <w:bCs/>
          <w:color w:val="64A0BA"/>
          <w:sz w:val="24"/>
          <w:szCs w:val="24"/>
          <w:lang w:val="pt-BR" w:eastAsia="de-DE"/>
        </w:rPr>
        <w:t>Categoria: Primeira</w:t>
      </w:r>
    </w:p>
    <w:p w14:paraId="2AA8E4FC" w14:textId="77777777" w:rsidR="00471E9A" w:rsidRPr="00A408D4" w:rsidRDefault="00A408D4" w:rsidP="00A408D4">
      <w:pPr>
        <w:jc w:val="center"/>
        <w:rPr>
          <w:lang w:val="es-ES"/>
        </w:rPr>
      </w:pPr>
      <w:r w:rsidRPr="00A408D4">
        <w:rPr>
          <w:lang w:val="es-ES"/>
        </w:rPr>
        <w:t xml:space="preserve">Código: EETSUI  |  9 </w:t>
      </w:r>
      <w:proofErr w:type="spellStart"/>
      <w:r w:rsidRPr="00A408D4">
        <w:rPr>
          <w:lang w:val="es-ES"/>
        </w:rPr>
        <w:t>Dias</w:t>
      </w:r>
      <w:proofErr w:type="spellEnd"/>
    </w:p>
    <w:p w14:paraId="2C6562A0" w14:textId="77777777" w:rsidR="00471E9A" w:rsidRPr="00A408D4" w:rsidRDefault="00471E9A" w:rsidP="00A408D4">
      <w:pPr>
        <w:jc w:val="center"/>
        <w:rPr>
          <w:lang w:val="es-ES"/>
        </w:rPr>
      </w:pPr>
    </w:p>
    <w:p w14:paraId="48856E1D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SAÍDAS GARANTIDAS 2027</w:t>
      </w:r>
    </w:p>
    <w:p w14:paraId="41DE2E25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>JUNHO . . . . . . . . . . . . . . . . . . . . . . . . . . 20</w:t>
      </w:r>
    </w:p>
    <w:p w14:paraId="039D1298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>JULHO . . . . . . . . . . . . . . . . . . . . . . . . . 4, 18</w:t>
      </w:r>
    </w:p>
    <w:p w14:paraId="3BDEF9D5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>AGOSTO . . . . . . . . . . . . . . . . . . . . . . . . . 15</w:t>
      </w:r>
    </w:p>
    <w:p w14:paraId="74232516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>SETEMBRO . . . . . . . . . . . . . . . . . . . . . . 12, 26</w:t>
      </w:r>
    </w:p>
    <w:p w14:paraId="0352AC7D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>OUTUBRO . . . . . . . . . . . . . . . . . . . . . . . . 10</w:t>
      </w:r>
    </w:p>
    <w:p w14:paraId="15AFF5AE" w14:textId="77777777" w:rsidR="00471E9A" w:rsidRPr="00A408D4" w:rsidRDefault="00471E9A">
      <w:pPr>
        <w:rPr>
          <w:lang w:val="es-ES"/>
        </w:rPr>
      </w:pPr>
    </w:p>
    <w:p w14:paraId="1A70C585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HOTÉIS PREVISTOS</w:t>
      </w:r>
    </w:p>
    <w:p w14:paraId="7356375C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>(</w:t>
      </w:r>
      <w:proofErr w:type="spellStart"/>
      <w:r w:rsidRPr="00A408D4">
        <w:rPr>
          <w:lang w:val="es-ES"/>
        </w:rPr>
        <w:t>ou</w:t>
      </w:r>
      <w:proofErr w:type="spellEnd"/>
      <w:r w:rsidRPr="00A408D4">
        <w:rPr>
          <w:lang w:val="es-ES"/>
        </w:rPr>
        <w:t xml:space="preserve"> similares </w:t>
      </w:r>
      <w:proofErr w:type="spellStart"/>
      <w:r w:rsidRPr="00A408D4">
        <w:rPr>
          <w:lang w:val="es-ES"/>
        </w:rPr>
        <w:t>na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categoria</w:t>
      </w:r>
      <w:proofErr w:type="spellEnd"/>
      <w:r w:rsidRPr="00A408D4">
        <w:rPr>
          <w:lang w:val="es-ES"/>
        </w:rPr>
        <w:t xml:space="preserve"> indicada, conforme a </w:t>
      </w:r>
      <w:proofErr w:type="spellStart"/>
      <w:r w:rsidRPr="00A408D4">
        <w:rPr>
          <w:lang w:val="es-ES"/>
        </w:rPr>
        <w:t>cidade</w:t>
      </w:r>
      <w:proofErr w:type="spellEnd"/>
      <w:r w:rsidRPr="00A408D4">
        <w:rPr>
          <w:lang w:val="es-ES"/>
        </w:rPr>
        <w:t>)</w:t>
      </w:r>
    </w:p>
    <w:p w14:paraId="4D96BF87" w14:textId="77777777" w:rsidR="00471E9A" w:rsidRPr="00A408D4" w:rsidRDefault="00A408D4">
      <w:pPr>
        <w:rPr>
          <w:lang w:val="es-ES"/>
        </w:rPr>
      </w:pPr>
      <w:r w:rsidRPr="00A408D4">
        <w:rPr>
          <w:b/>
          <w:lang w:val="es-ES"/>
        </w:rPr>
        <w:t xml:space="preserve">ZURIQUE: </w:t>
      </w:r>
      <w:r w:rsidRPr="00A408D4">
        <w:rPr>
          <w:lang w:val="es-ES"/>
        </w:rPr>
        <w:t>NOVOTEL CITY WEST ★★★★</w:t>
      </w:r>
    </w:p>
    <w:p w14:paraId="2B3E88AB" w14:textId="77777777" w:rsidR="00471E9A" w:rsidRPr="00A408D4" w:rsidRDefault="00A408D4">
      <w:pPr>
        <w:rPr>
          <w:lang w:val="es-ES"/>
        </w:rPr>
      </w:pPr>
      <w:r w:rsidRPr="00A408D4">
        <w:rPr>
          <w:b/>
          <w:lang w:val="es-ES"/>
        </w:rPr>
        <w:t xml:space="preserve">BERNA: </w:t>
      </w:r>
      <w:r w:rsidRPr="00A408D4">
        <w:rPr>
          <w:lang w:val="es-ES"/>
        </w:rPr>
        <w:t>SWISSOTEL KURSAAL ★★★★  /  NH BRISTOL ★★★★</w:t>
      </w:r>
    </w:p>
    <w:p w14:paraId="190DCDCF" w14:textId="77777777" w:rsidR="00471E9A" w:rsidRDefault="00A408D4">
      <w:r>
        <w:rPr>
          <w:b/>
        </w:rPr>
        <w:t xml:space="preserve">GENEBRA: </w:t>
      </w:r>
      <w:r>
        <w:t>CROWNE PLAZA ★★★★</w:t>
      </w:r>
    </w:p>
    <w:p w14:paraId="419D2ED4" w14:textId="77777777" w:rsidR="00471E9A" w:rsidRDefault="00A408D4">
      <w:r>
        <w:rPr>
          <w:b/>
        </w:rPr>
        <w:t xml:space="preserve">ZERMATT: </w:t>
      </w:r>
      <w:r>
        <w:t>HOTEL AMBASSADOR ★★★★  /  HOTEL CHRISTIANIA ★★★★</w:t>
      </w:r>
    </w:p>
    <w:p w14:paraId="461A506F" w14:textId="77777777" w:rsidR="00471E9A" w:rsidRDefault="00A408D4">
      <w:r>
        <w:rPr>
          <w:b/>
        </w:rPr>
        <w:t xml:space="preserve">ZURIQUE: </w:t>
      </w:r>
      <w:r>
        <w:t>NOVOTEL CITY WEST ★★★★</w:t>
      </w:r>
    </w:p>
    <w:p w14:paraId="7A8C8EDB" w14:textId="77777777" w:rsidR="00471E9A" w:rsidRDefault="00471E9A"/>
    <w:p w14:paraId="7D517445" w14:textId="77777777" w:rsidR="00471E9A" w:rsidRDefault="00A408D4">
      <w:pPr>
        <w:pStyle w:val="Ttulo2"/>
      </w:pPr>
      <w:r>
        <w:t>SERVIÇOS INCLUÍDOS</w:t>
      </w:r>
    </w:p>
    <w:p w14:paraId="38E68011" w14:textId="77777777" w:rsidR="00471E9A" w:rsidRDefault="00A408D4">
      <w:pPr>
        <w:pStyle w:val="Listaconvietas"/>
      </w:pPr>
      <w:r>
        <w:t>Guia acompanhante em espanhol</w:t>
      </w:r>
    </w:p>
    <w:p w14:paraId="7DCBCF88" w14:textId="77777777" w:rsidR="00471E9A" w:rsidRPr="00A408D4" w:rsidRDefault="00A408D4">
      <w:pPr>
        <w:pStyle w:val="Listaconvietas"/>
        <w:rPr>
          <w:lang w:val="es-ES"/>
        </w:rPr>
      </w:pPr>
      <w:r w:rsidRPr="00A408D4">
        <w:rPr>
          <w:lang w:val="es-ES"/>
        </w:rPr>
        <w:t xml:space="preserve">8 </w:t>
      </w:r>
      <w:proofErr w:type="spellStart"/>
      <w:r w:rsidRPr="00A408D4">
        <w:rPr>
          <w:lang w:val="es-ES"/>
        </w:rPr>
        <w:t>noites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café da </w:t>
      </w:r>
      <w:proofErr w:type="spellStart"/>
      <w:r w:rsidRPr="00A408D4">
        <w:rPr>
          <w:lang w:val="es-ES"/>
        </w:rPr>
        <w:t>manhã</w:t>
      </w:r>
      <w:proofErr w:type="spellEnd"/>
      <w:r w:rsidRPr="00A408D4">
        <w:rPr>
          <w:lang w:val="es-ES"/>
        </w:rPr>
        <w:t xml:space="preserve"> tipo buffet</w:t>
      </w:r>
    </w:p>
    <w:p w14:paraId="0EE59FED" w14:textId="77777777" w:rsidR="00471E9A" w:rsidRPr="00A408D4" w:rsidRDefault="00A408D4">
      <w:pPr>
        <w:pStyle w:val="Listaconvietas"/>
        <w:rPr>
          <w:lang w:val="es-ES"/>
        </w:rPr>
      </w:pPr>
      <w:proofErr w:type="spellStart"/>
      <w:r w:rsidRPr="00A408D4">
        <w:rPr>
          <w:lang w:val="es-ES"/>
        </w:rPr>
        <w:t>Bilhetes</w:t>
      </w:r>
      <w:proofErr w:type="spellEnd"/>
      <w:r w:rsidRPr="00A408D4">
        <w:rPr>
          <w:lang w:val="es-ES"/>
        </w:rPr>
        <w:t xml:space="preserve"> de </w:t>
      </w:r>
      <w:proofErr w:type="spellStart"/>
      <w:r w:rsidRPr="00A408D4">
        <w:rPr>
          <w:lang w:val="es-ES"/>
        </w:rPr>
        <w:t>trem</w:t>
      </w:r>
      <w:proofErr w:type="spellEnd"/>
      <w:r w:rsidRPr="00A408D4">
        <w:rPr>
          <w:lang w:val="es-ES"/>
        </w:rPr>
        <w:t xml:space="preserve"> GLACIER EXPRESS 2a </w:t>
      </w:r>
      <w:proofErr w:type="spellStart"/>
      <w:r w:rsidRPr="00A408D4">
        <w:rPr>
          <w:lang w:val="es-ES"/>
        </w:rPr>
        <w:t>classe</w:t>
      </w:r>
      <w:proofErr w:type="spellEnd"/>
    </w:p>
    <w:p w14:paraId="1A3502F8" w14:textId="77777777" w:rsidR="00471E9A" w:rsidRPr="00A408D4" w:rsidRDefault="00A408D4">
      <w:pPr>
        <w:pStyle w:val="Listaconvietas"/>
        <w:rPr>
          <w:lang w:val="es-ES"/>
        </w:rPr>
      </w:pPr>
      <w:r w:rsidRPr="00A408D4">
        <w:rPr>
          <w:lang w:val="es-ES"/>
        </w:rPr>
        <w:t xml:space="preserve">Entradas e </w:t>
      </w:r>
      <w:proofErr w:type="spellStart"/>
      <w:r w:rsidRPr="00A408D4">
        <w:rPr>
          <w:lang w:val="es-ES"/>
        </w:rPr>
        <w:t>experiências</w:t>
      </w:r>
      <w:proofErr w:type="spellEnd"/>
      <w:r w:rsidRPr="00A408D4">
        <w:rPr>
          <w:lang w:val="es-ES"/>
        </w:rPr>
        <w:t xml:space="preserve"> conforme o </w:t>
      </w:r>
      <w:proofErr w:type="spellStart"/>
      <w:r w:rsidRPr="00A408D4">
        <w:rPr>
          <w:lang w:val="es-ES"/>
        </w:rPr>
        <w:t>itinerário</w:t>
      </w:r>
      <w:proofErr w:type="spellEnd"/>
    </w:p>
    <w:p w14:paraId="7EBF9C96" w14:textId="77777777" w:rsidR="00471E9A" w:rsidRPr="00A408D4" w:rsidRDefault="00471E9A">
      <w:pPr>
        <w:rPr>
          <w:lang w:val="es-ES"/>
        </w:rPr>
      </w:pPr>
    </w:p>
    <w:p w14:paraId="17E7250D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lastRenderedPageBreak/>
        <w:t>TARIFAS EM EUROS</w:t>
      </w:r>
    </w:p>
    <w:p w14:paraId="19850F42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 xml:space="preserve">€ 3.690,– por </w:t>
      </w:r>
      <w:proofErr w:type="spellStart"/>
      <w:r w:rsidRPr="00A408D4">
        <w:rPr>
          <w:lang w:val="es-ES"/>
        </w:rPr>
        <w:t>pessoa</w:t>
      </w:r>
      <w:proofErr w:type="spellEnd"/>
      <w:r w:rsidRPr="00A408D4">
        <w:rPr>
          <w:lang w:val="es-ES"/>
        </w:rPr>
        <w:t xml:space="preserve"> em apto. duplo</w:t>
      </w:r>
    </w:p>
    <w:p w14:paraId="20A71EE9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>€ 1.200,– suplemento individual</w:t>
      </w:r>
    </w:p>
    <w:p w14:paraId="46599282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 xml:space="preserve">5% </w:t>
      </w:r>
      <w:proofErr w:type="spellStart"/>
      <w:r w:rsidRPr="00A408D4">
        <w:rPr>
          <w:lang w:val="es-ES"/>
        </w:rPr>
        <w:t>desconto</w:t>
      </w:r>
      <w:proofErr w:type="spellEnd"/>
      <w:r w:rsidRPr="00A408D4">
        <w:rPr>
          <w:lang w:val="es-ES"/>
        </w:rPr>
        <w:t xml:space="preserve"> para o </w:t>
      </w:r>
      <w:proofErr w:type="spellStart"/>
      <w:r w:rsidRPr="00A408D4">
        <w:rPr>
          <w:lang w:val="es-ES"/>
        </w:rPr>
        <w:t>terceiro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passageiro</w:t>
      </w:r>
      <w:proofErr w:type="spellEnd"/>
      <w:r w:rsidRPr="00A408D4">
        <w:rPr>
          <w:lang w:val="es-ES"/>
        </w:rPr>
        <w:t xml:space="preserve"> em </w:t>
      </w:r>
      <w:proofErr w:type="spellStart"/>
      <w:r w:rsidRPr="00A408D4">
        <w:rPr>
          <w:lang w:val="es-ES"/>
        </w:rPr>
        <w:t>quarto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+2 </w:t>
      </w:r>
      <w:proofErr w:type="spellStart"/>
      <w:r w:rsidRPr="00A408D4">
        <w:rPr>
          <w:lang w:val="es-ES"/>
        </w:rPr>
        <w:t>pessoas</w:t>
      </w:r>
      <w:proofErr w:type="spellEnd"/>
      <w:r w:rsidRPr="00A408D4">
        <w:rPr>
          <w:lang w:val="es-ES"/>
        </w:rPr>
        <w:t xml:space="preserve"> (QUARTO TRIPLO).</w:t>
      </w:r>
    </w:p>
    <w:p w14:paraId="7556521A" w14:textId="77777777" w:rsidR="00471E9A" w:rsidRPr="00A408D4" w:rsidRDefault="00471E9A">
      <w:pPr>
        <w:rPr>
          <w:lang w:val="es-ES"/>
        </w:rPr>
      </w:pPr>
    </w:p>
    <w:p w14:paraId="0B989739" w14:textId="77777777" w:rsidR="00471E9A" w:rsidRPr="00A408D4" w:rsidRDefault="00A408D4">
      <w:pPr>
        <w:pStyle w:val="Ttulo1"/>
        <w:rPr>
          <w:lang w:val="es-ES"/>
        </w:rPr>
      </w:pPr>
      <w:r w:rsidRPr="00A408D4">
        <w:rPr>
          <w:lang w:val="es-ES"/>
        </w:rPr>
        <w:t>ITINERÁRIO</w:t>
      </w:r>
    </w:p>
    <w:p w14:paraId="77EE2F35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DIA 1 DOM ZURIQUE</w:t>
      </w:r>
    </w:p>
    <w:p w14:paraId="07960BBA" w14:textId="77777777" w:rsidR="00471E9A" w:rsidRPr="00A408D4" w:rsidRDefault="00A408D4">
      <w:pPr>
        <w:rPr>
          <w:lang w:val="es-ES"/>
        </w:rPr>
      </w:pPr>
      <w:proofErr w:type="spellStart"/>
      <w:r w:rsidRPr="00A408D4">
        <w:rPr>
          <w:lang w:val="es-ES"/>
        </w:rPr>
        <w:t>Chegada</w:t>
      </w:r>
      <w:proofErr w:type="spellEnd"/>
      <w:r w:rsidRPr="00A408D4">
        <w:rPr>
          <w:lang w:val="es-ES"/>
        </w:rPr>
        <w:t xml:space="preserve"> a </w:t>
      </w:r>
      <w:proofErr w:type="spellStart"/>
      <w:r w:rsidRPr="00A408D4">
        <w:rPr>
          <w:lang w:val="es-ES"/>
        </w:rPr>
        <w:t>Zurique</w:t>
      </w:r>
      <w:proofErr w:type="spellEnd"/>
      <w:r w:rsidRPr="00A408D4">
        <w:rPr>
          <w:lang w:val="es-ES"/>
        </w:rPr>
        <w:t xml:space="preserve">, traslado </w:t>
      </w:r>
      <w:proofErr w:type="spellStart"/>
      <w:r w:rsidRPr="00A408D4">
        <w:rPr>
          <w:lang w:val="es-ES"/>
        </w:rPr>
        <w:t>ao</w:t>
      </w:r>
      <w:proofErr w:type="spellEnd"/>
      <w:r w:rsidRPr="00A408D4">
        <w:rPr>
          <w:lang w:val="es-ES"/>
        </w:rPr>
        <w:t xml:space="preserve"> hotel e </w:t>
      </w:r>
      <w:proofErr w:type="spellStart"/>
      <w:r w:rsidRPr="00A408D4">
        <w:rPr>
          <w:lang w:val="es-ES"/>
        </w:rPr>
        <w:t>acomodação</w:t>
      </w:r>
      <w:proofErr w:type="spellEnd"/>
      <w:r w:rsidRPr="00A408D4">
        <w:rPr>
          <w:lang w:val="es-ES"/>
        </w:rPr>
        <w:t xml:space="preserve">. O </w:t>
      </w:r>
      <w:proofErr w:type="spellStart"/>
      <w:r w:rsidRPr="00A408D4">
        <w:rPr>
          <w:lang w:val="es-ES"/>
        </w:rPr>
        <w:t>guia</w:t>
      </w:r>
      <w:proofErr w:type="spellEnd"/>
      <w:r w:rsidRPr="00A408D4">
        <w:rPr>
          <w:lang w:val="es-ES"/>
        </w:rPr>
        <w:t xml:space="preserve"> estará no hotel a partir das 19h00.</w:t>
      </w:r>
    </w:p>
    <w:p w14:paraId="224CA1A2" w14:textId="77777777" w:rsidR="00471E9A" w:rsidRPr="00A408D4" w:rsidRDefault="00471E9A">
      <w:pPr>
        <w:rPr>
          <w:lang w:val="es-ES"/>
        </w:rPr>
      </w:pPr>
    </w:p>
    <w:p w14:paraId="70E18D21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DIA 2 SEG ZURIQUE</w:t>
      </w:r>
    </w:p>
    <w:p w14:paraId="17F01D8E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 xml:space="preserve">Pela </w:t>
      </w:r>
      <w:proofErr w:type="spellStart"/>
      <w:r w:rsidRPr="00A408D4">
        <w:rPr>
          <w:lang w:val="es-ES"/>
        </w:rPr>
        <w:t>manhã</w:t>
      </w:r>
      <w:proofErr w:type="spellEnd"/>
      <w:r w:rsidRPr="00A408D4">
        <w:rPr>
          <w:lang w:val="es-ES"/>
        </w:rPr>
        <w:t xml:space="preserve">, visita da </w:t>
      </w:r>
      <w:proofErr w:type="spellStart"/>
      <w:r w:rsidRPr="00A408D4">
        <w:rPr>
          <w:lang w:val="es-ES"/>
        </w:rPr>
        <w:t>cidade</w:t>
      </w:r>
      <w:proofErr w:type="spellEnd"/>
      <w:r w:rsidRPr="00A408D4">
        <w:rPr>
          <w:lang w:val="es-ES"/>
        </w:rPr>
        <w:t xml:space="preserve">, destacando o centro histórico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a catedral, a </w:t>
      </w:r>
      <w:proofErr w:type="spellStart"/>
      <w:r w:rsidRPr="00A408D4">
        <w:rPr>
          <w:lang w:val="es-ES"/>
        </w:rPr>
        <w:t>antiga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prefeitura</w:t>
      </w:r>
      <w:proofErr w:type="spellEnd"/>
      <w:r w:rsidRPr="00A408D4">
        <w:rPr>
          <w:lang w:val="es-ES"/>
        </w:rPr>
        <w:t xml:space="preserve"> e a Porta de São </w:t>
      </w:r>
      <w:proofErr w:type="spellStart"/>
      <w:r w:rsidRPr="00A408D4">
        <w:rPr>
          <w:lang w:val="es-ES"/>
        </w:rPr>
        <w:t>Martinho</w:t>
      </w:r>
      <w:proofErr w:type="spellEnd"/>
      <w:r w:rsidRPr="00A408D4">
        <w:rPr>
          <w:lang w:val="es-ES"/>
        </w:rPr>
        <w:t xml:space="preserve">. O </w:t>
      </w:r>
      <w:proofErr w:type="spellStart"/>
      <w:r w:rsidRPr="00A408D4">
        <w:rPr>
          <w:lang w:val="es-ES"/>
        </w:rPr>
        <w:t>percurso</w:t>
      </w:r>
      <w:proofErr w:type="spellEnd"/>
      <w:r w:rsidRPr="00A408D4">
        <w:rPr>
          <w:lang w:val="es-ES"/>
        </w:rPr>
        <w:t xml:space="preserve"> continua pelo centro comercial e </w:t>
      </w:r>
      <w:proofErr w:type="spellStart"/>
      <w:r w:rsidRPr="00A408D4">
        <w:rPr>
          <w:lang w:val="es-ES"/>
        </w:rPr>
        <w:t>financeiro</w:t>
      </w:r>
      <w:proofErr w:type="spellEnd"/>
      <w:r w:rsidRPr="00A408D4">
        <w:rPr>
          <w:lang w:val="es-ES"/>
        </w:rPr>
        <w:t xml:space="preserve">, a </w:t>
      </w:r>
      <w:proofErr w:type="spellStart"/>
      <w:r w:rsidRPr="00A408D4">
        <w:rPr>
          <w:lang w:val="es-ES"/>
        </w:rPr>
        <w:t>Bahnhofstrasse</w:t>
      </w:r>
      <w:proofErr w:type="spellEnd"/>
      <w:r w:rsidRPr="00A408D4">
        <w:rPr>
          <w:lang w:val="es-ES"/>
        </w:rPr>
        <w:t xml:space="preserve">, a igreja de </w:t>
      </w:r>
      <w:proofErr w:type="spellStart"/>
      <w:r w:rsidRPr="00A408D4">
        <w:rPr>
          <w:lang w:val="es-ES"/>
        </w:rPr>
        <w:t>Fraumünster</w:t>
      </w:r>
      <w:proofErr w:type="spellEnd"/>
      <w:r w:rsidRPr="00A408D4">
        <w:rPr>
          <w:lang w:val="es-ES"/>
        </w:rPr>
        <w:t xml:space="preserve">, o </w:t>
      </w:r>
      <w:proofErr w:type="spellStart"/>
      <w:r w:rsidRPr="00A408D4">
        <w:rPr>
          <w:lang w:val="es-ES"/>
        </w:rPr>
        <w:t>Limmatquai</w:t>
      </w:r>
      <w:proofErr w:type="spellEnd"/>
      <w:r w:rsidRPr="00A408D4">
        <w:rPr>
          <w:lang w:val="es-ES"/>
        </w:rPr>
        <w:t xml:space="preserve"> e o </w:t>
      </w:r>
      <w:proofErr w:type="spellStart"/>
      <w:r w:rsidRPr="00A408D4">
        <w:rPr>
          <w:lang w:val="es-ES"/>
        </w:rPr>
        <w:t>bairro</w:t>
      </w:r>
      <w:proofErr w:type="spellEnd"/>
      <w:r w:rsidRPr="00A408D4">
        <w:rPr>
          <w:lang w:val="es-ES"/>
        </w:rPr>
        <w:t xml:space="preserve"> da </w:t>
      </w:r>
      <w:proofErr w:type="spellStart"/>
      <w:r w:rsidRPr="00A408D4">
        <w:rPr>
          <w:lang w:val="es-ES"/>
        </w:rPr>
        <w:t>Universidade</w:t>
      </w:r>
      <w:proofErr w:type="spellEnd"/>
      <w:r w:rsidRPr="00A408D4">
        <w:rPr>
          <w:lang w:val="es-ES"/>
        </w:rPr>
        <w:t xml:space="preserve">. Em seguida, </w:t>
      </w:r>
      <w:proofErr w:type="spellStart"/>
      <w:r w:rsidRPr="00A408D4">
        <w:rPr>
          <w:lang w:val="es-ES"/>
        </w:rPr>
        <w:t>descobriremos</w:t>
      </w:r>
      <w:proofErr w:type="spellEnd"/>
      <w:r w:rsidRPr="00A408D4">
        <w:rPr>
          <w:lang w:val="es-ES"/>
        </w:rPr>
        <w:t xml:space="preserve"> o mundo do chocolate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a visita à Casa do Chocolate </w:t>
      </w:r>
      <w:proofErr w:type="spellStart"/>
      <w:r w:rsidRPr="00A408D4">
        <w:rPr>
          <w:lang w:val="es-ES"/>
        </w:rPr>
        <w:t>Lindt</w:t>
      </w:r>
      <w:proofErr w:type="spellEnd"/>
      <w:r w:rsidRPr="00A408D4">
        <w:rPr>
          <w:lang w:val="es-ES"/>
        </w:rPr>
        <w:t xml:space="preserve">, onde </w:t>
      </w:r>
      <w:proofErr w:type="spellStart"/>
      <w:r w:rsidRPr="00A408D4">
        <w:rPr>
          <w:lang w:val="es-ES"/>
        </w:rPr>
        <w:t>conheceremos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sua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história</w:t>
      </w:r>
      <w:proofErr w:type="spellEnd"/>
      <w:r w:rsidRPr="00A408D4">
        <w:rPr>
          <w:lang w:val="es-ES"/>
        </w:rPr>
        <w:t xml:space="preserve"> e desfrutaremos de </w:t>
      </w:r>
      <w:proofErr w:type="spellStart"/>
      <w:r w:rsidRPr="00A408D4">
        <w:rPr>
          <w:lang w:val="es-ES"/>
        </w:rPr>
        <w:t>uma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degustação</w:t>
      </w:r>
      <w:proofErr w:type="spellEnd"/>
      <w:r w:rsidRPr="00A408D4">
        <w:rPr>
          <w:lang w:val="es-ES"/>
        </w:rPr>
        <w:t>.</w:t>
      </w:r>
    </w:p>
    <w:p w14:paraId="71AAA015" w14:textId="77777777" w:rsidR="00471E9A" w:rsidRPr="00A408D4" w:rsidRDefault="00471E9A">
      <w:pPr>
        <w:rPr>
          <w:lang w:val="es-ES"/>
        </w:rPr>
      </w:pPr>
    </w:p>
    <w:p w14:paraId="39CC3B1E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DIA 3 TER ZURIQUE - LUCERNA - BERNA</w:t>
      </w:r>
    </w:p>
    <w:p w14:paraId="6B04C08B" w14:textId="77777777" w:rsidR="00471E9A" w:rsidRPr="00A408D4" w:rsidRDefault="00A408D4">
      <w:pPr>
        <w:rPr>
          <w:lang w:val="es-ES"/>
        </w:rPr>
      </w:pPr>
      <w:proofErr w:type="spellStart"/>
      <w:r w:rsidRPr="00A408D4">
        <w:rPr>
          <w:lang w:val="es-ES"/>
        </w:rPr>
        <w:t>Saída</w:t>
      </w:r>
      <w:proofErr w:type="spellEnd"/>
      <w:r w:rsidRPr="00A408D4">
        <w:rPr>
          <w:lang w:val="es-ES"/>
        </w:rPr>
        <w:t xml:space="preserve"> em </w:t>
      </w:r>
      <w:proofErr w:type="spellStart"/>
      <w:r w:rsidRPr="00A408D4">
        <w:rPr>
          <w:lang w:val="es-ES"/>
        </w:rPr>
        <w:t>direção</w:t>
      </w:r>
      <w:proofErr w:type="spellEnd"/>
      <w:r w:rsidRPr="00A408D4">
        <w:rPr>
          <w:lang w:val="es-ES"/>
        </w:rPr>
        <w:t xml:space="preserve"> a Lucerna, </w:t>
      </w:r>
      <w:proofErr w:type="spellStart"/>
      <w:r w:rsidRPr="00A408D4">
        <w:rPr>
          <w:lang w:val="es-ES"/>
        </w:rPr>
        <w:t>cidade</w:t>
      </w:r>
      <w:proofErr w:type="spellEnd"/>
      <w:r w:rsidRPr="00A408D4">
        <w:rPr>
          <w:lang w:val="es-ES"/>
        </w:rPr>
        <w:t xml:space="preserve"> medieval situada </w:t>
      </w:r>
      <w:proofErr w:type="spellStart"/>
      <w:r w:rsidRPr="00A408D4">
        <w:rPr>
          <w:lang w:val="es-ES"/>
        </w:rPr>
        <w:t>às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margens</w:t>
      </w:r>
      <w:proofErr w:type="spellEnd"/>
      <w:r w:rsidRPr="00A408D4">
        <w:rPr>
          <w:lang w:val="es-ES"/>
        </w:rPr>
        <w:t xml:space="preserve"> do Lago dos </w:t>
      </w:r>
      <w:proofErr w:type="spellStart"/>
      <w:r w:rsidRPr="00A408D4">
        <w:rPr>
          <w:lang w:val="es-ES"/>
        </w:rPr>
        <w:t>Quatro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Cantões</w:t>
      </w:r>
      <w:proofErr w:type="spellEnd"/>
      <w:r w:rsidRPr="00A408D4">
        <w:rPr>
          <w:lang w:val="es-ES"/>
        </w:rPr>
        <w:t xml:space="preserve">. </w:t>
      </w:r>
      <w:proofErr w:type="spellStart"/>
      <w:r w:rsidRPr="00A408D4">
        <w:rPr>
          <w:lang w:val="es-ES"/>
        </w:rPr>
        <w:t>Um</w:t>
      </w:r>
      <w:proofErr w:type="spellEnd"/>
      <w:r w:rsidRPr="00A408D4">
        <w:rPr>
          <w:lang w:val="es-ES"/>
        </w:rPr>
        <w:t xml:space="preserve"> de </w:t>
      </w:r>
      <w:proofErr w:type="spellStart"/>
      <w:r w:rsidRPr="00A408D4">
        <w:rPr>
          <w:lang w:val="es-ES"/>
        </w:rPr>
        <w:t>seus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principais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atrativos</w:t>
      </w:r>
      <w:proofErr w:type="spellEnd"/>
      <w:r w:rsidRPr="00A408D4">
        <w:rPr>
          <w:lang w:val="es-ES"/>
        </w:rPr>
        <w:t xml:space="preserve"> é a Ponte da Capela, </w:t>
      </w:r>
      <w:proofErr w:type="spellStart"/>
      <w:r w:rsidRPr="00A408D4">
        <w:rPr>
          <w:lang w:val="es-ES"/>
        </w:rPr>
        <w:t>construída</w:t>
      </w:r>
      <w:proofErr w:type="spellEnd"/>
      <w:r w:rsidRPr="00A408D4">
        <w:rPr>
          <w:lang w:val="es-ES"/>
        </w:rPr>
        <w:t xml:space="preserve"> em madeira em 1333 e decorada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pinturas. Em seguida, vamos nos dirigir a </w:t>
      </w:r>
      <w:proofErr w:type="spellStart"/>
      <w:r w:rsidRPr="00A408D4">
        <w:rPr>
          <w:lang w:val="es-ES"/>
        </w:rPr>
        <w:t>Engelberg</w:t>
      </w:r>
      <w:proofErr w:type="spellEnd"/>
      <w:r w:rsidRPr="00A408D4">
        <w:rPr>
          <w:lang w:val="es-ES"/>
        </w:rPr>
        <w:t xml:space="preserve">, de onde se sobe no </w:t>
      </w:r>
      <w:proofErr w:type="spellStart"/>
      <w:r w:rsidRPr="00A408D4">
        <w:rPr>
          <w:lang w:val="es-ES"/>
        </w:rPr>
        <w:t>primeiro</w:t>
      </w:r>
      <w:proofErr w:type="spellEnd"/>
      <w:r w:rsidRPr="00A408D4">
        <w:rPr>
          <w:lang w:val="es-ES"/>
        </w:rPr>
        <w:t xml:space="preserve"> teleférico </w:t>
      </w:r>
      <w:proofErr w:type="spellStart"/>
      <w:r w:rsidRPr="00A408D4">
        <w:rPr>
          <w:lang w:val="es-ES"/>
        </w:rPr>
        <w:t>giratório</w:t>
      </w:r>
      <w:proofErr w:type="spellEnd"/>
      <w:r w:rsidRPr="00A408D4">
        <w:rPr>
          <w:lang w:val="es-ES"/>
        </w:rPr>
        <w:t xml:space="preserve"> do mundo até o topo do Monte </w:t>
      </w:r>
      <w:proofErr w:type="spellStart"/>
      <w:r w:rsidRPr="00A408D4">
        <w:rPr>
          <w:lang w:val="es-ES"/>
        </w:rPr>
        <w:t>Titlis</w:t>
      </w:r>
      <w:proofErr w:type="spellEnd"/>
      <w:r w:rsidRPr="00A408D4">
        <w:rPr>
          <w:lang w:val="es-ES"/>
        </w:rPr>
        <w:t xml:space="preserve">, a 3.020 metros,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impressionantes</w:t>
      </w:r>
      <w:proofErr w:type="spellEnd"/>
      <w:r w:rsidRPr="00A408D4">
        <w:rPr>
          <w:lang w:val="es-ES"/>
        </w:rPr>
        <w:t xml:space="preserve"> vistas dos Alpes. À tarde, </w:t>
      </w:r>
      <w:proofErr w:type="spellStart"/>
      <w:r w:rsidRPr="00A408D4">
        <w:rPr>
          <w:lang w:val="es-ES"/>
        </w:rPr>
        <w:t>continuação</w:t>
      </w:r>
      <w:proofErr w:type="spellEnd"/>
      <w:r w:rsidRPr="00A408D4">
        <w:rPr>
          <w:lang w:val="es-ES"/>
        </w:rPr>
        <w:t xml:space="preserve"> até Berna, capital da </w:t>
      </w:r>
      <w:proofErr w:type="spellStart"/>
      <w:r w:rsidRPr="00A408D4">
        <w:rPr>
          <w:lang w:val="es-ES"/>
        </w:rPr>
        <w:t>Suíça</w:t>
      </w:r>
      <w:proofErr w:type="spellEnd"/>
      <w:r w:rsidRPr="00A408D4">
        <w:rPr>
          <w:lang w:val="es-ES"/>
        </w:rPr>
        <w:t xml:space="preserve"> e </w:t>
      </w:r>
      <w:proofErr w:type="spellStart"/>
      <w:r w:rsidRPr="00A408D4">
        <w:rPr>
          <w:lang w:val="es-ES"/>
        </w:rPr>
        <w:t>uma</w:t>
      </w:r>
      <w:proofErr w:type="spellEnd"/>
      <w:r w:rsidRPr="00A408D4">
        <w:rPr>
          <w:lang w:val="es-ES"/>
        </w:rPr>
        <w:t xml:space="preserve"> das </w:t>
      </w:r>
      <w:proofErr w:type="spellStart"/>
      <w:r w:rsidRPr="00A408D4">
        <w:rPr>
          <w:lang w:val="es-ES"/>
        </w:rPr>
        <w:t>cidades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medievais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mais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bem</w:t>
      </w:r>
      <w:proofErr w:type="spellEnd"/>
      <w:r w:rsidRPr="00A408D4">
        <w:rPr>
          <w:lang w:val="es-ES"/>
        </w:rPr>
        <w:t xml:space="preserve"> conservadas da Europa. </w:t>
      </w:r>
      <w:proofErr w:type="spellStart"/>
      <w:r w:rsidRPr="00A408D4">
        <w:rPr>
          <w:lang w:val="es-ES"/>
        </w:rPr>
        <w:t>Hospedagem</w:t>
      </w:r>
      <w:proofErr w:type="spellEnd"/>
      <w:r w:rsidRPr="00A408D4">
        <w:rPr>
          <w:lang w:val="es-ES"/>
        </w:rPr>
        <w:t>.</w:t>
      </w:r>
    </w:p>
    <w:p w14:paraId="305B7BC0" w14:textId="77777777" w:rsidR="00471E9A" w:rsidRPr="00A408D4" w:rsidRDefault="00471E9A">
      <w:pPr>
        <w:rPr>
          <w:lang w:val="es-ES"/>
        </w:rPr>
      </w:pPr>
    </w:p>
    <w:p w14:paraId="40A733EA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lastRenderedPageBreak/>
        <w:t>DIA 4 QUA BERNA - GRUYÈRES - GENEBRA</w:t>
      </w:r>
    </w:p>
    <w:p w14:paraId="697F7691" w14:textId="608A80DF" w:rsidR="00471E9A" w:rsidRPr="00A408D4" w:rsidRDefault="00A408D4">
      <w:pPr>
        <w:rPr>
          <w:lang w:val="es-ES"/>
        </w:rPr>
      </w:pPr>
      <w:r w:rsidRPr="00A408D4">
        <w:rPr>
          <w:lang w:val="es-ES"/>
        </w:rPr>
        <w:t xml:space="preserve">Visita </w:t>
      </w:r>
      <w:proofErr w:type="spellStart"/>
      <w:r w:rsidRPr="00A408D4">
        <w:rPr>
          <w:lang w:val="es-ES"/>
        </w:rPr>
        <w:t>panorâmica</w:t>
      </w:r>
      <w:proofErr w:type="spellEnd"/>
      <w:r w:rsidRPr="00A408D4">
        <w:rPr>
          <w:lang w:val="es-ES"/>
        </w:rPr>
        <w:t xml:space="preserve"> de Berna, destacando a Torre do </w:t>
      </w:r>
      <w:proofErr w:type="spellStart"/>
      <w:r w:rsidRPr="00A408D4">
        <w:rPr>
          <w:lang w:val="es-ES"/>
        </w:rPr>
        <w:t>Relógio</w:t>
      </w:r>
      <w:proofErr w:type="spellEnd"/>
      <w:r w:rsidRPr="00A408D4">
        <w:rPr>
          <w:lang w:val="es-ES"/>
        </w:rPr>
        <w:t xml:space="preserve"> e a Catedral de São Vicente do </w:t>
      </w:r>
      <w:proofErr w:type="spellStart"/>
      <w:r w:rsidRPr="00A408D4">
        <w:rPr>
          <w:lang w:val="es-ES"/>
        </w:rPr>
        <w:t>século</w:t>
      </w:r>
      <w:proofErr w:type="spellEnd"/>
      <w:r w:rsidRPr="00A408D4">
        <w:rPr>
          <w:lang w:val="es-ES"/>
        </w:rPr>
        <w:t xml:space="preserve"> XV. </w:t>
      </w:r>
      <w:proofErr w:type="spellStart"/>
      <w:r w:rsidRPr="00A408D4">
        <w:rPr>
          <w:lang w:val="es-ES"/>
        </w:rPr>
        <w:t>Após</w:t>
      </w:r>
      <w:proofErr w:type="spellEnd"/>
      <w:r w:rsidRPr="00A408D4">
        <w:rPr>
          <w:lang w:val="es-ES"/>
        </w:rPr>
        <w:t xml:space="preserve"> o </w:t>
      </w:r>
      <w:proofErr w:type="spellStart"/>
      <w:r w:rsidRPr="00A408D4">
        <w:rPr>
          <w:lang w:val="es-ES"/>
        </w:rPr>
        <w:t>passeio</w:t>
      </w:r>
      <w:proofErr w:type="spellEnd"/>
      <w:r w:rsidRPr="00A408D4">
        <w:rPr>
          <w:lang w:val="es-ES"/>
        </w:rPr>
        <w:t xml:space="preserve">, </w:t>
      </w:r>
      <w:proofErr w:type="spellStart"/>
      <w:r w:rsidRPr="00A408D4">
        <w:rPr>
          <w:lang w:val="es-ES"/>
        </w:rPr>
        <w:t>saída</w:t>
      </w:r>
      <w:proofErr w:type="spellEnd"/>
      <w:r w:rsidRPr="00A408D4">
        <w:rPr>
          <w:lang w:val="es-ES"/>
        </w:rPr>
        <w:t xml:space="preserve"> em </w:t>
      </w:r>
      <w:proofErr w:type="spellStart"/>
      <w:r w:rsidRPr="00A408D4">
        <w:rPr>
          <w:lang w:val="es-ES"/>
        </w:rPr>
        <w:t>direção</w:t>
      </w:r>
      <w:proofErr w:type="spellEnd"/>
      <w:r w:rsidRPr="00A408D4">
        <w:rPr>
          <w:lang w:val="es-ES"/>
        </w:rPr>
        <w:t xml:space="preserve"> à </w:t>
      </w:r>
      <w:proofErr w:type="spellStart"/>
      <w:r w:rsidRPr="00A408D4">
        <w:rPr>
          <w:lang w:val="es-ES"/>
        </w:rPr>
        <w:t>região</w:t>
      </w:r>
      <w:proofErr w:type="spellEnd"/>
      <w:r w:rsidRPr="00A408D4">
        <w:rPr>
          <w:lang w:val="es-ES"/>
        </w:rPr>
        <w:t xml:space="preserve"> de Gruyeres, </w:t>
      </w:r>
      <w:proofErr w:type="spellStart"/>
      <w:r w:rsidRPr="00A408D4">
        <w:rPr>
          <w:lang w:val="es-ES"/>
        </w:rPr>
        <w:t>uma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pequena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cidade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cheia</w:t>
      </w:r>
      <w:proofErr w:type="spellEnd"/>
      <w:r w:rsidRPr="00A408D4">
        <w:rPr>
          <w:lang w:val="es-ES"/>
        </w:rPr>
        <w:t xml:space="preserve"> de charme. A </w:t>
      </w:r>
      <w:proofErr w:type="spellStart"/>
      <w:r w:rsidRPr="00A408D4">
        <w:rPr>
          <w:lang w:val="es-ES"/>
        </w:rPr>
        <w:t>região</w:t>
      </w:r>
      <w:proofErr w:type="spellEnd"/>
      <w:r w:rsidRPr="00A408D4">
        <w:rPr>
          <w:lang w:val="es-ES"/>
        </w:rPr>
        <w:t xml:space="preserve"> é </w:t>
      </w:r>
      <w:proofErr w:type="spellStart"/>
      <w:r w:rsidRPr="00A408D4">
        <w:rPr>
          <w:lang w:val="es-ES"/>
        </w:rPr>
        <w:t>conhecida</w:t>
      </w:r>
      <w:proofErr w:type="spellEnd"/>
      <w:r w:rsidRPr="00A408D4">
        <w:rPr>
          <w:lang w:val="es-ES"/>
        </w:rPr>
        <w:t xml:space="preserve"> pela </w:t>
      </w:r>
      <w:proofErr w:type="spellStart"/>
      <w:r w:rsidRPr="00A408D4">
        <w:rPr>
          <w:lang w:val="es-ES"/>
        </w:rPr>
        <w:t>produção</w:t>
      </w:r>
      <w:proofErr w:type="spellEnd"/>
      <w:r w:rsidRPr="00A408D4">
        <w:rPr>
          <w:lang w:val="es-ES"/>
        </w:rPr>
        <w:t xml:space="preserve"> do </w:t>
      </w:r>
      <w:proofErr w:type="spellStart"/>
      <w:r w:rsidRPr="00A408D4">
        <w:rPr>
          <w:lang w:val="es-ES"/>
        </w:rPr>
        <w:t>queijo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gruyère</w:t>
      </w:r>
      <w:proofErr w:type="spellEnd"/>
      <w:r w:rsidRPr="00A408D4">
        <w:rPr>
          <w:lang w:val="es-ES"/>
        </w:rPr>
        <w:t xml:space="preserve">, </w:t>
      </w:r>
      <w:proofErr w:type="spellStart"/>
      <w:r w:rsidRPr="00A408D4">
        <w:rPr>
          <w:lang w:val="es-ES"/>
        </w:rPr>
        <w:t>um</w:t>
      </w:r>
      <w:proofErr w:type="spellEnd"/>
      <w:r w:rsidRPr="00A408D4">
        <w:rPr>
          <w:lang w:val="es-ES"/>
        </w:rPr>
        <w:t xml:space="preserve"> dos </w:t>
      </w:r>
      <w:proofErr w:type="spellStart"/>
      <w:r w:rsidRPr="00A408D4">
        <w:rPr>
          <w:lang w:val="es-ES"/>
        </w:rPr>
        <w:t>mais</w:t>
      </w:r>
      <w:proofErr w:type="spellEnd"/>
      <w:r w:rsidRPr="00A408D4">
        <w:rPr>
          <w:lang w:val="es-ES"/>
        </w:rPr>
        <w:t xml:space="preserve"> apreciados da </w:t>
      </w:r>
      <w:proofErr w:type="spellStart"/>
      <w:r w:rsidRPr="00A408D4">
        <w:rPr>
          <w:lang w:val="es-ES"/>
        </w:rPr>
        <w:t>Suíça</w:t>
      </w:r>
      <w:proofErr w:type="spellEnd"/>
      <w:r w:rsidRPr="00A408D4">
        <w:rPr>
          <w:lang w:val="es-ES"/>
        </w:rPr>
        <w:t xml:space="preserve">. </w:t>
      </w:r>
      <w:proofErr w:type="spellStart"/>
      <w:r w:rsidRPr="00A408D4">
        <w:rPr>
          <w:lang w:val="es-ES"/>
        </w:rPr>
        <w:t>Passeio</w:t>
      </w:r>
      <w:proofErr w:type="spellEnd"/>
      <w:r w:rsidRPr="00A408D4">
        <w:rPr>
          <w:lang w:val="es-ES"/>
        </w:rPr>
        <w:t xml:space="preserve"> pela </w:t>
      </w:r>
      <w:proofErr w:type="spellStart"/>
      <w:r w:rsidRPr="00A408D4">
        <w:rPr>
          <w:lang w:val="es-ES"/>
        </w:rPr>
        <w:t>localidade</w:t>
      </w:r>
      <w:proofErr w:type="spellEnd"/>
      <w:r w:rsidR="00687C9D">
        <w:rPr>
          <w:lang w:val="es-ES"/>
        </w:rPr>
        <w:t>.</w:t>
      </w:r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Continuação</w:t>
      </w:r>
      <w:proofErr w:type="spellEnd"/>
      <w:r w:rsidRPr="00A408D4">
        <w:rPr>
          <w:lang w:val="es-ES"/>
        </w:rPr>
        <w:t xml:space="preserve"> até </w:t>
      </w:r>
      <w:proofErr w:type="spellStart"/>
      <w:r w:rsidRPr="00A408D4">
        <w:rPr>
          <w:lang w:val="es-ES"/>
        </w:rPr>
        <w:t>Genebra</w:t>
      </w:r>
      <w:proofErr w:type="spellEnd"/>
      <w:r w:rsidRPr="00A408D4">
        <w:rPr>
          <w:lang w:val="es-ES"/>
        </w:rPr>
        <w:t xml:space="preserve">. </w:t>
      </w:r>
      <w:proofErr w:type="spellStart"/>
      <w:r w:rsidRPr="00A408D4">
        <w:rPr>
          <w:lang w:val="es-ES"/>
        </w:rPr>
        <w:t>Hospedagem</w:t>
      </w:r>
      <w:proofErr w:type="spellEnd"/>
      <w:r w:rsidRPr="00A408D4">
        <w:rPr>
          <w:lang w:val="es-ES"/>
        </w:rPr>
        <w:t>.</w:t>
      </w:r>
    </w:p>
    <w:p w14:paraId="59F47B5B" w14:textId="77777777" w:rsidR="00471E9A" w:rsidRPr="00A408D4" w:rsidRDefault="00471E9A">
      <w:pPr>
        <w:rPr>
          <w:lang w:val="es-ES"/>
        </w:rPr>
      </w:pPr>
    </w:p>
    <w:p w14:paraId="132D345E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DIA 5 QUI GENEBRA</w:t>
      </w:r>
    </w:p>
    <w:p w14:paraId="483EB99D" w14:textId="77777777" w:rsidR="00471E9A" w:rsidRPr="00A408D4" w:rsidRDefault="00A408D4">
      <w:pPr>
        <w:rPr>
          <w:lang w:val="es-ES"/>
        </w:rPr>
      </w:pPr>
      <w:proofErr w:type="spellStart"/>
      <w:r w:rsidRPr="00A408D4">
        <w:rPr>
          <w:lang w:val="es-ES"/>
        </w:rPr>
        <w:t>Passeio</w:t>
      </w:r>
      <w:proofErr w:type="spellEnd"/>
      <w:r w:rsidRPr="00A408D4">
        <w:rPr>
          <w:lang w:val="es-ES"/>
        </w:rPr>
        <w:t xml:space="preserve"> pela </w:t>
      </w:r>
      <w:proofErr w:type="spellStart"/>
      <w:r w:rsidRPr="00A408D4">
        <w:rPr>
          <w:lang w:val="es-ES"/>
        </w:rPr>
        <w:t>cidade</w:t>
      </w:r>
      <w:proofErr w:type="spellEnd"/>
      <w:r w:rsidRPr="00A408D4">
        <w:rPr>
          <w:lang w:val="es-ES"/>
        </w:rPr>
        <w:t xml:space="preserve">, onde veremos a </w:t>
      </w:r>
      <w:proofErr w:type="spellStart"/>
      <w:r w:rsidRPr="00A408D4">
        <w:rPr>
          <w:lang w:val="es-ES"/>
        </w:rPr>
        <w:t>Promenade</w:t>
      </w:r>
      <w:proofErr w:type="spellEnd"/>
      <w:r w:rsidRPr="00A408D4">
        <w:rPr>
          <w:lang w:val="es-ES"/>
        </w:rPr>
        <w:t xml:space="preserve"> du Lac e o </w:t>
      </w:r>
      <w:proofErr w:type="spellStart"/>
      <w:r w:rsidRPr="00A408D4">
        <w:rPr>
          <w:lang w:val="es-ES"/>
        </w:rPr>
        <w:t>Jardim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Inglês</w:t>
      </w:r>
      <w:proofErr w:type="spellEnd"/>
      <w:r w:rsidRPr="00A408D4">
        <w:rPr>
          <w:lang w:val="es-ES"/>
        </w:rPr>
        <w:t xml:space="preserve">, onde se </w:t>
      </w:r>
      <w:proofErr w:type="spellStart"/>
      <w:r w:rsidRPr="00A408D4">
        <w:rPr>
          <w:lang w:val="es-ES"/>
        </w:rPr>
        <w:t>encontra</w:t>
      </w:r>
      <w:proofErr w:type="spellEnd"/>
      <w:r w:rsidRPr="00A408D4">
        <w:rPr>
          <w:lang w:val="es-ES"/>
        </w:rPr>
        <w:t xml:space="preserve"> o famoso </w:t>
      </w:r>
      <w:proofErr w:type="spellStart"/>
      <w:r w:rsidRPr="00A408D4">
        <w:rPr>
          <w:lang w:val="es-ES"/>
        </w:rPr>
        <w:t>Relógio</w:t>
      </w:r>
      <w:proofErr w:type="spellEnd"/>
      <w:r w:rsidRPr="00A408D4">
        <w:rPr>
          <w:lang w:val="es-ES"/>
        </w:rPr>
        <w:t xml:space="preserve"> Floral. </w:t>
      </w:r>
      <w:proofErr w:type="spellStart"/>
      <w:r w:rsidRPr="00A408D4">
        <w:rPr>
          <w:lang w:val="es-ES"/>
        </w:rPr>
        <w:t>Genebra</w:t>
      </w:r>
      <w:proofErr w:type="spellEnd"/>
      <w:r w:rsidRPr="00A408D4">
        <w:rPr>
          <w:lang w:val="es-ES"/>
        </w:rPr>
        <w:t xml:space="preserve"> é </w:t>
      </w:r>
      <w:proofErr w:type="spellStart"/>
      <w:r w:rsidRPr="00A408D4">
        <w:rPr>
          <w:lang w:val="es-ES"/>
        </w:rPr>
        <w:t>berço</w:t>
      </w:r>
      <w:proofErr w:type="spellEnd"/>
      <w:r w:rsidRPr="00A408D4">
        <w:rPr>
          <w:lang w:val="es-ES"/>
        </w:rPr>
        <w:t xml:space="preserve"> de figuras históricas como Calvino, Rousseau, Voltaire e Henri Dunant, fundador da Cruz </w:t>
      </w:r>
      <w:proofErr w:type="spellStart"/>
      <w:r w:rsidRPr="00A408D4">
        <w:rPr>
          <w:lang w:val="es-ES"/>
        </w:rPr>
        <w:t>Vermelha</w:t>
      </w:r>
      <w:proofErr w:type="spellEnd"/>
      <w:r w:rsidRPr="00A408D4">
        <w:rPr>
          <w:lang w:val="es-ES"/>
        </w:rPr>
        <w:t xml:space="preserve">. O símbolo da </w:t>
      </w:r>
      <w:proofErr w:type="spellStart"/>
      <w:r w:rsidRPr="00A408D4">
        <w:rPr>
          <w:lang w:val="es-ES"/>
        </w:rPr>
        <w:t>cidade</w:t>
      </w:r>
      <w:proofErr w:type="spellEnd"/>
      <w:r w:rsidRPr="00A408D4">
        <w:rPr>
          <w:lang w:val="es-ES"/>
        </w:rPr>
        <w:t xml:space="preserve"> é o Jet </w:t>
      </w:r>
      <w:proofErr w:type="spellStart"/>
      <w:r w:rsidRPr="00A408D4">
        <w:rPr>
          <w:lang w:val="es-ES"/>
        </w:rPr>
        <w:t>d'Eau</w:t>
      </w:r>
      <w:proofErr w:type="spellEnd"/>
      <w:r w:rsidRPr="00A408D4">
        <w:rPr>
          <w:lang w:val="es-ES"/>
        </w:rPr>
        <w:t xml:space="preserve">, </w:t>
      </w:r>
      <w:proofErr w:type="spellStart"/>
      <w:r w:rsidRPr="00A408D4">
        <w:rPr>
          <w:lang w:val="es-ES"/>
        </w:rPr>
        <w:t>um</w:t>
      </w:r>
      <w:proofErr w:type="spellEnd"/>
      <w:r w:rsidRPr="00A408D4">
        <w:rPr>
          <w:lang w:val="es-ES"/>
        </w:rPr>
        <w:t xml:space="preserve"> dos jatos de </w:t>
      </w:r>
      <w:proofErr w:type="spellStart"/>
      <w:r w:rsidRPr="00A408D4">
        <w:rPr>
          <w:lang w:val="es-ES"/>
        </w:rPr>
        <w:t>água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mais</w:t>
      </w:r>
      <w:proofErr w:type="spellEnd"/>
      <w:r w:rsidRPr="00A408D4">
        <w:rPr>
          <w:lang w:val="es-ES"/>
        </w:rPr>
        <w:t xml:space="preserve"> altos do mundo,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uma</w:t>
      </w:r>
      <w:proofErr w:type="spellEnd"/>
      <w:r w:rsidRPr="00A408D4">
        <w:rPr>
          <w:lang w:val="es-ES"/>
        </w:rPr>
        <w:t xml:space="preserve"> altura de 140 metros. </w:t>
      </w:r>
      <w:proofErr w:type="spellStart"/>
      <w:r w:rsidRPr="00A408D4">
        <w:rPr>
          <w:lang w:val="es-ES"/>
        </w:rPr>
        <w:t>Passeio</w:t>
      </w:r>
      <w:proofErr w:type="spellEnd"/>
      <w:r w:rsidRPr="00A408D4">
        <w:rPr>
          <w:lang w:val="es-ES"/>
        </w:rPr>
        <w:t xml:space="preserve"> pelo centro histórico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a Catedral de São Pedro e visita </w:t>
      </w:r>
      <w:proofErr w:type="spellStart"/>
      <w:r w:rsidRPr="00A408D4">
        <w:rPr>
          <w:lang w:val="es-ES"/>
        </w:rPr>
        <w:t>ao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Parc</w:t>
      </w:r>
      <w:proofErr w:type="spellEnd"/>
      <w:r w:rsidRPr="00A408D4">
        <w:rPr>
          <w:lang w:val="es-ES"/>
        </w:rPr>
        <w:t xml:space="preserve"> des </w:t>
      </w:r>
      <w:proofErr w:type="spellStart"/>
      <w:r w:rsidRPr="00A408D4">
        <w:rPr>
          <w:lang w:val="es-ES"/>
        </w:rPr>
        <w:t>Bastions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o Monumento </w:t>
      </w:r>
      <w:proofErr w:type="spellStart"/>
      <w:r w:rsidRPr="00A408D4">
        <w:rPr>
          <w:lang w:val="es-ES"/>
        </w:rPr>
        <w:t>aos</w:t>
      </w:r>
      <w:proofErr w:type="spellEnd"/>
      <w:r w:rsidRPr="00A408D4">
        <w:rPr>
          <w:lang w:val="es-ES"/>
        </w:rPr>
        <w:t xml:space="preserve"> Reformadores. Tarde </w:t>
      </w:r>
      <w:proofErr w:type="spellStart"/>
      <w:r w:rsidRPr="00A408D4">
        <w:rPr>
          <w:lang w:val="es-ES"/>
        </w:rPr>
        <w:t>livre</w:t>
      </w:r>
      <w:proofErr w:type="spellEnd"/>
      <w:r w:rsidRPr="00A408D4">
        <w:rPr>
          <w:lang w:val="es-ES"/>
        </w:rPr>
        <w:t xml:space="preserve"> e </w:t>
      </w:r>
      <w:proofErr w:type="spellStart"/>
      <w:r w:rsidRPr="00A408D4">
        <w:rPr>
          <w:lang w:val="es-ES"/>
        </w:rPr>
        <w:t>hospedagem</w:t>
      </w:r>
      <w:proofErr w:type="spellEnd"/>
      <w:r w:rsidRPr="00A408D4">
        <w:rPr>
          <w:lang w:val="es-ES"/>
        </w:rPr>
        <w:t>.</w:t>
      </w:r>
    </w:p>
    <w:p w14:paraId="2963901B" w14:textId="77777777" w:rsidR="00471E9A" w:rsidRPr="00A408D4" w:rsidRDefault="00471E9A">
      <w:pPr>
        <w:rPr>
          <w:lang w:val="es-ES"/>
        </w:rPr>
      </w:pPr>
    </w:p>
    <w:p w14:paraId="6B9C2E01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DIA 6 SEX GENEBRA - MONTREUX - ZERMATT</w:t>
      </w:r>
    </w:p>
    <w:p w14:paraId="619DC02B" w14:textId="77777777" w:rsidR="00471E9A" w:rsidRPr="00A408D4" w:rsidRDefault="00A408D4">
      <w:pPr>
        <w:rPr>
          <w:lang w:val="es-ES"/>
        </w:rPr>
      </w:pPr>
      <w:proofErr w:type="spellStart"/>
      <w:r w:rsidRPr="00A408D4">
        <w:rPr>
          <w:lang w:val="es-ES"/>
        </w:rPr>
        <w:t>Saída</w:t>
      </w:r>
      <w:proofErr w:type="spellEnd"/>
      <w:r w:rsidRPr="00A408D4">
        <w:rPr>
          <w:lang w:val="es-ES"/>
        </w:rPr>
        <w:t xml:space="preserve"> em </w:t>
      </w:r>
      <w:proofErr w:type="spellStart"/>
      <w:r w:rsidRPr="00A408D4">
        <w:rPr>
          <w:lang w:val="es-ES"/>
        </w:rPr>
        <w:t>direção</w:t>
      </w:r>
      <w:proofErr w:type="spellEnd"/>
      <w:r w:rsidRPr="00A408D4">
        <w:rPr>
          <w:lang w:val="es-ES"/>
        </w:rPr>
        <w:t xml:space="preserve"> a </w:t>
      </w:r>
      <w:proofErr w:type="spellStart"/>
      <w:r w:rsidRPr="00A408D4">
        <w:rPr>
          <w:lang w:val="es-ES"/>
        </w:rPr>
        <w:t>Montreux</w:t>
      </w:r>
      <w:proofErr w:type="spellEnd"/>
      <w:r w:rsidRPr="00A408D4">
        <w:rPr>
          <w:lang w:val="es-ES"/>
        </w:rPr>
        <w:t xml:space="preserve">, onde a </w:t>
      </w:r>
      <w:proofErr w:type="spellStart"/>
      <w:r w:rsidRPr="00A408D4">
        <w:rPr>
          <w:lang w:val="es-ES"/>
        </w:rPr>
        <w:t>combinação</w:t>
      </w:r>
      <w:proofErr w:type="spellEnd"/>
      <w:r w:rsidRPr="00A408D4">
        <w:rPr>
          <w:lang w:val="es-ES"/>
        </w:rPr>
        <w:t xml:space="preserve"> de lago, </w:t>
      </w:r>
      <w:proofErr w:type="spellStart"/>
      <w:r w:rsidRPr="00A408D4">
        <w:rPr>
          <w:lang w:val="es-ES"/>
        </w:rPr>
        <w:t>montanhas</w:t>
      </w:r>
      <w:proofErr w:type="spellEnd"/>
      <w:r w:rsidRPr="00A408D4">
        <w:rPr>
          <w:lang w:val="es-ES"/>
        </w:rPr>
        <w:t xml:space="preserve"> e </w:t>
      </w:r>
      <w:proofErr w:type="spellStart"/>
      <w:r w:rsidRPr="00A408D4">
        <w:rPr>
          <w:lang w:val="es-ES"/>
        </w:rPr>
        <w:t>vinhedos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cria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uma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paisagem</w:t>
      </w:r>
      <w:proofErr w:type="spellEnd"/>
      <w:r w:rsidRPr="00A408D4">
        <w:rPr>
          <w:lang w:val="es-ES"/>
        </w:rPr>
        <w:t xml:space="preserve"> única. Breve visita e entrada </w:t>
      </w:r>
      <w:proofErr w:type="spellStart"/>
      <w:r w:rsidRPr="00A408D4">
        <w:rPr>
          <w:lang w:val="es-ES"/>
        </w:rPr>
        <w:t>ao</w:t>
      </w:r>
      <w:proofErr w:type="spellEnd"/>
      <w:r w:rsidRPr="00A408D4">
        <w:rPr>
          <w:lang w:val="es-ES"/>
        </w:rPr>
        <w:t xml:space="preserve"> Castelo de </w:t>
      </w:r>
      <w:proofErr w:type="spellStart"/>
      <w:r w:rsidRPr="00A408D4">
        <w:rPr>
          <w:lang w:val="es-ES"/>
        </w:rPr>
        <w:t>Chillon</w:t>
      </w:r>
      <w:proofErr w:type="spellEnd"/>
      <w:r w:rsidRPr="00A408D4">
        <w:rPr>
          <w:lang w:val="es-ES"/>
        </w:rPr>
        <w:t xml:space="preserve">, situado </w:t>
      </w:r>
      <w:proofErr w:type="spellStart"/>
      <w:r w:rsidRPr="00A408D4">
        <w:rPr>
          <w:lang w:val="es-ES"/>
        </w:rPr>
        <w:t>às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margens</w:t>
      </w:r>
      <w:proofErr w:type="spellEnd"/>
      <w:r w:rsidRPr="00A408D4">
        <w:rPr>
          <w:lang w:val="es-ES"/>
        </w:rPr>
        <w:t xml:space="preserve"> do Lago </w:t>
      </w:r>
      <w:proofErr w:type="spellStart"/>
      <w:r w:rsidRPr="00A408D4">
        <w:rPr>
          <w:lang w:val="es-ES"/>
        </w:rPr>
        <w:t>Léman</w:t>
      </w:r>
      <w:proofErr w:type="spellEnd"/>
      <w:r w:rsidRPr="00A408D4">
        <w:rPr>
          <w:lang w:val="es-ES"/>
        </w:rPr>
        <w:t xml:space="preserve"> e </w:t>
      </w:r>
      <w:proofErr w:type="spellStart"/>
      <w:r w:rsidRPr="00A408D4">
        <w:rPr>
          <w:lang w:val="es-ES"/>
        </w:rPr>
        <w:t>antiga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residência</w:t>
      </w:r>
      <w:proofErr w:type="spellEnd"/>
      <w:r w:rsidRPr="00A408D4">
        <w:rPr>
          <w:lang w:val="es-ES"/>
        </w:rPr>
        <w:t xml:space="preserve"> dos condes de </w:t>
      </w:r>
      <w:proofErr w:type="spellStart"/>
      <w:r w:rsidRPr="00A408D4">
        <w:rPr>
          <w:lang w:val="es-ES"/>
        </w:rPr>
        <w:t>Saboia</w:t>
      </w:r>
      <w:proofErr w:type="spellEnd"/>
      <w:r w:rsidRPr="00A408D4">
        <w:rPr>
          <w:lang w:val="es-ES"/>
        </w:rPr>
        <w:t xml:space="preserve"> durante </w:t>
      </w:r>
      <w:proofErr w:type="spellStart"/>
      <w:r w:rsidRPr="00A408D4">
        <w:rPr>
          <w:lang w:val="es-ES"/>
        </w:rPr>
        <w:t>quase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quatro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séculos</w:t>
      </w:r>
      <w:proofErr w:type="spellEnd"/>
      <w:r w:rsidRPr="00A408D4">
        <w:rPr>
          <w:lang w:val="es-ES"/>
        </w:rPr>
        <w:t xml:space="preserve">. </w:t>
      </w:r>
      <w:proofErr w:type="spellStart"/>
      <w:r w:rsidRPr="00A408D4">
        <w:rPr>
          <w:lang w:val="es-ES"/>
        </w:rPr>
        <w:t>Continuação</w:t>
      </w:r>
      <w:proofErr w:type="spellEnd"/>
      <w:r w:rsidRPr="00A408D4">
        <w:rPr>
          <w:lang w:val="es-ES"/>
        </w:rPr>
        <w:t xml:space="preserve"> até Zermatt, </w:t>
      </w:r>
      <w:proofErr w:type="spellStart"/>
      <w:r w:rsidRPr="00A408D4">
        <w:rPr>
          <w:lang w:val="es-ES"/>
        </w:rPr>
        <w:t>pitoresco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povoado</w:t>
      </w:r>
      <w:proofErr w:type="spellEnd"/>
      <w:r w:rsidRPr="00A408D4">
        <w:rPr>
          <w:lang w:val="es-ES"/>
        </w:rPr>
        <w:t xml:space="preserve"> alpino </w:t>
      </w:r>
      <w:proofErr w:type="spellStart"/>
      <w:r w:rsidRPr="00A408D4">
        <w:rPr>
          <w:lang w:val="es-ES"/>
        </w:rPr>
        <w:t>livre</w:t>
      </w:r>
      <w:proofErr w:type="spellEnd"/>
      <w:r w:rsidRPr="00A408D4">
        <w:rPr>
          <w:lang w:val="es-ES"/>
        </w:rPr>
        <w:t xml:space="preserve"> de </w:t>
      </w:r>
      <w:proofErr w:type="spellStart"/>
      <w:r w:rsidRPr="00A408D4">
        <w:rPr>
          <w:lang w:val="es-ES"/>
        </w:rPr>
        <w:t>tráfego</w:t>
      </w:r>
      <w:proofErr w:type="spellEnd"/>
      <w:r w:rsidRPr="00A408D4">
        <w:rPr>
          <w:lang w:val="es-ES"/>
        </w:rPr>
        <w:t xml:space="preserve">, localizado </w:t>
      </w:r>
      <w:proofErr w:type="spellStart"/>
      <w:r w:rsidRPr="00A408D4">
        <w:rPr>
          <w:lang w:val="es-ES"/>
        </w:rPr>
        <w:t>aos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pés</w:t>
      </w:r>
      <w:proofErr w:type="spellEnd"/>
      <w:r w:rsidRPr="00A408D4">
        <w:rPr>
          <w:lang w:val="es-ES"/>
        </w:rPr>
        <w:t xml:space="preserve"> do </w:t>
      </w:r>
      <w:proofErr w:type="spellStart"/>
      <w:r w:rsidRPr="00A408D4">
        <w:rPr>
          <w:lang w:val="es-ES"/>
        </w:rPr>
        <w:t>Matterhorn</w:t>
      </w:r>
      <w:proofErr w:type="spellEnd"/>
      <w:r w:rsidRPr="00A408D4">
        <w:rPr>
          <w:lang w:val="es-ES"/>
        </w:rPr>
        <w:t>.</w:t>
      </w:r>
    </w:p>
    <w:p w14:paraId="7BE2095C" w14:textId="77777777" w:rsidR="00471E9A" w:rsidRPr="00A408D4" w:rsidRDefault="00471E9A">
      <w:pPr>
        <w:rPr>
          <w:lang w:val="es-ES"/>
        </w:rPr>
      </w:pPr>
    </w:p>
    <w:p w14:paraId="298E0329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DIA 7 SAB ZERMATT</w:t>
      </w:r>
    </w:p>
    <w:p w14:paraId="481C15BC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 xml:space="preserve">Subida em </w:t>
      </w:r>
      <w:proofErr w:type="spellStart"/>
      <w:r w:rsidRPr="00A408D4">
        <w:rPr>
          <w:lang w:val="es-ES"/>
        </w:rPr>
        <w:t>trem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cremalheira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ao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Gornergrat</w:t>
      </w:r>
      <w:proofErr w:type="spellEnd"/>
      <w:r w:rsidRPr="00A408D4">
        <w:rPr>
          <w:lang w:val="es-ES"/>
        </w:rPr>
        <w:t xml:space="preserve">, mirante situado a 3.089 metros de </w:t>
      </w:r>
      <w:proofErr w:type="spellStart"/>
      <w:r w:rsidRPr="00A408D4">
        <w:rPr>
          <w:lang w:val="es-ES"/>
        </w:rPr>
        <w:t>altitude</w:t>
      </w:r>
      <w:proofErr w:type="spellEnd"/>
      <w:r w:rsidRPr="00A408D4">
        <w:rPr>
          <w:lang w:val="es-ES"/>
        </w:rPr>
        <w:t xml:space="preserve">, de onde se </w:t>
      </w:r>
      <w:proofErr w:type="spellStart"/>
      <w:r w:rsidRPr="00A408D4">
        <w:rPr>
          <w:lang w:val="es-ES"/>
        </w:rPr>
        <w:t>obtém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uma</w:t>
      </w:r>
      <w:proofErr w:type="spellEnd"/>
      <w:r w:rsidRPr="00A408D4">
        <w:rPr>
          <w:lang w:val="es-ES"/>
        </w:rPr>
        <w:t xml:space="preserve"> das </w:t>
      </w:r>
      <w:proofErr w:type="spellStart"/>
      <w:r w:rsidRPr="00A408D4">
        <w:rPr>
          <w:lang w:val="es-ES"/>
        </w:rPr>
        <w:t>melhores</w:t>
      </w:r>
      <w:proofErr w:type="spellEnd"/>
      <w:r w:rsidRPr="00A408D4">
        <w:rPr>
          <w:lang w:val="es-ES"/>
        </w:rPr>
        <w:t xml:space="preserve"> vistas do </w:t>
      </w:r>
      <w:proofErr w:type="spellStart"/>
      <w:r w:rsidRPr="00A408D4">
        <w:rPr>
          <w:lang w:val="es-ES"/>
        </w:rPr>
        <w:t>Matterhorn</w:t>
      </w:r>
      <w:proofErr w:type="spellEnd"/>
      <w:r w:rsidRPr="00A408D4">
        <w:rPr>
          <w:lang w:val="es-ES"/>
        </w:rPr>
        <w:t xml:space="preserve"> e dos Alpes,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panorâmicas</w:t>
      </w:r>
      <w:proofErr w:type="spellEnd"/>
      <w:r w:rsidRPr="00A408D4">
        <w:rPr>
          <w:lang w:val="es-ES"/>
        </w:rPr>
        <w:t xml:space="preserve"> de até 29 picos </w:t>
      </w:r>
      <w:proofErr w:type="spellStart"/>
      <w:r w:rsidRPr="00A408D4">
        <w:rPr>
          <w:lang w:val="es-ES"/>
        </w:rPr>
        <w:t>com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mais</w:t>
      </w:r>
      <w:proofErr w:type="spellEnd"/>
      <w:r w:rsidRPr="00A408D4">
        <w:rPr>
          <w:lang w:val="es-ES"/>
        </w:rPr>
        <w:t xml:space="preserve"> de 4.000 metros. Retorno de </w:t>
      </w:r>
      <w:proofErr w:type="spellStart"/>
      <w:r w:rsidRPr="00A408D4">
        <w:rPr>
          <w:lang w:val="es-ES"/>
        </w:rPr>
        <w:t>trem</w:t>
      </w:r>
      <w:proofErr w:type="spellEnd"/>
      <w:r w:rsidRPr="00A408D4">
        <w:rPr>
          <w:lang w:val="es-ES"/>
        </w:rPr>
        <w:t xml:space="preserve"> a Zermatt e </w:t>
      </w:r>
      <w:proofErr w:type="spellStart"/>
      <w:r w:rsidRPr="00A408D4">
        <w:rPr>
          <w:lang w:val="es-ES"/>
        </w:rPr>
        <w:t>hospedagem</w:t>
      </w:r>
      <w:proofErr w:type="spellEnd"/>
      <w:r w:rsidRPr="00A408D4">
        <w:rPr>
          <w:lang w:val="es-ES"/>
        </w:rPr>
        <w:t>.</w:t>
      </w:r>
    </w:p>
    <w:p w14:paraId="787A9EF7" w14:textId="77777777" w:rsidR="00471E9A" w:rsidRPr="00A408D4" w:rsidRDefault="00471E9A">
      <w:pPr>
        <w:rPr>
          <w:lang w:val="es-ES"/>
        </w:rPr>
      </w:pPr>
    </w:p>
    <w:p w14:paraId="1331697C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DIA 8 DOM ZERMATT - GLACIER EXPRESS - ZURIQUE</w:t>
      </w:r>
    </w:p>
    <w:p w14:paraId="69A88858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 xml:space="preserve">Embarque no Glacier Express, </w:t>
      </w:r>
      <w:proofErr w:type="spellStart"/>
      <w:r w:rsidRPr="00A408D4">
        <w:rPr>
          <w:lang w:val="es-ES"/>
        </w:rPr>
        <w:t>um</w:t>
      </w:r>
      <w:proofErr w:type="spellEnd"/>
      <w:r w:rsidRPr="00A408D4">
        <w:rPr>
          <w:lang w:val="es-ES"/>
        </w:rPr>
        <w:t xml:space="preserve"> dos </w:t>
      </w:r>
      <w:proofErr w:type="spellStart"/>
      <w:r w:rsidRPr="00A408D4">
        <w:rPr>
          <w:lang w:val="es-ES"/>
        </w:rPr>
        <w:t>trens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panorâmicos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mais</w:t>
      </w:r>
      <w:proofErr w:type="spellEnd"/>
      <w:r w:rsidRPr="00A408D4">
        <w:rPr>
          <w:lang w:val="es-ES"/>
        </w:rPr>
        <w:t xml:space="preserve"> famosos da </w:t>
      </w:r>
      <w:proofErr w:type="spellStart"/>
      <w:r w:rsidRPr="00A408D4">
        <w:rPr>
          <w:lang w:val="es-ES"/>
        </w:rPr>
        <w:t>Suíça</w:t>
      </w:r>
      <w:proofErr w:type="spellEnd"/>
      <w:r w:rsidRPr="00A408D4">
        <w:rPr>
          <w:lang w:val="es-ES"/>
        </w:rPr>
        <w:t xml:space="preserve">, </w:t>
      </w:r>
      <w:proofErr w:type="spellStart"/>
      <w:r w:rsidRPr="00A408D4">
        <w:rPr>
          <w:lang w:val="es-ES"/>
        </w:rPr>
        <w:t>conhecido</w:t>
      </w:r>
      <w:proofErr w:type="spellEnd"/>
      <w:r w:rsidRPr="00A408D4">
        <w:rPr>
          <w:lang w:val="es-ES"/>
        </w:rPr>
        <w:t xml:space="preserve"> como o "</w:t>
      </w:r>
      <w:proofErr w:type="spellStart"/>
      <w:r w:rsidRPr="00A408D4">
        <w:rPr>
          <w:lang w:val="es-ES"/>
        </w:rPr>
        <w:t>trem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expresso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mais</w:t>
      </w:r>
      <w:proofErr w:type="spellEnd"/>
      <w:r w:rsidRPr="00A408D4">
        <w:rPr>
          <w:lang w:val="es-ES"/>
        </w:rPr>
        <w:t xml:space="preserve"> lento do mundo". O </w:t>
      </w:r>
      <w:proofErr w:type="spellStart"/>
      <w:r w:rsidRPr="00A408D4">
        <w:rPr>
          <w:lang w:val="es-ES"/>
        </w:rPr>
        <w:t>trajeto</w:t>
      </w:r>
      <w:proofErr w:type="spellEnd"/>
      <w:r w:rsidRPr="00A408D4">
        <w:rPr>
          <w:lang w:val="es-ES"/>
        </w:rPr>
        <w:t xml:space="preserve"> entre Zermatt e Chur </w:t>
      </w:r>
      <w:proofErr w:type="spellStart"/>
      <w:r w:rsidRPr="00A408D4">
        <w:rPr>
          <w:lang w:val="es-ES"/>
        </w:rPr>
        <w:t>atravessa</w:t>
      </w:r>
      <w:proofErr w:type="spellEnd"/>
      <w:r w:rsidRPr="00A408D4">
        <w:rPr>
          <w:lang w:val="es-ES"/>
        </w:rPr>
        <w:t xml:space="preserve"> vales, </w:t>
      </w:r>
      <w:proofErr w:type="spellStart"/>
      <w:r w:rsidRPr="00A408D4">
        <w:rPr>
          <w:lang w:val="es-ES"/>
        </w:rPr>
        <w:t>montanhas</w:t>
      </w:r>
      <w:proofErr w:type="spellEnd"/>
      <w:r w:rsidRPr="00A408D4">
        <w:rPr>
          <w:lang w:val="es-ES"/>
        </w:rPr>
        <w:t xml:space="preserve"> e </w:t>
      </w:r>
      <w:proofErr w:type="spellStart"/>
      <w:r w:rsidRPr="00A408D4">
        <w:rPr>
          <w:lang w:val="es-ES"/>
        </w:rPr>
        <w:t>espetaculares</w:t>
      </w:r>
      <w:proofErr w:type="spellEnd"/>
      <w:r w:rsidRPr="00A408D4">
        <w:rPr>
          <w:lang w:val="es-ES"/>
        </w:rPr>
        <w:t xml:space="preserve"> </w:t>
      </w:r>
      <w:proofErr w:type="spellStart"/>
      <w:r w:rsidRPr="00A408D4">
        <w:rPr>
          <w:lang w:val="es-ES"/>
        </w:rPr>
        <w:t>pontes</w:t>
      </w:r>
      <w:proofErr w:type="spellEnd"/>
      <w:r w:rsidRPr="00A408D4">
        <w:rPr>
          <w:lang w:val="es-ES"/>
        </w:rPr>
        <w:t xml:space="preserve">, </w:t>
      </w:r>
      <w:proofErr w:type="spellStart"/>
      <w:r w:rsidRPr="00A408D4">
        <w:rPr>
          <w:lang w:val="es-ES"/>
        </w:rPr>
        <w:t>incluindo</w:t>
      </w:r>
      <w:proofErr w:type="spellEnd"/>
      <w:r w:rsidRPr="00A408D4">
        <w:rPr>
          <w:lang w:val="es-ES"/>
        </w:rPr>
        <w:t xml:space="preserve"> a </w:t>
      </w:r>
      <w:proofErr w:type="spellStart"/>
      <w:r w:rsidRPr="00A408D4">
        <w:rPr>
          <w:lang w:val="es-ES"/>
        </w:rPr>
        <w:t>passagem</w:t>
      </w:r>
      <w:proofErr w:type="spellEnd"/>
      <w:r w:rsidRPr="00A408D4">
        <w:rPr>
          <w:lang w:val="es-ES"/>
        </w:rPr>
        <w:t xml:space="preserve"> pelo porto </w:t>
      </w:r>
      <w:r w:rsidRPr="00A408D4">
        <w:rPr>
          <w:lang w:val="es-ES"/>
        </w:rPr>
        <w:lastRenderedPageBreak/>
        <w:t xml:space="preserve">de </w:t>
      </w:r>
      <w:proofErr w:type="spellStart"/>
      <w:r w:rsidRPr="00A408D4">
        <w:rPr>
          <w:lang w:val="es-ES"/>
        </w:rPr>
        <w:t>Oberalp</w:t>
      </w:r>
      <w:proofErr w:type="spellEnd"/>
      <w:r w:rsidRPr="00A408D4">
        <w:rPr>
          <w:lang w:val="es-ES"/>
        </w:rPr>
        <w:t xml:space="preserve">, a 2.033 metros de </w:t>
      </w:r>
      <w:proofErr w:type="spellStart"/>
      <w:r w:rsidRPr="00A408D4">
        <w:rPr>
          <w:lang w:val="es-ES"/>
        </w:rPr>
        <w:t>altitude</w:t>
      </w:r>
      <w:proofErr w:type="spellEnd"/>
      <w:r w:rsidRPr="00A408D4">
        <w:rPr>
          <w:lang w:val="es-ES"/>
        </w:rPr>
        <w:t xml:space="preserve">. </w:t>
      </w:r>
      <w:proofErr w:type="spellStart"/>
      <w:r w:rsidRPr="00A408D4">
        <w:rPr>
          <w:lang w:val="es-ES"/>
        </w:rPr>
        <w:t>Chegada</w:t>
      </w:r>
      <w:proofErr w:type="spellEnd"/>
      <w:r w:rsidRPr="00A408D4">
        <w:rPr>
          <w:lang w:val="es-ES"/>
        </w:rPr>
        <w:t xml:space="preserve"> a Chur e </w:t>
      </w:r>
      <w:proofErr w:type="spellStart"/>
      <w:r w:rsidRPr="00A408D4">
        <w:rPr>
          <w:lang w:val="es-ES"/>
        </w:rPr>
        <w:t>continuação</w:t>
      </w:r>
      <w:proofErr w:type="spellEnd"/>
      <w:r w:rsidRPr="00A408D4">
        <w:rPr>
          <w:lang w:val="es-ES"/>
        </w:rPr>
        <w:t xml:space="preserve"> de </w:t>
      </w:r>
      <w:proofErr w:type="spellStart"/>
      <w:r w:rsidRPr="00A408D4">
        <w:rPr>
          <w:lang w:val="es-ES"/>
        </w:rPr>
        <w:t>ônibus</w:t>
      </w:r>
      <w:proofErr w:type="spellEnd"/>
      <w:r w:rsidRPr="00A408D4">
        <w:rPr>
          <w:lang w:val="es-ES"/>
        </w:rPr>
        <w:t xml:space="preserve"> até </w:t>
      </w:r>
      <w:proofErr w:type="spellStart"/>
      <w:r w:rsidRPr="00A408D4">
        <w:rPr>
          <w:lang w:val="es-ES"/>
        </w:rPr>
        <w:t>Zurique</w:t>
      </w:r>
      <w:proofErr w:type="spellEnd"/>
      <w:r w:rsidRPr="00A408D4">
        <w:rPr>
          <w:lang w:val="es-ES"/>
        </w:rPr>
        <w:t xml:space="preserve">. </w:t>
      </w:r>
      <w:proofErr w:type="spellStart"/>
      <w:r w:rsidRPr="00A408D4">
        <w:rPr>
          <w:lang w:val="es-ES"/>
        </w:rPr>
        <w:t>Hospedagem</w:t>
      </w:r>
      <w:proofErr w:type="spellEnd"/>
      <w:r w:rsidRPr="00A408D4">
        <w:rPr>
          <w:lang w:val="es-ES"/>
        </w:rPr>
        <w:t>.</w:t>
      </w:r>
    </w:p>
    <w:p w14:paraId="0183910F" w14:textId="77777777" w:rsidR="00471E9A" w:rsidRPr="00A408D4" w:rsidRDefault="00471E9A">
      <w:pPr>
        <w:rPr>
          <w:lang w:val="es-ES"/>
        </w:rPr>
      </w:pPr>
    </w:p>
    <w:p w14:paraId="2F608DF2" w14:textId="77777777" w:rsidR="00471E9A" w:rsidRPr="00A408D4" w:rsidRDefault="00A408D4">
      <w:pPr>
        <w:pStyle w:val="Ttulo2"/>
        <w:rPr>
          <w:lang w:val="es-ES"/>
        </w:rPr>
      </w:pPr>
      <w:r w:rsidRPr="00A408D4">
        <w:rPr>
          <w:lang w:val="es-ES"/>
        </w:rPr>
        <w:t>DIA 9 SEG ZURIQUE</w:t>
      </w:r>
    </w:p>
    <w:p w14:paraId="263237D0" w14:textId="77777777" w:rsidR="00471E9A" w:rsidRPr="00A408D4" w:rsidRDefault="00A408D4">
      <w:pPr>
        <w:rPr>
          <w:lang w:val="es-ES"/>
        </w:rPr>
      </w:pPr>
      <w:r w:rsidRPr="00A408D4">
        <w:rPr>
          <w:lang w:val="es-ES"/>
        </w:rPr>
        <w:t xml:space="preserve">Café da </w:t>
      </w:r>
      <w:proofErr w:type="spellStart"/>
      <w:r w:rsidRPr="00A408D4">
        <w:rPr>
          <w:lang w:val="es-ES"/>
        </w:rPr>
        <w:t>manhã</w:t>
      </w:r>
      <w:proofErr w:type="spellEnd"/>
      <w:r w:rsidRPr="00A408D4">
        <w:rPr>
          <w:lang w:val="es-ES"/>
        </w:rPr>
        <w:t xml:space="preserve"> e traslado de </w:t>
      </w:r>
      <w:proofErr w:type="spellStart"/>
      <w:r w:rsidRPr="00A408D4">
        <w:rPr>
          <w:lang w:val="es-ES"/>
        </w:rPr>
        <w:t>saída</w:t>
      </w:r>
      <w:proofErr w:type="spellEnd"/>
      <w:r w:rsidRPr="00A408D4">
        <w:rPr>
          <w:lang w:val="es-ES"/>
        </w:rPr>
        <w:t xml:space="preserve"> para o </w:t>
      </w:r>
      <w:proofErr w:type="spellStart"/>
      <w:r w:rsidRPr="00A408D4">
        <w:rPr>
          <w:lang w:val="es-ES"/>
        </w:rPr>
        <w:t>aeroporto</w:t>
      </w:r>
      <w:proofErr w:type="spellEnd"/>
      <w:r w:rsidRPr="00A408D4">
        <w:rPr>
          <w:lang w:val="es-ES"/>
        </w:rPr>
        <w:t>.</w:t>
      </w:r>
    </w:p>
    <w:sectPr w:rsidR="00471E9A" w:rsidRPr="00A408D4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42398" w14:textId="77777777" w:rsidR="00A408D4" w:rsidRDefault="00A408D4" w:rsidP="00A408D4">
      <w:pPr>
        <w:spacing w:after="0" w:line="240" w:lineRule="auto"/>
      </w:pPr>
      <w:r>
        <w:separator/>
      </w:r>
    </w:p>
  </w:endnote>
  <w:endnote w:type="continuationSeparator" w:id="0">
    <w:p w14:paraId="1DADE07C" w14:textId="77777777" w:rsidR="00A408D4" w:rsidRDefault="00A408D4" w:rsidP="00A40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E8465" w14:textId="77777777" w:rsidR="00A408D4" w:rsidRDefault="00A408D4" w:rsidP="00A408D4">
      <w:pPr>
        <w:spacing w:after="0" w:line="240" w:lineRule="auto"/>
      </w:pPr>
      <w:r>
        <w:separator/>
      </w:r>
    </w:p>
  </w:footnote>
  <w:footnote w:type="continuationSeparator" w:id="0">
    <w:p w14:paraId="0FFC81B5" w14:textId="77777777" w:rsidR="00A408D4" w:rsidRDefault="00A408D4" w:rsidP="00A408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11D2C" w14:textId="4EB2F7A6" w:rsidR="00A408D4" w:rsidRDefault="00A408D4">
    <w:pPr>
      <w:pStyle w:val="Encabezado"/>
    </w:pPr>
    <w:r>
      <w:rPr>
        <w:noProof/>
      </w:rPr>
      <w:drawing>
        <wp:inline distT="0" distB="0" distL="0" distR="0" wp14:anchorId="03B0FCD9" wp14:editId="0695E232">
          <wp:extent cx="1190625" cy="119062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0625" cy="1190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B26E1"/>
    <w:rsid w:val="00326F90"/>
    <w:rsid w:val="00471E9A"/>
    <w:rsid w:val="00687C9D"/>
    <w:rsid w:val="00A408D4"/>
    <w:rsid w:val="00AA1D8D"/>
    <w:rsid w:val="00B47730"/>
    <w:rsid w:val="00C36D0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868EB7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634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5</cp:revision>
  <dcterms:created xsi:type="dcterms:W3CDTF">2013-12-23T23:15:00Z</dcterms:created>
  <dcterms:modified xsi:type="dcterms:W3CDTF">2026-05-29T07:43:00Z</dcterms:modified>
  <cp:category/>
</cp:coreProperties>
</file>