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4A90F" w14:textId="77777777" w:rsidR="00AC5B30" w:rsidRPr="001A3CF0" w:rsidRDefault="001A3CF0" w:rsidP="001A3CF0">
      <w:pPr>
        <w:spacing w:after="0" w:line="240" w:lineRule="auto"/>
        <w:jc w:val="center"/>
        <w:rPr>
          <w:rFonts w:ascii="Century Gothic" w:eastAsia="Times New Roman" w:hAnsi="Century Gothic" w:cs="Arial"/>
          <w:b/>
          <w:color w:val="CAA60C"/>
          <w:sz w:val="36"/>
          <w:szCs w:val="36"/>
          <w:lang w:val="pt-BR" w:eastAsia="de-DE"/>
        </w:rPr>
      </w:pPr>
      <w:r w:rsidRPr="001A3CF0">
        <w:rPr>
          <w:rFonts w:ascii="Century Gothic" w:eastAsia="Times New Roman" w:hAnsi="Century Gothic" w:cs="Arial"/>
          <w:b/>
          <w:color w:val="CAA60C"/>
          <w:sz w:val="36"/>
          <w:szCs w:val="36"/>
          <w:lang w:val="pt-BR" w:eastAsia="de-DE"/>
        </w:rPr>
        <w:t>DESCUBRA EL BÁLTICO</w:t>
      </w:r>
    </w:p>
    <w:p w14:paraId="40F6912C" w14:textId="77777777" w:rsidR="00AC5B30" w:rsidRPr="001A3CF0" w:rsidRDefault="001A3CF0" w:rsidP="001A3CF0">
      <w:pPr>
        <w:spacing w:after="0" w:line="240" w:lineRule="auto"/>
        <w:jc w:val="center"/>
        <w:rPr>
          <w:rFonts w:ascii="Century Gothic" w:eastAsia="Times New Roman" w:hAnsi="Century Gothic" w:cs="Arial"/>
          <w:bCs/>
          <w:color w:val="CAA60C"/>
          <w:sz w:val="22"/>
          <w:lang w:val="pt-BR" w:eastAsia="de-DE"/>
        </w:rPr>
      </w:pPr>
      <w:r w:rsidRPr="001A3CF0">
        <w:rPr>
          <w:rFonts w:ascii="Century Gothic" w:eastAsia="Times New Roman" w:hAnsi="Century Gothic" w:cs="Arial"/>
          <w:bCs/>
          <w:color w:val="CAA60C"/>
          <w:sz w:val="22"/>
          <w:lang w:val="pt-BR" w:eastAsia="de-DE"/>
        </w:rPr>
        <w:t>Categoría: Premium</w:t>
      </w:r>
    </w:p>
    <w:p w14:paraId="4E2C0DF7" w14:textId="77777777" w:rsidR="00AC5B30" w:rsidRPr="001A3CF0" w:rsidRDefault="001A3CF0">
      <w:pPr>
        <w:spacing w:after="560"/>
        <w:jc w:val="center"/>
        <w:rPr>
          <w:lang w:val="es-ES"/>
        </w:rPr>
      </w:pPr>
      <w:r w:rsidRPr="001A3CF0">
        <w:rPr>
          <w:sz w:val="22"/>
          <w:lang w:val="es-ES"/>
        </w:rPr>
        <w:t xml:space="preserve">Código: </w:t>
      </w:r>
      <w:proofErr w:type="gramStart"/>
      <w:r w:rsidRPr="001A3CF0">
        <w:rPr>
          <w:sz w:val="22"/>
          <w:lang w:val="es-ES"/>
        </w:rPr>
        <w:t>DBAL  |</w:t>
      </w:r>
      <w:proofErr w:type="gramEnd"/>
      <w:r w:rsidRPr="001A3CF0">
        <w:rPr>
          <w:sz w:val="22"/>
          <w:lang w:val="es-ES"/>
        </w:rPr>
        <w:t xml:space="preserve">  10 Días</w:t>
      </w:r>
    </w:p>
    <w:p w14:paraId="0B20936D" w14:textId="77777777" w:rsidR="00AC5B30" w:rsidRPr="001A3CF0" w:rsidRDefault="001A3CF0">
      <w:pPr>
        <w:spacing w:before="240" w:after="160"/>
        <w:rPr>
          <w:lang w:val="es-ES"/>
        </w:rPr>
      </w:pPr>
      <w:r w:rsidRPr="001A3CF0">
        <w:rPr>
          <w:b/>
          <w:sz w:val="22"/>
          <w:lang w:val="es-ES"/>
        </w:rPr>
        <w:t>SALIDAS GARANTIZADAS 2027</w:t>
      </w:r>
    </w:p>
    <w:p w14:paraId="7BC47624" w14:textId="77777777" w:rsidR="00AC5B30" w:rsidRPr="001A3CF0" w:rsidRDefault="001A3CF0">
      <w:pPr>
        <w:spacing w:after="80"/>
        <w:rPr>
          <w:lang w:val="es-ES"/>
        </w:rPr>
      </w:pPr>
      <w:r w:rsidRPr="001A3CF0">
        <w:rPr>
          <w:lang w:val="es-ES"/>
        </w:rPr>
        <w:t xml:space="preserve">MAYO . . . . . . . . . . . . . . . . . . . . . </w:t>
      </w:r>
      <w:proofErr w:type="gramStart"/>
      <w:r w:rsidRPr="001A3CF0">
        <w:rPr>
          <w:lang w:val="es-ES"/>
        </w:rPr>
        <w:t>. . . .</w:t>
      </w:r>
      <w:proofErr w:type="gramEnd"/>
      <w:r w:rsidRPr="001A3CF0">
        <w:rPr>
          <w:lang w:val="es-ES"/>
        </w:rPr>
        <w:t xml:space="preserve"> . 11,25</w:t>
      </w:r>
    </w:p>
    <w:p w14:paraId="3AF53019" w14:textId="77777777" w:rsidR="00AC5B30" w:rsidRPr="001A3CF0" w:rsidRDefault="001A3CF0">
      <w:pPr>
        <w:spacing w:after="80"/>
        <w:rPr>
          <w:lang w:val="es-ES"/>
        </w:rPr>
      </w:pPr>
      <w:r w:rsidRPr="001A3CF0">
        <w:rPr>
          <w:lang w:val="es-ES"/>
        </w:rPr>
        <w:t xml:space="preserve">JUNIO . . . . . . . . . . . . . . . . . . . . . </w:t>
      </w:r>
      <w:proofErr w:type="gramStart"/>
      <w:r w:rsidRPr="001A3CF0">
        <w:rPr>
          <w:lang w:val="es-ES"/>
        </w:rPr>
        <w:t>. . . .</w:t>
      </w:r>
      <w:proofErr w:type="gramEnd"/>
      <w:r w:rsidRPr="001A3CF0">
        <w:rPr>
          <w:lang w:val="es-ES"/>
        </w:rPr>
        <w:t xml:space="preserve"> . 8, 22</w:t>
      </w:r>
    </w:p>
    <w:p w14:paraId="6B431402" w14:textId="77777777" w:rsidR="00AC5B30" w:rsidRPr="001A3CF0" w:rsidRDefault="001A3CF0">
      <w:pPr>
        <w:spacing w:after="80"/>
        <w:rPr>
          <w:lang w:val="es-ES"/>
        </w:rPr>
      </w:pPr>
      <w:r w:rsidRPr="001A3CF0">
        <w:rPr>
          <w:lang w:val="es-ES"/>
        </w:rPr>
        <w:t>JULIO . . . . . . . . . . . . . . . .</w:t>
      </w:r>
      <w:r w:rsidRPr="001A3CF0">
        <w:rPr>
          <w:lang w:val="es-ES"/>
        </w:rPr>
        <w:t xml:space="preserve"> . . . . . </w:t>
      </w:r>
      <w:proofErr w:type="gramStart"/>
      <w:r w:rsidRPr="001A3CF0">
        <w:rPr>
          <w:lang w:val="es-ES"/>
        </w:rPr>
        <w:t>. . . .</w:t>
      </w:r>
      <w:proofErr w:type="gramEnd"/>
      <w:r w:rsidRPr="001A3CF0">
        <w:rPr>
          <w:lang w:val="es-ES"/>
        </w:rPr>
        <w:t xml:space="preserve"> . 6, 20</w:t>
      </w:r>
    </w:p>
    <w:p w14:paraId="07638445" w14:textId="77777777" w:rsidR="00AC5B30" w:rsidRPr="001A3CF0" w:rsidRDefault="001A3CF0">
      <w:pPr>
        <w:spacing w:after="80"/>
        <w:rPr>
          <w:lang w:val="es-ES"/>
        </w:rPr>
      </w:pPr>
      <w:r w:rsidRPr="001A3CF0">
        <w:rPr>
          <w:lang w:val="es-ES"/>
        </w:rPr>
        <w:t xml:space="preserve">AGOSTO . . . . . . . . . . . . . . . . . . . . . </w:t>
      </w:r>
      <w:proofErr w:type="gramStart"/>
      <w:r w:rsidRPr="001A3CF0">
        <w:rPr>
          <w:lang w:val="es-ES"/>
        </w:rPr>
        <w:t>. . . .</w:t>
      </w:r>
      <w:proofErr w:type="gramEnd"/>
      <w:r w:rsidRPr="001A3CF0">
        <w:rPr>
          <w:lang w:val="es-ES"/>
        </w:rPr>
        <w:t xml:space="preserve"> . 3, 17, 31</w:t>
      </w:r>
    </w:p>
    <w:p w14:paraId="0FD60224" w14:textId="77777777" w:rsidR="00AC5B30" w:rsidRPr="001A3CF0" w:rsidRDefault="001A3CF0">
      <w:pPr>
        <w:spacing w:after="80"/>
        <w:rPr>
          <w:lang w:val="es-ES"/>
        </w:rPr>
      </w:pPr>
      <w:r w:rsidRPr="001A3CF0">
        <w:rPr>
          <w:lang w:val="es-ES"/>
        </w:rPr>
        <w:t xml:space="preserve">SEPTIEMBRE . . . . . . . . . . . . . . . . . . . . . </w:t>
      </w:r>
      <w:proofErr w:type="gramStart"/>
      <w:r w:rsidRPr="001A3CF0">
        <w:rPr>
          <w:lang w:val="es-ES"/>
        </w:rPr>
        <w:t>. . . .</w:t>
      </w:r>
      <w:proofErr w:type="gramEnd"/>
      <w:r w:rsidRPr="001A3CF0">
        <w:rPr>
          <w:lang w:val="es-ES"/>
        </w:rPr>
        <w:t xml:space="preserve"> . 14, 28</w:t>
      </w:r>
    </w:p>
    <w:p w14:paraId="201CE5F6" w14:textId="77777777" w:rsidR="00AC5B30" w:rsidRPr="001A3CF0" w:rsidRDefault="001A3CF0">
      <w:pPr>
        <w:spacing w:before="240" w:after="160"/>
        <w:rPr>
          <w:lang w:val="es-ES"/>
        </w:rPr>
      </w:pPr>
      <w:r w:rsidRPr="001A3CF0">
        <w:rPr>
          <w:b/>
          <w:sz w:val="22"/>
          <w:lang w:val="es-ES"/>
        </w:rPr>
        <w:t>HOTELES PREVISTOS</w:t>
      </w:r>
    </w:p>
    <w:p w14:paraId="0FAEE1C4" w14:textId="77777777" w:rsidR="00AC5B30" w:rsidRPr="001A3CF0" w:rsidRDefault="001A3CF0">
      <w:pPr>
        <w:spacing w:after="160"/>
        <w:rPr>
          <w:lang w:val="es-ES"/>
        </w:rPr>
      </w:pPr>
      <w:r w:rsidRPr="001A3CF0">
        <w:rPr>
          <w:lang w:val="es-ES"/>
        </w:rPr>
        <w:t>(o similares en la categoría indicada, según ciudad)</w:t>
      </w:r>
    </w:p>
    <w:p w14:paraId="4317D60C" w14:textId="77777777" w:rsidR="00AC5B30" w:rsidRDefault="001A3CF0">
      <w:pPr>
        <w:spacing w:after="60"/>
      </w:pPr>
      <w:r>
        <w:rPr>
          <w:b/>
        </w:rPr>
        <w:t xml:space="preserve">HELSINKI: </w:t>
      </w:r>
      <w:r>
        <w:t xml:space="preserve">RADISSON </w:t>
      </w:r>
      <w:r>
        <w:t>BLU PLAZA ★★★★(s)</w:t>
      </w:r>
    </w:p>
    <w:p w14:paraId="047B6CE5" w14:textId="77777777" w:rsidR="00AC5B30" w:rsidRDefault="001A3CF0">
      <w:pPr>
        <w:spacing w:after="60"/>
      </w:pPr>
      <w:r>
        <w:rPr>
          <w:b/>
        </w:rPr>
        <w:t xml:space="preserve">TALLINN: </w:t>
      </w:r>
      <w:r>
        <w:t>MÖVENPICK ★★★★(s)</w:t>
      </w:r>
    </w:p>
    <w:p w14:paraId="0E0D3B33" w14:textId="77777777" w:rsidR="00AC5B30" w:rsidRDefault="001A3CF0">
      <w:pPr>
        <w:spacing w:after="60"/>
      </w:pPr>
      <w:r>
        <w:rPr>
          <w:b/>
        </w:rPr>
        <w:t xml:space="preserve">RIGA: </w:t>
      </w:r>
      <w:r>
        <w:t>GRAND POET BY SEMARAH ★★★★★</w:t>
      </w:r>
    </w:p>
    <w:p w14:paraId="2CA4DB3C" w14:textId="77777777" w:rsidR="00AC5B30" w:rsidRDefault="001A3CF0">
      <w:pPr>
        <w:spacing w:after="60"/>
      </w:pPr>
      <w:r>
        <w:rPr>
          <w:b/>
        </w:rPr>
        <w:t xml:space="preserve">VILNIUS: </w:t>
      </w:r>
      <w:r>
        <w:t>RADISSON ASTORIJA ★★★★★</w:t>
      </w:r>
    </w:p>
    <w:p w14:paraId="4B7B601E" w14:textId="77777777" w:rsidR="00AC5B30" w:rsidRDefault="001A3CF0">
      <w:pPr>
        <w:spacing w:after="60"/>
      </w:pPr>
      <w:r>
        <w:rPr>
          <w:b/>
        </w:rPr>
        <w:t xml:space="preserve">VARSOVIA: </w:t>
      </w:r>
      <w:r>
        <w:t>PURO OLD TOWN ★★★★</w:t>
      </w:r>
    </w:p>
    <w:p w14:paraId="57233823" w14:textId="77777777" w:rsidR="00AC5B30" w:rsidRPr="001A3CF0" w:rsidRDefault="001A3CF0">
      <w:pPr>
        <w:spacing w:before="240" w:after="160"/>
        <w:rPr>
          <w:lang w:val="es-ES"/>
        </w:rPr>
      </w:pPr>
      <w:r w:rsidRPr="001A3CF0">
        <w:rPr>
          <w:b/>
          <w:sz w:val="22"/>
          <w:lang w:val="es-ES"/>
        </w:rPr>
        <w:t>SERVICIOS INCLUIDOS</w:t>
      </w:r>
    </w:p>
    <w:p w14:paraId="7D2D7D5D" w14:textId="77777777" w:rsidR="00AC5B30" w:rsidRPr="001A3CF0" w:rsidRDefault="001A3CF0">
      <w:pPr>
        <w:spacing w:after="20"/>
        <w:ind w:left="259" w:hanging="259"/>
        <w:rPr>
          <w:lang w:val="es-ES"/>
        </w:rPr>
      </w:pPr>
      <w:r w:rsidRPr="001A3CF0">
        <w:rPr>
          <w:lang w:val="es-ES"/>
        </w:rPr>
        <w:t>•   Guía exclusivo de habla hispana</w:t>
      </w:r>
    </w:p>
    <w:p w14:paraId="552F5324" w14:textId="77777777" w:rsidR="00AC5B30" w:rsidRPr="001A3CF0" w:rsidRDefault="001A3CF0">
      <w:pPr>
        <w:spacing w:after="20"/>
        <w:ind w:left="259" w:hanging="259"/>
        <w:rPr>
          <w:lang w:val="es-ES"/>
        </w:rPr>
      </w:pPr>
      <w:r w:rsidRPr="001A3CF0">
        <w:rPr>
          <w:lang w:val="es-ES"/>
        </w:rPr>
        <w:t>•   9 noches alojamiento con desayuno buffet</w:t>
      </w:r>
    </w:p>
    <w:p w14:paraId="13957DBF" w14:textId="77777777" w:rsidR="00AC5B30" w:rsidRPr="001A3CF0" w:rsidRDefault="001A3CF0">
      <w:pPr>
        <w:spacing w:after="20"/>
        <w:ind w:left="259" w:hanging="259"/>
        <w:rPr>
          <w:lang w:val="es-ES"/>
        </w:rPr>
      </w:pPr>
      <w:r w:rsidRPr="001A3CF0">
        <w:rPr>
          <w:lang w:val="es-ES"/>
        </w:rPr>
        <w:t>•   Entradas y</w:t>
      </w:r>
      <w:r w:rsidRPr="001A3CF0">
        <w:rPr>
          <w:lang w:val="es-ES"/>
        </w:rPr>
        <w:t xml:space="preserve"> experiencias según itinerario</w:t>
      </w:r>
    </w:p>
    <w:p w14:paraId="6905D0EA" w14:textId="77777777" w:rsidR="00AC5B30" w:rsidRPr="001A3CF0" w:rsidRDefault="001A3CF0">
      <w:pPr>
        <w:spacing w:before="240" w:after="160"/>
        <w:rPr>
          <w:lang w:val="es-ES"/>
        </w:rPr>
      </w:pPr>
      <w:r w:rsidRPr="001A3CF0">
        <w:rPr>
          <w:b/>
          <w:sz w:val="22"/>
          <w:lang w:val="es-ES"/>
        </w:rPr>
        <w:t>PRECIOS EN EUROS</w:t>
      </w:r>
    </w:p>
    <w:p w14:paraId="1F2C9A9E" w14:textId="77777777" w:rsidR="00AC5B30" w:rsidRPr="001A3CF0" w:rsidRDefault="001A3CF0">
      <w:pPr>
        <w:spacing w:after="60"/>
        <w:rPr>
          <w:lang w:val="es-ES"/>
        </w:rPr>
      </w:pPr>
      <w:r w:rsidRPr="001A3CF0">
        <w:rPr>
          <w:lang w:val="es-ES"/>
        </w:rPr>
        <w:t xml:space="preserve">€ </w:t>
      </w:r>
      <w:proofErr w:type="gramStart"/>
      <w:r w:rsidRPr="001A3CF0">
        <w:rPr>
          <w:lang w:val="es-ES"/>
        </w:rPr>
        <w:t>2.325,–</w:t>
      </w:r>
      <w:proofErr w:type="gramEnd"/>
      <w:r w:rsidRPr="001A3CF0">
        <w:rPr>
          <w:lang w:val="es-ES"/>
        </w:rPr>
        <w:t xml:space="preserve"> por persona en doble</w:t>
      </w:r>
    </w:p>
    <w:p w14:paraId="0D3471AC" w14:textId="77777777" w:rsidR="00AC5B30" w:rsidRPr="001A3CF0" w:rsidRDefault="001A3CF0">
      <w:pPr>
        <w:spacing w:after="240"/>
        <w:rPr>
          <w:lang w:val="es-ES"/>
        </w:rPr>
      </w:pPr>
      <w:r w:rsidRPr="001A3CF0">
        <w:rPr>
          <w:lang w:val="es-ES"/>
        </w:rPr>
        <w:t xml:space="preserve">€ </w:t>
      </w:r>
      <w:proofErr w:type="gramStart"/>
      <w:r w:rsidRPr="001A3CF0">
        <w:rPr>
          <w:lang w:val="es-ES"/>
        </w:rPr>
        <w:t>1.080,–</w:t>
      </w:r>
      <w:proofErr w:type="gramEnd"/>
      <w:r w:rsidRPr="001A3CF0">
        <w:rPr>
          <w:lang w:val="es-ES"/>
        </w:rPr>
        <w:t xml:space="preserve"> suplemento individual</w:t>
      </w:r>
    </w:p>
    <w:p w14:paraId="2FF997E5" w14:textId="77777777" w:rsidR="00AC5B30" w:rsidRPr="001A3CF0" w:rsidRDefault="001A3CF0">
      <w:pPr>
        <w:spacing w:after="60"/>
        <w:rPr>
          <w:lang w:val="es-ES"/>
        </w:rPr>
      </w:pPr>
      <w:r w:rsidRPr="001A3CF0">
        <w:rPr>
          <w:b/>
          <w:color w:val="008C3C"/>
          <w:lang w:val="es-ES"/>
        </w:rPr>
        <w:t>REDUCCIÓN</w:t>
      </w:r>
    </w:p>
    <w:p w14:paraId="1544FFD0" w14:textId="77777777" w:rsidR="00AC5B30" w:rsidRPr="001A3CF0" w:rsidRDefault="001A3CF0">
      <w:pPr>
        <w:spacing w:after="60"/>
        <w:rPr>
          <w:lang w:val="es-ES"/>
        </w:rPr>
      </w:pPr>
      <w:r w:rsidRPr="001A3CF0">
        <w:rPr>
          <w:lang w:val="es-ES"/>
        </w:rPr>
        <w:t xml:space="preserve">terminando el circuito en </w:t>
      </w:r>
      <w:proofErr w:type="spellStart"/>
      <w:r w:rsidRPr="001A3CF0">
        <w:rPr>
          <w:lang w:val="es-ES"/>
        </w:rPr>
        <w:t>Vilnius</w:t>
      </w:r>
      <w:proofErr w:type="spellEnd"/>
      <w:r w:rsidRPr="001A3CF0">
        <w:rPr>
          <w:lang w:val="es-ES"/>
        </w:rPr>
        <w:t xml:space="preserve"> el </w:t>
      </w:r>
      <w:proofErr w:type="spellStart"/>
      <w:r w:rsidRPr="001A3CF0">
        <w:rPr>
          <w:lang w:val="es-ES"/>
        </w:rPr>
        <w:t>dia</w:t>
      </w:r>
      <w:proofErr w:type="spellEnd"/>
      <w:r w:rsidRPr="001A3CF0">
        <w:rPr>
          <w:lang w:val="es-ES"/>
        </w:rPr>
        <w:t xml:space="preserve"> 8</w:t>
      </w:r>
    </w:p>
    <w:p w14:paraId="13169D51" w14:textId="77777777" w:rsidR="00AC5B30" w:rsidRPr="001A3CF0" w:rsidRDefault="001A3CF0">
      <w:pPr>
        <w:spacing w:after="60"/>
        <w:rPr>
          <w:lang w:val="es-ES"/>
        </w:rPr>
      </w:pPr>
      <w:r w:rsidRPr="001A3CF0">
        <w:rPr>
          <w:lang w:val="es-ES"/>
        </w:rPr>
        <w:t>con el traslado aeropuerto incluido</w:t>
      </w:r>
    </w:p>
    <w:p w14:paraId="659DDC3A" w14:textId="77777777" w:rsidR="00AC5B30" w:rsidRPr="001A3CF0" w:rsidRDefault="001A3CF0">
      <w:pPr>
        <w:spacing w:after="60"/>
        <w:rPr>
          <w:lang w:val="es-ES"/>
        </w:rPr>
      </w:pPr>
      <w:r w:rsidRPr="001A3CF0">
        <w:rPr>
          <w:lang w:val="es-ES"/>
        </w:rPr>
        <w:t xml:space="preserve">€ </w:t>
      </w:r>
      <w:proofErr w:type="gramStart"/>
      <w:r w:rsidRPr="001A3CF0">
        <w:rPr>
          <w:lang w:val="es-ES"/>
        </w:rPr>
        <w:t>500,–</w:t>
      </w:r>
      <w:proofErr w:type="gramEnd"/>
      <w:r w:rsidRPr="001A3CF0">
        <w:rPr>
          <w:lang w:val="es-ES"/>
        </w:rPr>
        <w:t xml:space="preserve"> por persona en doble</w:t>
      </w:r>
    </w:p>
    <w:p w14:paraId="741698ED" w14:textId="77777777" w:rsidR="00AC5B30" w:rsidRPr="001A3CF0" w:rsidRDefault="001A3CF0">
      <w:pPr>
        <w:spacing w:after="240"/>
        <w:rPr>
          <w:lang w:val="es-ES"/>
        </w:rPr>
      </w:pPr>
      <w:r w:rsidRPr="001A3CF0">
        <w:rPr>
          <w:lang w:val="es-ES"/>
        </w:rPr>
        <w:t xml:space="preserve">€ </w:t>
      </w:r>
      <w:proofErr w:type="gramStart"/>
      <w:r w:rsidRPr="001A3CF0">
        <w:rPr>
          <w:lang w:val="es-ES"/>
        </w:rPr>
        <w:t>240,–</w:t>
      </w:r>
      <w:proofErr w:type="gramEnd"/>
      <w:r w:rsidRPr="001A3CF0">
        <w:rPr>
          <w:lang w:val="es-ES"/>
        </w:rPr>
        <w:t xml:space="preserve"> </w:t>
      </w:r>
      <w:r w:rsidRPr="001A3CF0">
        <w:rPr>
          <w:lang w:val="es-ES"/>
        </w:rPr>
        <w:t>suplemento individual</w:t>
      </w:r>
    </w:p>
    <w:p w14:paraId="21F59F9B" w14:textId="77777777" w:rsidR="00AC5B30" w:rsidRPr="001A3CF0" w:rsidRDefault="001A3CF0">
      <w:pPr>
        <w:spacing w:after="120"/>
        <w:rPr>
          <w:lang w:val="es-ES"/>
        </w:rPr>
      </w:pPr>
      <w:r w:rsidRPr="001A3CF0">
        <w:rPr>
          <w:lang w:val="es-ES"/>
        </w:rPr>
        <w:t>5% descuento para el tercer pasajero compartiendo con +2 personas (HABITACIÓN TRIPLE).</w:t>
      </w:r>
    </w:p>
    <w:p w14:paraId="66F8B92D" w14:textId="77777777" w:rsidR="00AC5B30" w:rsidRPr="001A3CF0" w:rsidRDefault="001A3CF0">
      <w:pPr>
        <w:rPr>
          <w:lang w:val="es-ES"/>
        </w:rPr>
      </w:pPr>
      <w:r w:rsidRPr="001A3CF0">
        <w:rPr>
          <w:lang w:val="es-ES"/>
        </w:rPr>
        <w:br w:type="page"/>
      </w:r>
    </w:p>
    <w:p w14:paraId="6EE4D234" w14:textId="77777777" w:rsidR="00AC5B30" w:rsidRPr="001A3CF0" w:rsidRDefault="001A3CF0">
      <w:pPr>
        <w:spacing w:before="240" w:after="160"/>
        <w:rPr>
          <w:lang w:val="es-ES"/>
        </w:rPr>
      </w:pPr>
      <w:r w:rsidRPr="001A3CF0">
        <w:rPr>
          <w:b/>
          <w:sz w:val="22"/>
          <w:lang w:val="es-ES"/>
        </w:rPr>
        <w:lastRenderedPageBreak/>
        <w:t>ITINERARIO</w:t>
      </w:r>
    </w:p>
    <w:p w14:paraId="5B611371" w14:textId="77777777" w:rsidR="00AC5B30" w:rsidRPr="001A3CF0" w:rsidRDefault="001A3CF0">
      <w:pPr>
        <w:spacing w:before="240" w:after="120"/>
        <w:rPr>
          <w:lang w:val="es-ES"/>
        </w:rPr>
      </w:pPr>
      <w:r w:rsidRPr="001A3CF0">
        <w:rPr>
          <w:b/>
          <w:lang w:val="es-ES"/>
        </w:rPr>
        <w:t>DÍA 1 MAR HELSINKI</w:t>
      </w:r>
    </w:p>
    <w:p w14:paraId="3633CE50" w14:textId="77777777" w:rsidR="00AC5B30" w:rsidRPr="001A3CF0" w:rsidRDefault="001A3CF0">
      <w:pPr>
        <w:rPr>
          <w:lang w:val="es-ES"/>
        </w:rPr>
      </w:pPr>
      <w:r w:rsidRPr="001A3CF0">
        <w:rPr>
          <w:lang w:val="es-ES"/>
        </w:rPr>
        <w:t>Llegada a Helsinki, traslado al hotel y alojamiento. A las 18:30h, reunión en el lobby del hotel con el guía.</w:t>
      </w:r>
    </w:p>
    <w:p w14:paraId="7C7E9AFE" w14:textId="77777777" w:rsidR="00AC5B30" w:rsidRPr="001A3CF0" w:rsidRDefault="001A3CF0">
      <w:pPr>
        <w:spacing w:before="240" w:after="120"/>
        <w:rPr>
          <w:lang w:val="es-ES"/>
        </w:rPr>
      </w:pPr>
      <w:r w:rsidRPr="001A3CF0">
        <w:rPr>
          <w:b/>
          <w:lang w:val="es-ES"/>
        </w:rPr>
        <w:t>DÍA 2 MIE HELSINKI - TALLINN</w:t>
      </w:r>
    </w:p>
    <w:p w14:paraId="200CEA80" w14:textId="77777777" w:rsidR="00AC5B30" w:rsidRPr="001A3CF0" w:rsidRDefault="001A3CF0">
      <w:pPr>
        <w:rPr>
          <w:lang w:val="es-ES"/>
        </w:rPr>
      </w:pPr>
      <w:r w:rsidRPr="001A3CF0">
        <w:rPr>
          <w:lang w:val="es-ES"/>
        </w:rPr>
        <w:t>Desayuno y visita panorámica de la capital de Finlandia, también conocida como «la Ciudad Blanca del Norte». Durante la visita pasaremos por la Iglesia Ortodoxa de la Trinidad, vestigio del dominio ruso, la Plaza del Senado y l</w:t>
      </w:r>
      <w:r w:rsidRPr="001A3CF0">
        <w:rPr>
          <w:lang w:val="es-ES"/>
        </w:rPr>
        <w:t xml:space="preserve">a </w:t>
      </w:r>
      <w:proofErr w:type="spellStart"/>
      <w:r w:rsidRPr="001A3CF0">
        <w:rPr>
          <w:lang w:val="es-ES"/>
        </w:rPr>
        <w:t>Temppeliaukio</w:t>
      </w:r>
      <w:proofErr w:type="spellEnd"/>
      <w:r w:rsidRPr="001A3CF0">
        <w:rPr>
          <w:lang w:val="es-ES"/>
        </w:rPr>
        <w:t xml:space="preserve"> </w:t>
      </w:r>
      <w:proofErr w:type="spellStart"/>
      <w:r w:rsidRPr="001A3CF0">
        <w:rPr>
          <w:lang w:val="es-ES"/>
        </w:rPr>
        <w:t>Kirkko</w:t>
      </w:r>
      <w:proofErr w:type="spellEnd"/>
      <w:r w:rsidRPr="001A3CF0">
        <w:rPr>
          <w:lang w:val="es-ES"/>
        </w:rPr>
        <w:t>, iglesia luterana de planta circular excavada en la roca, cuya cúpula tiene forma de una gigantesca espiral de hilos de cobre. Tiempo libre para actividades personales. A las 15:00 h, traslado al puerto para embarcar en el ferry expr</w:t>
      </w:r>
      <w:r w:rsidRPr="001A3CF0">
        <w:rPr>
          <w:lang w:val="es-ES"/>
        </w:rPr>
        <w:t xml:space="preserve">és con destino a </w:t>
      </w:r>
      <w:proofErr w:type="spellStart"/>
      <w:r w:rsidRPr="001A3CF0">
        <w:rPr>
          <w:lang w:val="es-ES"/>
        </w:rPr>
        <w:t>Tallinn</w:t>
      </w:r>
      <w:proofErr w:type="spellEnd"/>
      <w:r w:rsidRPr="001A3CF0">
        <w:rPr>
          <w:lang w:val="es-ES"/>
        </w:rPr>
        <w:t xml:space="preserve">, atravesando el mar Báltico. Alojamiento en </w:t>
      </w:r>
      <w:proofErr w:type="spellStart"/>
      <w:r w:rsidRPr="001A3CF0">
        <w:rPr>
          <w:lang w:val="es-ES"/>
        </w:rPr>
        <w:t>Tallinn</w:t>
      </w:r>
      <w:proofErr w:type="spellEnd"/>
      <w:r w:rsidRPr="001A3CF0">
        <w:rPr>
          <w:lang w:val="es-ES"/>
        </w:rPr>
        <w:t>.</w:t>
      </w:r>
    </w:p>
    <w:p w14:paraId="2A8CFD74" w14:textId="77777777" w:rsidR="00AC5B30" w:rsidRPr="001A3CF0" w:rsidRDefault="001A3CF0">
      <w:pPr>
        <w:spacing w:before="240" w:after="120"/>
        <w:rPr>
          <w:lang w:val="es-ES"/>
        </w:rPr>
      </w:pPr>
      <w:r w:rsidRPr="001A3CF0">
        <w:rPr>
          <w:b/>
          <w:lang w:val="es-ES"/>
        </w:rPr>
        <w:t>DÍA 3 JUE TALLINN</w:t>
      </w:r>
    </w:p>
    <w:p w14:paraId="7DE41385" w14:textId="77777777" w:rsidR="00AC5B30" w:rsidRPr="001A3CF0" w:rsidRDefault="001A3CF0">
      <w:pPr>
        <w:rPr>
          <w:lang w:val="es-ES"/>
        </w:rPr>
      </w:pPr>
      <w:r w:rsidRPr="001A3CF0">
        <w:rPr>
          <w:lang w:val="es-ES"/>
        </w:rPr>
        <w:t>Desayuno y visita de la ciudad, con sus reminiscencias hanseáticas, destacando el «</w:t>
      </w:r>
      <w:proofErr w:type="spellStart"/>
      <w:r w:rsidRPr="001A3CF0">
        <w:rPr>
          <w:lang w:val="es-ES"/>
        </w:rPr>
        <w:t>Kiek</w:t>
      </w:r>
      <w:proofErr w:type="spellEnd"/>
      <w:r w:rsidRPr="001A3CF0">
        <w:rPr>
          <w:lang w:val="es-ES"/>
        </w:rPr>
        <w:t xml:space="preserve"> in de </w:t>
      </w:r>
      <w:proofErr w:type="spellStart"/>
      <w:r w:rsidRPr="001A3CF0">
        <w:rPr>
          <w:lang w:val="es-ES"/>
        </w:rPr>
        <w:t>Kök</w:t>
      </w:r>
      <w:proofErr w:type="spellEnd"/>
      <w:r w:rsidRPr="001A3CF0">
        <w:rPr>
          <w:lang w:val="es-ES"/>
        </w:rPr>
        <w:t>», una de las torres defensivas más imponentes de la región del</w:t>
      </w:r>
      <w:r w:rsidRPr="001A3CF0">
        <w:rPr>
          <w:lang w:val="es-ES"/>
        </w:rPr>
        <w:t xml:space="preserve"> mar Báltico. También veremos la iglesia de San Nicolás (siglos XIII–XV) y la Catedral de Santa María (</w:t>
      </w:r>
      <w:proofErr w:type="spellStart"/>
      <w:r w:rsidRPr="001A3CF0">
        <w:rPr>
          <w:lang w:val="es-ES"/>
        </w:rPr>
        <w:t>Toomkirik</w:t>
      </w:r>
      <w:proofErr w:type="spellEnd"/>
      <w:r w:rsidRPr="001A3CF0">
        <w:rPr>
          <w:lang w:val="es-ES"/>
        </w:rPr>
        <w:t xml:space="preserve">), de estilo gótico con reformas posteriores. Alojamiento en </w:t>
      </w:r>
      <w:proofErr w:type="spellStart"/>
      <w:r w:rsidRPr="001A3CF0">
        <w:rPr>
          <w:lang w:val="es-ES"/>
        </w:rPr>
        <w:t>Tallinn</w:t>
      </w:r>
      <w:proofErr w:type="spellEnd"/>
      <w:r w:rsidRPr="001A3CF0">
        <w:rPr>
          <w:lang w:val="es-ES"/>
        </w:rPr>
        <w:t>.</w:t>
      </w:r>
    </w:p>
    <w:p w14:paraId="31CDC0FD" w14:textId="77777777" w:rsidR="00AC5B30" w:rsidRPr="001A3CF0" w:rsidRDefault="001A3CF0">
      <w:pPr>
        <w:spacing w:before="240" w:after="120"/>
        <w:rPr>
          <w:lang w:val="es-ES"/>
        </w:rPr>
      </w:pPr>
      <w:r w:rsidRPr="001A3CF0">
        <w:rPr>
          <w:b/>
          <w:lang w:val="es-ES"/>
        </w:rPr>
        <w:t>DÍA 4 VIE TALLINN - SIGULDA - RIGA</w:t>
      </w:r>
    </w:p>
    <w:p w14:paraId="3D718480" w14:textId="77777777" w:rsidR="00AC5B30" w:rsidRPr="001A3CF0" w:rsidRDefault="001A3CF0">
      <w:pPr>
        <w:rPr>
          <w:lang w:val="es-ES"/>
        </w:rPr>
      </w:pPr>
      <w:r w:rsidRPr="001A3CF0">
        <w:rPr>
          <w:lang w:val="es-ES"/>
        </w:rPr>
        <w:t xml:space="preserve">Desayuno y salida hacia </w:t>
      </w:r>
      <w:proofErr w:type="spellStart"/>
      <w:r w:rsidRPr="001A3CF0">
        <w:rPr>
          <w:lang w:val="es-ES"/>
        </w:rPr>
        <w:t>Sigulda</w:t>
      </w:r>
      <w:proofErr w:type="spellEnd"/>
      <w:r w:rsidRPr="001A3CF0">
        <w:rPr>
          <w:lang w:val="es-ES"/>
        </w:rPr>
        <w:t>, situad</w:t>
      </w:r>
      <w:r w:rsidRPr="001A3CF0">
        <w:rPr>
          <w:lang w:val="es-ES"/>
        </w:rPr>
        <w:t xml:space="preserve">a en el Parque Nacional de </w:t>
      </w:r>
      <w:proofErr w:type="spellStart"/>
      <w:r w:rsidRPr="001A3CF0">
        <w:rPr>
          <w:lang w:val="es-ES"/>
        </w:rPr>
        <w:t>Gauja</w:t>
      </w:r>
      <w:proofErr w:type="spellEnd"/>
      <w:r w:rsidRPr="001A3CF0">
        <w:rPr>
          <w:lang w:val="es-ES"/>
        </w:rPr>
        <w:t xml:space="preserve">, una zona salpicada de castillos y grutas. Visita de las ruinas del Castillo de </w:t>
      </w:r>
      <w:proofErr w:type="spellStart"/>
      <w:r w:rsidRPr="001A3CF0">
        <w:rPr>
          <w:lang w:val="es-ES"/>
        </w:rPr>
        <w:t>Sigulda</w:t>
      </w:r>
      <w:proofErr w:type="spellEnd"/>
      <w:r w:rsidRPr="001A3CF0">
        <w:rPr>
          <w:lang w:val="es-ES"/>
        </w:rPr>
        <w:t xml:space="preserve">, construido en 1207 por los Caballeros de la Cruz, y del Castillo de </w:t>
      </w:r>
      <w:proofErr w:type="spellStart"/>
      <w:r w:rsidRPr="001A3CF0">
        <w:rPr>
          <w:lang w:val="es-ES"/>
        </w:rPr>
        <w:t>Turaida</w:t>
      </w:r>
      <w:proofErr w:type="spellEnd"/>
      <w:r w:rsidRPr="001A3CF0">
        <w:rPr>
          <w:lang w:val="es-ES"/>
        </w:rPr>
        <w:t>, desde donde se aprecia una vista impresionante del encant</w:t>
      </w:r>
      <w:r w:rsidRPr="001A3CF0">
        <w:rPr>
          <w:lang w:val="es-ES"/>
        </w:rPr>
        <w:t>ador entorno. Continuación hacia Riga. Alojamiento.</w:t>
      </w:r>
    </w:p>
    <w:p w14:paraId="46F4ED21" w14:textId="77777777" w:rsidR="00AC5B30" w:rsidRPr="001A3CF0" w:rsidRDefault="001A3CF0">
      <w:pPr>
        <w:spacing w:before="240" w:after="120"/>
        <w:rPr>
          <w:lang w:val="es-ES"/>
        </w:rPr>
      </w:pPr>
      <w:r w:rsidRPr="001A3CF0">
        <w:rPr>
          <w:b/>
          <w:lang w:val="es-ES"/>
        </w:rPr>
        <w:t>DÍA 5 SAB RIGA</w:t>
      </w:r>
    </w:p>
    <w:p w14:paraId="3D39E188" w14:textId="77777777" w:rsidR="00AC5B30" w:rsidRPr="001A3CF0" w:rsidRDefault="001A3CF0">
      <w:pPr>
        <w:rPr>
          <w:lang w:val="es-ES"/>
        </w:rPr>
      </w:pPr>
      <w:r w:rsidRPr="001A3CF0">
        <w:rPr>
          <w:lang w:val="es-ES"/>
        </w:rPr>
        <w:t>Desayuno y visita de la ciudad, también llamada «el París del Norte», cuya fundación se remonta al siglo XII. Paseando por el casco antiguo, con sus estrechas callejuelas y casas típicas, v</w:t>
      </w:r>
      <w:r w:rsidRPr="001A3CF0">
        <w:rPr>
          <w:lang w:val="es-ES"/>
        </w:rPr>
        <w:t xml:space="preserve">eremos la Catedral, la Casa de los Tres Hermanos, la Plaza del Ayuntamiento y el Monumento a la Libertad. Continuación por el centro y su impresionante colección de edificios art </w:t>
      </w:r>
      <w:proofErr w:type="spellStart"/>
      <w:r w:rsidRPr="001A3CF0">
        <w:rPr>
          <w:lang w:val="es-ES"/>
        </w:rPr>
        <w:t>nouveau</w:t>
      </w:r>
      <w:proofErr w:type="spellEnd"/>
      <w:r w:rsidRPr="001A3CF0">
        <w:rPr>
          <w:lang w:val="es-ES"/>
        </w:rPr>
        <w:t>, construidos en su mayoría entre 1904 y 1914, época en la que destacó</w:t>
      </w:r>
      <w:r w:rsidRPr="001A3CF0">
        <w:rPr>
          <w:lang w:val="es-ES"/>
        </w:rPr>
        <w:t xml:space="preserve"> como una de las ciudades más prósperas del Imperio ruso. Alojamiento.</w:t>
      </w:r>
    </w:p>
    <w:p w14:paraId="708DF060" w14:textId="77777777" w:rsidR="00AC5B30" w:rsidRPr="001A3CF0" w:rsidRDefault="001A3CF0">
      <w:pPr>
        <w:spacing w:before="240" w:after="120"/>
        <w:rPr>
          <w:lang w:val="es-ES"/>
        </w:rPr>
      </w:pPr>
      <w:r w:rsidRPr="001A3CF0">
        <w:rPr>
          <w:b/>
          <w:lang w:val="es-ES"/>
        </w:rPr>
        <w:t>DÍA 6 DOM RIGA - RUNDALE - COLINA DE LAS CRUCES - VILNIUS</w:t>
      </w:r>
    </w:p>
    <w:p w14:paraId="104B8824" w14:textId="77777777" w:rsidR="00AC5B30" w:rsidRPr="001A3CF0" w:rsidRDefault="001A3CF0">
      <w:pPr>
        <w:rPr>
          <w:lang w:val="es-ES"/>
        </w:rPr>
      </w:pPr>
      <w:r w:rsidRPr="001A3CF0">
        <w:rPr>
          <w:lang w:val="es-ES"/>
        </w:rPr>
        <w:t xml:space="preserve">Desayuno y salida hacia </w:t>
      </w:r>
      <w:proofErr w:type="spellStart"/>
      <w:r w:rsidRPr="001A3CF0">
        <w:rPr>
          <w:lang w:val="es-ES"/>
        </w:rPr>
        <w:t>Rundale</w:t>
      </w:r>
      <w:proofErr w:type="spellEnd"/>
      <w:r w:rsidRPr="001A3CF0">
        <w:rPr>
          <w:lang w:val="es-ES"/>
        </w:rPr>
        <w:t xml:space="preserve"> para visitar el castillo barroco construido por el famoso arquitecto Francesco </w:t>
      </w:r>
      <w:proofErr w:type="spellStart"/>
      <w:r w:rsidRPr="001A3CF0">
        <w:rPr>
          <w:lang w:val="es-ES"/>
        </w:rPr>
        <w:t>Rastrelli</w:t>
      </w:r>
      <w:proofErr w:type="spellEnd"/>
      <w:r w:rsidRPr="001A3CF0">
        <w:rPr>
          <w:lang w:val="es-ES"/>
        </w:rPr>
        <w:t>. Conti</w:t>
      </w:r>
      <w:r w:rsidRPr="001A3CF0">
        <w:rPr>
          <w:lang w:val="es-ES"/>
        </w:rPr>
        <w:t>nuación hacia Šiauliai, «la Ciudad del Sol», cuarta ciudad de Lituania, cuyos orígenes se remontan a más de 2.500 años. La fama de esta ciudad se basa en la «colina de las cruces», que también fue visitada por el papa Juan Pablo II. En esta colina se encue</w:t>
      </w:r>
      <w:r w:rsidRPr="001A3CF0">
        <w:rPr>
          <w:lang w:val="es-ES"/>
        </w:rPr>
        <w:t xml:space="preserve">ntran al menos 10.000 cruces de diferentes tamaños, que simbolizan el deseo inquebrantable de la población por su libertad. Proseguimos el viaje hacia </w:t>
      </w:r>
      <w:proofErr w:type="spellStart"/>
      <w:r w:rsidRPr="001A3CF0">
        <w:rPr>
          <w:lang w:val="es-ES"/>
        </w:rPr>
        <w:t>Vilnius</w:t>
      </w:r>
      <w:proofErr w:type="spellEnd"/>
      <w:r w:rsidRPr="001A3CF0">
        <w:rPr>
          <w:lang w:val="es-ES"/>
        </w:rPr>
        <w:t xml:space="preserve">, capital de Lituania. Alojamiento en </w:t>
      </w:r>
      <w:proofErr w:type="spellStart"/>
      <w:r w:rsidRPr="001A3CF0">
        <w:rPr>
          <w:lang w:val="es-ES"/>
        </w:rPr>
        <w:t>Vilnius</w:t>
      </w:r>
      <w:proofErr w:type="spellEnd"/>
      <w:r w:rsidRPr="001A3CF0">
        <w:rPr>
          <w:lang w:val="es-ES"/>
        </w:rPr>
        <w:t>.</w:t>
      </w:r>
    </w:p>
    <w:p w14:paraId="3CB28AE5" w14:textId="77777777" w:rsidR="00AC5B30" w:rsidRPr="001A3CF0" w:rsidRDefault="001A3CF0">
      <w:pPr>
        <w:spacing w:before="240" w:after="120"/>
        <w:rPr>
          <w:lang w:val="es-ES"/>
        </w:rPr>
      </w:pPr>
      <w:r w:rsidRPr="001A3CF0">
        <w:rPr>
          <w:b/>
          <w:lang w:val="es-ES"/>
        </w:rPr>
        <w:t>DÍA 7 LUN VILNIUS - TRAKAI - VILNIUS</w:t>
      </w:r>
    </w:p>
    <w:p w14:paraId="2887476A" w14:textId="77777777" w:rsidR="00AC5B30" w:rsidRPr="001A3CF0" w:rsidRDefault="001A3CF0">
      <w:pPr>
        <w:rPr>
          <w:lang w:val="es-ES"/>
        </w:rPr>
      </w:pPr>
      <w:r w:rsidRPr="001A3CF0">
        <w:rPr>
          <w:lang w:val="es-ES"/>
        </w:rPr>
        <w:t>Desayuno y vis</w:t>
      </w:r>
      <w:r w:rsidRPr="001A3CF0">
        <w:rPr>
          <w:lang w:val="es-ES"/>
        </w:rPr>
        <w:t xml:space="preserve">ita panorámica de la ciudad, también llamada «la Jerusalén de Lituania», con una población heterogénea que agrupa a personas de 92 nacionalidades diferentes. Entre sus múltiples obras sacras destacan la iglesia de San Pedro y San Pablo, construida en 1668 </w:t>
      </w:r>
      <w:r w:rsidRPr="001A3CF0">
        <w:rPr>
          <w:lang w:val="es-ES"/>
        </w:rPr>
        <w:t xml:space="preserve">sobre los restos arquitectónicos de un templo pagano dedicado a </w:t>
      </w:r>
      <w:proofErr w:type="spellStart"/>
      <w:r w:rsidRPr="001A3CF0">
        <w:rPr>
          <w:lang w:val="es-ES"/>
        </w:rPr>
        <w:t>Milda</w:t>
      </w:r>
      <w:proofErr w:type="spellEnd"/>
      <w:r w:rsidRPr="001A3CF0">
        <w:rPr>
          <w:lang w:val="es-ES"/>
        </w:rPr>
        <w:t xml:space="preserve">, diosa del amor; la iglesia de Santa Ana, con el adyacente monasterio de las Bernardinas; la iglesia de San Casimiro, fundada por los jesuitas y dedicada a san Casimiro </w:t>
      </w:r>
      <w:proofErr w:type="spellStart"/>
      <w:r w:rsidRPr="001A3CF0">
        <w:rPr>
          <w:lang w:val="es-ES"/>
        </w:rPr>
        <w:t>Jagiellon</w:t>
      </w:r>
      <w:proofErr w:type="spellEnd"/>
      <w:r w:rsidRPr="001A3CF0">
        <w:rPr>
          <w:lang w:val="es-ES"/>
        </w:rPr>
        <w:t>, hijo d</w:t>
      </w:r>
      <w:r w:rsidRPr="001A3CF0">
        <w:rPr>
          <w:lang w:val="es-ES"/>
        </w:rPr>
        <w:t>el rey de Polonia; y la iglesia de San Miguel, obra renacentista construida en 1594. Por la tarde, excursión a Trakai, muy famoso por su castillo del siglo XIV, rodeado de 10 pequeños lagos. Alojamiento.</w:t>
      </w:r>
    </w:p>
    <w:p w14:paraId="68CB6746" w14:textId="77777777" w:rsidR="00AC5B30" w:rsidRPr="001A3CF0" w:rsidRDefault="001A3CF0">
      <w:pPr>
        <w:spacing w:before="240" w:after="120"/>
        <w:rPr>
          <w:lang w:val="es-ES"/>
        </w:rPr>
      </w:pPr>
      <w:r w:rsidRPr="001A3CF0">
        <w:rPr>
          <w:b/>
          <w:lang w:val="es-ES"/>
        </w:rPr>
        <w:t>DÍA 8 MAR VILNIUS - VARSOVIA</w:t>
      </w:r>
    </w:p>
    <w:p w14:paraId="5E45EA5B" w14:textId="77777777" w:rsidR="00AC5B30" w:rsidRPr="001A3CF0" w:rsidRDefault="001A3CF0">
      <w:pPr>
        <w:rPr>
          <w:lang w:val="es-ES"/>
        </w:rPr>
      </w:pPr>
      <w:r w:rsidRPr="001A3CF0">
        <w:rPr>
          <w:lang w:val="es-ES"/>
        </w:rPr>
        <w:lastRenderedPageBreak/>
        <w:t>Desayuno y salida hacia</w:t>
      </w:r>
      <w:r w:rsidRPr="001A3CF0">
        <w:rPr>
          <w:lang w:val="es-ES"/>
        </w:rPr>
        <w:t xml:space="preserve"> Varsovia, capital de Polonia. En nuestra ruta pasaremos a 17 km de la frontera con Bielorrusia, donde confluyen los ríos </w:t>
      </w:r>
      <w:proofErr w:type="spellStart"/>
      <w:r w:rsidRPr="001A3CF0">
        <w:rPr>
          <w:lang w:val="es-ES"/>
        </w:rPr>
        <w:t>Neris</w:t>
      </w:r>
      <w:proofErr w:type="spellEnd"/>
      <w:r w:rsidRPr="001A3CF0">
        <w:rPr>
          <w:lang w:val="es-ES"/>
        </w:rPr>
        <w:t xml:space="preserve"> y Vilna. Disfrutaremos de los bellos paisajes de las pequeñas poblaciones rurales de Polonia hasta llegar por la tarde a Varsovi</w:t>
      </w:r>
      <w:r w:rsidRPr="001A3CF0">
        <w:rPr>
          <w:lang w:val="es-ES"/>
        </w:rPr>
        <w:t>a. Alojamiento.</w:t>
      </w:r>
    </w:p>
    <w:p w14:paraId="3B3C7D8D" w14:textId="77777777" w:rsidR="00AC5B30" w:rsidRPr="001A3CF0" w:rsidRDefault="001A3CF0">
      <w:pPr>
        <w:spacing w:before="240" w:after="120"/>
        <w:rPr>
          <w:lang w:val="es-ES"/>
        </w:rPr>
      </w:pPr>
      <w:r w:rsidRPr="001A3CF0">
        <w:rPr>
          <w:b/>
          <w:lang w:val="es-ES"/>
        </w:rPr>
        <w:t>DÍA 9 MIE VARSOVIA</w:t>
      </w:r>
    </w:p>
    <w:p w14:paraId="1AA9518F" w14:textId="77777777" w:rsidR="00AC5B30" w:rsidRPr="001A3CF0" w:rsidRDefault="001A3CF0">
      <w:pPr>
        <w:rPr>
          <w:lang w:val="es-ES"/>
        </w:rPr>
      </w:pPr>
      <w:r w:rsidRPr="001A3CF0">
        <w:rPr>
          <w:lang w:val="es-ES"/>
        </w:rPr>
        <w:t xml:space="preserve">Desayuno y visita de la ciudad siguiendo el recorrido de la Ruta Real, que abarca también el casco antiguo, el Parque Real de </w:t>
      </w:r>
      <w:proofErr w:type="spellStart"/>
      <w:r w:rsidRPr="001A3CF0">
        <w:rPr>
          <w:lang w:val="es-ES"/>
        </w:rPr>
        <w:t>Łazienki</w:t>
      </w:r>
      <w:proofErr w:type="spellEnd"/>
      <w:r w:rsidRPr="001A3CF0">
        <w:rPr>
          <w:lang w:val="es-ES"/>
        </w:rPr>
        <w:t>, con su monumento a Chopin, y la iglesia de Santa Ana. Tarde libre. Alojamiento.</w:t>
      </w:r>
    </w:p>
    <w:p w14:paraId="6CAA8B6D" w14:textId="77777777" w:rsidR="00AC5B30" w:rsidRPr="001A3CF0" w:rsidRDefault="001A3CF0">
      <w:pPr>
        <w:spacing w:before="240" w:after="120"/>
        <w:rPr>
          <w:lang w:val="es-ES"/>
        </w:rPr>
      </w:pPr>
      <w:r w:rsidRPr="001A3CF0">
        <w:rPr>
          <w:b/>
          <w:lang w:val="es-ES"/>
        </w:rPr>
        <w:t>DÍA 10 JUE VARSOVIA</w:t>
      </w:r>
    </w:p>
    <w:p w14:paraId="65B3C271" w14:textId="77777777" w:rsidR="00AC5B30" w:rsidRPr="001A3CF0" w:rsidRDefault="001A3CF0">
      <w:pPr>
        <w:rPr>
          <w:lang w:val="es-ES"/>
        </w:rPr>
      </w:pPr>
      <w:r w:rsidRPr="001A3CF0">
        <w:rPr>
          <w:lang w:val="es-ES"/>
        </w:rPr>
        <w:t>Desayuno y traslado al aeropuerto.</w:t>
      </w:r>
    </w:p>
    <w:sectPr w:rsidR="00AC5B30" w:rsidRPr="001A3CF0" w:rsidSect="00034616">
      <w:headerReference w:type="default" r:id="rId8"/>
      <w:pgSz w:w="12240" w:h="15840"/>
      <w:pgMar w:top="792" w:right="792" w:bottom="792" w:left="792"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82974" w14:textId="77777777" w:rsidR="00000000" w:rsidRDefault="001A3CF0">
      <w:pPr>
        <w:spacing w:after="0" w:line="240" w:lineRule="auto"/>
      </w:pPr>
      <w:r>
        <w:separator/>
      </w:r>
    </w:p>
  </w:endnote>
  <w:endnote w:type="continuationSeparator" w:id="0">
    <w:p w14:paraId="0C04E760" w14:textId="77777777" w:rsidR="00000000" w:rsidRDefault="001A3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74DFB" w14:textId="77777777" w:rsidR="00000000" w:rsidRDefault="001A3CF0">
      <w:pPr>
        <w:spacing w:after="0" w:line="240" w:lineRule="auto"/>
      </w:pPr>
      <w:r>
        <w:separator/>
      </w:r>
    </w:p>
  </w:footnote>
  <w:footnote w:type="continuationSeparator" w:id="0">
    <w:p w14:paraId="066B9DB6" w14:textId="77777777" w:rsidR="00000000" w:rsidRDefault="001A3C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50FE4" w14:textId="77777777" w:rsidR="00AC5B30" w:rsidRDefault="001A3CF0">
    <w:pPr>
      <w:pStyle w:val="Encabezado"/>
    </w:pPr>
    <w:r>
      <w:rPr>
        <w:noProof/>
      </w:rPr>
      <w:drawing>
        <wp:inline distT="0" distB="0" distL="0" distR="0" wp14:anchorId="63E02D55" wp14:editId="2A380779">
          <wp:extent cx="713232" cy="7132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713232" cy="71323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A3CF0"/>
    <w:rsid w:val="0029639D"/>
    <w:rsid w:val="00326F90"/>
    <w:rsid w:val="00AA1D8D"/>
    <w:rsid w:val="00AC5B30"/>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33BBAF"/>
  <w14:defaultImageDpi w14:val="300"/>
  <w15:docId w15:val="{2CB7F5B7-8124-4DBD-A0F3-920F0933A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791</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2026-05-28T15:34:00Z</dcterms:modified>
  <cp:category/>
</cp:coreProperties>
</file>