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51FB4D" w14:textId="77777777" w:rsidR="002F23B3" w:rsidRPr="00A8429E" w:rsidRDefault="0073029A">
      <w:pPr>
        <w:spacing w:before="240" w:after="80" w:line="252" w:lineRule="auto"/>
        <w:jc w:val="center"/>
        <w:rPr>
          <w:sz w:val="36"/>
          <w:szCs w:val="36"/>
          <w:lang w:val="es-ES"/>
        </w:rPr>
      </w:pPr>
      <w:r w:rsidRPr="00A8429E">
        <w:rPr>
          <w:rFonts w:ascii="Arial" w:hAnsi="Arial"/>
          <w:b/>
          <w:color w:val="4F81BD"/>
          <w:sz w:val="36"/>
          <w:szCs w:val="36"/>
          <w:lang w:val="es-ES"/>
        </w:rPr>
        <w:t>DESCUBRA O BÁLTICO</w:t>
      </w:r>
    </w:p>
    <w:p w14:paraId="6922A47E" w14:textId="77777777" w:rsidR="002F23B3" w:rsidRPr="00433A3C" w:rsidRDefault="0073029A">
      <w:pPr>
        <w:spacing w:after="60" w:line="252" w:lineRule="auto"/>
        <w:jc w:val="center"/>
        <w:rPr>
          <w:lang w:val="es-ES"/>
        </w:rPr>
      </w:pPr>
      <w:proofErr w:type="spellStart"/>
      <w:r w:rsidRPr="00433A3C">
        <w:rPr>
          <w:rFonts w:ascii="Arial" w:hAnsi="Arial"/>
          <w:color w:val="4F81BD"/>
          <w:lang w:val="es-ES"/>
        </w:rPr>
        <w:t>Categoria</w:t>
      </w:r>
      <w:proofErr w:type="spellEnd"/>
      <w:r w:rsidRPr="00433A3C">
        <w:rPr>
          <w:rFonts w:ascii="Arial" w:hAnsi="Arial"/>
          <w:color w:val="4F81BD"/>
          <w:lang w:val="es-ES"/>
        </w:rPr>
        <w:t xml:space="preserve">: </w:t>
      </w:r>
      <w:proofErr w:type="spellStart"/>
      <w:r w:rsidRPr="00433A3C">
        <w:rPr>
          <w:rFonts w:ascii="Arial" w:hAnsi="Arial"/>
          <w:color w:val="4F81BD"/>
          <w:lang w:val="es-ES"/>
        </w:rPr>
        <w:t>Primeira</w:t>
      </w:r>
      <w:proofErr w:type="spellEnd"/>
    </w:p>
    <w:p w14:paraId="710D68B6" w14:textId="77777777" w:rsidR="002F23B3" w:rsidRPr="00433A3C" w:rsidRDefault="0073029A">
      <w:pPr>
        <w:spacing w:after="280" w:line="252" w:lineRule="auto"/>
        <w:jc w:val="center"/>
        <w:rPr>
          <w:lang w:val="es-ES"/>
        </w:rPr>
      </w:pPr>
      <w:r w:rsidRPr="00433A3C">
        <w:rPr>
          <w:rFonts w:ascii="Arial" w:hAnsi="Arial"/>
          <w:lang w:val="es-ES"/>
        </w:rPr>
        <w:t xml:space="preserve">Código: </w:t>
      </w:r>
      <w:proofErr w:type="gramStart"/>
      <w:r w:rsidRPr="00433A3C">
        <w:rPr>
          <w:rFonts w:ascii="Arial" w:hAnsi="Arial"/>
          <w:lang w:val="es-ES"/>
        </w:rPr>
        <w:t>EETDBAL  |</w:t>
      </w:r>
      <w:proofErr w:type="gramEnd"/>
      <w:r w:rsidRPr="00433A3C">
        <w:rPr>
          <w:rFonts w:ascii="Arial" w:hAnsi="Arial"/>
          <w:lang w:val="es-ES"/>
        </w:rPr>
        <w:t xml:space="preserve">  10 </w:t>
      </w:r>
      <w:proofErr w:type="spellStart"/>
      <w:r w:rsidRPr="00433A3C">
        <w:rPr>
          <w:rFonts w:ascii="Arial" w:hAnsi="Arial"/>
          <w:lang w:val="es-ES"/>
        </w:rPr>
        <w:t>Dias</w:t>
      </w:r>
      <w:proofErr w:type="spellEnd"/>
    </w:p>
    <w:p w14:paraId="2A770062" w14:textId="77777777" w:rsidR="002F23B3" w:rsidRPr="00433A3C" w:rsidRDefault="0073029A">
      <w:pPr>
        <w:spacing w:after="120" w:line="252" w:lineRule="auto"/>
        <w:rPr>
          <w:lang w:val="es-ES"/>
        </w:rPr>
      </w:pPr>
      <w:r w:rsidRPr="00433A3C">
        <w:rPr>
          <w:rFonts w:ascii="Arial" w:hAnsi="Arial"/>
          <w:b/>
          <w:lang w:val="es-ES"/>
        </w:rPr>
        <w:t>SAÍDAS GARANTIDAS 2027</w:t>
      </w:r>
    </w:p>
    <w:p w14:paraId="32568997" w14:textId="77777777" w:rsidR="002F23B3" w:rsidRPr="00433A3C" w:rsidRDefault="0073029A">
      <w:pPr>
        <w:spacing w:after="20" w:line="252" w:lineRule="auto"/>
        <w:rPr>
          <w:lang w:val="es-ES"/>
        </w:rPr>
      </w:pPr>
      <w:r w:rsidRPr="00433A3C">
        <w:rPr>
          <w:rFonts w:ascii="Arial" w:hAnsi="Arial"/>
          <w:sz w:val="20"/>
          <w:lang w:val="es-ES"/>
        </w:rPr>
        <w:t>JULHO . . . . . . . . . . . . . . . . . . . . . . . . . . . 6</w:t>
      </w:r>
    </w:p>
    <w:p w14:paraId="3CE94577" w14:textId="77777777" w:rsidR="002F23B3" w:rsidRPr="00433A3C" w:rsidRDefault="0073029A">
      <w:pPr>
        <w:spacing w:after="20" w:line="252" w:lineRule="auto"/>
        <w:rPr>
          <w:lang w:val="es-ES"/>
        </w:rPr>
      </w:pPr>
      <w:r w:rsidRPr="00433A3C">
        <w:rPr>
          <w:rFonts w:ascii="Arial" w:hAnsi="Arial"/>
          <w:sz w:val="20"/>
          <w:lang w:val="es-ES"/>
        </w:rPr>
        <w:t xml:space="preserve">AGOSTO . . . . . . . . . . . . . . . . . . . . . </w:t>
      </w:r>
      <w:proofErr w:type="gramStart"/>
      <w:r w:rsidRPr="00433A3C">
        <w:rPr>
          <w:rFonts w:ascii="Arial" w:hAnsi="Arial"/>
          <w:sz w:val="20"/>
          <w:lang w:val="es-ES"/>
        </w:rPr>
        <w:t>. . . .</w:t>
      </w:r>
      <w:proofErr w:type="gramEnd"/>
      <w:r w:rsidRPr="00433A3C">
        <w:rPr>
          <w:rFonts w:ascii="Arial" w:hAnsi="Arial"/>
          <w:sz w:val="20"/>
          <w:lang w:val="es-ES"/>
        </w:rPr>
        <w:t xml:space="preserve"> . 3</w:t>
      </w:r>
    </w:p>
    <w:p w14:paraId="5C1AB760" w14:textId="77777777" w:rsidR="002F23B3" w:rsidRPr="00433A3C" w:rsidRDefault="0073029A">
      <w:pPr>
        <w:spacing w:after="20" w:line="252" w:lineRule="auto"/>
        <w:rPr>
          <w:lang w:val="es-ES"/>
        </w:rPr>
      </w:pPr>
      <w:r w:rsidRPr="00433A3C">
        <w:rPr>
          <w:rFonts w:ascii="Arial" w:hAnsi="Arial"/>
          <w:sz w:val="20"/>
          <w:lang w:val="es-ES"/>
        </w:rPr>
        <w:t xml:space="preserve">SETEMBRO . . . . . . . . . . . . . . . . </w:t>
      </w:r>
      <w:r w:rsidRPr="00433A3C">
        <w:rPr>
          <w:rFonts w:ascii="Arial" w:hAnsi="Arial"/>
          <w:sz w:val="20"/>
          <w:lang w:val="es-ES"/>
        </w:rPr>
        <w:t xml:space="preserve">. . </w:t>
      </w:r>
      <w:proofErr w:type="gramStart"/>
      <w:r w:rsidRPr="00433A3C">
        <w:rPr>
          <w:rFonts w:ascii="Arial" w:hAnsi="Arial"/>
          <w:sz w:val="20"/>
          <w:lang w:val="es-ES"/>
        </w:rPr>
        <w:t>. . . .</w:t>
      </w:r>
      <w:proofErr w:type="gramEnd"/>
      <w:r w:rsidRPr="00433A3C">
        <w:rPr>
          <w:rFonts w:ascii="Arial" w:hAnsi="Arial"/>
          <w:sz w:val="20"/>
          <w:lang w:val="es-ES"/>
        </w:rPr>
        <w:t xml:space="preserve"> 28</w:t>
      </w:r>
    </w:p>
    <w:p w14:paraId="07F9D337" w14:textId="77777777" w:rsidR="002F23B3" w:rsidRPr="00433A3C" w:rsidRDefault="002F23B3">
      <w:pPr>
        <w:spacing w:after="100" w:line="252" w:lineRule="auto"/>
        <w:rPr>
          <w:lang w:val="es-ES"/>
        </w:rPr>
      </w:pPr>
    </w:p>
    <w:p w14:paraId="1628A9B1" w14:textId="77777777" w:rsidR="002F23B3" w:rsidRPr="00433A3C" w:rsidRDefault="0073029A">
      <w:pPr>
        <w:spacing w:after="40" w:line="252" w:lineRule="auto"/>
        <w:rPr>
          <w:lang w:val="es-ES"/>
        </w:rPr>
      </w:pPr>
      <w:r w:rsidRPr="00433A3C">
        <w:rPr>
          <w:rFonts w:ascii="Arial" w:hAnsi="Arial"/>
          <w:b/>
          <w:lang w:val="es-ES"/>
        </w:rPr>
        <w:t>HOTÉIS PREVISTOS</w:t>
      </w:r>
    </w:p>
    <w:p w14:paraId="3102B46F" w14:textId="77777777" w:rsidR="002F23B3" w:rsidRPr="00433A3C" w:rsidRDefault="0073029A">
      <w:pPr>
        <w:spacing w:after="80" w:line="252" w:lineRule="auto"/>
        <w:rPr>
          <w:lang w:val="es-ES"/>
        </w:rPr>
      </w:pPr>
      <w:r w:rsidRPr="00433A3C">
        <w:rPr>
          <w:rFonts w:ascii="Arial" w:hAnsi="Arial"/>
          <w:sz w:val="20"/>
          <w:lang w:val="es-ES"/>
        </w:rPr>
        <w:t>(</w:t>
      </w:r>
      <w:proofErr w:type="spellStart"/>
      <w:r w:rsidRPr="00433A3C">
        <w:rPr>
          <w:rFonts w:ascii="Arial" w:hAnsi="Arial"/>
          <w:sz w:val="20"/>
          <w:lang w:val="es-ES"/>
        </w:rPr>
        <w:t>ou</w:t>
      </w:r>
      <w:proofErr w:type="spellEnd"/>
      <w:r w:rsidRPr="00433A3C">
        <w:rPr>
          <w:rFonts w:ascii="Arial" w:hAnsi="Arial"/>
          <w:sz w:val="20"/>
          <w:lang w:val="es-ES"/>
        </w:rPr>
        <w:t xml:space="preserve"> similares </w:t>
      </w:r>
      <w:proofErr w:type="spellStart"/>
      <w:r w:rsidRPr="00433A3C">
        <w:rPr>
          <w:rFonts w:ascii="Arial" w:hAnsi="Arial"/>
          <w:sz w:val="20"/>
          <w:lang w:val="es-ES"/>
        </w:rPr>
        <w:t>na</w:t>
      </w:r>
      <w:proofErr w:type="spellEnd"/>
      <w:r w:rsidRPr="00433A3C">
        <w:rPr>
          <w:rFonts w:ascii="Arial" w:hAnsi="Arial"/>
          <w:sz w:val="20"/>
          <w:lang w:val="es-ES"/>
        </w:rPr>
        <w:t xml:space="preserve"> </w:t>
      </w:r>
      <w:proofErr w:type="spellStart"/>
      <w:r w:rsidRPr="00433A3C">
        <w:rPr>
          <w:rFonts w:ascii="Arial" w:hAnsi="Arial"/>
          <w:sz w:val="20"/>
          <w:lang w:val="es-ES"/>
        </w:rPr>
        <w:t>categoria</w:t>
      </w:r>
      <w:proofErr w:type="spellEnd"/>
      <w:r w:rsidRPr="00433A3C">
        <w:rPr>
          <w:rFonts w:ascii="Arial" w:hAnsi="Arial"/>
          <w:sz w:val="20"/>
          <w:lang w:val="es-ES"/>
        </w:rPr>
        <w:t xml:space="preserve"> indicada, conforme a </w:t>
      </w:r>
      <w:proofErr w:type="spellStart"/>
      <w:r w:rsidRPr="00433A3C">
        <w:rPr>
          <w:rFonts w:ascii="Arial" w:hAnsi="Arial"/>
          <w:sz w:val="20"/>
          <w:lang w:val="es-ES"/>
        </w:rPr>
        <w:t>cidade</w:t>
      </w:r>
      <w:proofErr w:type="spellEnd"/>
      <w:r w:rsidRPr="00433A3C">
        <w:rPr>
          <w:rFonts w:ascii="Arial" w:hAnsi="Arial"/>
          <w:sz w:val="20"/>
          <w:lang w:val="es-ES"/>
        </w:rPr>
        <w:t>)</w:t>
      </w:r>
    </w:p>
    <w:p w14:paraId="4FD0C497" w14:textId="57E53CFE" w:rsidR="002F23B3" w:rsidRPr="00433A3C" w:rsidRDefault="0073029A">
      <w:pPr>
        <w:spacing w:after="20" w:line="252" w:lineRule="auto"/>
        <w:rPr>
          <w:lang w:val="en-GB"/>
        </w:rPr>
      </w:pPr>
      <w:r w:rsidRPr="00433A3C">
        <w:rPr>
          <w:rFonts w:ascii="Arial" w:hAnsi="Arial"/>
          <w:sz w:val="20"/>
          <w:lang w:val="en-GB"/>
        </w:rPr>
        <w:t>HELSINQUE: RADISSON ALEKSANTERI</w:t>
      </w:r>
      <w:r w:rsidR="00433A3C" w:rsidRPr="00433A3C">
        <w:rPr>
          <w:rFonts w:ascii="Arial" w:hAnsi="Arial"/>
          <w:sz w:val="20"/>
          <w:lang w:val="en-GB"/>
        </w:rPr>
        <w:t xml:space="preserve"> ****</w:t>
      </w:r>
    </w:p>
    <w:p w14:paraId="1712AC86" w14:textId="1ED3136F" w:rsidR="002F23B3" w:rsidRPr="00433A3C" w:rsidRDefault="0073029A">
      <w:pPr>
        <w:spacing w:after="20" w:line="252" w:lineRule="auto"/>
        <w:rPr>
          <w:lang w:val="en-GB"/>
        </w:rPr>
      </w:pPr>
      <w:r w:rsidRPr="00433A3C">
        <w:rPr>
          <w:rFonts w:ascii="Arial" w:hAnsi="Arial"/>
          <w:sz w:val="20"/>
          <w:lang w:val="en-GB"/>
        </w:rPr>
        <w:t>TALLINN: RADISSON MERIT</w:t>
      </w:r>
      <w:r w:rsidRPr="00433A3C">
        <w:rPr>
          <w:rFonts w:ascii="Arial" w:hAnsi="Arial"/>
          <w:sz w:val="20"/>
          <w:lang w:val="en-GB"/>
        </w:rPr>
        <w:t>ON</w:t>
      </w:r>
      <w:r w:rsidR="00433A3C" w:rsidRPr="00433A3C">
        <w:rPr>
          <w:rFonts w:ascii="Arial" w:hAnsi="Arial"/>
          <w:sz w:val="20"/>
          <w:lang w:val="en-GB"/>
        </w:rPr>
        <w:t xml:space="preserve"> </w:t>
      </w:r>
      <w:r w:rsidR="00433A3C" w:rsidRPr="00433A3C">
        <w:rPr>
          <w:rFonts w:ascii="Arial" w:hAnsi="Arial"/>
          <w:sz w:val="20"/>
          <w:lang w:val="en-GB"/>
        </w:rPr>
        <w:t>****</w:t>
      </w:r>
    </w:p>
    <w:p w14:paraId="42715816" w14:textId="068866C2" w:rsidR="002F23B3" w:rsidRPr="00433A3C" w:rsidRDefault="0073029A">
      <w:pPr>
        <w:spacing w:after="20" w:line="252" w:lineRule="auto"/>
        <w:rPr>
          <w:lang w:val="es-ES"/>
        </w:rPr>
      </w:pPr>
      <w:r w:rsidRPr="00433A3C">
        <w:rPr>
          <w:rFonts w:ascii="Arial" w:hAnsi="Arial"/>
          <w:sz w:val="20"/>
          <w:lang w:val="es-ES"/>
        </w:rPr>
        <w:t>RIGA: RADISSON LATVIJA</w:t>
      </w:r>
      <w:r w:rsidR="00433A3C">
        <w:rPr>
          <w:rFonts w:ascii="Arial" w:hAnsi="Arial"/>
          <w:sz w:val="20"/>
          <w:lang w:val="es-ES"/>
        </w:rPr>
        <w:t xml:space="preserve"> </w:t>
      </w:r>
      <w:r w:rsidR="00433A3C">
        <w:rPr>
          <w:rFonts w:ascii="Arial" w:hAnsi="Arial"/>
          <w:sz w:val="20"/>
          <w:lang w:val="es-ES"/>
        </w:rPr>
        <w:t>****</w:t>
      </w:r>
    </w:p>
    <w:p w14:paraId="114D21CE" w14:textId="1C2FDBBC" w:rsidR="002F23B3" w:rsidRPr="00433A3C" w:rsidRDefault="0073029A">
      <w:pPr>
        <w:spacing w:after="20" w:line="252" w:lineRule="auto"/>
        <w:rPr>
          <w:lang w:val="es-ES"/>
        </w:rPr>
      </w:pPr>
      <w:r w:rsidRPr="00433A3C">
        <w:rPr>
          <w:rFonts w:ascii="Arial" w:hAnsi="Arial"/>
          <w:sz w:val="20"/>
          <w:lang w:val="es-ES"/>
        </w:rPr>
        <w:t>VILNIUS: RADISSON LIETUVA</w:t>
      </w:r>
      <w:r w:rsidR="00433A3C">
        <w:rPr>
          <w:rFonts w:ascii="Arial" w:hAnsi="Arial"/>
          <w:sz w:val="20"/>
          <w:lang w:val="es-ES"/>
        </w:rPr>
        <w:t xml:space="preserve"> </w:t>
      </w:r>
      <w:r w:rsidR="00433A3C">
        <w:rPr>
          <w:rFonts w:ascii="Arial" w:hAnsi="Arial"/>
          <w:sz w:val="20"/>
          <w:lang w:val="es-ES"/>
        </w:rPr>
        <w:t>****</w:t>
      </w:r>
    </w:p>
    <w:p w14:paraId="57169F32" w14:textId="6972E4A7" w:rsidR="002F23B3" w:rsidRPr="00433A3C" w:rsidRDefault="0073029A">
      <w:pPr>
        <w:spacing w:after="20" w:line="252" w:lineRule="auto"/>
        <w:rPr>
          <w:lang w:val="es-ES"/>
        </w:rPr>
      </w:pPr>
      <w:r w:rsidRPr="00433A3C">
        <w:rPr>
          <w:rFonts w:ascii="Arial" w:hAnsi="Arial"/>
          <w:sz w:val="20"/>
          <w:lang w:val="es-ES"/>
        </w:rPr>
        <w:t>VARSÓVIA: RADISSON SOBIESKI</w:t>
      </w:r>
      <w:r w:rsidR="00433A3C">
        <w:rPr>
          <w:rFonts w:ascii="Arial" w:hAnsi="Arial"/>
          <w:sz w:val="20"/>
          <w:lang w:val="es-ES"/>
        </w:rPr>
        <w:t xml:space="preserve"> </w:t>
      </w:r>
      <w:r w:rsidR="00433A3C">
        <w:rPr>
          <w:rFonts w:ascii="Arial" w:hAnsi="Arial"/>
          <w:sz w:val="20"/>
          <w:lang w:val="es-ES"/>
        </w:rPr>
        <w:t>****</w:t>
      </w:r>
    </w:p>
    <w:p w14:paraId="19E62652" w14:textId="77777777" w:rsidR="002F23B3" w:rsidRPr="00433A3C" w:rsidRDefault="002F23B3">
      <w:pPr>
        <w:spacing w:after="100" w:line="252" w:lineRule="auto"/>
        <w:rPr>
          <w:lang w:val="es-ES"/>
        </w:rPr>
      </w:pPr>
    </w:p>
    <w:p w14:paraId="2D58D382" w14:textId="77777777" w:rsidR="002F23B3" w:rsidRPr="00433A3C" w:rsidRDefault="0073029A">
      <w:pPr>
        <w:spacing w:after="80" w:line="252" w:lineRule="auto"/>
        <w:rPr>
          <w:lang w:val="es-ES"/>
        </w:rPr>
      </w:pPr>
      <w:r w:rsidRPr="00433A3C">
        <w:rPr>
          <w:rFonts w:ascii="Arial" w:hAnsi="Arial"/>
          <w:b/>
          <w:lang w:val="es-ES"/>
        </w:rPr>
        <w:t>SERVIÇOS INCLUÍDOS</w:t>
      </w:r>
    </w:p>
    <w:p w14:paraId="43B6F326" w14:textId="77777777" w:rsidR="002F23B3" w:rsidRPr="00433A3C" w:rsidRDefault="0073029A">
      <w:pPr>
        <w:spacing w:after="20" w:line="252" w:lineRule="auto"/>
        <w:ind w:left="317" w:hanging="216"/>
        <w:rPr>
          <w:lang w:val="es-ES"/>
        </w:rPr>
      </w:pPr>
      <w:r w:rsidRPr="00433A3C">
        <w:rPr>
          <w:rFonts w:ascii="Arial" w:hAnsi="Arial"/>
          <w:sz w:val="20"/>
          <w:lang w:val="es-ES"/>
        </w:rPr>
        <w:t xml:space="preserve">•   </w:t>
      </w:r>
      <w:proofErr w:type="spellStart"/>
      <w:r w:rsidRPr="00433A3C">
        <w:rPr>
          <w:rFonts w:ascii="Arial" w:hAnsi="Arial"/>
          <w:sz w:val="20"/>
          <w:lang w:val="es-ES"/>
        </w:rPr>
        <w:t>Guia</w:t>
      </w:r>
      <w:proofErr w:type="spellEnd"/>
      <w:r w:rsidRPr="00433A3C">
        <w:rPr>
          <w:rFonts w:ascii="Arial" w:hAnsi="Arial"/>
          <w:sz w:val="20"/>
          <w:lang w:val="es-ES"/>
        </w:rPr>
        <w:t xml:space="preserve"> </w:t>
      </w:r>
      <w:proofErr w:type="spellStart"/>
      <w:r w:rsidRPr="00433A3C">
        <w:rPr>
          <w:rFonts w:ascii="Arial" w:hAnsi="Arial"/>
          <w:sz w:val="20"/>
          <w:lang w:val="es-ES"/>
        </w:rPr>
        <w:t>aco</w:t>
      </w:r>
      <w:r w:rsidRPr="00433A3C">
        <w:rPr>
          <w:rFonts w:ascii="Arial" w:hAnsi="Arial"/>
          <w:sz w:val="20"/>
          <w:lang w:val="es-ES"/>
        </w:rPr>
        <w:t>mpanhante</w:t>
      </w:r>
      <w:proofErr w:type="spellEnd"/>
      <w:r w:rsidRPr="00433A3C">
        <w:rPr>
          <w:rFonts w:ascii="Arial" w:hAnsi="Arial"/>
          <w:sz w:val="20"/>
          <w:lang w:val="es-ES"/>
        </w:rPr>
        <w:t xml:space="preserve"> em </w:t>
      </w:r>
      <w:proofErr w:type="spellStart"/>
      <w:r w:rsidRPr="00433A3C">
        <w:rPr>
          <w:rFonts w:ascii="Arial" w:hAnsi="Arial"/>
          <w:sz w:val="20"/>
          <w:lang w:val="es-ES"/>
        </w:rPr>
        <w:t>espanhol</w:t>
      </w:r>
      <w:proofErr w:type="spellEnd"/>
    </w:p>
    <w:p w14:paraId="5C9AD93C" w14:textId="77777777" w:rsidR="002F23B3" w:rsidRPr="00433A3C" w:rsidRDefault="0073029A">
      <w:pPr>
        <w:spacing w:after="20" w:line="252" w:lineRule="auto"/>
        <w:ind w:left="317" w:hanging="216"/>
        <w:rPr>
          <w:lang w:val="es-ES"/>
        </w:rPr>
      </w:pPr>
      <w:r w:rsidRPr="00433A3C">
        <w:rPr>
          <w:rFonts w:ascii="Arial" w:hAnsi="Arial"/>
          <w:sz w:val="20"/>
          <w:lang w:val="es-ES"/>
        </w:rPr>
        <w:t xml:space="preserve">•   9 </w:t>
      </w:r>
      <w:proofErr w:type="spellStart"/>
      <w:r w:rsidRPr="00433A3C">
        <w:rPr>
          <w:rFonts w:ascii="Arial" w:hAnsi="Arial"/>
          <w:sz w:val="20"/>
          <w:lang w:val="es-ES"/>
        </w:rPr>
        <w:t>noites</w:t>
      </w:r>
      <w:proofErr w:type="spellEnd"/>
      <w:r w:rsidRPr="00433A3C">
        <w:rPr>
          <w:rFonts w:ascii="Arial" w:hAnsi="Arial"/>
          <w:sz w:val="20"/>
          <w:lang w:val="es-ES"/>
        </w:rPr>
        <w:t xml:space="preserve"> </w:t>
      </w:r>
      <w:proofErr w:type="spellStart"/>
      <w:r w:rsidRPr="00433A3C">
        <w:rPr>
          <w:rFonts w:ascii="Arial" w:hAnsi="Arial"/>
          <w:sz w:val="20"/>
          <w:lang w:val="es-ES"/>
        </w:rPr>
        <w:t>com</w:t>
      </w:r>
      <w:proofErr w:type="spellEnd"/>
      <w:r w:rsidRPr="00433A3C">
        <w:rPr>
          <w:rFonts w:ascii="Arial" w:hAnsi="Arial"/>
          <w:sz w:val="20"/>
          <w:lang w:val="es-ES"/>
        </w:rPr>
        <w:t xml:space="preserve"> café da </w:t>
      </w:r>
      <w:proofErr w:type="spellStart"/>
      <w:r w:rsidRPr="00433A3C">
        <w:rPr>
          <w:rFonts w:ascii="Arial" w:hAnsi="Arial"/>
          <w:sz w:val="20"/>
          <w:lang w:val="es-ES"/>
        </w:rPr>
        <w:t>manhã</w:t>
      </w:r>
      <w:proofErr w:type="spellEnd"/>
      <w:r w:rsidRPr="00433A3C">
        <w:rPr>
          <w:rFonts w:ascii="Arial" w:hAnsi="Arial"/>
          <w:sz w:val="20"/>
          <w:lang w:val="es-ES"/>
        </w:rPr>
        <w:t xml:space="preserve"> tipo buffet</w:t>
      </w:r>
    </w:p>
    <w:p w14:paraId="3B8CCA3C" w14:textId="77777777" w:rsidR="002F23B3" w:rsidRPr="00433A3C" w:rsidRDefault="0073029A">
      <w:pPr>
        <w:spacing w:after="20" w:line="252" w:lineRule="auto"/>
        <w:ind w:left="317" w:hanging="216"/>
        <w:rPr>
          <w:lang w:val="es-ES"/>
        </w:rPr>
      </w:pPr>
      <w:r w:rsidRPr="00433A3C">
        <w:rPr>
          <w:rFonts w:ascii="Arial" w:hAnsi="Arial"/>
          <w:sz w:val="20"/>
          <w:lang w:val="es-ES"/>
        </w:rPr>
        <w:t xml:space="preserve">•   Entradas e </w:t>
      </w:r>
      <w:proofErr w:type="spellStart"/>
      <w:r w:rsidRPr="00433A3C">
        <w:rPr>
          <w:rFonts w:ascii="Arial" w:hAnsi="Arial"/>
          <w:sz w:val="20"/>
          <w:lang w:val="es-ES"/>
        </w:rPr>
        <w:t>experiências</w:t>
      </w:r>
      <w:proofErr w:type="spellEnd"/>
      <w:r w:rsidRPr="00433A3C">
        <w:rPr>
          <w:rFonts w:ascii="Arial" w:hAnsi="Arial"/>
          <w:sz w:val="20"/>
          <w:lang w:val="es-ES"/>
        </w:rPr>
        <w:t xml:space="preserve"> conforme </w:t>
      </w:r>
      <w:proofErr w:type="spellStart"/>
      <w:r w:rsidRPr="00433A3C">
        <w:rPr>
          <w:rFonts w:ascii="Arial" w:hAnsi="Arial"/>
          <w:sz w:val="20"/>
          <w:lang w:val="es-ES"/>
        </w:rPr>
        <w:t>itinerário</w:t>
      </w:r>
      <w:proofErr w:type="spellEnd"/>
    </w:p>
    <w:p w14:paraId="233727CE" w14:textId="77777777" w:rsidR="002F23B3" w:rsidRPr="00433A3C" w:rsidRDefault="002F23B3">
      <w:pPr>
        <w:spacing w:after="100" w:line="252" w:lineRule="auto"/>
        <w:rPr>
          <w:lang w:val="es-ES"/>
        </w:rPr>
      </w:pPr>
    </w:p>
    <w:p w14:paraId="15FED2AB" w14:textId="77777777" w:rsidR="002F23B3" w:rsidRPr="00433A3C" w:rsidRDefault="0073029A">
      <w:pPr>
        <w:spacing w:after="80" w:line="252" w:lineRule="auto"/>
        <w:rPr>
          <w:lang w:val="es-ES"/>
        </w:rPr>
      </w:pPr>
      <w:r w:rsidRPr="00433A3C">
        <w:rPr>
          <w:rFonts w:ascii="Arial" w:hAnsi="Arial"/>
          <w:b/>
          <w:lang w:val="es-ES"/>
        </w:rPr>
        <w:t>TARIFAS EM EUROS</w:t>
      </w:r>
    </w:p>
    <w:p w14:paraId="6BE4B2E0" w14:textId="11BB6B14" w:rsidR="002F23B3" w:rsidRPr="00433A3C" w:rsidRDefault="0073029A">
      <w:pPr>
        <w:spacing w:after="20" w:line="252" w:lineRule="auto"/>
        <w:rPr>
          <w:rFonts w:ascii="Arial" w:hAnsi="Arial"/>
          <w:sz w:val="20"/>
          <w:lang w:val="es-ES"/>
        </w:rPr>
      </w:pPr>
      <w:r w:rsidRPr="00433A3C">
        <w:rPr>
          <w:rFonts w:ascii="Arial" w:hAnsi="Arial"/>
          <w:sz w:val="20"/>
          <w:lang w:val="es-ES"/>
        </w:rPr>
        <w:t xml:space="preserve">€ </w:t>
      </w:r>
      <w:proofErr w:type="gramStart"/>
      <w:r w:rsidRPr="00433A3C">
        <w:rPr>
          <w:rFonts w:ascii="Arial" w:hAnsi="Arial"/>
          <w:sz w:val="20"/>
          <w:lang w:val="es-ES"/>
        </w:rPr>
        <w:t>1.995,–</w:t>
      </w:r>
      <w:proofErr w:type="gramEnd"/>
      <w:r w:rsidRPr="00433A3C">
        <w:rPr>
          <w:rFonts w:ascii="Arial" w:hAnsi="Arial"/>
          <w:sz w:val="20"/>
          <w:lang w:val="es-ES"/>
        </w:rPr>
        <w:t xml:space="preserve"> por </w:t>
      </w:r>
      <w:proofErr w:type="spellStart"/>
      <w:r w:rsidRPr="00433A3C">
        <w:rPr>
          <w:rFonts w:ascii="Arial" w:hAnsi="Arial"/>
          <w:sz w:val="20"/>
          <w:lang w:val="es-ES"/>
        </w:rPr>
        <w:t>pessoa</w:t>
      </w:r>
      <w:proofErr w:type="spellEnd"/>
      <w:r w:rsidRPr="00433A3C">
        <w:rPr>
          <w:rFonts w:ascii="Arial" w:hAnsi="Arial"/>
          <w:sz w:val="20"/>
          <w:lang w:val="es-ES"/>
        </w:rPr>
        <w:t xml:space="preserve"> em apto. </w:t>
      </w:r>
      <w:r w:rsidR="00433A3C" w:rsidRPr="00433A3C">
        <w:rPr>
          <w:rFonts w:ascii="Arial" w:hAnsi="Arial"/>
          <w:sz w:val="20"/>
          <w:lang w:val="es-ES"/>
        </w:rPr>
        <w:t>D</w:t>
      </w:r>
      <w:r w:rsidRPr="00433A3C">
        <w:rPr>
          <w:rFonts w:ascii="Arial" w:hAnsi="Arial"/>
          <w:sz w:val="20"/>
          <w:lang w:val="es-ES"/>
        </w:rPr>
        <w:t>uplo</w:t>
      </w:r>
    </w:p>
    <w:p w14:paraId="3FAF2387" w14:textId="5E07A718" w:rsidR="002F23B3" w:rsidRDefault="0073029A">
      <w:pPr>
        <w:spacing w:after="20" w:line="252" w:lineRule="auto"/>
        <w:rPr>
          <w:rFonts w:ascii="Arial" w:hAnsi="Arial"/>
          <w:sz w:val="20"/>
          <w:lang w:val="es-ES"/>
        </w:rPr>
      </w:pPr>
      <w:r w:rsidRPr="00433A3C">
        <w:rPr>
          <w:rFonts w:ascii="Arial" w:hAnsi="Arial"/>
          <w:sz w:val="20"/>
          <w:lang w:val="es-ES"/>
        </w:rPr>
        <w:t xml:space="preserve">€ </w:t>
      </w:r>
      <w:proofErr w:type="gramStart"/>
      <w:r w:rsidRPr="00433A3C">
        <w:rPr>
          <w:rFonts w:ascii="Arial" w:hAnsi="Arial"/>
          <w:sz w:val="20"/>
          <w:lang w:val="es-ES"/>
        </w:rPr>
        <w:t>900,–</w:t>
      </w:r>
      <w:proofErr w:type="gramEnd"/>
      <w:r w:rsidRPr="00433A3C">
        <w:rPr>
          <w:rFonts w:ascii="Arial" w:hAnsi="Arial"/>
          <w:sz w:val="20"/>
          <w:lang w:val="es-ES"/>
        </w:rPr>
        <w:t xml:space="preserve"> suplemento individual</w:t>
      </w:r>
    </w:p>
    <w:p w14:paraId="73B70A63" w14:textId="77777777" w:rsidR="00433A3C" w:rsidRPr="00433A3C" w:rsidRDefault="00433A3C" w:rsidP="00433A3C">
      <w:pPr>
        <w:spacing w:after="20" w:line="252" w:lineRule="auto"/>
        <w:rPr>
          <w:lang w:val="es-ES"/>
        </w:rPr>
      </w:pPr>
      <w:r w:rsidRPr="00433A3C">
        <w:rPr>
          <w:rFonts w:ascii="Arial" w:hAnsi="Arial"/>
          <w:sz w:val="20"/>
          <w:lang w:val="es-ES"/>
        </w:rPr>
        <w:t xml:space="preserve">5% </w:t>
      </w:r>
      <w:proofErr w:type="spellStart"/>
      <w:r w:rsidRPr="00433A3C">
        <w:rPr>
          <w:rFonts w:ascii="Arial" w:hAnsi="Arial"/>
          <w:sz w:val="20"/>
          <w:lang w:val="es-ES"/>
        </w:rPr>
        <w:t>desconto</w:t>
      </w:r>
      <w:proofErr w:type="spellEnd"/>
      <w:r w:rsidRPr="00433A3C">
        <w:rPr>
          <w:rFonts w:ascii="Arial" w:hAnsi="Arial"/>
          <w:sz w:val="20"/>
          <w:lang w:val="es-ES"/>
        </w:rPr>
        <w:t xml:space="preserve"> para o </w:t>
      </w:r>
      <w:proofErr w:type="spellStart"/>
      <w:r w:rsidRPr="00433A3C">
        <w:rPr>
          <w:rFonts w:ascii="Arial" w:hAnsi="Arial"/>
          <w:sz w:val="20"/>
          <w:lang w:val="es-ES"/>
        </w:rPr>
        <w:t>terceiro</w:t>
      </w:r>
      <w:proofErr w:type="spellEnd"/>
      <w:r w:rsidRPr="00433A3C">
        <w:rPr>
          <w:rFonts w:ascii="Arial" w:hAnsi="Arial"/>
          <w:sz w:val="20"/>
          <w:lang w:val="es-ES"/>
        </w:rPr>
        <w:t xml:space="preserve"> </w:t>
      </w:r>
      <w:proofErr w:type="spellStart"/>
      <w:r w:rsidRPr="00433A3C">
        <w:rPr>
          <w:rFonts w:ascii="Arial" w:hAnsi="Arial"/>
          <w:sz w:val="20"/>
          <w:lang w:val="es-ES"/>
        </w:rPr>
        <w:t>passageiro</w:t>
      </w:r>
      <w:proofErr w:type="spellEnd"/>
      <w:r w:rsidRPr="00433A3C">
        <w:rPr>
          <w:rFonts w:ascii="Arial" w:hAnsi="Arial"/>
          <w:sz w:val="20"/>
          <w:lang w:val="es-ES"/>
        </w:rPr>
        <w:t xml:space="preserve"> em </w:t>
      </w:r>
      <w:proofErr w:type="spellStart"/>
      <w:r w:rsidRPr="00433A3C">
        <w:rPr>
          <w:rFonts w:ascii="Arial" w:hAnsi="Arial"/>
          <w:sz w:val="20"/>
          <w:lang w:val="es-ES"/>
        </w:rPr>
        <w:t>quarto</w:t>
      </w:r>
      <w:proofErr w:type="spellEnd"/>
      <w:r w:rsidRPr="00433A3C">
        <w:rPr>
          <w:rFonts w:ascii="Arial" w:hAnsi="Arial"/>
          <w:sz w:val="20"/>
          <w:lang w:val="es-ES"/>
        </w:rPr>
        <w:t xml:space="preserve"> </w:t>
      </w:r>
      <w:proofErr w:type="spellStart"/>
      <w:r w:rsidRPr="00433A3C">
        <w:rPr>
          <w:rFonts w:ascii="Arial" w:hAnsi="Arial"/>
          <w:sz w:val="20"/>
          <w:lang w:val="es-ES"/>
        </w:rPr>
        <w:t>com</w:t>
      </w:r>
      <w:proofErr w:type="spellEnd"/>
      <w:r w:rsidRPr="00433A3C">
        <w:rPr>
          <w:rFonts w:ascii="Arial" w:hAnsi="Arial"/>
          <w:sz w:val="20"/>
          <w:lang w:val="es-ES"/>
        </w:rPr>
        <w:t xml:space="preserve"> +2 </w:t>
      </w:r>
      <w:proofErr w:type="spellStart"/>
      <w:r w:rsidRPr="00433A3C">
        <w:rPr>
          <w:rFonts w:ascii="Arial" w:hAnsi="Arial"/>
          <w:sz w:val="20"/>
          <w:lang w:val="es-ES"/>
        </w:rPr>
        <w:t>pessoas</w:t>
      </w:r>
      <w:proofErr w:type="spellEnd"/>
      <w:r w:rsidRPr="00433A3C">
        <w:rPr>
          <w:rFonts w:ascii="Arial" w:hAnsi="Arial"/>
          <w:sz w:val="20"/>
          <w:lang w:val="es-ES"/>
        </w:rPr>
        <w:t xml:space="preserve"> (QUARTO TRIPLO).</w:t>
      </w:r>
    </w:p>
    <w:p w14:paraId="66A23E56" w14:textId="77777777" w:rsidR="00433A3C" w:rsidRPr="00433A3C" w:rsidRDefault="00433A3C">
      <w:pPr>
        <w:spacing w:after="20" w:line="252" w:lineRule="auto"/>
        <w:rPr>
          <w:lang w:val="es-ES"/>
        </w:rPr>
      </w:pPr>
    </w:p>
    <w:p w14:paraId="3CF2B81A" w14:textId="77777777" w:rsidR="002F23B3" w:rsidRPr="00433A3C" w:rsidRDefault="0073029A">
      <w:pPr>
        <w:spacing w:after="20" w:line="252" w:lineRule="auto"/>
        <w:rPr>
          <w:b/>
          <w:bCs/>
          <w:lang w:val="es-ES"/>
        </w:rPr>
      </w:pPr>
      <w:r w:rsidRPr="00433A3C">
        <w:rPr>
          <w:rFonts w:ascii="Arial" w:hAnsi="Arial"/>
          <w:b/>
          <w:bCs/>
          <w:sz w:val="20"/>
          <w:lang w:val="es-ES"/>
        </w:rPr>
        <w:t>REDUÇÃO</w:t>
      </w:r>
    </w:p>
    <w:p w14:paraId="3FFD482F" w14:textId="0504E9BA" w:rsidR="002F23B3" w:rsidRPr="00433A3C" w:rsidRDefault="0073029A">
      <w:pPr>
        <w:spacing w:after="20" w:line="252" w:lineRule="auto"/>
        <w:rPr>
          <w:lang w:val="es-ES"/>
        </w:rPr>
      </w:pPr>
      <w:r w:rsidRPr="00433A3C">
        <w:rPr>
          <w:rFonts w:ascii="Arial" w:hAnsi="Arial"/>
          <w:sz w:val="20"/>
          <w:lang w:val="es-ES"/>
        </w:rPr>
        <w:t xml:space="preserve">terminando o circuito em </w:t>
      </w:r>
      <w:proofErr w:type="spellStart"/>
      <w:r w:rsidRPr="00433A3C">
        <w:rPr>
          <w:rFonts w:ascii="Arial" w:hAnsi="Arial"/>
          <w:sz w:val="20"/>
          <w:lang w:val="es-ES"/>
        </w:rPr>
        <w:t>Vilnius</w:t>
      </w:r>
      <w:proofErr w:type="spellEnd"/>
      <w:r w:rsidRPr="00433A3C">
        <w:rPr>
          <w:rFonts w:ascii="Arial" w:hAnsi="Arial"/>
          <w:sz w:val="20"/>
          <w:lang w:val="es-ES"/>
        </w:rPr>
        <w:t xml:space="preserve"> no </w:t>
      </w:r>
      <w:proofErr w:type="spellStart"/>
      <w:r w:rsidRPr="00433A3C">
        <w:rPr>
          <w:rFonts w:ascii="Arial" w:hAnsi="Arial"/>
          <w:sz w:val="20"/>
          <w:lang w:val="es-ES"/>
        </w:rPr>
        <w:t>dia</w:t>
      </w:r>
      <w:proofErr w:type="spellEnd"/>
      <w:r w:rsidRPr="00433A3C">
        <w:rPr>
          <w:rFonts w:ascii="Arial" w:hAnsi="Arial"/>
          <w:sz w:val="20"/>
          <w:lang w:val="es-ES"/>
        </w:rPr>
        <w:t xml:space="preserve"> 8</w:t>
      </w:r>
      <w:r w:rsidR="00433A3C">
        <w:rPr>
          <w:lang w:val="es-ES"/>
        </w:rPr>
        <w:t xml:space="preserve"> </w:t>
      </w:r>
      <w:proofErr w:type="spellStart"/>
      <w:r w:rsidRPr="00433A3C">
        <w:rPr>
          <w:rFonts w:ascii="Arial" w:hAnsi="Arial"/>
          <w:sz w:val="20"/>
          <w:lang w:val="es-ES"/>
        </w:rPr>
        <w:t>com</w:t>
      </w:r>
      <w:proofErr w:type="spellEnd"/>
      <w:r w:rsidRPr="00433A3C">
        <w:rPr>
          <w:rFonts w:ascii="Arial" w:hAnsi="Arial"/>
          <w:sz w:val="20"/>
          <w:lang w:val="es-ES"/>
        </w:rPr>
        <w:t xml:space="preserve"> o </w:t>
      </w:r>
      <w:r w:rsidRPr="00433A3C">
        <w:rPr>
          <w:rFonts w:ascii="Arial" w:hAnsi="Arial"/>
          <w:sz w:val="20"/>
          <w:lang w:val="es-ES"/>
        </w:rPr>
        <w:t xml:space="preserve">traslado </w:t>
      </w:r>
      <w:proofErr w:type="spellStart"/>
      <w:r w:rsidRPr="00433A3C">
        <w:rPr>
          <w:rFonts w:ascii="Arial" w:hAnsi="Arial"/>
          <w:sz w:val="20"/>
          <w:lang w:val="es-ES"/>
        </w:rPr>
        <w:t>ao</w:t>
      </w:r>
      <w:proofErr w:type="spellEnd"/>
      <w:r w:rsidRPr="00433A3C">
        <w:rPr>
          <w:rFonts w:ascii="Arial" w:hAnsi="Arial"/>
          <w:sz w:val="20"/>
          <w:lang w:val="es-ES"/>
        </w:rPr>
        <w:t xml:space="preserve"> </w:t>
      </w:r>
      <w:proofErr w:type="spellStart"/>
      <w:r w:rsidRPr="00433A3C">
        <w:rPr>
          <w:rFonts w:ascii="Arial" w:hAnsi="Arial"/>
          <w:sz w:val="20"/>
          <w:lang w:val="es-ES"/>
        </w:rPr>
        <w:t>aeroporto</w:t>
      </w:r>
      <w:proofErr w:type="spellEnd"/>
      <w:r w:rsidRPr="00433A3C">
        <w:rPr>
          <w:rFonts w:ascii="Arial" w:hAnsi="Arial"/>
          <w:sz w:val="20"/>
          <w:lang w:val="es-ES"/>
        </w:rPr>
        <w:t xml:space="preserve"> </w:t>
      </w:r>
      <w:proofErr w:type="spellStart"/>
      <w:r w:rsidRPr="00433A3C">
        <w:rPr>
          <w:rFonts w:ascii="Arial" w:hAnsi="Arial"/>
          <w:sz w:val="20"/>
          <w:lang w:val="es-ES"/>
        </w:rPr>
        <w:t>incluído</w:t>
      </w:r>
      <w:proofErr w:type="spellEnd"/>
    </w:p>
    <w:p w14:paraId="72C7117B" w14:textId="77777777" w:rsidR="002F23B3" w:rsidRPr="00433A3C" w:rsidRDefault="0073029A">
      <w:pPr>
        <w:spacing w:after="20" w:line="252" w:lineRule="auto"/>
        <w:rPr>
          <w:lang w:val="es-ES"/>
        </w:rPr>
      </w:pPr>
      <w:r w:rsidRPr="00433A3C">
        <w:rPr>
          <w:rFonts w:ascii="Arial" w:hAnsi="Arial"/>
          <w:sz w:val="20"/>
          <w:lang w:val="es-ES"/>
        </w:rPr>
        <w:t xml:space="preserve">€ </w:t>
      </w:r>
      <w:proofErr w:type="gramStart"/>
      <w:r w:rsidRPr="00433A3C">
        <w:rPr>
          <w:rFonts w:ascii="Arial" w:hAnsi="Arial"/>
          <w:sz w:val="20"/>
          <w:lang w:val="es-ES"/>
        </w:rPr>
        <w:t>400,–</w:t>
      </w:r>
      <w:proofErr w:type="gramEnd"/>
      <w:r w:rsidRPr="00433A3C">
        <w:rPr>
          <w:rFonts w:ascii="Arial" w:hAnsi="Arial"/>
          <w:sz w:val="20"/>
          <w:lang w:val="es-ES"/>
        </w:rPr>
        <w:t xml:space="preserve"> por </w:t>
      </w:r>
      <w:proofErr w:type="spellStart"/>
      <w:r w:rsidRPr="00433A3C">
        <w:rPr>
          <w:rFonts w:ascii="Arial" w:hAnsi="Arial"/>
          <w:sz w:val="20"/>
          <w:lang w:val="es-ES"/>
        </w:rPr>
        <w:t>pessoa</w:t>
      </w:r>
      <w:proofErr w:type="spellEnd"/>
      <w:r w:rsidRPr="00433A3C">
        <w:rPr>
          <w:rFonts w:ascii="Arial" w:hAnsi="Arial"/>
          <w:sz w:val="20"/>
          <w:lang w:val="es-ES"/>
        </w:rPr>
        <w:t xml:space="preserve"> em apto. duplo</w:t>
      </w:r>
    </w:p>
    <w:p w14:paraId="59F696CA" w14:textId="77777777" w:rsidR="002F23B3" w:rsidRPr="00433A3C" w:rsidRDefault="0073029A">
      <w:pPr>
        <w:spacing w:after="20" w:line="252" w:lineRule="auto"/>
        <w:rPr>
          <w:lang w:val="es-ES"/>
        </w:rPr>
      </w:pPr>
      <w:r w:rsidRPr="00433A3C">
        <w:rPr>
          <w:rFonts w:ascii="Arial" w:hAnsi="Arial"/>
          <w:sz w:val="20"/>
          <w:lang w:val="es-ES"/>
        </w:rPr>
        <w:t xml:space="preserve">€ </w:t>
      </w:r>
      <w:proofErr w:type="gramStart"/>
      <w:r w:rsidRPr="00433A3C">
        <w:rPr>
          <w:rFonts w:ascii="Arial" w:hAnsi="Arial"/>
          <w:sz w:val="20"/>
          <w:lang w:val="es-ES"/>
        </w:rPr>
        <w:t>200,–</w:t>
      </w:r>
      <w:proofErr w:type="gramEnd"/>
      <w:r w:rsidRPr="00433A3C">
        <w:rPr>
          <w:rFonts w:ascii="Arial" w:hAnsi="Arial"/>
          <w:sz w:val="20"/>
          <w:lang w:val="es-ES"/>
        </w:rPr>
        <w:t xml:space="preserve"> suplemento individual</w:t>
      </w:r>
    </w:p>
    <w:p w14:paraId="7C374868" w14:textId="77777777" w:rsidR="002F23B3" w:rsidRPr="00433A3C" w:rsidRDefault="002F23B3">
      <w:pPr>
        <w:spacing w:line="252" w:lineRule="auto"/>
        <w:rPr>
          <w:lang w:val="es-ES"/>
        </w:rPr>
      </w:pPr>
    </w:p>
    <w:p w14:paraId="6FE1BB22" w14:textId="77777777" w:rsidR="002F23B3" w:rsidRPr="00433A3C" w:rsidRDefault="0073029A">
      <w:pPr>
        <w:spacing w:before="120" w:after="240" w:line="252" w:lineRule="auto"/>
        <w:rPr>
          <w:lang w:val="es-ES"/>
        </w:rPr>
      </w:pPr>
      <w:r w:rsidRPr="00433A3C">
        <w:rPr>
          <w:rFonts w:ascii="Arial" w:hAnsi="Arial"/>
          <w:b/>
          <w:sz w:val="28"/>
          <w:lang w:val="es-ES"/>
        </w:rPr>
        <w:t>ITINERÁRIO</w:t>
      </w:r>
    </w:p>
    <w:p w14:paraId="41D50335" w14:textId="77777777" w:rsidR="002F23B3" w:rsidRPr="00433A3C" w:rsidRDefault="0073029A">
      <w:pPr>
        <w:spacing w:before="160" w:after="60" w:line="252" w:lineRule="auto"/>
        <w:rPr>
          <w:lang w:val="es-ES"/>
        </w:rPr>
      </w:pPr>
      <w:r w:rsidRPr="00433A3C">
        <w:rPr>
          <w:rFonts w:ascii="Arial" w:hAnsi="Arial"/>
          <w:b/>
          <w:sz w:val="20"/>
          <w:lang w:val="es-ES"/>
        </w:rPr>
        <w:t>DIA 1 TER HELSINQUE</w:t>
      </w:r>
    </w:p>
    <w:p w14:paraId="23E8EBD6" w14:textId="77777777" w:rsidR="002F23B3" w:rsidRPr="00433A3C" w:rsidRDefault="0073029A">
      <w:pPr>
        <w:spacing w:after="160" w:line="252" w:lineRule="auto"/>
        <w:rPr>
          <w:lang w:val="es-ES"/>
        </w:rPr>
      </w:pPr>
      <w:proofErr w:type="spellStart"/>
      <w:r w:rsidRPr="00433A3C">
        <w:rPr>
          <w:rFonts w:ascii="Arial" w:hAnsi="Arial"/>
          <w:sz w:val="20"/>
          <w:lang w:val="es-ES"/>
        </w:rPr>
        <w:t>Chegada</w:t>
      </w:r>
      <w:proofErr w:type="spellEnd"/>
      <w:r w:rsidRPr="00433A3C">
        <w:rPr>
          <w:rFonts w:ascii="Arial" w:hAnsi="Arial"/>
          <w:sz w:val="20"/>
          <w:lang w:val="es-ES"/>
        </w:rPr>
        <w:t xml:space="preserve"> a </w:t>
      </w:r>
      <w:proofErr w:type="spellStart"/>
      <w:r w:rsidRPr="00433A3C">
        <w:rPr>
          <w:rFonts w:ascii="Arial" w:hAnsi="Arial"/>
          <w:sz w:val="20"/>
          <w:lang w:val="es-ES"/>
        </w:rPr>
        <w:t>Helsinque</w:t>
      </w:r>
      <w:proofErr w:type="spellEnd"/>
      <w:r w:rsidRPr="00433A3C">
        <w:rPr>
          <w:rFonts w:ascii="Arial" w:hAnsi="Arial"/>
          <w:sz w:val="20"/>
          <w:lang w:val="es-ES"/>
        </w:rPr>
        <w:t xml:space="preserve">, traslado para o hotel e </w:t>
      </w:r>
      <w:proofErr w:type="spellStart"/>
      <w:proofErr w:type="gramStart"/>
      <w:r w:rsidRPr="00433A3C">
        <w:rPr>
          <w:rFonts w:ascii="Arial" w:hAnsi="Arial"/>
          <w:sz w:val="20"/>
          <w:lang w:val="es-ES"/>
        </w:rPr>
        <w:t>aco</w:t>
      </w:r>
      <w:r w:rsidRPr="00433A3C">
        <w:rPr>
          <w:rFonts w:ascii="Arial" w:hAnsi="Arial"/>
          <w:sz w:val="20"/>
          <w:lang w:val="es-ES"/>
        </w:rPr>
        <w:t>modação.Às</w:t>
      </w:r>
      <w:proofErr w:type="spellEnd"/>
      <w:proofErr w:type="gramEnd"/>
      <w:r w:rsidRPr="00433A3C">
        <w:rPr>
          <w:rFonts w:ascii="Arial" w:hAnsi="Arial"/>
          <w:sz w:val="20"/>
          <w:lang w:val="es-ES"/>
        </w:rPr>
        <w:t xml:space="preserve"> 18:30h, </w:t>
      </w:r>
      <w:proofErr w:type="spellStart"/>
      <w:r w:rsidRPr="00433A3C">
        <w:rPr>
          <w:rFonts w:ascii="Arial" w:hAnsi="Arial"/>
          <w:sz w:val="20"/>
          <w:lang w:val="es-ES"/>
        </w:rPr>
        <w:t>encontro</w:t>
      </w:r>
      <w:proofErr w:type="spellEnd"/>
      <w:r w:rsidRPr="00433A3C">
        <w:rPr>
          <w:rFonts w:ascii="Arial" w:hAnsi="Arial"/>
          <w:sz w:val="20"/>
          <w:lang w:val="es-ES"/>
        </w:rPr>
        <w:t xml:space="preserve"> no lobby do hotel </w:t>
      </w:r>
      <w:proofErr w:type="spellStart"/>
      <w:r w:rsidRPr="00433A3C">
        <w:rPr>
          <w:rFonts w:ascii="Arial" w:hAnsi="Arial"/>
          <w:sz w:val="20"/>
          <w:lang w:val="es-ES"/>
        </w:rPr>
        <w:t>com</w:t>
      </w:r>
      <w:proofErr w:type="spellEnd"/>
      <w:r w:rsidRPr="00433A3C">
        <w:rPr>
          <w:rFonts w:ascii="Arial" w:hAnsi="Arial"/>
          <w:sz w:val="20"/>
          <w:lang w:val="es-ES"/>
        </w:rPr>
        <w:t xml:space="preserve"> o </w:t>
      </w:r>
      <w:proofErr w:type="spellStart"/>
      <w:r w:rsidRPr="00433A3C">
        <w:rPr>
          <w:rFonts w:ascii="Arial" w:hAnsi="Arial"/>
          <w:sz w:val="20"/>
          <w:lang w:val="es-ES"/>
        </w:rPr>
        <w:t>guia</w:t>
      </w:r>
      <w:proofErr w:type="spellEnd"/>
      <w:r w:rsidRPr="00433A3C">
        <w:rPr>
          <w:rFonts w:ascii="Arial" w:hAnsi="Arial"/>
          <w:sz w:val="20"/>
          <w:lang w:val="es-ES"/>
        </w:rPr>
        <w:t>.</w:t>
      </w:r>
    </w:p>
    <w:p w14:paraId="39AC3394" w14:textId="77777777" w:rsidR="002F23B3" w:rsidRPr="00433A3C" w:rsidRDefault="0073029A">
      <w:pPr>
        <w:spacing w:before="160" w:after="60" w:line="252" w:lineRule="auto"/>
        <w:rPr>
          <w:lang w:val="es-ES"/>
        </w:rPr>
      </w:pPr>
      <w:r w:rsidRPr="00433A3C">
        <w:rPr>
          <w:rFonts w:ascii="Arial" w:hAnsi="Arial"/>
          <w:b/>
          <w:sz w:val="20"/>
          <w:lang w:val="es-ES"/>
        </w:rPr>
        <w:t>DIA 2 QUA HELSINQUE - TALLINN</w:t>
      </w:r>
    </w:p>
    <w:p w14:paraId="1E438F82" w14:textId="77777777" w:rsidR="002F23B3" w:rsidRPr="00433A3C" w:rsidRDefault="0073029A">
      <w:pPr>
        <w:spacing w:after="160" w:line="252" w:lineRule="auto"/>
        <w:rPr>
          <w:lang w:val="es-ES"/>
        </w:rPr>
      </w:pPr>
      <w:r w:rsidRPr="00433A3C">
        <w:rPr>
          <w:rFonts w:ascii="Arial" w:hAnsi="Arial"/>
          <w:sz w:val="20"/>
          <w:lang w:val="es-ES"/>
        </w:rPr>
        <w:t xml:space="preserve">Café da </w:t>
      </w:r>
      <w:proofErr w:type="spellStart"/>
      <w:r w:rsidRPr="00433A3C">
        <w:rPr>
          <w:rFonts w:ascii="Arial" w:hAnsi="Arial"/>
          <w:sz w:val="20"/>
          <w:lang w:val="es-ES"/>
        </w:rPr>
        <w:t>manhã</w:t>
      </w:r>
      <w:proofErr w:type="spellEnd"/>
      <w:r w:rsidRPr="00433A3C">
        <w:rPr>
          <w:rFonts w:ascii="Arial" w:hAnsi="Arial"/>
          <w:sz w:val="20"/>
          <w:lang w:val="es-ES"/>
        </w:rPr>
        <w:t xml:space="preserve"> e visita </w:t>
      </w:r>
      <w:proofErr w:type="spellStart"/>
      <w:r w:rsidRPr="00433A3C">
        <w:rPr>
          <w:rFonts w:ascii="Arial" w:hAnsi="Arial"/>
          <w:sz w:val="20"/>
          <w:lang w:val="es-ES"/>
        </w:rPr>
        <w:t>panorâmica</w:t>
      </w:r>
      <w:proofErr w:type="spellEnd"/>
      <w:r w:rsidRPr="00433A3C">
        <w:rPr>
          <w:rFonts w:ascii="Arial" w:hAnsi="Arial"/>
          <w:sz w:val="20"/>
          <w:lang w:val="es-ES"/>
        </w:rPr>
        <w:t xml:space="preserve"> da capital da </w:t>
      </w:r>
      <w:proofErr w:type="spellStart"/>
      <w:r w:rsidRPr="00433A3C">
        <w:rPr>
          <w:rFonts w:ascii="Arial" w:hAnsi="Arial"/>
          <w:sz w:val="20"/>
          <w:lang w:val="es-ES"/>
        </w:rPr>
        <w:t>Finlândia</w:t>
      </w:r>
      <w:proofErr w:type="spellEnd"/>
      <w:r w:rsidRPr="00433A3C">
        <w:rPr>
          <w:rFonts w:ascii="Arial" w:hAnsi="Arial"/>
          <w:sz w:val="20"/>
          <w:lang w:val="es-ES"/>
        </w:rPr>
        <w:t xml:space="preserve">, </w:t>
      </w:r>
      <w:proofErr w:type="spellStart"/>
      <w:r w:rsidRPr="00433A3C">
        <w:rPr>
          <w:rFonts w:ascii="Arial" w:hAnsi="Arial"/>
          <w:sz w:val="20"/>
          <w:lang w:val="es-ES"/>
        </w:rPr>
        <w:t>também</w:t>
      </w:r>
      <w:proofErr w:type="spellEnd"/>
      <w:r w:rsidRPr="00433A3C">
        <w:rPr>
          <w:rFonts w:ascii="Arial" w:hAnsi="Arial"/>
          <w:sz w:val="20"/>
          <w:lang w:val="es-ES"/>
        </w:rPr>
        <w:t xml:space="preserve"> </w:t>
      </w:r>
      <w:proofErr w:type="spellStart"/>
      <w:r w:rsidRPr="00433A3C">
        <w:rPr>
          <w:rFonts w:ascii="Arial" w:hAnsi="Arial"/>
          <w:sz w:val="20"/>
          <w:lang w:val="es-ES"/>
        </w:rPr>
        <w:t>conhecida</w:t>
      </w:r>
      <w:proofErr w:type="spellEnd"/>
      <w:r w:rsidRPr="00433A3C">
        <w:rPr>
          <w:rFonts w:ascii="Arial" w:hAnsi="Arial"/>
          <w:sz w:val="20"/>
          <w:lang w:val="es-ES"/>
        </w:rPr>
        <w:t xml:space="preserve"> como «a </w:t>
      </w:r>
      <w:proofErr w:type="spellStart"/>
      <w:r w:rsidRPr="00433A3C">
        <w:rPr>
          <w:rFonts w:ascii="Arial" w:hAnsi="Arial"/>
          <w:sz w:val="20"/>
          <w:lang w:val="es-ES"/>
        </w:rPr>
        <w:t>Cidade</w:t>
      </w:r>
      <w:proofErr w:type="spellEnd"/>
      <w:r w:rsidRPr="00433A3C">
        <w:rPr>
          <w:rFonts w:ascii="Arial" w:hAnsi="Arial"/>
          <w:sz w:val="20"/>
          <w:lang w:val="es-ES"/>
        </w:rPr>
        <w:t xml:space="preserve"> Branca do Norte». Durante </w:t>
      </w:r>
      <w:proofErr w:type="spellStart"/>
      <w:r w:rsidRPr="00433A3C">
        <w:rPr>
          <w:rFonts w:ascii="Arial" w:hAnsi="Arial"/>
          <w:sz w:val="20"/>
          <w:lang w:val="es-ES"/>
        </w:rPr>
        <w:t>a</w:t>
      </w:r>
      <w:proofErr w:type="spellEnd"/>
      <w:r w:rsidRPr="00433A3C">
        <w:rPr>
          <w:rFonts w:ascii="Arial" w:hAnsi="Arial"/>
          <w:sz w:val="20"/>
          <w:lang w:val="es-ES"/>
        </w:rPr>
        <w:t xml:space="preserve"> visita </w:t>
      </w:r>
      <w:proofErr w:type="spellStart"/>
      <w:r w:rsidRPr="00433A3C">
        <w:rPr>
          <w:rFonts w:ascii="Arial" w:hAnsi="Arial"/>
          <w:sz w:val="20"/>
          <w:lang w:val="es-ES"/>
        </w:rPr>
        <w:t>passaremos</w:t>
      </w:r>
      <w:proofErr w:type="spellEnd"/>
      <w:r w:rsidRPr="00433A3C">
        <w:rPr>
          <w:rFonts w:ascii="Arial" w:hAnsi="Arial"/>
          <w:sz w:val="20"/>
          <w:lang w:val="es-ES"/>
        </w:rPr>
        <w:t xml:space="preserve"> pela Igreja Ortodoxa da </w:t>
      </w:r>
      <w:proofErr w:type="spellStart"/>
      <w:r w:rsidRPr="00433A3C">
        <w:rPr>
          <w:rFonts w:ascii="Arial" w:hAnsi="Arial"/>
          <w:sz w:val="20"/>
          <w:lang w:val="es-ES"/>
        </w:rPr>
        <w:t>Trindad</w:t>
      </w:r>
      <w:r w:rsidRPr="00433A3C">
        <w:rPr>
          <w:rFonts w:ascii="Arial" w:hAnsi="Arial"/>
          <w:sz w:val="20"/>
          <w:lang w:val="es-ES"/>
        </w:rPr>
        <w:t>e</w:t>
      </w:r>
      <w:proofErr w:type="spellEnd"/>
      <w:r w:rsidRPr="00433A3C">
        <w:rPr>
          <w:rFonts w:ascii="Arial" w:hAnsi="Arial"/>
          <w:sz w:val="20"/>
          <w:lang w:val="es-ES"/>
        </w:rPr>
        <w:t xml:space="preserve">, </w:t>
      </w:r>
      <w:proofErr w:type="spellStart"/>
      <w:r w:rsidRPr="00433A3C">
        <w:rPr>
          <w:rFonts w:ascii="Arial" w:hAnsi="Arial"/>
          <w:sz w:val="20"/>
          <w:lang w:val="es-ES"/>
        </w:rPr>
        <w:t>vestígio</w:t>
      </w:r>
      <w:proofErr w:type="spellEnd"/>
      <w:r w:rsidRPr="00433A3C">
        <w:rPr>
          <w:rFonts w:ascii="Arial" w:hAnsi="Arial"/>
          <w:sz w:val="20"/>
          <w:lang w:val="es-ES"/>
        </w:rPr>
        <w:t xml:space="preserve"> do </w:t>
      </w:r>
      <w:proofErr w:type="spellStart"/>
      <w:r w:rsidRPr="00433A3C">
        <w:rPr>
          <w:rFonts w:ascii="Arial" w:hAnsi="Arial"/>
          <w:sz w:val="20"/>
          <w:lang w:val="es-ES"/>
        </w:rPr>
        <w:t>domínio</w:t>
      </w:r>
      <w:proofErr w:type="spellEnd"/>
      <w:r w:rsidRPr="00433A3C">
        <w:rPr>
          <w:rFonts w:ascii="Arial" w:hAnsi="Arial"/>
          <w:sz w:val="20"/>
          <w:lang w:val="es-ES"/>
        </w:rPr>
        <w:t xml:space="preserve"> </w:t>
      </w:r>
      <w:proofErr w:type="spellStart"/>
      <w:r w:rsidRPr="00433A3C">
        <w:rPr>
          <w:rFonts w:ascii="Arial" w:hAnsi="Arial"/>
          <w:sz w:val="20"/>
          <w:lang w:val="es-ES"/>
        </w:rPr>
        <w:t>russo</w:t>
      </w:r>
      <w:proofErr w:type="spellEnd"/>
      <w:r w:rsidRPr="00433A3C">
        <w:rPr>
          <w:rFonts w:ascii="Arial" w:hAnsi="Arial"/>
          <w:sz w:val="20"/>
          <w:lang w:val="es-ES"/>
        </w:rPr>
        <w:t xml:space="preserve">, a </w:t>
      </w:r>
      <w:proofErr w:type="spellStart"/>
      <w:r w:rsidRPr="00433A3C">
        <w:rPr>
          <w:rFonts w:ascii="Arial" w:hAnsi="Arial"/>
          <w:sz w:val="20"/>
          <w:lang w:val="es-ES"/>
        </w:rPr>
        <w:t>Praça</w:t>
      </w:r>
      <w:proofErr w:type="spellEnd"/>
      <w:r w:rsidRPr="00433A3C">
        <w:rPr>
          <w:rFonts w:ascii="Arial" w:hAnsi="Arial"/>
          <w:sz w:val="20"/>
          <w:lang w:val="es-ES"/>
        </w:rPr>
        <w:t xml:space="preserve"> do Senado e a </w:t>
      </w:r>
      <w:proofErr w:type="spellStart"/>
      <w:r w:rsidRPr="00433A3C">
        <w:rPr>
          <w:rFonts w:ascii="Arial" w:hAnsi="Arial"/>
          <w:sz w:val="20"/>
          <w:lang w:val="es-ES"/>
        </w:rPr>
        <w:t>Temppeliaukio</w:t>
      </w:r>
      <w:proofErr w:type="spellEnd"/>
      <w:r w:rsidRPr="00433A3C">
        <w:rPr>
          <w:rFonts w:ascii="Arial" w:hAnsi="Arial"/>
          <w:sz w:val="20"/>
          <w:lang w:val="es-ES"/>
        </w:rPr>
        <w:t xml:space="preserve"> </w:t>
      </w:r>
      <w:proofErr w:type="spellStart"/>
      <w:r w:rsidRPr="00433A3C">
        <w:rPr>
          <w:rFonts w:ascii="Arial" w:hAnsi="Arial"/>
          <w:sz w:val="20"/>
          <w:lang w:val="es-ES"/>
        </w:rPr>
        <w:t>Kirkko</w:t>
      </w:r>
      <w:proofErr w:type="spellEnd"/>
      <w:r w:rsidRPr="00433A3C">
        <w:rPr>
          <w:rFonts w:ascii="Arial" w:hAnsi="Arial"/>
          <w:sz w:val="20"/>
          <w:lang w:val="es-ES"/>
        </w:rPr>
        <w:t xml:space="preserve">, igreja luterana de planta circular </w:t>
      </w:r>
      <w:proofErr w:type="spellStart"/>
      <w:r w:rsidRPr="00433A3C">
        <w:rPr>
          <w:rFonts w:ascii="Arial" w:hAnsi="Arial"/>
          <w:sz w:val="20"/>
          <w:lang w:val="es-ES"/>
        </w:rPr>
        <w:t>escavada</w:t>
      </w:r>
      <w:proofErr w:type="spellEnd"/>
      <w:r w:rsidRPr="00433A3C">
        <w:rPr>
          <w:rFonts w:ascii="Arial" w:hAnsi="Arial"/>
          <w:sz w:val="20"/>
          <w:lang w:val="es-ES"/>
        </w:rPr>
        <w:t xml:space="preserve"> </w:t>
      </w:r>
      <w:proofErr w:type="spellStart"/>
      <w:r w:rsidRPr="00433A3C">
        <w:rPr>
          <w:rFonts w:ascii="Arial" w:hAnsi="Arial"/>
          <w:sz w:val="20"/>
          <w:lang w:val="es-ES"/>
        </w:rPr>
        <w:t>na</w:t>
      </w:r>
      <w:proofErr w:type="spellEnd"/>
      <w:r w:rsidRPr="00433A3C">
        <w:rPr>
          <w:rFonts w:ascii="Arial" w:hAnsi="Arial"/>
          <w:sz w:val="20"/>
          <w:lang w:val="es-ES"/>
        </w:rPr>
        <w:t xml:space="preserve"> rocha, cuja cúpula </w:t>
      </w:r>
      <w:proofErr w:type="spellStart"/>
      <w:r w:rsidRPr="00433A3C">
        <w:rPr>
          <w:rFonts w:ascii="Arial" w:hAnsi="Arial"/>
          <w:sz w:val="20"/>
          <w:lang w:val="es-ES"/>
        </w:rPr>
        <w:t>tem</w:t>
      </w:r>
      <w:proofErr w:type="spellEnd"/>
      <w:r w:rsidRPr="00433A3C">
        <w:rPr>
          <w:rFonts w:ascii="Arial" w:hAnsi="Arial"/>
          <w:sz w:val="20"/>
          <w:lang w:val="es-ES"/>
        </w:rPr>
        <w:t xml:space="preserve"> a forma de </w:t>
      </w:r>
      <w:proofErr w:type="spellStart"/>
      <w:r w:rsidRPr="00433A3C">
        <w:rPr>
          <w:rFonts w:ascii="Arial" w:hAnsi="Arial"/>
          <w:sz w:val="20"/>
          <w:lang w:val="es-ES"/>
        </w:rPr>
        <w:t>uma</w:t>
      </w:r>
      <w:proofErr w:type="spellEnd"/>
      <w:r w:rsidRPr="00433A3C">
        <w:rPr>
          <w:rFonts w:ascii="Arial" w:hAnsi="Arial"/>
          <w:sz w:val="20"/>
          <w:lang w:val="es-ES"/>
        </w:rPr>
        <w:t xml:space="preserve"> gigantesca espiral de fi os de cobre. Tempo </w:t>
      </w:r>
      <w:proofErr w:type="spellStart"/>
      <w:r w:rsidRPr="00433A3C">
        <w:rPr>
          <w:rFonts w:ascii="Arial" w:hAnsi="Arial"/>
          <w:sz w:val="20"/>
          <w:lang w:val="es-ES"/>
        </w:rPr>
        <w:t>livre</w:t>
      </w:r>
      <w:proofErr w:type="spellEnd"/>
      <w:r w:rsidRPr="00433A3C">
        <w:rPr>
          <w:rFonts w:ascii="Arial" w:hAnsi="Arial"/>
          <w:sz w:val="20"/>
          <w:lang w:val="es-ES"/>
        </w:rPr>
        <w:t xml:space="preserve"> para </w:t>
      </w:r>
      <w:proofErr w:type="spellStart"/>
      <w:r w:rsidRPr="00433A3C">
        <w:rPr>
          <w:rFonts w:ascii="Arial" w:hAnsi="Arial"/>
          <w:sz w:val="20"/>
          <w:lang w:val="es-ES"/>
        </w:rPr>
        <w:t>atividades</w:t>
      </w:r>
      <w:proofErr w:type="spellEnd"/>
      <w:r w:rsidRPr="00433A3C">
        <w:rPr>
          <w:rFonts w:ascii="Arial" w:hAnsi="Arial"/>
          <w:sz w:val="20"/>
          <w:lang w:val="es-ES"/>
        </w:rPr>
        <w:t xml:space="preserve"> </w:t>
      </w:r>
      <w:proofErr w:type="spellStart"/>
      <w:r w:rsidRPr="00433A3C">
        <w:rPr>
          <w:rFonts w:ascii="Arial" w:hAnsi="Arial"/>
          <w:sz w:val="20"/>
          <w:lang w:val="es-ES"/>
        </w:rPr>
        <w:t>pessoais</w:t>
      </w:r>
      <w:proofErr w:type="spellEnd"/>
      <w:r w:rsidRPr="00433A3C">
        <w:rPr>
          <w:rFonts w:ascii="Arial" w:hAnsi="Arial"/>
          <w:sz w:val="20"/>
          <w:lang w:val="es-ES"/>
        </w:rPr>
        <w:t xml:space="preserve">. </w:t>
      </w:r>
      <w:proofErr w:type="spellStart"/>
      <w:r w:rsidRPr="00433A3C">
        <w:rPr>
          <w:rFonts w:ascii="Arial" w:hAnsi="Arial"/>
          <w:sz w:val="20"/>
          <w:lang w:val="es-ES"/>
        </w:rPr>
        <w:t>Às</w:t>
      </w:r>
      <w:proofErr w:type="spellEnd"/>
      <w:r w:rsidRPr="00433A3C">
        <w:rPr>
          <w:rFonts w:ascii="Arial" w:hAnsi="Arial"/>
          <w:sz w:val="20"/>
          <w:lang w:val="es-ES"/>
        </w:rPr>
        <w:t xml:space="preserve"> 15:00 h, traslado </w:t>
      </w:r>
      <w:proofErr w:type="spellStart"/>
      <w:r w:rsidRPr="00433A3C">
        <w:rPr>
          <w:rFonts w:ascii="Arial" w:hAnsi="Arial"/>
          <w:sz w:val="20"/>
          <w:lang w:val="es-ES"/>
        </w:rPr>
        <w:t>ao</w:t>
      </w:r>
      <w:proofErr w:type="spellEnd"/>
      <w:r w:rsidRPr="00433A3C">
        <w:rPr>
          <w:rFonts w:ascii="Arial" w:hAnsi="Arial"/>
          <w:sz w:val="20"/>
          <w:lang w:val="es-ES"/>
        </w:rPr>
        <w:t xml:space="preserve"> porto para embarcar no ferry </w:t>
      </w:r>
      <w:proofErr w:type="spellStart"/>
      <w:r w:rsidRPr="00433A3C">
        <w:rPr>
          <w:rFonts w:ascii="Arial" w:hAnsi="Arial"/>
          <w:sz w:val="20"/>
          <w:lang w:val="es-ES"/>
        </w:rPr>
        <w:t>expresso</w:t>
      </w:r>
      <w:proofErr w:type="spellEnd"/>
      <w:r w:rsidRPr="00433A3C">
        <w:rPr>
          <w:rFonts w:ascii="Arial" w:hAnsi="Arial"/>
          <w:sz w:val="20"/>
          <w:lang w:val="es-ES"/>
        </w:rPr>
        <w:t xml:space="preserve"> </w:t>
      </w:r>
      <w:proofErr w:type="spellStart"/>
      <w:r w:rsidRPr="00433A3C">
        <w:rPr>
          <w:rFonts w:ascii="Arial" w:hAnsi="Arial"/>
          <w:sz w:val="20"/>
          <w:lang w:val="es-ES"/>
        </w:rPr>
        <w:t>com</w:t>
      </w:r>
      <w:proofErr w:type="spellEnd"/>
      <w:r w:rsidRPr="00433A3C">
        <w:rPr>
          <w:rFonts w:ascii="Arial" w:hAnsi="Arial"/>
          <w:sz w:val="20"/>
          <w:lang w:val="es-ES"/>
        </w:rPr>
        <w:t xml:space="preserve"> destino a </w:t>
      </w:r>
      <w:proofErr w:type="spellStart"/>
      <w:r w:rsidRPr="00433A3C">
        <w:rPr>
          <w:rFonts w:ascii="Arial" w:hAnsi="Arial"/>
          <w:sz w:val="20"/>
          <w:lang w:val="es-ES"/>
        </w:rPr>
        <w:t>Tallinn</w:t>
      </w:r>
      <w:proofErr w:type="spellEnd"/>
      <w:r w:rsidRPr="00433A3C">
        <w:rPr>
          <w:rFonts w:ascii="Arial" w:hAnsi="Arial"/>
          <w:sz w:val="20"/>
          <w:lang w:val="es-ES"/>
        </w:rPr>
        <w:t xml:space="preserve">, </w:t>
      </w:r>
      <w:proofErr w:type="spellStart"/>
      <w:r w:rsidRPr="00433A3C">
        <w:rPr>
          <w:rFonts w:ascii="Arial" w:hAnsi="Arial"/>
          <w:sz w:val="20"/>
          <w:lang w:val="es-ES"/>
        </w:rPr>
        <w:t>atravessando</w:t>
      </w:r>
      <w:proofErr w:type="spellEnd"/>
      <w:r w:rsidRPr="00433A3C">
        <w:rPr>
          <w:rFonts w:ascii="Arial" w:hAnsi="Arial"/>
          <w:sz w:val="20"/>
          <w:lang w:val="es-ES"/>
        </w:rPr>
        <w:t xml:space="preserve"> o mar Báltico. </w:t>
      </w:r>
      <w:proofErr w:type="spellStart"/>
      <w:r w:rsidRPr="00433A3C">
        <w:rPr>
          <w:rFonts w:ascii="Arial" w:hAnsi="Arial"/>
          <w:sz w:val="20"/>
          <w:lang w:val="es-ES"/>
        </w:rPr>
        <w:t>Hospedagem</w:t>
      </w:r>
      <w:proofErr w:type="spellEnd"/>
      <w:r w:rsidRPr="00433A3C">
        <w:rPr>
          <w:rFonts w:ascii="Arial" w:hAnsi="Arial"/>
          <w:sz w:val="20"/>
          <w:lang w:val="es-ES"/>
        </w:rPr>
        <w:t xml:space="preserve"> em </w:t>
      </w:r>
      <w:proofErr w:type="spellStart"/>
      <w:r w:rsidRPr="00433A3C">
        <w:rPr>
          <w:rFonts w:ascii="Arial" w:hAnsi="Arial"/>
          <w:sz w:val="20"/>
          <w:lang w:val="es-ES"/>
        </w:rPr>
        <w:t>Tallinn</w:t>
      </w:r>
      <w:proofErr w:type="spellEnd"/>
      <w:r w:rsidRPr="00433A3C">
        <w:rPr>
          <w:rFonts w:ascii="Arial" w:hAnsi="Arial"/>
          <w:sz w:val="20"/>
          <w:lang w:val="es-ES"/>
        </w:rPr>
        <w:t>.</w:t>
      </w:r>
    </w:p>
    <w:p w14:paraId="20E5206E" w14:textId="77777777" w:rsidR="002F23B3" w:rsidRPr="00433A3C" w:rsidRDefault="0073029A">
      <w:pPr>
        <w:spacing w:before="160" w:after="60" w:line="252" w:lineRule="auto"/>
        <w:rPr>
          <w:lang w:val="es-ES"/>
        </w:rPr>
      </w:pPr>
      <w:r w:rsidRPr="00433A3C">
        <w:rPr>
          <w:rFonts w:ascii="Arial" w:hAnsi="Arial"/>
          <w:b/>
          <w:sz w:val="20"/>
          <w:lang w:val="es-ES"/>
        </w:rPr>
        <w:t>DIA 3 QUI TALLINN</w:t>
      </w:r>
    </w:p>
    <w:p w14:paraId="1119EA44" w14:textId="77777777" w:rsidR="002F23B3" w:rsidRPr="00433A3C" w:rsidRDefault="0073029A">
      <w:pPr>
        <w:spacing w:after="160" w:line="252" w:lineRule="auto"/>
        <w:rPr>
          <w:lang w:val="es-ES"/>
        </w:rPr>
      </w:pPr>
      <w:r w:rsidRPr="00433A3C">
        <w:rPr>
          <w:rFonts w:ascii="Arial" w:hAnsi="Arial"/>
          <w:sz w:val="20"/>
          <w:lang w:val="es-ES"/>
        </w:rPr>
        <w:lastRenderedPageBreak/>
        <w:t xml:space="preserve">Café da </w:t>
      </w:r>
      <w:proofErr w:type="spellStart"/>
      <w:r w:rsidRPr="00433A3C">
        <w:rPr>
          <w:rFonts w:ascii="Arial" w:hAnsi="Arial"/>
          <w:sz w:val="20"/>
          <w:lang w:val="es-ES"/>
        </w:rPr>
        <w:t>manhã</w:t>
      </w:r>
      <w:proofErr w:type="spellEnd"/>
      <w:r w:rsidRPr="00433A3C">
        <w:rPr>
          <w:rFonts w:ascii="Arial" w:hAnsi="Arial"/>
          <w:sz w:val="20"/>
          <w:lang w:val="es-ES"/>
        </w:rPr>
        <w:t xml:space="preserve"> e visita à </w:t>
      </w:r>
      <w:proofErr w:type="spellStart"/>
      <w:r w:rsidRPr="00433A3C">
        <w:rPr>
          <w:rFonts w:ascii="Arial" w:hAnsi="Arial"/>
          <w:sz w:val="20"/>
          <w:lang w:val="es-ES"/>
        </w:rPr>
        <w:t>cidade</w:t>
      </w:r>
      <w:proofErr w:type="spellEnd"/>
      <w:r w:rsidRPr="00433A3C">
        <w:rPr>
          <w:rFonts w:ascii="Arial" w:hAnsi="Arial"/>
          <w:sz w:val="20"/>
          <w:lang w:val="es-ES"/>
        </w:rPr>
        <w:t xml:space="preserve">, </w:t>
      </w:r>
      <w:proofErr w:type="spellStart"/>
      <w:r w:rsidRPr="00433A3C">
        <w:rPr>
          <w:rFonts w:ascii="Arial" w:hAnsi="Arial"/>
          <w:sz w:val="20"/>
          <w:lang w:val="es-ES"/>
        </w:rPr>
        <w:t>com</w:t>
      </w:r>
      <w:proofErr w:type="spellEnd"/>
      <w:r w:rsidRPr="00433A3C">
        <w:rPr>
          <w:rFonts w:ascii="Arial" w:hAnsi="Arial"/>
          <w:sz w:val="20"/>
          <w:lang w:val="es-ES"/>
        </w:rPr>
        <w:t xml:space="preserve"> </w:t>
      </w:r>
      <w:proofErr w:type="spellStart"/>
      <w:r w:rsidRPr="00433A3C">
        <w:rPr>
          <w:rFonts w:ascii="Arial" w:hAnsi="Arial"/>
          <w:sz w:val="20"/>
          <w:lang w:val="es-ES"/>
        </w:rPr>
        <w:t>suas</w:t>
      </w:r>
      <w:proofErr w:type="spellEnd"/>
      <w:r w:rsidRPr="00433A3C">
        <w:rPr>
          <w:rFonts w:ascii="Arial" w:hAnsi="Arial"/>
          <w:sz w:val="20"/>
          <w:lang w:val="es-ES"/>
        </w:rPr>
        <w:t xml:space="preserve"> </w:t>
      </w:r>
      <w:proofErr w:type="spellStart"/>
      <w:r w:rsidRPr="00433A3C">
        <w:rPr>
          <w:rFonts w:ascii="Arial" w:hAnsi="Arial"/>
          <w:sz w:val="20"/>
          <w:lang w:val="es-ES"/>
        </w:rPr>
        <w:t>reminiscências</w:t>
      </w:r>
      <w:proofErr w:type="spellEnd"/>
      <w:r w:rsidRPr="00433A3C">
        <w:rPr>
          <w:rFonts w:ascii="Arial" w:hAnsi="Arial"/>
          <w:sz w:val="20"/>
          <w:lang w:val="es-ES"/>
        </w:rPr>
        <w:t xml:space="preserve"> hanseáticas, destacando o «</w:t>
      </w:r>
      <w:proofErr w:type="spellStart"/>
      <w:r w:rsidRPr="00433A3C">
        <w:rPr>
          <w:rFonts w:ascii="Arial" w:hAnsi="Arial"/>
          <w:sz w:val="20"/>
          <w:lang w:val="es-ES"/>
        </w:rPr>
        <w:t>Kiek</w:t>
      </w:r>
      <w:proofErr w:type="spellEnd"/>
      <w:r w:rsidRPr="00433A3C">
        <w:rPr>
          <w:rFonts w:ascii="Arial" w:hAnsi="Arial"/>
          <w:sz w:val="20"/>
          <w:lang w:val="es-ES"/>
        </w:rPr>
        <w:t xml:space="preserve"> in de </w:t>
      </w:r>
      <w:proofErr w:type="spellStart"/>
      <w:r w:rsidRPr="00433A3C">
        <w:rPr>
          <w:rFonts w:ascii="Arial" w:hAnsi="Arial"/>
          <w:sz w:val="20"/>
          <w:lang w:val="es-ES"/>
        </w:rPr>
        <w:t>Kök</w:t>
      </w:r>
      <w:proofErr w:type="spellEnd"/>
      <w:r w:rsidRPr="00433A3C">
        <w:rPr>
          <w:rFonts w:ascii="Arial" w:hAnsi="Arial"/>
          <w:sz w:val="20"/>
          <w:lang w:val="es-ES"/>
        </w:rPr>
        <w:t xml:space="preserve">», </w:t>
      </w:r>
      <w:proofErr w:type="spellStart"/>
      <w:r w:rsidRPr="00433A3C">
        <w:rPr>
          <w:rFonts w:ascii="Arial" w:hAnsi="Arial"/>
          <w:sz w:val="20"/>
          <w:lang w:val="es-ES"/>
        </w:rPr>
        <w:t>uma</w:t>
      </w:r>
      <w:proofErr w:type="spellEnd"/>
      <w:r w:rsidRPr="00433A3C">
        <w:rPr>
          <w:rFonts w:ascii="Arial" w:hAnsi="Arial"/>
          <w:sz w:val="20"/>
          <w:lang w:val="es-ES"/>
        </w:rPr>
        <w:t xml:space="preserve"> das torres defensi</w:t>
      </w:r>
      <w:r w:rsidRPr="00433A3C">
        <w:rPr>
          <w:rFonts w:ascii="Arial" w:hAnsi="Arial"/>
          <w:sz w:val="20"/>
          <w:lang w:val="es-ES"/>
        </w:rPr>
        <w:t xml:space="preserve">vas </w:t>
      </w:r>
      <w:proofErr w:type="spellStart"/>
      <w:r w:rsidRPr="00433A3C">
        <w:rPr>
          <w:rFonts w:ascii="Arial" w:hAnsi="Arial"/>
          <w:sz w:val="20"/>
          <w:lang w:val="es-ES"/>
        </w:rPr>
        <w:t>mais</w:t>
      </w:r>
      <w:proofErr w:type="spellEnd"/>
      <w:r w:rsidRPr="00433A3C">
        <w:rPr>
          <w:rFonts w:ascii="Arial" w:hAnsi="Arial"/>
          <w:sz w:val="20"/>
          <w:lang w:val="es-ES"/>
        </w:rPr>
        <w:t xml:space="preserve"> imponentes da </w:t>
      </w:r>
      <w:proofErr w:type="spellStart"/>
      <w:r w:rsidRPr="00433A3C">
        <w:rPr>
          <w:rFonts w:ascii="Arial" w:hAnsi="Arial"/>
          <w:sz w:val="20"/>
          <w:lang w:val="es-ES"/>
        </w:rPr>
        <w:t>região</w:t>
      </w:r>
      <w:proofErr w:type="spellEnd"/>
      <w:r w:rsidRPr="00433A3C">
        <w:rPr>
          <w:rFonts w:ascii="Arial" w:hAnsi="Arial"/>
          <w:sz w:val="20"/>
          <w:lang w:val="es-ES"/>
        </w:rPr>
        <w:t xml:space="preserve"> do mar Báltico. </w:t>
      </w:r>
      <w:proofErr w:type="spellStart"/>
      <w:r w:rsidRPr="00433A3C">
        <w:rPr>
          <w:rFonts w:ascii="Arial" w:hAnsi="Arial"/>
          <w:sz w:val="20"/>
          <w:lang w:val="es-ES"/>
        </w:rPr>
        <w:t>Também</w:t>
      </w:r>
      <w:proofErr w:type="spellEnd"/>
      <w:r w:rsidRPr="00433A3C">
        <w:rPr>
          <w:rFonts w:ascii="Arial" w:hAnsi="Arial"/>
          <w:sz w:val="20"/>
          <w:lang w:val="es-ES"/>
        </w:rPr>
        <w:t xml:space="preserve"> veremos a igreja de São Nicolau (</w:t>
      </w:r>
      <w:proofErr w:type="spellStart"/>
      <w:r w:rsidRPr="00433A3C">
        <w:rPr>
          <w:rFonts w:ascii="Arial" w:hAnsi="Arial"/>
          <w:sz w:val="20"/>
          <w:lang w:val="es-ES"/>
        </w:rPr>
        <w:t>séculos</w:t>
      </w:r>
      <w:proofErr w:type="spellEnd"/>
      <w:r w:rsidRPr="00433A3C">
        <w:rPr>
          <w:rFonts w:ascii="Arial" w:hAnsi="Arial"/>
          <w:sz w:val="20"/>
          <w:lang w:val="es-ES"/>
        </w:rPr>
        <w:t xml:space="preserve"> XIII–XV) e a Catedral de Santa Maria (</w:t>
      </w:r>
      <w:proofErr w:type="spellStart"/>
      <w:r w:rsidRPr="00433A3C">
        <w:rPr>
          <w:rFonts w:ascii="Arial" w:hAnsi="Arial"/>
          <w:sz w:val="20"/>
          <w:lang w:val="es-ES"/>
        </w:rPr>
        <w:t>Toomkirik</w:t>
      </w:r>
      <w:proofErr w:type="spellEnd"/>
      <w:r w:rsidRPr="00433A3C">
        <w:rPr>
          <w:rFonts w:ascii="Arial" w:hAnsi="Arial"/>
          <w:sz w:val="20"/>
          <w:lang w:val="es-ES"/>
        </w:rPr>
        <w:t xml:space="preserve">), de estilo gótico </w:t>
      </w:r>
      <w:proofErr w:type="spellStart"/>
      <w:r w:rsidRPr="00433A3C">
        <w:rPr>
          <w:rFonts w:ascii="Arial" w:hAnsi="Arial"/>
          <w:sz w:val="20"/>
          <w:lang w:val="es-ES"/>
        </w:rPr>
        <w:t>com</w:t>
      </w:r>
      <w:proofErr w:type="spellEnd"/>
      <w:r w:rsidRPr="00433A3C">
        <w:rPr>
          <w:rFonts w:ascii="Arial" w:hAnsi="Arial"/>
          <w:sz w:val="20"/>
          <w:lang w:val="es-ES"/>
        </w:rPr>
        <w:t xml:space="preserve"> reformas posteriores. </w:t>
      </w:r>
      <w:proofErr w:type="spellStart"/>
      <w:r w:rsidRPr="00433A3C">
        <w:rPr>
          <w:rFonts w:ascii="Arial" w:hAnsi="Arial"/>
          <w:sz w:val="20"/>
          <w:lang w:val="es-ES"/>
        </w:rPr>
        <w:t>Hospedagem</w:t>
      </w:r>
      <w:proofErr w:type="spellEnd"/>
      <w:r w:rsidRPr="00433A3C">
        <w:rPr>
          <w:rFonts w:ascii="Arial" w:hAnsi="Arial"/>
          <w:sz w:val="20"/>
          <w:lang w:val="es-ES"/>
        </w:rPr>
        <w:t>. DESCUBRA O BÁLTICO</w:t>
      </w:r>
    </w:p>
    <w:p w14:paraId="2A3CDF10" w14:textId="77777777" w:rsidR="002F23B3" w:rsidRPr="00433A3C" w:rsidRDefault="0073029A">
      <w:pPr>
        <w:spacing w:before="160" w:after="60" w:line="252" w:lineRule="auto"/>
        <w:rPr>
          <w:lang w:val="es-ES"/>
        </w:rPr>
      </w:pPr>
      <w:r w:rsidRPr="00433A3C">
        <w:rPr>
          <w:rFonts w:ascii="Arial" w:hAnsi="Arial"/>
          <w:b/>
          <w:sz w:val="20"/>
          <w:lang w:val="es-ES"/>
        </w:rPr>
        <w:t>DIA 4 SEX TALLINN - SIGULDARIGA</w:t>
      </w:r>
    </w:p>
    <w:p w14:paraId="7C4630AA" w14:textId="77777777" w:rsidR="002F23B3" w:rsidRPr="00433A3C" w:rsidRDefault="0073029A">
      <w:pPr>
        <w:spacing w:after="160" w:line="252" w:lineRule="auto"/>
        <w:rPr>
          <w:lang w:val="es-ES"/>
        </w:rPr>
      </w:pPr>
      <w:r w:rsidRPr="00433A3C">
        <w:rPr>
          <w:rFonts w:ascii="Arial" w:hAnsi="Arial"/>
          <w:sz w:val="20"/>
          <w:lang w:val="es-ES"/>
        </w:rPr>
        <w:t xml:space="preserve">Café </w:t>
      </w:r>
      <w:r w:rsidRPr="00433A3C">
        <w:rPr>
          <w:rFonts w:ascii="Arial" w:hAnsi="Arial"/>
          <w:sz w:val="20"/>
          <w:lang w:val="es-ES"/>
        </w:rPr>
        <w:t xml:space="preserve">da </w:t>
      </w:r>
      <w:proofErr w:type="spellStart"/>
      <w:r w:rsidRPr="00433A3C">
        <w:rPr>
          <w:rFonts w:ascii="Arial" w:hAnsi="Arial"/>
          <w:sz w:val="20"/>
          <w:lang w:val="es-ES"/>
        </w:rPr>
        <w:t>manhã</w:t>
      </w:r>
      <w:proofErr w:type="spellEnd"/>
      <w:r w:rsidRPr="00433A3C">
        <w:rPr>
          <w:rFonts w:ascii="Arial" w:hAnsi="Arial"/>
          <w:sz w:val="20"/>
          <w:lang w:val="es-ES"/>
        </w:rPr>
        <w:t xml:space="preserve"> e </w:t>
      </w:r>
      <w:proofErr w:type="spellStart"/>
      <w:r w:rsidRPr="00433A3C">
        <w:rPr>
          <w:rFonts w:ascii="Arial" w:hAnsi="Arial"/>
          <w:sz w:val="20"/>
          <w:lang w:val="es-ES"/>
        </w:rPr>
        <w:t>saída</w:t>
      </w:r>
      <w:proofErr w:type="spellEnd"/>
      <w:r w:rsidRPr="00433A3C">
        <w:rPr>
          <w:rFonts w:ascii="Arial" w:hAnsi="Arial"/>
          <w:sz w:val="20"/>
          <w:lang w:val="es-ES"/>
        </w:rPr>
        <w:t xml:space="preserve"> em </w:t>
      </w:r>
      <w:proofErr w:type="spellStart"/>
      <w:r w:rsidRPr="00433A3C">
        <w:rPr>
          <w:rFonts w:ascii="Arial" w:hAnsi="Arial"/>
          <w:sz w:val="20"/>
          <w:lang w:val="es-ES"/>
        </w:rPr>
        <w:t>direção</w:t>
      </w:r>
      <w:proofErr w:type="spellEnd"/>
      <w:r w:rsidRPr="00433A3C">
        <w:rPr>
          <w:rFonts w:ascii="Arial" w:hAnsi="Arial"/>
          <w:sz w:val="20"/>
          <w:lang w:val="es-ES"/>
        </w:rPr>
        <w:t xml:space="preserve"> a </w:t>
      </w:r>
      <w:proofErr w:type="spellStart"/>
      <w:r w:rsidRPr="00433A3C">
        <w:rPr>
          <w:rFonts w:ascii="Arial" w:hAnsi="Arial"/>
          <w:sz w:val="20"/>
          <w:lang w:val="es-ES"/>
        </w:rPr>
        <w:t>Sigulda</w:t>
      </w:r>
      <w:proofErr w:type="spellEnd"/>
      <w:r w:rsidRPr="00433A3C">
        <w:rPr>
          <w:rFonts w:ascii="Arial" w:hAnsi="Arial"/>
          <w:sz w:val="20"/>
          <w:lang w:val="es-ES"/>
        </w:rPr>
        <w:t xml:space="preserve">, situada no Parque Nacional de </w:t>
      </w:r>
      <w:proofErr w:type="spellStart"/>
      <w:r w:rsidRPr="00433A3C">
        <w:rPr>
          <w:rFonts w:ascii="Arial" w:hAnsi="Arial"/>
          <w:sz w:val="20"/>
          <w:lang w:val="es-ES"/>
        </w:rPr>
        <w:t>Gauja</w:t>
      </w:r>
      <w:proofErr w:type="spellEnd"/>
      <w:r w:rsidRPr="00433A3C">
        <w:rPr>
          <w:rFonts w:ascii="Arial" w:hAnsi="Arial"/>
          <w:sz w:val="20"/>
          <w:lang w:val="es-ES"/>
        </w:rPr>
        <w:t xml:space="preserve">, </w:t>
      </w:r>
      <w:proofErr w:type="spellStart"/>
      <w:r w:rsidRPr="00433A3C">
        <w:rPr>
          <w:rFonts w:ascii="Arial" w:hAnsi="Arial"/>
          <w:sz w:val="20"/>
          <w:lang w:val="es-ES"/>
        </w:rPr>
        <w:t>uma</w:t>
      </w:r>
      <w:proofErr w:type="spellEnd"/>
      <w:r w:rsidRPr="00433A3C">
        <w:rPr>
          <w:rFonts w:ascii="Arial" w:hAnsi="Arial"/>
          <w:sz w:val="20"/>
          <w:lang w:val="es-ES"/>
        </w:rPr>
        <w:t xml:space="preserve"> área salpicada de </w:t>
      </w:r>
      <w:proofErr w:type="spellStart"/>
      <w:r w:rsidRPr="00433A3C">
        <w:rPr>
          <w:rFonts w:ascii="Arial" w:hAnsi="Arial"/>
          <w:sz w:val="20"/>
          <w:lang w:val="es-ES"/>
        </w:rPr>
        <w:t>castelos</w:t>
      </w:r>
      <w:proofErr w:type="spellEnd"/>
      <w:r w:rsidRPr="00433A3C">
        <w:rPr>
          <w:rFonts w:ascii="Arial" w:hAnsi="Arial"/>
          <w:sz w:val="20"/>
          <w:lang w:val="es-ES"/>
        </w:rPr>
        <w:t xml:space="preserve"> e grutas. Visita das </w:t>
      </w:r>
      <w:proofErr w:type="spellStart"/>
      <w:r w:rsidRPr="00433A3C">
        <w:rPr>
          <w:rFonts w:ascii="Arial" w:hAnsi="Arial"/>
          <w:sz w:val="20"/>
          <w:lang w:val="es-ES"/>
        </w:rPr>
        <w:t>ruínas</w:t>
      </w:r>
      <w:proofErr w:type="spellEnd"/>
      <w:r w:rsidRPr="00433A3C">
        <w:rPr>
          <w:rFonts w:ascii="Arial" w:hAnsi="Arial"/>
          <w:sz w:val="20"/>
          <w:lang w:val="es-ES"/>
        </w:rPr>
        <w:t xml:space="preserve"> do Castelo de </w:t>
      </w:r>
      <w:proofErr w:type="spellStart"/>
      <w:r w:rsidRPr="00433A3C">
        <w:rPr>
          <w:rFonts w:ascii="Arial" w:hAnsi="Arial"/>
          <w:sz w:val="20"/>
          <w:lang w:val="es-ES"/>
        </w:rPr>
        <w:t>Sigulda</w:t>
      </w:r>
      <w:proofErr w:type="spellEnd"/>
      <w:r w:rsidRPr="00433A3C">
        <w:rPr>
          <w:rFonts w:ascii="Arial" w:hAnsi="Arial"/>
          <w:sz w:val="20"/>
          <w:lang w:val="es-ES"/>
        </w:rPr>
        <w:t xml:space="preserve">, </w:t>
      </w:r>
      <w:proofErr w:type="spellStart"/>
      <w:r w:rsidRPr="00433A3C">
        <w:rPr>
          <w:rFonts w:ascii="Arial" w:hAnsi="Arial"/>
          <w:sz w:val="20"/>
          <w:lang w:val="es-ES"/>
        </w:rPr>
        <w:t>construído</w:t>
      </w:r>
      <w:proofErr w:type="spellEnd"/>
      <w:r w:rsidRPr="00433A3C">
        <w:rPr>
          <w:rFonts w:ascii="Arial" w:hAnsi="Arial"/>
          <w:sz w:val="20"/>
          <w:lang w:val="es-ES"/>
        </w:rPr>
        <w:t xml:space="preserve"> em 1207 pelos </w:t>
      </w:r>
      <w:proofErr w:type="spellStart"/>
      <w:r w:rsidRPr="00433A3C">
        <w:rPr>
          <w:rFonts w:ascii="Arial" w:hAnsi="Arial"/>
          <w:sz w:val="20"/>
          <w:lang w:val="es-ES"/>
        </w:rPr>
        <w:t>Cavaleiros</w:t>
      </w:r>
      <w:proofErr w:type="spellEnd"/>
      <w:r w:rsidRPr="00433A3C">
        <w:rPr>
          <w:rFonts w:ascii="Arial" w:hAnsi="Arial"/>
          <w:sz w:val="20"/>
          <w:lang w:val="es-ES"/>
        </w:rPr>
        <w:t xml:space="preserve"> da Cruz, e do Castelo de </w:t>
      </w:r>
      <w:proofErr w:type="spellStart"/>
      <w:r w:rsidRPr="00433A3C">
        <w:rPr>
          <w:rFonts w:ascii="Arial" w:hAnsi="Arial"/>
          <w:sz w:val="20"/>
          <w:lang w:val="es-ES"/>
        </w:rPr>
        <w:t>Turaida</w:t>
      </w:r>
      <w:proofErr w:type="spellEnd"/>
      <w:r w:rsidRPr="00433A3C">
        <w:rPr>
          <w:rFonts w:ascii="Arial" w:hAnsi="Arial"/>
          <w:sz w:val="20"/>
          <w:lang w:val="es-ES"/>
        </w:rPr>
        <w:t xml:space="preserve">, de onde se aprecia </w:t>
      </w:r>
      <w:proofErr w:type="spellStart"/>
      <w:r w:rsidRPr="00433A3C">
        <w:rPr>
          <w:rFonts w:ascii="Arial" w:hAnsi="Arial"/>
          <w:sz w:val="20"/>
          <w:lang w:val="es-ES"/>
        </w:rPr>
        <w:t>uma</w:t>
      </w:r>
      <w:proofErr w:type="spellEnd"/>
      <w:r w:rsidRPr="00433A3C">
        <w:rPr>
          <w:rFonts w:ascii="Arial" w:hAnsi="Arial"/>
          <w:sz w:val="20"/>
          <w:lang w:val="es-ES"/>
        </w:rPr>
        <w:t xml:space="preserve"> vista</w:t>
      </w:r>
      <w:r w:rsidRPr="00433A3C">
        <w:rPr>
          <w:rFonts w:ascii="Arial" w:hAnsi="Arial"/>
          <w:sz w:val="20"/>
          <w:lang w:val="es-ES"/>
        </w:rPr>
        <w:t xml:space="preserve"> </w:t>
      </w:r>
      <w:proofErr w:type="spellStart"/>
      <w:r w:rsidRPr="00433A3C">
        <w:rPr>
          <w:rFonts w:ascii="Arial" w:hAnsi="Arial"/>
          <w:sz w:val="20"/>
          <w:lang w:val="es-ES"/>
        </w:rPr>
        <w:t>impressionante</w:t>
      </w:r>
      <w:proofErr w:type="spellEnd"/>
      <w:r w:rsidRPr="00433A3C">
        <w:rPr>
          <w:rFonts w:ascii="Arial" w:hAnsi="Arial"/>
          <w:sz w:val="20"/>
          <w:lang w:val="es-ES"/>
        </w:rPr>
        <w:t xml:space="preserve"> do encantador entorno. </w:t>
      </w:r>
      <w:proofErr w:type="spellStart"/>
      <w:r w:rsidRPr="00433A3C">
        <w:rPr>
          <w:rFonts w:ascii="Arial" w:hAnsi="Arial"/>
          <w:sz w:val="20"/>
          <w:lang w:val="es-ES"/>
        </w:rPr>
        <w:t>Continuação</w:t>
      </w:r>
      <w:proofErr w:type="spellEnd"/>
      <w:r w:rsidRPr="00433A3C">
        <w:rPr>
          <w:rFonts w:ascii="Arial" w:hAnsi="Arial"/>
          <w:sz w:val="20"/>
          <w:lang w:val="es-ES"/>
        </w:rPr>
        <w:t xml:space="preserve"> até Riga. </w:t>
      </w:r>
      <w:proofErr w:type="spellStart"/>
      <w:r w:rsidRPr="00433A3C">
        <w:rPr>
          <w:rFonts w:ascii="Arial" w:hAnsi="Arial"/>
          <w:sz w:val="20"/>
          <w:lang w:val="es-ES"/>
        </w:rPr>
        <w:t>Hospedagem</w:t>
      </w:r>
      <w:proofErr w:type="spellEnd"/>
      <w:r w:rsidRPr="00433A3C">
        <w:rPr>
          <w:rFonts w:ascii="Arial" w:hAnsi="Arial"/>
          <w:sz w:val="20"/>
          <w:lang w:val="es-ES"/>
        </w:rPr>
        <w:t>.</w:t>
      </w:r>
    </w:p>
    <w:p w14:paraId="2BC5F161" w14:textId="77777777" w:rsidR="002F23B3" w:rsidRPr="00433A3C" w:rsidRDefault="0073029A">
      <w:pPr>
        <w:spacing w:before="160" w:after="60" w:line="252" w:lineRule="auto"/>
        <w:rPr>
          <w:lang w:val="es-ES"/>
        </w:rPr>
      </w:pPr>
      <w:r w:rsidRPr="00433A3C">
        <w:rPr>
          <w:rFonts w:ascii="Arial" w:hAnsi="Arial"/>
          <w:b/>
          <w:sz w:val="20"/>
          <w:lang w:val="es-ES"/>
        </w:rPr>
        <w:t>DIA 5 SAB RIGA</w:t>
      </w:r>
    </w:p>
    <w:p w14:paraId="2B1053DD" w14:textId="2B9DF697" w:rsidR="0072505B" w:rsidRDefault="0073029A">
      <w:pPr>
        <w:spacing w:after="160" w:line="252" w:lineRule="auto"/>
        <w:rPr>
          <w:rFonts w:ascii="Arial" w:hAnsi="Arial"/>
          <w:sz w:val="20"/>
          <w:lang w:val="es-ES"/>
        </w:rPr>
      </w:pPr>
      <w:r w:rsidRPr="00433A3C">
        <w:rPr>
          <w:rFonts w:ascii="Arial" w:hAnsi="Arial"/>
          <w:sz w:val="20"/>
          <w:lang w:val="es-ES"/>
        </w:rPr>
        <w:t xml:space="preserve">Café da </w:t>
      </w:r>
      <w:proofErr w:type="spellStart"/>
      <w:r w:rsidRPr="00433A3C">
        <w:rPr>
          <w:rFonts w:ascii="Arial" w:hAnsi="Arial"/>
          <w:sz w:val="20"/>
          <w:lang w:val="es-ES"/>
        </w:rPr>
        <w:t>manhã</w:t>
      </w:r>
      <w:proofErr w:type="spellEnd"/>
      <w:r w:rsidRPr="00433A3C">
        <w:rPr>
          <w:rFonts w:ascii="Arial" w:hAnsi="Arial"/>
          <w:sz w:val="20"/>
          <w:lang w:val="es-ES"/>
        </w:rPr>
        <w:t xml:space="preserve"> e visita da </w:t>
      </w:r>
      <w:proofErr w:type="spellStart"/>
      <w:r w:rsidRPr="00433A3C">
        <w:rPr>
          <w:rFonts w:ascii="Arial" w:hAnsi="Arial"/>
          <w:sz w:val="20"/>
          <w:lang w:val="es-ES"/>
        </w:rPr>
        <w:t>cidade</w:t>
      </w:r>
      <w:proofErr w:type="spellEnd"/>
      <w:r w:rsidRPr="00433A3C">
        <w:rPr>
          <w:rFonts w:ascii="Arial" w:hAnsi="Arial"/>
          <w:sz w:val="20"/>
          <w:lang w:val="es-ES"/>
        </w:rPr>
        <w:t xml:space="preserve">, </w:t>
      </w:r>
      <w:proofErr w:type="spellStart"/>
      <w:r w:rsidRPr="00433A3C">
        <w:rPr>
          <w:rFonts w:ascii="Arial" w:hAnsi="Arial"/>
          <w:sz w:val="20"/>
          <w:lang w:val="es-ES"/>
        </w:rPr>
        <w:t>também</w:t>
      </w:r>
      <w:proofErr w:type="spellEnd"/>
      <w:r w:rsidRPr="00433A3C">
        <w:rPr>
          <w:rFonts w:ascii="Arial" w:hAnsi="Arial"/>
          <w:sz w:val="20"/>
          <w:lang w:val="es-ES"/>
        </w:rPr>
        <w:t xml:space="preserve"> chamada de «a Paris do Norte», cuja </w:t>
      </w:r>
      <w:proofErr w:type="spellStart"/>
      <w:r w:rsidRPr="00433A3C">
        <w:rPr>
          <w:rFonts w:ascii="Arial" w:hAnsi="Arial"/>
          <w:sz w:val="20"/>
          <w:lang w:val="es-ES"/>
        </w:rPr>
        <w:t>fundação</w:t>
      </w:r>
      <w:proofErr w:type="spellEnd"/>
      <w:r w:rsidRPr="00433A3C">
        <w:rPr>
          <w:rFonts w:ascii="Arial" w:hAnsi="Arial"/>
          <w:sz w:val="20"/>
          <w:lang w:val="es-ES"/>
        </w:rPr>
        <w:t xml:space="preserve"> remonta </w:t>
      </w:r>
      <w:proofErr w:type="spellStart"/>
      <w:r w:rsidRPr="00433A3C">
        <w:rPr>
          <w:rFonts w:ascii="Arial" w:hAnsi="Arial"/>
          <w:sz w:val="20"/>
          <w:lang w:val="es-ES"/>
        </w:rPr>
        <w:t>ao</w:t>
      </w:r>
      <w:proofErr w:type="spellEnd"/>
      <w:r w:rsidRPr="00433A3C">
        <w:rPr>
          <w:rFonts w:ascii="Arial" w:hAnsi="Arial"/>
          <w:sz w:val="20"/>
          <w:lang w:val="es-ES"/>
        </w:rPr>
        <w:t xml:space="preserve"> </w:t>
      </w:r>
      <w:proofErr w:type="spellStart"/>
      <w:r w:rsidRPr="00433A3C">
        <w:rPr>
          <w:rFonts w:ascii="Arial" w:hAnsi="Arial"/>
          <w:sz w:val="20"/>
          <w:lang w:val="es-ES"/>
        </w:rPr>
        <w:t>século</w:t>
      </w:r>
      <w:proofErr w:type="spellEnd"/>
      <w:r w:rsidRPr="00433A3C">
        <w:rPr>
          <w:rFonts w:ascii="Arial" w:hAnsi="Arial"/>
          <w:sz w:val="20"/>
          <w:lang w:val="es-ES"/>
        </w:rPr>
        <w:t xml:space="preserve"> XII. </w:t>
      </w:r>
      <w:proofErr w:type="spellStart"/>
      <w:r w:rsidRPr="00433A3C">
        <w:rPr>
          <w:rFonts w:ascii="Arial" w:hAnsi="Arial"/>
          <w:sz w:val="20"/>
          <w:lang w:val="es-ES"/>
        </w:rPr>
        <w:t>Passeando</w:t>
      </w:r>
      <w:proofErr w:type="spellEnd"/>
      <w:r w:rsidRPr="00433A3C">
        <w:rPr>
          <w:rFonts w:ascii="Arial" w:hAnsi="Arial"/>
          <w:sz w:val="20"/>
          <w:lang w:val="es-ES"/>
        </w:rPr>
        <w:t xml:space="preserve"> pelo centro histórico, </w:t>
      </w:r>
      <w:proofErr w:type="spellStart"/>
      <w:r w:rsidRPr="00433A3C">
        <w:rPr>
          <w:rFonts w:ascii="Arial" w:hAnsi="Arial"/>
          <w:sz w:val="20"/>
          <w:lang w:val="es-ES"/>
        </w:rPr>
        <w:t>com</w:t>
      </w:r>
      <w:proofErr w:type="spellEnd"/>
      <w:r w:rsidRPr="00433A3C">
        <w:rPr>
          <w:rFonts w:ascii="Arial" w:hAnsi="Arial"/>
          <w:sz w:val="20"/>
          <w:lang w:val="es-ES"/>
        </w:rPr>
        <w:t xml:space="preserve"> </w:t>
      </w:r>
      <w:proofErr w:type="spellStart"/>
      <w:r w:rsidRPr="00433A3C">
        <w:rPr>
          <w:rFonts w:ascii="Arial" w:hAnsi="Arial"/>
          <w:sz w:val="20"/>
          <w:lang w:val="es-ES"/>
        </w:rPr>
        <w:t>suas</w:t>
      </w:r>
      <w:proofErr w:type="spellEnd"/>
      <w:r w:rsidRPr="00433A3C">
        <w:rPr>
          <w:rFonts w:ascii="Arial" w:hAnsi="Arial"/>
          <w:sz w:val="20"/>
          <w:lang w:val="es-ES"/>
        </w:rPr>
        <w:t xml:space="preserve"> </w:t>
      </w:r>
      <w:proofErr w:type="spellStart"/>
      <w:r w:rsidRPr="00433A3C">
        <w:rPr>
          <w:rFonts w:ascii="Arial" w:hAnsi="Arial"/>
          <w:sz w:val="20"/>
          <w:lang w:val="es-ES"/>
        </w:rPr>
        <w:t>estreitas</w:t>
      </w:r>
      <w:proofErr w:type="spellEnd"/>
      <w:r w:rsidRPr="00433A3C">
        <w:rPr>
          <w:rFonts w:ascii="Arial" w:hAnsi="Arial"/>
          <w:sz w:val="20"/>
          <w:lang w:val="es-ES"/>
        </w:rPr>
        <w:t xml:space="preserve"> </w:t>
      </w:r>
      <w:proofErr w:type="spellStart"/>
      <w:r w:rsidRPr="00433A3C">
        <w:rPr>
          <w:rFonts w:ascii="Arial" w:hAnsi="Arial"/>
          <w:sz w:val="20"/>
          <w:lang w:val="es-ES"/>
        </w:rPr>
        <w:t>ruas</w:t>
      </w:r>
      <w:proofErr w:type="spellEnd"/>
      <w:r w:rsidRPr="00433A3C">
        <w:rPr>
          <w:rFonts w:ascii="Arial" w:hAnsi="Arial"/>
          <w:sz w:val="20"/>
          <w:lang w:val="es-ES"/>
        </w:rPr>
        <w:t xml:space="preserve"> e </w:t>
      </w:r>
      <w:r w:rsidRPr="00433A3C">
        <w:rPr>
          <w:rFonts w:ascii="Arial" w:hAnsi="Arial"/>
          <w:sz w:val="20"/>
          <w:lang w:val="es-ES"/>
        </w:rPr>
        <w:t xml:space="preserve">casas típicas, veremos a Catedral, a Casa dos </w:t>
      </w:r>
      <w:proofErr w:type="spellStart"/>
      <w:r w:rsidRPr="00433A3C">
        <w:rPr>
          <w:rFonts w:ascii="Arial" w:hAnsi="Arial"/>
          <w:sz w:val="20"/>
          <w:lang w:val="es-ES"/>
        </w:rPr>
        <w:t>Três</w:t>
      </w:r>
      <w:proofErr w:type="spellEnd"/>
      <w:r w:rsidRPr="00433A3C">
        <w:rPr>
          <w:rFonts w:ascii="Arial" w:hAnsi="Arial"/>
          <w:sz w:val="20"/>
          <w:lang w:val="es-ES"/>
        </w:rPr>
        <w:t xml:space="preserve"> </w:t>
      </w:r>
      <w:proofErr w:type="spellStart"/>
      <w:r w:rsidRPr="00433A3C">
        <w:rPr>
          <w:rFonts w:ascii="Arial" w:hAnsi="Arial"/>
          <w:sz w:val="20"/>
          <w:lang w:val="es-ES"/>
        </w:rPr>
        <w:t>Irmãos</w:t>
      </w:r>
      <w:proofErr w:type="spellEnd"/>
      <w:r w:rsidRPr="00433A3C">
        <w:rPr>
          <w:rFonts w:ascii="Arial" w:hAnsi="Arial"/>
          <w:sz w:val="20"/>
          <w:lang w:val="es-ES"/>
        </w:rPr>
        <w:t xml:space="preserve">, a </w:t>
      </w:r>
      <w:proofErr w:type="spellStart"/>
      <w:r w:rsidRPr="00433A3C">
        <w:rPr>
          <w:rFonts w:ascii="Arial" w:hAnsi="Arial"/>
          <w:sz w:val="20"/>
          <w:lang w:val="es-ES"/>
        </w:rPr>
        <w:t>Praça</w:t>
      </w:r>
      <w:proofErr w:type="spellEnd"/>
      <w:r w:rsidRPr="00433A3C">
        <w:rPr>
          <w:rFonts w:ascii="Arial" w:hAnsi="Arial"/>
          <w:sz w:val="20"/>
          <w:lang w:val="es-ES"/>
        </w:rPr>
        <w:t xml:space="preserve"> da </w:t>
      </w:r>
      <w:proofErr w:type="spellStart"/>
      <w:r w:rsidRPr="00433A3C">
        <w:rPr>
          <w:rFonts w:ascii="Arial" w:hAnsi="Arial"/>
          <w:sz w:val="20"/>
          <w:lang w:val="es-ES"/>
        </w:rPr>
        <w:t>Prefeitura</w:t>
      </w:r>
      <w:proofErr w:type="spellEnd"/>
      <w:r w:rsidRPr="00433A3C">
        <w:rPr>
          <w:rFonts w:ascii="Arial" w:hAnsi="Arial"/>
          <w:sz w:val="20"/>
          <w:lang w:val="es-ES"/>
        </w:rPr>
        <w:t xml:space="preserve"> e o Monumento à </w:t>
      </w:r>
      <w:proofErr w:type="spellStart"/>
      <w:r w:rsidRPr="00433A3C">
        <w:rPr>
          <w:rFonts w:ascii="Arial" w:hAnsi="Arial"/>
          <w:sz w:val="20"/>
          <w:lang w:val="es-ES"/>
        </w:rPr>
        <w:t>Liberdade</w:t>
      </w:r>
      <w:proofErr w:type="spellEnd"/>
      <w:r w:rsidRPr="00433A3C">
        <w:rPr>
          <w:rFonts w:ascii="Arial" w:hAnsi="Arial"/>
          <w:sz w:val="20"/>
          <w:lang w:val="es-ES"/>
        </w:rPr>
        <w:t xml:space="preserve">. </w:t>
      </w:r>
      <w:proofErr w:type="spellStart"/>
      <w:r w:rsidRPr="00433A3C">
        <w:rPr>
          <w:rFonts w:ascii="Arial" w:hAnsi="Arial"/>
          <w:sz w:val="20"/>
          <w:lang w:val="es-ES"/>
        </w:rPr>
        <w:t>Continuação</w:t>
      </w:r>
      <w:proofErr w:type="spellEnd"/>
      <w:r w:rsidRPr="00433A3C">
        <w:rPr>
          <w:rFonts w:ascii="Arial" w:hAnsi="Arial"/>
          <w:sz w:val="20"/>
          <w:lang w:val="es-ES"/>
        </w:rPr>
        <w:t xml:space="preserve"> pelo centro e </w:t>
      </w:r>
      <w:proofErr w:type="spellStart"/>
      <w:r w:rsidRPr="00433A3C">
        <w:rPr>
          <w:rFonts w:ascii="Arial" w:hAnsi="Arial"/>
          <w:sz w:val="20"/>
          <w:lang w:val="es-ES"/>
        </w:rPr>
        <w:t>sua</w:t>
      </w:r>
      <w:proofErr w:type="spellEnd"/>
      <w:r w:rsidRPr="00433A3C">
        <w:rPr>
          <w:rFonts w:ascii="Arial" w:hAnsi="Arial"/>
          <w:sz w:val="20"/>
          <w:lang w:val="es-ES"/>
        </w:rPr>
        <w:t xml:space="preserve"> </w:t>
      </w:r>
      <w:proofErr w:type="spellStart"/>
      <w:r w:rsidRPr="00433A3C">
        <w:rPr>
          <w:rFonts w:ascii="Arial" w:hAnsi="Arial"/>
          <w:sz w:val="20"/>
          <w:lang w:val="es-ES"/>
        </w:rPr>
        <w:t>impressionante</w:t>
      </w:r>
      <w:proofErr w:type="spellEnd"/>
      <w:r w:rsidRPr="00433A3C">
        <w:rPr>
          <w:rFonts w:ascii="Arial" w:hAnsi="Arial"/>
          <w:sz w:val="20"/>
          <w:lang w:val="es-ES"/>
        </w:rPr>
        <w:t xml:space="preserve"> </w:t>
      </w:r>
      <w:proofErr w:type="spellStart"/>
      <w:r w:rsidRPr="00433A3C">
        <w:rPr>
          <w:rFonts w:ascii="Arial" w:hAnsi="Arial"/>
          <w:sz w:val="20"/>
          <w:lang w:val="es-ES"/>
        </w:rPr>
        <w:t>coleção</w:t>
      </w:r>
      <w:proofErr w:type="spellEnd"/>
      <w:r w:rsidRPr="00433A3C">
        <w:rPr>
          <w:rFonts w:ascii="Arial" w:hAnsi="Arial"/>
          <w:sz w:val="20"/>
          <w:lang w:val="es-ES"/>
        </w:rPr>
        <w:t xml:space="preserve"> de </w:t>
      </w:r>
      <w:proofErr w:type="spellStart"/>
      <w:r w:rsidRPr="00433A3C">
        <w:rPr>
          <w:rFonts w:ascii="Arial" w:hAnsi="Arial"/>
          <w:sz w:val="20"/>
          <w:lang w:val="es-ES"/>
        </w:rPr>
        <w:t>edifícios</w:t>
      </w:r>
      <w:proofErr w:type="spellEnd"/>
      <w:r w:rsidRPr="00433A3C">
        <w:rPr>
          <w:rFonts w:ascii="Arial" w:hAnsi="Arial"/>
          <w:sz w:val="20"/>
          <w:lang w:val="es-ES"/>
        </w:rPr>
        <w:t xml:space="preserve"> art </w:t>
      </w:r>
      <w:proofErr w:type="spellStart"/>
      <w:r w:rsidRPr="00433A3C">
        <w:rPr>
          <w:rFonts w:ascii="Arial" w:hAnsi="Arial"/>
          <w:sz w:val="20"/>
          <w:lang w:val="es-ES"/>
        </w:rPr>
        <w:t>nouveau</w:t>
      </w:r>
      <w:proofErr w:type="spellEnd"/>
      <w:r w:rsidRPr="00433A3C">
        <w:rPr>
          <w:rFonts w:ascii="Arial" w:hAnsi="Arial"/>
          <w:sz w:val="20"/>
          <w:lang w:val="es-ES"/>
        </w:rPr>
        <w:t xml:space="preserve">, </w:t>
      </w:r>
      <w:proofErr w:type="spellStart"/>
      <w:r w:rsidRPr="00433A3C">
        <w:rPr>
          <w:rFonts w:ascii="Arial" w:hAnsi="Arial"/>
          <w:sz w:val="20"/>
          <w:lang w:val="es-ES"/>
        </w:rPr>
        <w:t>construídos</w:t>
      </w:r>
      <w:proofErr w:type="spellEnd"/>
      <w:r w:rsidRPr="00433A3C">
        <w:rPr>
          <w:rFonts w:ascii="Arial" w:hAnsi="Arial"/>
          <w:sz w:val="20"/>
          <w:lang w:val="es-ES"/>
        </w:rPr>
        <w:t xml:space="preserve"> em </w:t>
      </w:r>
      <w:proofErr w:type="spellStart"/>
      <w:r w:rsidRPr="00433A3C">
        <w:rPr>
          <w:rFonts w:ascii="Arial" w:hAnsi="Arial"/>
          <w:sz w:val="20"/>
          <w:lang w:val="es-ES"/>
        </w:rPr>
        <w:t>sua</w:t>
      </w:r>
      <w:proofErr w:type="spellEnd"/>
      <w:r w:rsidRPr="00433A3C">
        <w:rPr>
          <w:rFonts w:ascii="Arial" w:hAnsi="Arial"/>
          <w:sz w:val="20"/>
          <w:lang w:val="es-ES"/>
        </w:rPr>
        <w:t xml:space="preserve"> </w:t>
      </w:r>
      <w:proofErr w:type="spellStart"/>
      <w:r w:rsidRPr="00433A3C">
        <w:rPr>
          <w:rFonts w:ascii="Arial" w:hAnsi="Arial"/>
          <w:sz w:val="20"/>
          <w:lang w:val="es-ES"/>
        </w:rPr>
        <w:t>maioria</w:t>
      </w:r>
      <w:proofErr w:type="spellEnd"/>
      <w:r w:rsidRPr="00433A3C">
        <w:rPr>
          <w:rFonts w:ascii="Arial" w:hAnsi="Arial"/>
          <w:sz w:val="20"/>
          <w:lang w:val="es-ES"/>
        </w:rPr>
        <w:t xml:space="preserve"> entre 1904 e 1914, época em que se </w:t>
      </w:r>
      <w:proofErr w:type="spellStart"/>
      <w:r w:rsidRPr="00433A3C">
        <w:rPr>
          <w:rFonts w:ascii="Arial" w:hAnsi="Arial"/>
          <w:sz w:val="20"/>
          <w:lang w:val="es-ES"/>
        </w:rPr>
        <w:t>destaco</w:t>
      </w:r>
      <w:r w:rsidRPr="00433A3C">
        <w:rPr>
          <w:rFonts w:ascii="Arial" w:hAnsi="Arial"/>
          <w:sz w:val="20"/>
          <w:lang w:val="es-ES"/>
        </w:rPr>
        <w:t>u</w:t>
      </w:r>
      <w:proofErr w:type="spellEnd"/>
      <w:r w:rsidRPr="00433A3C">
        <w:rPr>
          <w:rFonts w:ascii="Arial" w:hAnsi="Arial"/>
          <w:sz w:val="20"/>
          <w:lang w:val="es-ES"/>
        </w:rPr>
        <w:t xml:space="preserve"> como </w:t>
      </w:r>
      <w:proofErr w:type="spellStart"/>
      <w:r w:rsidRPr="00433A3C">
        <w:rPr>
          <w:rFonts w:ascii="Arial" w:hAnsi="Arial"/>
          <w:sz w:val="20"/>
          <w:lang w:val="es-ES"/>
        </w:rPr>
        <w:t>uma</w:t>
      </w:r>
      <w:proofErr w:type="spellEnd"/>
      <w:r w:rsidRPr="00433A3C">
        <w:rPr>
          <w:rFonts w:ascii="Arial" w:hAnsi="Arial"/>
          <w:sz w:val="20"/>
          <w:lang w:val="es-ES"/>
        </w:rPr>
        <w:t xml:space="preserve"> das </w:t>
      </w:r>
      <w:proofErr w:type="spellStart"/>
      <w:r w:rsidRPr="00433A3C">
        <w:rPr>
          <w:rFonts w:ascii="Arial" w:hAnsi="Arial"/>
          <w:sz w:val="20"/>
          <w:lang w:val="es-ES"/>
        </w:rPr>
        <w:t>cidades</w:t>
      </w:r>
      <w:proofErr w:type="spellEnd"/>
      <w:r w:rsidRPr="00433A3C">
        <w:rPr>
          <w:rFonts w:ascii="Arial" w:hAnsi="Arial"/>
          <w:sz w:val="20"/>
          <w:lang w:val="es-ES"/>
        </w:rPr>
        <w:t xml:space="preserve"> </w:t>
      </w:r>
      <w:proofErr w:type="spellStart"/>
      <w:r w:rsidRPr="00433A3C">
        <w:rPr>
          <w:rFonts w:ascii="Arial" w:hAnsi="Arial"/>
          <w:sz w:val="20"/>
          <w:lang w:val="es-ES"/>
        </w:rPr>
        <w:t>mais</w:t>
      </w:r>
      <w:proofErr w:type="spellEnd"/>
      <w:r w:rsidRPr="00433A3C">
        <w:rPr>
          <w:rFonts w:ascii="Arial" w:hAnsi="Arial"/>
          <w:sz w:val="20"/>
          <w:lang w:val="es-ES"/>
        </w:rPr>
        <w:t xml:space="preserve"> prósperas do </w:t>
      </w:r>
      <w:proofErr w:type="spellStart"/>
      <w:r w:rsidRPr="00433A3C">
        <w:rPr>
          <w:rFonts w:ascii="Arial" w:hAnsi="Arial"/>
          <w:sz w:val="20"/>
          <w:lang w:val="es-ES"/>
        </w:rPr>
        <w:t>Império</w:t>
      </w:r>
      <w:proofErr w:type="spellEnd"/>
      <w:r w:rsidRPr="00433A3C">
        <w:rPr>
          <w:rFonts w:ascii="Arial" w:hAnsi="Arial"/>
          <w:sz w:val="20"/>
          <w:lang w:val="es-ES"/>
        </w:rPr>
        <w:t xml:space="preserve"> </w:t>
      </w:r>
      <w:proofErr w:type="spellStart"/>
      <w:r w:rsidRPr="00433A3C">
        <w:rPr>
          <w:rFonts w:ascii="Arial" w:hAnsi="Arial"/>
          <w:sz w:val="20"/>
          <w:lang w:val="es-ES"/>
        </w:rPr>
        <w:t>russo</w:t>
      </w:r>
      <w:proofErr w:type="spellEnd"/>
      <w:r w:rsidRPr="00433A3C">
        <w:rPr>
          <w:rFonts w:ascii="Arial" w:hAnsi="Arial"/>
          <w:sz w:val="20"/>
          <w:lang w:val="es-ES"/>
        </w:rPr>
        <w:t xml:space="preserve">. </w:t>
      </w:r>
      <w:proofErr w:type="spellStart"/>
      <w:r w:rsidRPr="00433A3C">
        <w:rPr>
          <w:rFonts w:ascii="Arial" w:hAnsi="Arial"/>
          <w:sz w:val="20"/>
          <w:lang w:val="es-ES"/>
        </w:rPr>
        <w:t>Hospedagem</w:t>
      </w:r>
      <w:proofErr w:type="spellEnd"/>
      <w:r w:rsidRPr="00433A3C">
        <w:rPr>
          <w:rFonts w:ascii="Arial" w:hAnsi="Arial"/>
          <w:sz w:val="20"/>
          <w:lang w:val="es-ES"/>
        </w:rPr>
        <w:t>.</w:t>
      </w:r>
    </w:p>
    <w:p w14:paraId="1050DFEB" w14:textId="277E125F" w:rsidR="0072505B" w:rsidRDefault="0073029A" w:rsidP="0072505B">
      <w:pPr>
        <w:spacing w:before="160" w:after="60" w:line="252" w:lineRule="auto"/>
        <w:rPr>
          <w:rFonts w:ascii="Arial" w:hAnsi="Arial"/>
          <w:sz w:val="20"/>
          <w:lang w:val="es-ES"/>
        </w:rPr>
      </w:pPr>
      <w:r w:rsidRPr="00433A3C">
        <w:rPr>
          <w:rFonts w:ascii="Arial" w:hAnsi="Arial"/>
          <w:b/>
          <w:sz w:val="20"/>
          <w:lang w:val="es-ES"/>
        </w:rPr>
        <w:t xml:space="preserve">DIA 6 DOM RIGA </w:t>
      </w:r>
      <w:r w:rsidRPr="0072505B">
        <w:rPr>
          <w:rFonts w:ascii="Arial" w:hAnsi="Arial"/>
          <w:b/>
          <w:sz w:val="20"/>
          <w:lang w:val="es-ES"/>
        </w:rPr>
        <w:t>-</w:t>
      </w:r>
      <w:r w:rsidR="0072505B" w:rsidRPr="0072505B">
        <w:rPr>
          <w:b/>
          <w:lang w:val="es-ES"/>
        </w:rPr>
        <w:t xml:space="preserve"> </w:t>
      </w:r>
      <w:r w:rsidRPr="0072505B">
        <w:rPr>
          <w:rFonts w:ascii="Arial" w:hAnsi="Arial"/>
          <w:b/>
          <w:sz w:val="20"/>
          <w:lang w:val="es-ES"/>
        </w:rPr>
        <w:t>RUNDALE</w:t>
      </w:r>
      <w:r w:rsidRPr="00433A3C">
        <w:rPr>
          <w:rFonts w:ascii="Arial" w:hAnsi="Arial"/>
          <w:sz w:val="20"/>
          <w:lang w:val="es-ES"/>
        </w:rPr>
        <w:t xml:space="preserve"> </w:t>
      </w:r>
      <w:r w:rsidR="0072505B">
        <w:rPr>
          <w:rFonts w:ascii="Arial" w:hAnsi="Arial"/>
          <w:sz w:val="20"/>
          <w:lang w:val="es-ES"/>
        </w:rPr>
        <w:t xml:space="preserve">- </w:t>
      </w:r>
      <w:r w:rsidR="0072505B" w:rsidRPr="0072505B">
        <w:rPr>
          <w:rFonts w:ascii="Arial" w:hAnsi="Arial"/>
          <w:b/>
          <w:bCs/>
          <w:sz w:val="20"/>
          <w:lang w:val="es-ES"/>
        </w:rPr>
        <w:t>SIAULIAI - VILNIUS</w:t>
      </w:r>
    </w:p>
    <w:p w14:paraId="50A4D542" w14:textId="1A0872B8" w:rsidR="002F23B3" w:rsidRPr="00433A3C" w:rsidRDefault="0072505B" w:rsidP="0072505B">
      <w:pPr>
        <w:spacing w:after="160" w:line="252" w:lineRule="auto"/>
        <w:rPr>
          <w:lang w:val="es-ES"/>
        </w:rPr>
      </w:pPr>
      <w:r w:rsidRPr="00433A3C">
        <w:rPr>
          <w:rFonts w:ascii="Arial" w:hAnsi="Arial"/>
          <w:sz w:val="20"/>
          <w:lang w:val="es-ES"/>
        </w:rPr>
        <w:t xml:space="preserve">Café da </w:t>
      </w:r>
      <w:proofErr w:type="spellStart"/>
      <w:r w:rsidRPr="00433A3C">
        <w:rPr>
          <w:rFonts w:ascii="Arial" w:hAnsi="Arial"/>
          <w:sz w:val="20"/>
          <w:lang w:val="es-ES"/>
        </w:rPr>
        <w:t>manhã</w:t>
      </w:r>
      <w:proofErr w:type="spellEnd"/>
      <w:r w:rsidRPr="00433A3C">
        <w:rPr>
          <w:rFonts w:ascii="Arial" w:hAnsi="Arial"/>
          <w:sz w:val="20"/>
          <w:lang w:val="es-ES"/>
        </w:rPr>
        <w:t xml:space="preserve"> e </w:t>
      </w:r>
      <w:proofErr w:type="spellStart"/>
      <w:r w:rsidRPr="00433A3C">
        <w:rPr>
          <w:rFonts w:ascii="Arial" w:hAnsi="Arial"/>
          <w:sz w:val="20"/>
          <w:lang w:val="es-ES"/>
        </w:rPr>
        <w:t>saída</w:t>
      </w:r>
      <w:proofErr w:type="spellEnd"/>
      <w:r w:rsidRPr="00433A3C">
        <w:rPr>
          <w:rFonts w:ascii="Arial" w:hAnsi="Arial"/>
          <w:sz w:val="20"/>
          <w:lang w:val="es-ES"/>
        </w:rPr>
        <w:t xml:space="preserve"> em </w:t>
      </w:r>
      <w:proofErr w:type="spellStart"/>
      <w:r w:rsidRPr="00433A3C">
        <w:rPr>
          <w:rFonts w:ascii="Arial" w:hAnsi="Arial"/>
          <w:sz w:val="20"/>
          <w:lang w:val="es-ES"/>
        </w:rPr>
        <w:t>direção</w:t>
      </w:r>
      <w:proofErr w:type="spellEnd"/>
      <w:r w:rsidRPr="00433A3C">
        <w:rPr>
          <w:rFonts w:ascii="Arial" w:hAnsi="Arial"/>
          <w:sz w:val="20"/>
          <w:lang w:val="es-ES"/>
        </w:rPr>
        <w:t xml:space="preserve"> a </w:t>
      </w:r>
      <w:proofErr w:type="spellStart"/>
      <w:r w:rsidRPr="00433A3C">
        <w:rPr>
          <w:rFonts w:ascii="Arial" w:hAnsi="Arial"/>
          <w:sz w:val="20"/>
          <w:lang w:val="es-ES"/>
        </w:rPr>
        <w:t>Rundale</w:t>
      </w:r>
      <w:proofErr w:type="spellEnd"/>
      <w:r w:rsidRPr="00433A3C">
        <w:rPr>
          <w:rFonts w:ascii="Arial" w:hAnsi="Arial"/>
          <w:sz w:val="20"/>
          <w:lang w:val="es-ES"/>
        </w:rPr>
        <w:t xml:space="preserve"> para visitar o </w:t>
      </w:r>
      <w:proofErr w:type="spellStart"/>
      <w:r w:rsidRPr="00433A3C">
        <w:rPr>
          <w:rFonts w:ascii="Arial" w:hAnsi="Arial"/>
          <w:sz w:val="20"/>
          <w:lang w:val="es-ES"/>
        </w:rPr>
        <w:t>castelo</w:t>
      </w:r>
      <w:proofErr w:type="spellEnd"/>
      <w:r w:rsidRPr="00433A3C">
        <w:rPr>
          <w:rFonts w:ascii="Arial" w:hAnsi="Arial"/>
          <w:sz w:val="20"/>
          <w:lang w:val="es-ES"/>
        </w:rPr>
        <w:t xml:space="preserve"> barroco </w:t>
      </w:r>
      <w:proofErr w:type="spellStart"/>
      <w:r w:rsidRPr="00433A3C">
        <w:rPr>
          <w:rFonts w:ascii="Arial" w:hAnsi="Arial"/>
          <w:sz w:val="20"/>
          <w:lang w:val="es-ES"/>
        </w:rPr>
        <w:t>construído</w:t>
      </w:r>
      <w:proofErr w:type="spellEnd"/>
      <w:r w:rsidRPr="00433A3C">
        <w:rPr>
          <w:rFonts w:ascii="Arial" w:hAnsi="Arial"/>
          <w:sz w:val="20"/>
          <w:lang w:val="es-ES"/>
        </w:rPr>
        <w:t xml:space="preserve"> pelo famoso </w:t>
      </w:r>
      <w:proofErr w:type="spellStart"/>
      <w:r w:rsidRPr="00433A3C">
        <w:rPr>
          <w:rFonts w:ascii="Arial" w:hAnsi="Arial"/>
          <w:sz w:val="20"/>
          <w:lang w:val="es-ES"/>
        </w:rPr>
        <w:t>arquiteto</w:t>
      </w:r>
      <w:proofErr w:type="spellEnd"/>
      <w:r w:rsidRPr="00433A3C">
        <w:rPr>
          <w:rFonts w:ascii="Arial" w:hAnsi="Arial"/>
          <w:sz w:val="20"/>
          <w:lang w:val="es-ES"/>
        </w:rPr>
        <w:t xml:space="preserve"> Francesco </w:t>
      </w:r>
      <w:proofErr w:type="spellStart"/>
      <w:r w:rsidRPr="00433A3C">
        <w:rPr>
          <w:rFonts w:ascii="Arial" w:hAnsi="Arial"/>
          <w:sz w:val="20"/>
          <w:lang w:val="es-ES"/>
        </w:rPr>
        <w:t>Rastrelli</w:t>
      </w:r>
      <w:proofErr w:type="spellEnd"/>
      <w:r w:rsidRPr="00433A3C">
        <w:rPr>
          <w:rFonts w:ascii="Arial" w:hAnsi="Arial"/>
          <w:sz w:val="20"/>
          <w:lang w:val="es-ES"/>
        </w:rPr>
        <w:t xml:space="preserve">. </w:t>
      </w:r>
      <w:proofErr w:type="spellStart"/>
      <w:r w:rsidRPr="00433A3C">
        <w:rPr>
          <w:rFonts w:ascii="Arial" w:hAnsi="Arial"/>
          <w:sz w:val="20"/>
          <w:lang w:val="es-ES"/>
        </w:rPr>
        <w:t>Continuação</w:t>
      </w:r>
      <w:proofErr w:type="spellEnd"/>
      <w:r w:rsidRPr="00433A3C">
        <w:rPr>
          <w:rFonts w:ascii="Arial" w:hAnsi="Arial"/>
          <w:sz w:val="20"/>
          <w:lang w:val="es-ES"/>
        </w:rPr>
        <w:t xml:space="preserve"> até Šiauliai, «a </w:t>
      </w:r>
      <w:proofErr w:type="spellStart"/>
      <w:r w:rsidRPr="00433A3C">
        <w:rPr>
          <w:rFonts w:ascii="Arial" w:hAnsi="Arial"/>
          <w:sz w:val="20"/>
          <w:lang w:val="es-ES"/>
        </w:rPr>
        <w:t>Cidade</w:t>
      </w:r>
      <w:proofErr w:type="spellEnd"/>
      <w:r w:rsidRPr="00433A3C">
        <w:rPr>
          <w:rFonts w:ascii="Arial" w:hAnsi="Arial"/>
          <w:sz w:val="20"/>
          <w:lang w:val="es-ES"/>
        </w:rPr>
        <w:t xml:space="preserve"> do Sol», </w:t>
      </w:r>
      <w:proofErr w:type="spellStart"/>
      <w:r w:rsidRPr="00433A3C">
        <w:rPr>
          <w:rFonts w:ascii="Arial" w:hAnsi="Arial"/>
          <w:sz w:val="20"/>
          <w:lang w:val="es-ES"/>
        </w:rPr>
        <w:t>quarta</w:t>
      </w:r>
      <w:proofErr w:type="spellEnd"/>
      <w:r w:rsidRPr="00433A3C">
        <w:rPr>
          <w:rFonts w:ascii="Arial" w:hAnsi="Arial"/>
          <w:sz w:val="20"/>
          <w:lang w:val="es-ES"/>
        </w:rPr>
        <w:t xml:space="preserve"> </w:t>
      </w:r>
      <w:proofErr w:type="spellStart"/>
      <w:r w:rsidRPr="00433A3C">
        <w:rPr>
          <w:rFonts w:ascii="Arial" w:hAnsi="Arial"/>
          <w:sz w:val="20"/>
          <w:lang w:val="es-ES"/>
        </w:rPr>
        <w:t>cidade</w:t>
      </w:r>
      <w:proofErr w:type="spellEnd"/>
      <w:r w:rsidRPr="00433A3C">
        <w:rPr>
          <w:rFonts w:ascii="Arial" w:hAnsi="Arial"/>
          <w:sz w:val="20"/>
          <w:lang w:val="es-ES"/>
        </w:rPr>
        <w:t xml:space="preserve"> da </w:t>
      </w:r>
      <w:proofErr w:type="spellStart"/>
      <w:r w:rsidRPr="00433A3C">
        <w:rPr>
          <w:rFonts w:ascii="Arial" w:hAnsi="Arial"/>
          <w:sz w:val="20"/>
          <w:lang w:val="es-ES"/>
        </w:rPr>
        <w:t>Lituânia</w:t>
      </w:r>
      <w:proofErr w:type="spellEnd"/>
      <w:r w:rsidRPr="00433A3C">
        <w:rPr>
          <w:rFonts w:ascii="Arial" w:hAnsi="Arial"/>
          <w:sz w:val="20"/>
          <w:lang w:val="es-ES"/>
        </w:rPr>
        <w:t xml:space="preserve">, cujas </w:t>
      </w:r>
      <w:proofErr w:type="spellStart"/>
      <w:r w:rsidRPr="00433A3C">
        <w:rPr>
          <w:rFonts w:ascii="Arial" w:hAnsi="Arial"/>
          <w:sz w:val="20"/>
          <w:lang w:val="es-ES"/>
        </w:rPr>
        <w:t>origens</w:t>
      </w:r>
      <w:proofErr w:type="spellEnd"/>
      <w:r w:rsidRPr="00433A3C">
        <w:rPr>
          <w:rFonts w:ascii="Arial" w:hAnsi="Arial"/>
          <w:sz w:val="20"/>
          <w:lang w:val="es-ES"/>
        </w:rPr>
        <w:t xml:space="preserve"> </w:t>
      </w:r>
      <w:proofErr w:type="spellStart"/>
      <w:r w:rsidRPr="00433A3C">
        <w:rPr>
          <w:rFonts w:ascii="Arial" w:hAnsi="Arial"/>
          <w:sz w:val="20"/>
          <w:lang w:val="es-ES"/>
        </w:rPr>
        <w:t>remontam</w:t>
      </w:r>
      <w:proofErr w:type="spellEnd"/>
      <w:r w:rsidRPr="00433A3C">
        <w:rPr>
          <w:rFonts w:ascii="Arial" w:hAnsi="Arial"/>
          <w:sz w:val="20"/>
          <w:lang w:val="es-ES"/>
        </w:rPr>
        <w:t xml:space="preserve"> a </w:t>
      </w:r>
      <w:proofErr w:type="spellStart"/>
      <w:r w:rsidRPr="00433A3C">
        <w:rPr>
          <w:rFonts w:ascii="Arial" w:hAnsi="Arial"/>
          <w:sz w:val="20"/>
          <w:lang w:val="es-ES"/>
        </w:rPr>
        <w:t>mais</w:t>
      </w:r>
      <w:proofErr w:type="spellEnd"/>
      <w:r w:rsidRPr="00433A3C">
        <w:rPr>
          <w:rFonts w:ascii="Arial" w:hAnsi="Arial"/>
          <w:sz w:val="20"/>
          <w:lang w:val="es-ES"/>
        </w:rPr>
        <w:t xml:space="preserve"> de 2.500 </w:t>
      </w:r>
      <w:proofErr w:type="spellStart"/>
      <w:r w:rsidRPr="00433A3C">
        <w:rPr>
          <w:rFonts w:ascii="Arial" w:hAnsi="Arial"/>
          <w:sz w:val="20"/>
          <w:lang w:val="es-ES"/>
        </w:rPr>
        <w:t>anos</w:t>
      </w:r>
      <w:proofErr w:type="spellEnd"/>
      <w:r w:rsidRPr="00433A3C">
        <w:rPr>
          <w:rFonts w:ascii="Arial" w:hAnsi="Arial"/>
          <w:sz w:val="20"/>
          <w:lang w:val="es-ES"/>
        </w:rPr>
        <w:t xml:space="preserve">. A fama </w:t>
      </w:r>
      <w:proofErr w:type="spellStart"/>
      <w:r w:rsidRPr="00433A3C">
        <w:rPr>
          <w:rFonts w:ascii="Arial" w:hAnsi="Arial"/>
          <w:sz w:val="20"/>
          <w:lang w:val="es-ES"/>
        </w:rPr>
        <w:t>desta</w:t>
      </w:r>
      <w:proofErr w:type="spellEnd"/>
      <w:r w:rsidRPr="00433A3C">
        <w:rPr>
          <w:rFonts w:ascii="Arial" w:hAnsi="Arial"/>
          <w:sz w:val="20"/>
          <w:lang w:val="es-ES"/>
        </w:rPr>
        <w:t xml:space="preserve"> </w:t>
      </w:r>
      <w:proofErr w:type="spellStart"/>
      <w:r w:rsidRPr="00433A3C">
        <w:rPr>
          <w:rFonts w:ascii="Arial" w:hAnsi="Arial"/>
          <w:sz w:val="20"/>
          <w:lang w:val="es-ES"/>
        </w:rPr>
        <w:t>cidade</w:t>
      </w:r>
      <w:proofErr w:type="spellEnd"/>
      <w:r w:rsidRPr="00433A3C">
        <w:rPr>
          <w:rFonts w:ascii="Arial" w:hAnsi="Arial"/>
          <w:sz w:val="20"/>
          <w:lang w:val="es-ES"/>
        </w:rPr>
        <w:t xml:space="preserve"> </w:t>
      </w:r>
      <w:proofErr w:type="spellStart"/>
      <w:r w:rsidRPr="00433A3C">
        <w:rPr>
          <w:rFonts w:ascii="Arial" w:hAnsi="Arial"/>
          <w:sz w:val="20"/>
          <w:lang w:val="es-ES"/>
        </w:rPr>
        <w:t>baseia</w:t>
      </w:r>
      <w:proofErr w:type="spellEnd"/>
      <w:r w:rsidRPr="00433A3C">
        <w:rPr>
          <w:rFonts w:ascii="Arial" w:hAnsi="Arial"/>
          <w:sz w:val="20"/>
          <w:lang w:val="es-ES"/>
        </w:rPr>
        <w:t xml:space="preserve">-se </w:t>
      </w:r>
      <w:proofErr w:type="spellStart"/>
      <w:r w:rsidRPr="00433A3C">
        <w:rPr>
          <w:rFonts w:ascii="Arial" w:hAnsi="Arial"/>
          <w:sz w:val="20"/>
          <w:lang w:val="es-ES"/>
        </w:rPr>
        <w:t>na</w:t>
      </w:r>
      <w:proofErr w:type="spellEnd"/>
      <w:r w:rsidRPr="00433A3C">
        <w:rPr>
          <w:rFonts w:ascii="Arial" w:hAnsi="Arial"/>
          <w:sz w:val="20"/>
          <w:lang w:val="es-ES"/>
        </w:rPr>
        <w:t xml:space="preserve"> «colina</w:t>
      </w:r>
      <w:r>
        <w:rPr>
          <w:lang w:val="es-ES"/>
        </w:rPr>
        <w:t xml:space="preserve"> </w:t>
      </w:r>
      <w:r w:rsidR="0073029A" w:rsidRPr="00433A3C">
        <w:rPr>
          <w:rFonts w:ascii="Arial" w:hAnsi="Arial"/>
          <w:sz w:val="20"/>
          <w:lang w:val="es-ES"/>
        </w:rPr>
        <w:t xml:space="preserve">das </w:t>
      </w:r>
      <w:proofErr w:type="spellStart"/>
      <w:r w:rsidR="0073029A" w:rsidRPr="00433A3C">
        <w:rPr>
          <w:rFonts w:ascii="Arial" w:hAnsi="Arial"/>
          <w:sz w:val="20"/>
          <w:lang w:val="es-ES"/>
        </w:rPr>
        <w:t>cruzes</w:t>
      </w:r>
      <w:proofErr w:type="spellEnd"/>
      <w:r w:rsidR="0073029A" w:rsidRPr="00433A3C">
        <w:rPr>
          <w:rFonts w:ascii="Arial" w:hAnsi="Arial"/>
          <w:sz w:val="20"/>
          <w:lang w:val="es-ES"/>
        </w:rPr>
        <w:t xml:space="preserve">», que </w:t>
      </w:r>
      <w:proofErr w:type="spellStart"/>
      <w:r w:rsidR="0073029A" w:rsidRPr="00433A3C">
        <w:rPr>
          <w:rFonts w:ascii="Arial" w:hAnsi="Arial"/>
          <w:sz w:val="20"/>
          <w:lang w:val="es-ES"/>
        </w:rPr>
        <w:t>também</w:t>
      </w:r>
      <w:proofErr w:type="spellEnd"/>
      <w:r w:rsidR="0073029A" w:rsidRPr="00433A3C">
        <w:rPr>
          <w:rFonts w:ascii="Arial" w:hAnsi="Arial"/>
          <w:sz w:val="20"/>
          <w:lang w:val="es-ES"/>
        </w:rPr>
        <w:t xml:space="preserve"> </w:t>
      </w:r>
      <w:proofErr w:type="spellStart"/>
      <w:r w:rsidR="0073029A" w:rsidRPr="00433A3C">
        <w:rPr>
          <w:rFonts w:ascii="Arial" w:hAnsi="Arial"/>
          <w:sz w:val="20"/>
          <w:lang w:val="es-ES"/>
        </w:rPr>
        <w:t>foi</w:t>
      </w:r>
      <w:proofErr w:type="spellEnd"/>
      <w:r w:rsidR="0073029A" w:rsidRPr="00433A3C">
        <w:rPr>
          <w:rFonts w:ascii="Arial" w:hAnsi="Arial"/>
          <w:sz w:val="20"/>
          <w:lang w:val="es-ES"/>
        </w:rPr>
        <w:t xml:space="preserve"> visitada pelo papa João Paulo II. </w:t>
      </w:r>
      <w:proofErr w:type="spellStart"/>
      <w:r w:rsidR="0073029A" w:rsidRPr="00433A3C">
        <w:rPr>
          <w:rFonts w:ascii="Arial" w:hAnsi="Arial"/>
          <w:sz w:val="20"/>
          <w:lang w:val="es-ES"/>
        </w:rPr>
        <w:t>Nesta</w:t>
      </w:r>
      <w:proofErr w:type="spellEnd"/>
      <w:r w:rsidR="0073029A" w:rsidRPr="00433A3C">
        <w:rPr>
          <w:rFonts w:ascii="Arial" w:hAnsi="Arial"/>
          <w:sz w:val="20"/>
          <w:lang w:val="es-ES"/>
        </w:rPr>
        <w:t xml:space="preserve"> colina </w:t>
      </w:r>
      <w:proofErr w:type="spellStart"/>
      <w:r w:rsidR="0073029A" w:rsidRPr="00433A3C">
        <w:rPr>
          <w:rFonts w:ascii="Arial" w:hAnsi="Arial"/>
          <w:sz w:val="20"/>
          <w:lang w:val="es-ES"/>
        </w:rPr>
        <w:t>encontram</w:t>
      </w:r>
      <w:proofErr w:type="spellEnd"/>
      <w:r w:rsidR="0073029A" w:rsidRPr="00433A3C">
        <w:rPr>
          <w:rFonts w:ascii="Arial" w:hAnsi="Arial"/>
          <w:sz w:val="20"/>
          <w:lang w:val="es-ES"/>
        </w:rPr>
        <w:t xml:space="preserve">-se pelo menos 10.000 </w:t>
      </w:r>
      <w:proofErr w:type="spellStart"/>
      <w:r w:rsidR="0073029A" w:rsidRPr="00433A3C">
        <w:rPr>
          <w:rFonts w:ascii="Arial" w:hAnsi="Arial"/>
          <w:sz w:val="20"/>
          <w:lang w:val="es-ES"/>
        </w:rPr>
        <w:t>cruzes</w:t>
      </w:r>
      <w:proofErr w:type="spellEnd"/>
      <w:r w:rsidR="0073029A" w:rsidRPr="00433A3C">
        <w:rPr>
          <w:rFonts w:ascii="Arial" w:hAnsi="Arial"/>
          <w:sz w:val="20"/>
          <w:lang w:val="es-ES"/>
        </w:rPr>
        <w:t xml:space="preserve"> de diferentes </w:t>
      </w:r>
      <w:proofErr w:type="spellStart"/>
      <w:r w:rsidR="0073029A" w:rsidRPr="00433A3C">
        <w:rPr>
          <w:rFonts w:ascii="Arial" w:hAnsi="Arial"/>
          <w:sz w:val="20"/>
          <w:lang w:val="es-ES"/>
        </w:rPr>
        <w:t>tamanhos</w:t>
      </w:r>
      <w:proofErr w:type="spellEnd"/>
      <w:r w:rsidR="0073029A" w:rsidRPr="00433A3C">
        <w:rPr>
          <w:rFonts w:ascii="Arial" w:hAnsi="Arial"/>
          <w:sz w:val="20"/>
          <w:lang w:val="es-ES"/>
        </w:rPr>
        <w:t xml:space="preserve">, que </w:t>
      </w:r>
      <w:proofErr w:type="spellStart"/>
      <w:r w:rsidR="0073029A" w:rsidRPr="00433A3C">
        <w:rPr>
          <w:rFonts w:ascii="Arial" w:hAnsi="Arial"/>
          <w:sz w:val="20"/>
          <w:lang w:val="es-ES"/>
        </w:rPr>
        <w:t>simbolizam</w:t>
      </w:r>
      <w:proofErr w:type="spellEnd"/>
      <w:r w:rsidR="0073029A" w:rsidRPr="00433A3C">
        <w:rPr>
          <w:rFonts w:ascii="Arial" w:hAnsi="Arial"/>
          <w:sz w:val="20"/>
          <w:lang w:val="es-ES"/>
        </w:rPr>
        <w:t xml:space="preserve"> o </w:t>
      </w:r>
      <w:proofErr w:type="spellStart"/>
      <w:r w:rsidR="0073029A" w:rsidRPr="00433A3C">
        <w:rPr>
          <w:rFonts w:ascii="Arial" w:hAnsi="Arial"/>
          <w:sz w:val="20"/>
          <w:lang w:val="es-ES"/>
        </w:rPr>
        <w:t>desejo</w:t>
      </w:r>
      <w:proofErr w:type="spellEnd"/>
      <w:r w:rsidR="0073029A" w:rsidRPr="00433A3C">
        <w:rPr>
          <w:rFonts w:ascii="Arial" w:hAnsi="Arial"/>
          <w:sz w:val="20"/>
          <w:lang w:val="es-ES"/>
        </w:rPr>
        <w:t xml:space="preserve"> </w:t>
      </w:r>
      <w:proofErr w:type="spellStart"/>
      <w:r w:rsidR="0073029A" w:rsidRPr="00433A3C">
        <w:rPr>
          <w:rFonts w:ascii="Arial" w:hAnsi="Arial"/>
          <w:sz w:val="20"/>
          <w:lang w:val="es-ES"/>
        </w:rPr>
        <w:t>inquebrantável</w:t>
      </w:r>
      <w:proofErr w:type="spellEnd"/>
      <w:r w:rsidR="0073029A" w:rsidRPr="00433A3C">
        <w:rPr>
          <w:rFonts w:ascii="Arial" w:hAnsi="Arial"/>
          <w:sz w:val="20"/>
          <w:lang w:val="es-ES"/>
        </w:rPr>
        <w:t xml:space="preserve"> da </w:t>
      </w:r>
      <w:proofErr w:type="spellStart"/>
      <w:r w:rsidR="0073029A" w:rsidRPr="00433A3C">
        <w:rPr>
          <w:rFonts w:ascii="Arial" w:hAnsi="Arial"/>
          <w:sz w:val="20"/>
          <w:lang w:val="es-ES"/>
        </w:rPr>
        <w:t>população</w:t>
      </w:r>
      <w:proofErr w:type="spellEnd"/>
      <w:r w:rsidR="0073029A" w:rsidRPr="00433A3C">
        <w:rPr>
          <w:rFonts w:ascii="Arial" w:hAnsi="Arial"/>
          <w:sz w:val="20"/>
          <w:lang w:val="es-ES"/>
        </w:rPr>
        <w:t xml:space="preserve"> por </w:t>
      </w:r>
      <w:proofErr w:type="spellStart"/>
      <w:r w:rsidR="0073029A" w:rsidRPr="00433A3C">
        <w:rPr>
          <w:rFonts w:ascii="Arial" w:hAnsi="Arial"/>
          <w:sz w:val="20"/>
          <w:lang w:val="es-ES"/>
        </w:rPr>
        <w:t>sua</w:t>
      </w:r>
      <w:proofErr w:type="spellEnd"/>
      <w:r w:rsidR="0073029A" w:rsidRPr="00433A3C">
        <w:rPr>
          <w:rFonts w:ascii="Arial" w:hAnsi="Arial"/>
          <w:sz w:val="20"/>
          <w:lang w:val="es-ES"/>
        </w:rPr>
        <w:t xml:space="preserve"> </w:t>
      </w:r>
      <w:proofErr w:type="spellStart"/>
      <w:r w:rsidR="0073029A" w:rsidRPr="00433A3C">
        <w:rPr>
          <w:rFonts w:ascii="Arial" w:hAnsi="Arial"/>
          <w:sz w:val="20"/>
          <w:lang w:val="es-ES"/>
        </w:rPr>
        <w:t>liberdade</w:t>
      </w:r>
      <w:proofErr w:type="spellEnd"/>
      <w:r w:rsidR="0073029A" w:rsidRPr="00433A3C">
        <w:rPr>
          <w:rFonts w:ascii="Arial" w:hAnsi="Arial"/>
          <w:sz w:val="20"/>
          <w:lang w:val="es-ES"/>
        </w:rPr>
        <w:t xml:space="preserve">. </w:t>
      </w:r>
      <w:proofErr w:type="spellStart"/>
      <w:r w:rsidR="0073029A" w:rsidRPr="00433A3C">
        <w:rPr>
          <w:rFonts w:ascii="Arial" w:hAnsi="Arial"/>
          <w:sz w:val="20"/>
          <w:lang w:val="es-ES"/>
        </w:rPr>
        <w:t>Prosseguimos</w:t>
      </w:r>
      <w:proofErr w:type="spellEnd"/>
      <w:r w:rsidR="0073029A" w:rsidRPr="00433A3C">
        <w:rPr>
          <w:rFonts w:ascii="Arial" w:hAnsi="Arial"/>
          <w:sz w:val="20"/>
          <w:lang w:val="es-ES"/>
        </w:rPr>
        <w:t xml:space="preserve"> a </w:t>
      </w:r>
      <w:proofErr w:type="spellStart"/>
      <w:r w:rsidR="0073029A" w:rsidRPr="00433A3C">
        <w:rPr>
          <w:rFonts w:ascii="Arial" w:hAnsi="Arial"/>
          <w:sz w:val="20"/>
          <w:lang w:val="es-ES"/>
        </w:rPr>
        <w:t>viagem</w:t>
      </w:r>
      <w:proofErr w:type="spellEnd"/>
      <w:r w:rsidR="0073029A" w:rsidRPr="00433A3C">
        <w:rPr>
          <w:rFonts w:ascii="Arial" w:hAnsi="Arial"/>
          <w:sz w:val="20"/>
          <w:lang w:val="es-ES"/>
        </w:rPr>
        <w:t xml:space="preserve"> até </w:t>
      </w:r>
      <w:proofErr w:type="spellStart"/>
      <w:r w:rsidR="0073029A" w:rsidRPr="00433A3C">
        <w:rPr>
          <w:rFonts w:ascii="Arial" w:hAnsi="Arial"/>
          <w:sz w:val="20"/>
          <w:lang w:val="es-ES"/>
        </w:rPr>
        <w:t>Vilnius</w:t>
      </w:r>
      <w:proofErr w:type="spellEnd"/>
      <w:r w:rsidR="0073029A" w:rsidRPr="00433A3C">
        <w:rPr>
          <w:rFonts w:ascii="Arial" w:hAnsi="Arial"/>
          <w:sz w:val="20"/>
          <w:lang w:val="es-ES"/>
        </w:rPr>
        <w:t xml:space="preserve">, capital da </w:t>
      </w:r>
      <w:proofErr w:type="spellStart"/>
      <w:r w:rsidR="0073029A" w:rsidRPr="00433A3C">
        <w:rPr>
          <w:rFonts w:ascii="Arial" w:hAnsi="Arial"/>
          <w:sz w:val="20"/>
          <w:lang w:val="es-ES"/>
        </w:rPr>
        <w:t>Lituânia</w:t>
      </w:r>
      <w:proofErr w:type="spellEnd"/>
      <w:r w:rsidR="0073029A" w:rsidRPr="00433A3C">
        <w:rPr>
          <w:rFonts w:ascii="Arial" w:hAnsi="Arial"/>
          <w:sz w:val="20"/>
          <w:lang w:val="es-ES"/>
        </w:rPr>
        <w:t xml:space="preserve">. </w:t>
      </w:r>
      <w:proofErr w:type="spellStart"/>
      <w:r w:rsidR="0073029A" w:rsidRPr="00433A3C">
        <w:rPr>
          <w:rFonts w:ascii="Arial" w:hAnsi="Arial"/>
          <w:sz w:val="20"/>
          <w:lang w:val="es-ES"/>
        </w:rPr>
        <w:t>Hospedagem</w:t>
      </w:r>
      <w:proofErr w:type="spellEnd"/>
      <w:r w:rsidR="0073029A" w:rsidRPr="00433A3C">
        <w:rPr>
          <w:rFonts w:ascii="Arial" w:hAnsi="Arial"/>
          <w:sz w:val="20"/>
          <w:lang w:val="es-ES"/>
        </w:rPr>
        <w:t xml:space="preserve"> em </w:t>
      </w:r>
      <w:proofErr w:type="spellStart"/>
      <w:r w:rsidR="0073029A" w:rsidRPr="00433A3C">
        <w:rPr>
          <w:rFonts w:ascii="Arial" w:hAnsi="Arial"/>
          <w:sz w:val="20"/>
          <w:lang w:val="es-ES"/>
        </w:rPr>
        <w:t>Vilnius</w:t>
      </w:r>
      <w:proofErr w:type="spellEnd"/>
      <w:r w:rsidR="0073029A" w:rsidRPr="00433A3C">
        <w:rPr>
          <w:rFonts w:ascii="Arial" w:hAnsi="Arial"/>
          <w:sz w:val="20"/>
          <w:lang w:val="es-ES"/>
        </w:rPr>
        <w:t>.</w:t>
      </w:r>
    </w:p>
    <w:p w14:paraId="5E963478" w14:textId="2C194FE9" w:rsidR="002F23B3" w:rsidRPr="00433A3C" w:rsidRDefault="0073029A">
      <w:pPr>
        <w:spacing w:before="160" w:after="60" w:line="252" w:lineRule="auto"/>
        <w:rPr>
          <w:lang w:val="es-ES"/>
        </w:rPr>
      </w:pPr>
      <w:r w:rsidRPr="00433A3C">
        <w:rPr>
          <w:rFonts w:ascii="Arial" w:hAnsi="Arial"/>
          <w:b/>
          <w:sz w:val="20"/>
          <w:lang w:val="es-ES"/>
        </w:rPr>
        <w:t>DIA 7 SEG VILNIUS - TRAKAI - V</w:t>
      </w:r>
      <w:r w:rsidRPr="00433A3C">
        <w:rPr>
          <w:rFonts w:ascii="Arial" w:hAnsi="Arial"/>
          <w:b/>
          <w:sz w:val="20"/>
          <w:lang w:val="es-ES"/>
        </w:rPr>
        <w:t>I</w:t>
      </w:r>
      <w:r w:rsidRPr="00433A3C">
        <w:rPr>
          <w:rFonts w:ascii="Arial" w:hAnsi="Arial"/>
          <w:b/>
          <w:sz w:val="20"/>
          <w:lang w:val="es-ES"/>
        </w:rPr>
        <w:t>L</w:t>
      </w:r>
      <w:r w:rsidRPr="00433A3C">
        <w:rPr>
          <w:rFonts w:ascii="Arial" w:hAnsi="Arial"/>
          <w:b/>
          <w:sz w:val="20"/>
          <w:lang w:val="es-ES"/>
        </w:rPr>
        <w:t>NIUS</w:t>
      </w:r>
    </w:p>
    <w:p w14:paraId="4367C439" w14:textId="77777777" w:rsidR="002F23B3" w:rsidRPr="00433A3C" w:rsidRDefault="0073029A">
      <w:pPr>
        <w:spacing w:after="160" w:line="252" w:lineRule="auto"/>
        <w:rPr>
          <w:lang w:val="es-ES"/>
        </w:rPr>
      </w:pPr>
      <w:r w:rsidRPr="00433A3C">
        <w:rPr>
          <w:rFonts w:ascii="Arial" w:hAnsi="Arial"/>
          <w:sz w:val="20"/>
          <w:lang w:val="es-ES"/>
        </w:rPr>
        <w:t xml:space="preserve">Café da </w:t>
      </w:r>
      <w:proofErr w:type="spellStart"/>
      <w:r w:rsidRPr="00433A3C">
        <w:rPr>
          <w:rFonts w:ascii="Arial" w:hAnsi="Arial"/>
          <w:sz w:val="20"/>
          <w:lang w:val="es-ES"/>
        </w:rPr>
        <w:t>manhã</w:t>
      </w:r>
      <w:proofErr w:type="spellEnd"/>
      <w:r w:rsidRPr="00433A3C">
        <w:rPr>
          <w:rFonts w:ascii="Arial" w:hAnsi="Arial"/>
          <w:sz w:val="20"/>
          <w:lang w:val="es-ES"/>
        </w:rPr>
        <w:t xml:space="preserve"> e visita </w:t>
      </w:r>
      <w:proofErr w:type="spellStart"/>
      <w:r w:rsidRPr="00433A3C">
        <w:rPr>
          <w:rFonts w:ascii="Arial" w:hAnsi="Arial"/>
          <w:sz w:val="20"/>
          <w:lang w:val="es-ES"/>
        </w:rPr>
        <w:t>panorâmica</w:t>
      </w:r>
      <w:proofErr w:type="spellEnd"/>
      <w:r w:rsidRPr="00433A3C">
        <w:rPr>
          <w:rFonts w:ascii="Arial" w:hAnsi="Arial"/>
          <w:sz w:val="20"/>
          <w:lang w:val="es-ES"/>
        </w:rPr>
        <w:t xml:space="preserve"> d</w:t>
      </w:r>
      <w:r w:rsidRPr="00433A3C">
        <w:rPr>
          <w:rFonts w:ascii="Arial" w:hAnsi="Arial"/>
          <w:sz w:val="20"/>
          <w:lang w:val="es-ES"/>
        </w:rPr>
        <w:t xml:space="preserve">a </w:t>
      </w:r>
      <w:proofErr w:type="spellStart"/>
      <w:r w:rsidRPr="00433A3C">
        <w:rPr>
          <w:rFonts w:ascii="Arial" w:hAnsi="Arial"/>
          <w:sz w:val="20"/>
          <w:lang w:val="es-ES"/>
        </w:rPr>
        <w:t>cidade</w:t>
      </w:r>
      <w:proofErr w:type="spellEnd"/>
      <w:r w:rsidRPr="00433A3C">
        <w:rPr>
          <w:rFonts w:ascii="Arial" w:hAnsi="Arial"/>
          <w:sz w:val="20"/>
          <w:lang w:val="es-ES"/>
        </w:rPr>
        <w:t xml:space="preserve">, </w:t>
      </w:r>
      <w:proofErr w:type="spellStart"/>
      <w:r w:rsidRPr="00433A3C">
        <w:rPr>
          <w:rFonts w:ascii="Arial" w:hAnsi="Arial"/>
          <w:sz w:val="20"/>
          <w:lang w:val="es-ES"/>
        </w:rPr>
        <w:t>também</w:t>
      </w:r>
      <w:proofErr w:type="spellEnd"/>
      <w:r w:rsidRPr="00433A3C">
        <w:rPr>
          <w:rFonts w:ascii="Arial" w:hAnsi="Arial"/>
          <w:sz w:val="20"/>
          <w:lang w:val="es-ES"/>
        </w:rPr>
        <w:t xml:space="preserve"> chamada de «a </w:t>
      </w:r>
      <w:proofErr w:type="spellStart"/>
      <w:r w:rsidRPr="00433A3C">
        <w:rPr>
          <w:rFonts w:ascii="Arial" w:hAnsi="Arial"/>
          <w:sz w:val="20"/>
          <w:lang w:val="es-ES"/>
        </w:rPr>
        <w:t>Jerusalém</w:t>
      </w:r>
      <w:proofErr w:type="spellEnd"/>
      <w:r w:rsidRPr="00433A3C">
        <w:rPr>
          <w:rFonts w:ascii="Arial" w:hAnsi="Arial"/>
          <w:sz w:val="20"/>
          <w:lang w:val="es-ES"/>
        </w:rPr>
        <w:t xml:space="preserve"> da </w:t>
      </w:r>
      <w:proofErr w:type="spellStart"/>
      <w:r w:rsidRPr="00433A3C">
        <w:rPr>
          <w:rFonts w:ascii="Arial" w:hAnsi="Arial"/>
          <w:sz w:val="20"/>
          <w:lang w:val="es-ES"/>
        </w:rPr>
        <w:t>Lituânia</w:t>
      </w:r>
      <w:proofErr w:type="spellEnd"/>
      <w:r w:rsidRPr="00433A3C">
        <w:rPr>
          <w:rFonts w:ascii="Arial" w:hAnsi="Arial"/>
          <w:sz w:val="20"/>
          <w:lang w:val="es-ES"/>
        </w:rPr>
        <w:t xml:space="preserve">», </w:t>
      </w:r>
      <w:proofErr w:type="spellStart"/>
      <w:r w:rsidRPr="00433A3C">
        <w:rPr>
          <w:rFonts w:ascii="Arial" w:hAnsi="Arial"/>
          <w:sz w:val="20"/>
          <w:lang w:val="es-ES"/>
        </w:rPr>
        <w:t>com</w:t>
      </w:r>
      <w:proofErr w:type="spellEnd"/>
      <w:r w:rsidRPr="00433A3C">
        <w:rPr>
          <w:rFonts w:ascii="Arial" w:hAnsi="Arial"/>
          <w:sz w:val="20"/>
          <w:lang w:val="es-ES"/>
        </w:rPr>
        <w:t xml:space="preserve"> </w:t>
      </w:r>
      <w:proofErr w:type="spellStart"/>
      <w:r w:rsidRPr="00433A3C">
        <w:rPr>
          <w:rFonts w:ascii="Arial" w:hAnsi="Arial"/>
          <w:sz w:val="20"/>
          <w:lang w:val="es-ES"/>
        </w:rPr>
        <w:t>uma</w:t>
      </w:r>
      <w:proofErr w:type="spellEnd"/>
      <w:r w:rsidRPr="00433A3C">
        <w:rPr>
          <w:rFonts w:ascii="Arial" w:hAnsi="Arial"/>
          <w:sz w:val="20"/>
          <w:lang w:val="es-ES"/>
        </w:rPr>
        <w:t xml:space="preserve"> </w:t>
      </w:r>
      <w:proofErr w:type="spellStart"/>
      <w:r w:rsidRPr="00433A3C">
        <w:rPr>
          <w:rFonts w:ascii="Arial" w:hAnsi="Arial"/>
          <w:sz w:val="20"/>
          <w:lang w:val="es-ES"/>
        </w:rPr>
        <w:t>população</w:t>
      </w:r>
      <w:proofErr w:type="spellEnd"/>
      <w:r w:rsidRPr="00433A3C">
        <w:rPr>
          <w:rFonts w:ascii="Arial" w:hAnsi="Arial"/>
          <w:sz w:val="20"/>
          <w:lang w:val="es-ES"/>
        </w:rPr>
        <w:t xml:space="preserve"> </w:t>
      </w:r>
      <w:proofErr w:type="spellStart"/>
      <w:r w:rsidRPr="00433A3C">
        <w:rPr>
          <w:rFonts w:ascii="Arial" w:hAnsi="Arial"/>
          <w:sz w:val="20"/>
          <w:lang w:val="es-ES"/>
        </w:rPr>
        <w:t>heterogênea</w:t>
      </w:r>
      <w:proofErr w:type="spellEnd"/>
      <w:r w:rsidRPr="00433A3C">
        <w:rPr>
          <w:rFonts w:ascii="Arial" w:hAnsi="Arial"/>
          <w:sz w:val="20"/>
          <w:lang w:val="es-ES"/>
        </w:rPr>
        <w:t xml:space="preserve"> que reúne </w:t>
      </w:r>
      <w:proofErr w:type="spellStart"/>
      <w:r w:rsidRPr="00433A3C">
        <w:rPr>
          <w:rFonts w:ascii="Arial" w:hAnsi="Arial"/>
          <w:sz w:val="20"/>
          <w:lang w:val="es-ES"/>
        </w:rPr>
        <w:t>pessoas</w:t>
      </w:r>
      <w:proofErr w:type="spellEnd"/>
      <w:r w:rsidRPr="00433A3C">
        <w:rPr>
          <w:rFonts w:ascii="Arial" w:hAnsi="Arial"/>
          <w:sz w:val="20"/>
          <w:lang w:val="es-ES"/>
        </w:rPr>
        <w:t xml:space="preserve"> de 92 nacionalidades diferentes. Entre </w:t>
      </w:r>
      <w:proofErr w:type="spellStart"/>
      <w:r w:rsidRPr="00433A3C">
        <w:rPr>
          <w:rFonts w:ascii="Arial" w:hAnsi="Arial"/>
          <w:sz w:val="20"/>
          <w:lang w:val="es-ES"/>
        </w:rPr>
        <w:t>suas</w:t>
      </w:r>
      <w:proofErr w:type="spellEnd"/>
      <w:r w:rsidRPr="00433A3C">
        <w:rPr>
          <w:rFonts w:ascii="Arial" w:hAnsi="Arial"/>
          <w:sz w:val="20"/>
          <w:lang w:val="es-ES"/>
        </w:rPr>
        <w:t xml:space="preserve"> </w:t>
      </w:r>
      <w:proofErr w:type="spellStart"/>
      <w:r w:rsidRPr="00433A3C">
        <w:rPr>
          <w:rFonts w:ascii="Arial" w:hAnsi="Arial"/>
          <w:sz w:val="20"/>
          <w:lang w:val="es-ES"/>
        </w:rPr>
        <w:t>múltiplas</w:t>
      </w:r>
      <w:proofErr w:type="spellEnd"/>
      <w:r w:rsidRPr="00433A3C">
        <w:rPr>
          <w:rFonts w:ascii="Arial" w:hAnsi="Arial"/>
          <w:sz w:val="20"/>
          <w:lang w:val="es-ES"/>
        </w:rPr>
        <w:t xml:space="preserve"> obras sacras </w:t>
      </w:r>
      <w:proofErr w:type="spellStart"/>
      <w:r w:rsidRPr="00433A3C">
        <w:rPr>
          <w:rFonts w:ascii="Arial" w:hAnsi="Arial"/>
          <w:sz w:val="20"/>
          <w:lang w:val="es-ES"/>
        </w:rPr>
        <w:t>destacam</w:t>
      </w:r>
      <w:proofErr w:type="spellEnd"/>
      <w:r w:rsidRPr="00433A3C">
        <w:rPr>
          <w:rFonts w:ascii="Arial" w:hAnsi="Arial"/>
          <w:sz w:val="20"/>
          <w:lang w:val="es-ES"/>
        </w:rPr>
        <w:t xml:space="preserve">-se </w:t>
      </w:r>
      <w:proofErr w:type="spellStart"/>
      <w:r w:rsidRPr="00433A3C">
        <w:rPr>
          <w:rFonts w:ascii="Arial" w:hAnsi="Arial"/>
          <w:sz w:val="20"/>
          <w:lang w:val="es-ES"/>
        </w:rPr>
        <w:t>a</w:t>
      </w:r>
      <w:proofErr w:type="spellEnd"/>
      <w:r w:rsidRPr="00433A3C">
        <w:rPr>
          <w:rFonts w:ascii="Arial" w:hAnsi="Arial"/>
          <w:sz w:val="20"/>
          <w:lang w:val="es-ES"/>
        </w:rPr>
        <w:t xml:space="preserve"> igreja de São Pedro e São Paulo, </w:t>
      </w:r>
      <w:proofErr w:type="spellStart"/>
      <w:r w:rsidRPr="00433A3C">
        <w:rPr>
          <w:rFonts w:ascii="Arial" w:hAnsi="Arial"/>
          <w:sz w:val="20"/>
          <w:lang w:val="es-ES"/>
        </w:rPr>
        <w:t>construída</w:t>
      </w:r>
      <w:proofErr w:type="spellEnd"/>
      <w:r w:rsidRPr="00433A3C">
        <w:rPr>
          <w:rFonts w:ascii="Arial" w:hAnsi="Arial"/>
          <w:sz w:val="20"/>
          <w:lang w:val="es-ES"/>
        </w:rPr>
        <w:t xml:space="preserve"> em 1668 sobre os restos </w:t>
      </w:r>
      <w:proofErr w:type="spellStart"/>
      <w:r w:rsidRPr="00433A3C">
        <w:rPr>
          <w:rFonts w:ascii="Arial" w:hAnsi="Arial"/>
          <w:sz w:val="20"/>
          <w:lang w:val="es-ES"/>
        </w:rPr>
        <w:t>arqu</w:t>
      </w:r>
      <w:r w:rsidRPr="00433A3C">
        <w:rPr>
          <w:rFonts w:ascii="Arial" w:hAnsi="Arial"/>
          <w:sz w:val="20"/>
          <w:lang w:val="es-ES"/>
        </w:rPr>
        <w:t>itetônicos</w:t>
      </w:r>
      <w:proofErr w:type="spellEnd"/>
      <w:r w:rsidRPr="00433A3C">
        <w:rPr>
          <w:rFonts w:ascii="Arial" w:hAnsi="Arial"/>
          <w:sz w:val="20"/>
          <w:lang w:val="es-ES"/>
        </w:rPr>
        <w:t xml:space="preserve"> de </w:t>
      </w:r>
      <w:proofErr w:type="spellStart"/>
      <w:r w:rsidRPr="00433A3C">
        <w:rPr>
          <w:rFonts w:ascii="Arial" w:hAnsi="Arial"/>
          <w:sz w:val="20"/>
          <w:lang w:val="es-ES"/>
        </w:rPr>
        <w:t>um</w:t>
      </w:r>
      <w:proofErr w:type="spellEnd"/>
      <w:r w:rsidRPr="00433A3C">
        <w:rPr>
          <w:rFonts w:ascii="Arial" w:hAnsi="Arial"/>
          <w:sz w:val="20"/>
          <w:lang w:val="es-ES"/>
        </w:rPr>
        <w:t xml:space="preserve"> templo </w:t>
      </w:r>
      <w:proofErr w:type="spellStart"/>
      <w:r w:rsidRPr="00433A3C">
        <w:rPr>
          <w:rFonts w:ascii="Arial" w:hAnsi="Arial"/>
          <w:sz w:val="20"/>
          <w:lang w:val="es-ES"/>
        </w:rPr>
        <w:t>pagão</w:t>
      </w:r>
      <w:proofErr w:type="spellEnd"/>
      <w:r w:rsidRPr="00433A3C">
        <w:rPr>
          <w:rFonts w:ascii="Arial" w:hAnsi="Arial"/>
          <w:sz w:val="20"/>
          <w:lang w:val="es-ES"/>
        </w:rPr>
        <w:t xml:space="preserve"> dedicado a </w:t>
      </w:r>
      <w:proofErr w:type="spellStart"/>
      <w:r w:rsidRPr="00433A3C">
        <w:rPr>
          <w:rFonts w:ascii="Arial" w:hAnsi="Arial"/>
          <w:sz w:val="20"/>
          <w:lang w:val="es-ES"/>
        </w:rPr>
        <w:t>Milda</w:t>
      </w:r>
      <w:proofErr w:type="spellEnd"/>
      <w:r w:rsidRPr="00433A3C">
        <w:rPr>
          <w:rFonts w:ascii="Arial" w:hAnsi="Arial"/>
          <w:sz w:val="20"/>
          <w:lang w:val="es-ES"/>
        </w:rPr>
        <w:t xml:space="preserve">, </w:t>
      </w:r>
      <w:proofErr w:type="spellStart"/>
      <w:r w:rsidRPr="00433A3C">
        <w:rPr>
          <w:rFonts w:ascii="Arial" w:hAnsi="Arial"/>
          <w:sz w:val="20"/>
          <w:lang w:val="es-ES"/>
        </w:rPr>
        <w:t>deusa</w:t>
      </w:r>
      <w:proofErr w:type="spellEnd"/>
      <w:r w:rsidRPr="00433A3C">
        <w:rPr>
          <w:rFonts w:ascii="Arial" w:hAnsi="Arial"/>
          <w:sz w:val="20"/>
          <w:lang w:val="es-ES"/>
        </w:rPr>
        <w:t xml:space="preserve"> do amor; a igreja de Santa Ana, </w:t>
      </w:r>
      <w:proofErr w:type="spellStart"/>
      <w:r w:rsidRPr="00433A3C">
        <w:rPr>
          <w:rFonts w:ascii="Arial" w:hAnsi="Arial"/>
          <w:sz w:val="20"/>
          <w:lang w:val="es-ES"/>
        </w:rPr>
        <w:t>com</w:t>
      </w:r>
      <w:proofErr w:type="spellEnd"/>
      <w:r w:rsidRPr="00433A3C">
        <w:rPr>
          <w:rFonts w:ascii="Arial" w:hAnsi="Arial"/>
          <w:sz w:val="20"/>
          <w:lang w:val="es-ES"/>
        </w:rPr>
        <w:t xml:space="preserve"> o </w:t>
      </w:r>
      <w:proofErr w:type="spellStart"/>
      <w:r w:rsidRPr="00433A3C">
        <w:rPr>
          <w:rFonts w:ascii="Arial" w:hAnsi="Arial"/>
          <w:sz w:val="20"/>
          <w:lang w:val="es-ES"/>
        </w:rPr>
        <w:t>adjacente</w:t>
      </w:r>
      <w:proofErr w:type="spellEnd"/>
      <w:r w:rsidRPr="00433A3C">
        <w:rPr>
          <w:rFonts w:ascii="Arial" w:hAnsi="Arial"/>
          <w:sz w:val="20"/>
          <w:lang w:val="es-ES"/>
        </w:rPr>
        <w:t xml:space="preserve"> </w:t>
      </w:r>
      <w:proofErr w:type="spellStart"/>
      <w:r w:rsidRPr="00433A3C">
        <w:rPr>
          <w:rFonts w:ascii="Arial" w:hAnsi="Arial"/>
          <w:sz w:val="20"/>
          <w:lang w:val="es-ES"/>
        </w:rPr>
        <w:t>mosteiro</w:t>
      </w:r>
      <w:proofErr w:type="spellEnd"/>
      <w:r w:rsidRPr="00433A3C">
        <w:rPr>
          <w:rFonts w:ascii="Arial" w:hAnsi="Arial"/>
          <w:sz w:val="20"/>
          <w:lang w:val="es-ES"/>
        </w:rPr>
        <w:t xml:space="preserve"> das Bernardinas; a igreja de São Casimiro, fundada pelos </w:t>
      </w:r>
      <w:proofErr w:type="spellStart"/>
      <w:r w:rsidRPr="00433A3C">
        <w:rPr>
          <w:rFonts w:ascii="Arial" w:hAnsi="Arial"/>
          <w:sz w:val="20"/>
          <w:lang w:val="es-ES"/>
        </w:rPr>
        <w:t>jesuítas</w:t>
      </w:r>
      <w:proofErr w:type="spellEnd"/>
      <w:r w:rsidRPr="00433A3C">
        <w:rPr>
          <w:rFonts w:ascii="Arial" w:hAnsi="Arial"/>
          <w:sz w:val="20"/>
          <w:lang w:val="es-ES"/>
        </w:rPr>
        <w:t xml:space="preserve"> e dedicada a São Casimiro </w:t>
      </w:r>
      <w:proofErr w:type="spellStart"/>
      <w:r w:rsidRPr="00433A3C">
        <w:rPr>
          <w:rFonts w:ascii="Arial" w:hAnsi="Arial"/>
          <w:sz w:val="20"/>
          <w:lang w:val="es-ES"/>
        </w:rPr>
        <w:t>Jagiellon</w:t>
      </w:r>
      <w:proofErr w:type="spellEnd"/>
      <w:r w:rsidRPr="00433A3C">
        <w:rPr>
          <w:rFonts w:ascii="Arial" w:hAnsi="Arial"/>
          <w:sz w:val="20"/>
          <w:lang w:val="es-ES"/>
        </w:rPr>
        <w:t xml:space="preserve">, fi </w:t>
      </w:r>
      <w:proofErr w:type="spellStart"/>
      <w:r w:rsidRPr="00433A3C">
        <w:rPr>
          <w:rFonts w:ascii="Arial" w:hAnsi="Arial"/>
          <w:sz w:val="20"/>
          <w:lang w:val="es-ES"/>
        </w:rPr>
        <w:t>lho</w:t>
      </w:r>
      <w:proofErr w:type="spellEnd"/>
      <w:r w:rsidRPr="00433A3C">
        <w:rPr>
          <w:rFonts w:ascii="Arial" w:hAnsi="Arial"/>
          <w:sz w:val="20"/>
          <w:lang w:val="es-ES"/>
        </w:rPr>
        <w:t xml:space="preserve"> do </w:t>
      </w:r>
      <w:proofErr w:type="spellStart"/>
      <w:r w:rsidRPr="00433A3C">
        <w:rPr>
          <w:rFonts w:ascii="Arial" w:hAnsi="Arial"/>
          <w:sz w:val="20"/>
          <w:lang w:val="es-ES"/>
        </w:rPr>
        <w:t>rei</w:t>
      </w:r>
      <w:proofErr w:type="spellEnd"/>
      <w:r w:rsidRPr="00433A3C">
        <w:rPr>
          <w:rFonts w:ascii="Arial" w:hAnsi="Arial"/>
          <w:sz w:val="20"/>
          <w:lang w:val="es-ES"/>
        </w:rPr>
        <w:t xml:space="preserve"> da </w:t>
      </w:r>
      <w:proofErr w:type="spellStart"/>
      <w:r w:rsidRPr="00433A3C">
        <w:rPr>
          <w:rFonts w:ascii="Arial" w:hAnsi="Arial"/>
          <w:sz w:val="20"/>
          <w:lang w:val="es-ES"/>
        </w:rPr>
        <w:t>Polônia</w:t>
      </w:r>
      <w:proofErr w:type="spellEnd"/>
      <w:r w:rsidRPr="00433A3C">
        <w:rPr>
          <w:rFonts w:ascii="Arial" w:hAnsi="Arial"/>
          <w:sz w:val="20"/>
          <w:lang w:val="es-ES"/>
        </w:rPr>
        <w:t>; e a igreja de Sã</w:t>
      </w:r>
      <w:r w:rsidRPr="00433A3C">
        <w:rPr>
          <w:rFonts w:ascii="Arial" w:hAnsi="Arial"/>
          <w:sz w:val="20"/>
          <w:lang w:val="es-ES"/>
        </w:rPr>
        <w:t xml:space="preserve">o Miguel, obra </w:t>
      </w:r>
      <w:proofErr w:type="spellStart"/>
      <w:r w:rsidRPr="00433A3C">
        <w:rPr>
          <w:rFonts w:ascii="Arial" w:hAnsi="Arial"/>
          <w:sz w:val="20"/>
          <w:lang w:val="es-ES"/>
        </w:rPr>
        <w:t>renascentista</w:t>
      </w:r>
      <w:proofErr w:type="spellEnd"/>
      <w:r w:rsidRPr="00433A3C">
        <w:rPr>
          <w:rFonts w:ascii="Arial" w:hAnsi="Arial"/>
          <w:sz w:val="20"/>
          <w:lang w:val="es-ES"/>
        </w:rPr>
        <w:t xml:space="preserve"> </w:t>
      </w:r>
      <w:proofErr w:type="spellStart"/>
      <w:r w:rsidRPr="00433A3C">
        <w:rPr>
          <w:rFonts w:ascii="Arial" w:hAnsi="Arial"/>
          <w:sz w:val="20"/>
          <w:lang w:val="es-ES"/>
        </w:rPr>
        <w:t>construída</w:t>
      </w:r>
      <w:proofErr w:type="spellEnd"/>
    </w:p>
    <w:p w14:paraId="7EDF965F" w14:textId="77777777" w:rsidR="002F23B3" w:rsidRPr="00433A3C" w:rsidRDefault="0073029A">
      <w:pPr>
        <w:spacing w:before="160" w:after="60" w:line="252" w:lineRule="auto"/>
        <w:rPr>
          <w:lang w:val="es-ES"/>
        </w:rPr>
      </w:pPr>
      <w:r w:rsidRPr="00433A3C">
        <w:rPr>
          <w:rFonts w:ascii="Arial" w:hAnsi="Arial"/>
          <w:b/>
          <w:sz w:val="20"/>
          <w:lang w:val="es-ES"/>
        </w:rPr>
        <w:t>DIA 8 TER VILNIUS - VARSÓVIA</w:t>
      </w:r>
    </w:p>
    <w:p w14:paraId="6298A848" w14:textId="77777777" w:rsidR="002F23B3" w:rsidRPr="00433A3C" w:rsidRDefault="0073029A">
      <w:pPr>
        <w:spacing w:after="160" w:line="252" w:lineRule="auto"/>
        <w:rPr>
          <w:lang w:val="es-ES"/>
        </w:rPr>
      </w:pPr>
      <w:r w:rsidRPr="00433A3C">
        <w:rPr>
          <w:rFonts w:ascii="Arial" w:hAnsi="Arial"/>
          <w:sz w:val="20"/>
          <w:lang w:val="es-ES"/>
        </w:rPr>
        <w:t xml:space="preserve">Café da </w:t>
      </w:r>
      <w:proofErr w:type="spellStart"/>
      <w:r w:rsidRPr="00433A3C">
        <w:rPr>
          <w:rFonts w:ascii="Arial" w:hAnsi="Arial"/>
          <w:sz w:val="20"/>
          <w:lang w:val="es-ES"/>
        </w:rPr>
        <w:t>manhã</w:t>
      </w:r>
      <w:proofErr w:type="spellEnd"/>
      <w:r w:rsidRPr="00433A3C">
        <w:rPr>
          <w:rFonts w:ascii="Arial" w:hAnsi="Arial"/>
          <w:sz w:val="20"/>
          <w:lang w:val="es-ES"/>
        </w:rPr>
        <w:t xml:space="preserve"> e </w:t>
      </w:r>
      <w:proofErr w:type="spellStart"/>
      <w:r w:rsidRPr="00433A3C">
        <w:rPr>
          <w:rFonts w:ascii="Arial" w:hAnsi="Arial"/>
          <w:sz w:val="20"/>
          <w:lang w:val="es-ES"/>
        </w:rPr>
        <w:t>saída</w:t>
      </w:r>
      <w:proofErr w:type="spellEnd"/>
      <w:r w:rsidRPr="00433A3C">
        <w:rPr>
          <w:rFonts w:ascii="Arial" w:hAnsi="Arial"/>
          <w:sz w:val="20"/>
          <w:lang w:val="es-ES"/>
        </w:rPr>
        <w:t xml:space="preserve"> em </w:t>
      </w:r>
      <w:proofErr w:type="spellStart"/>
      <w:r w:rsidRPr="00433A3C">
        <w:rPr>
          <w:rFonts w:ascii="Arial" w:hAnsi="Arial"/>
          <w:sz w:val="20"/>
          <w:lang w:val="es-ES"/>
        </w:rPr>
        <w:t>direção</w:t>
      </w:r>
      <w:proofErr w:type="spellEnd"/>
      <w:r w:rsidRPr="00433A3C">
        <w:rPr>
          <w:rFonts w:ascii="Arial" w:hAnsi="Arial"/>
          <w:sz w:val="20"/>
          <w:lang w:val="es-ES"/>
        </w:rPr>
        <w:t xml:space="preserve"> a </w:t>
      </w:r>
      <w:proofErr w:type="spellStart"/>
      <w:r w:rsidRPr="00433A3C">
        <w:rPr>
          <w:rFonts w:ascii="Arial" w:hAnsi="Arial"/>
          <w:sz w:val="20"/>
          <w:lang w:val="es-ES"/>
        </w:rPr>
        <w:t>Varsóvia</w:t>
      </w:r>
      <w:proofErr w:type="spellEnd"/>
      <w:r w:rsidRPr="00433A3C">
        <w:rPr>
          <w:rFonts w:ascii="Arial" w:hAnsi="Arial"/>
          <w:sz w:val="20"/>
          <w:lang w:val="es-ES"/>
        </w:rPr>
        <w:t xml:space="preserve">, capital da </w:t>
      </w:r>
      <w:proofErr w:type="spellStart"/>
      <w:r w:rsidRPr="00433A3C">
        <w:rPr>
          <w:rFonts w:ascii="Arial" w:hAnsi="Arial"/>
          <w:sz w:val="20"/>
          <w:lang w:val="es-ES"/>
        </w:rPr>
        <w:t>Polônia</w:t>
      </w:r>
      <w:proofErr w:type="spellEnd"/>
      <w:r w:rsidRPr="00433A3C">
        <w:rPr>
          <w:rFonts w:ascii="Arial" w:hAnsi="Arial"/>
          <w:sz w:val="20"/>
          <w:lang w:val="es-ES"/>
        </w:rPr>
        <w:t xml:space="preserve">. Em </w:t>
      </w:r>
      <w:proofErr w:type="spellStart"/>
      <w:r w:rsidRPr="00433A3C">
        <w:rPr>
          <w:rFonts w:ascii="Arial" w:hAnsi="Arial"/>
          <w:sz w:val="20"/>
          <w:lang w:val="es-ES"/>
        </w:rPr>
        <w:t>nossa</w:t>
      </w:r>
      <w:proofErr w:type="spellEnd"/>
      <w:r w:rsidRPr="00433A3C">
        <w:rPr>
          <w:rFonts w:ascii="Arial" w:hAnsi="Arial"/>
          <w:sz w:val="20"/>
          <w:lang w:val="es-ES"/>
        </w:rPr>
        <w:t xml:space="preserve"> rota </w:t>
      </w:r>
      <w:proofErr w:type="spellStart"/>
      <w:r w:rsidRPr="00433A3C">
        <w:rPr>
          <w:rFonts w:ascii="Arial" w:hAnsi="Arial"/>
          <w:sz w:val="20"/>
          <w:lang w:val="es-ES"/>
        </w:rPr>
        <w:t>passaremos</w:t>
      </w:r>
      <w:proofErr w:type="spellEnd"/>
      <w:r w:rsidRPr="00433A3C">
        <w:rPr>
          <w:rFonts w:ascii="Arial" w:hAnsi="Arial"/>
          <w:sz w:val="20"/>
          <w:lang w:val="es-ES"/>
        </w:rPr>
        <w:t xml:space="preserve"> a 17 km da </w:t>
      </w:r>
      <w:proofErr w:type="spellStart"/>
      <w:r w:rsidRPr="00433A3C">
        <w:rPr>
          <w:rFonts w:ascii="Arial" w:hAnsi="Arial"/>
          <w:sz w:val="20"/>
          <w:lang w:val="es-ES"/>
        </w:rPr>
        <w:t>fronteira</w:t>
      </w:r>
      <w:proofErr w:type="spellEnd"/>
      <w:r w:rsidRPr="00433A3C">
        <w:rPr>
          <w:rFonts w:ascii="Arial" w:hAnsi="Arial"/>
          <w:sz w:val="20"/>
          <w:lang w:val="es-ES"/>
        </w:rPr>
        <w:t xml:space="preserve"> </w:t>
      </w:r>
      <w:proofErr w:type="spellStart"/>
      <w:r w:rsidRPr="00433A3C">
        <w:rPr>
          <w:rFonts w:ascii="Arial" w:hAnsi="Arial"/>
          <w:sz w:val="20"/>
          <w:lang w:val="es-ES"/>
        </w:rPr>
        <w:t>com</w:t>
      </w:r>
      <w:proofErr w:type="spellEnd"/>
      <w:r w:rsidRPr="00433A3C">
        <w:rPr>
          <w:rFonts w:ascii="Arial" w:hAnsi="Arial"/>
          <w:sz w:val="20"/>
          <w:lang w:val="es-ES"/>
        </w:rPr>
        <w:t xml:space="preserve"> a </w:t>
      </w:r>
      <w:proofErr w:type="spellStart"/>
      <w:r w:rsidRPr="00433A3C">
        <w:rPr>
          <w:rFonts w:ascii="Arial" w:hAnsi="Arial"/>
          <w:sz w:val="20"/>
          <w:lang w:val="es-ES"/>
        </w:rPr>
        <w:t>Bielorrússia</w:t>
      </w:r>
      <w:proofErr w:type="spellEnd"/>
      <w:r w:rsidRPr="00433A3C">
        <w:rPr>
          <w:rFonts w:ascii="Arial" w:hAnsi="Arial"/>
          <w:sz w:val="20"/>
          <w:lang w:val="es-ES"/>
        </w:rPr>
        <w:t xml:space="preserve">, onde </w:t>
      </w:r>
      <w:proofErr w:type="spellStart"/>
      <w:r w:rsidRPr="00433A3C">
        <w:rPr>
          <w:rFonts w:ascii="Arial" w:hAnsi="Arial"/>
          <w:sz w:val="20"/>
          <w:lang w:val="es-ES"/>
        </w:rPr>
        <w:t>confl</w:t>
      </w:r>
      <w:proofErr w:type="spellEnd"/>
      <w:r w:rsidRPr="00433A3C">
        <w:rPr>
          <w:rFonts w:ascii="Arial" w:hAnsi="Arial"/>
          <w:sz w:val="20"/>
          <w:lang w:val="es-ES"/>
        </w:rPr>
        <w:t xml:space="preserve"> </w:t>
      </w:r>
      <w:proofErr w:type="spellStart"/>
      <w:r w:rsidRPr="00433A3C">
        <w:rPr>
          <w:rFonts w:ascii="Arial" w:hAnsi="Arial"/>
          <w:sz w:val="20"/>
          <w:lang w:val="es-ES"/>
        </w:rPr>
        <w:t>uem</w:t>
      </w:r>
      <w:proofErr w:type="spellEnd"/>
      <w:r w:rsidRPr="00433A3C">
        <w:rPr>
          <w:rFonts w:ascii="Arial" w:hAnsi="Arial"/>
          <w:sz w:val="20"/>
          <w:lang w:val="es-ES"/>
        </w:rPr>
        <w:t xml:space="preserve"> os </w:t>
      </w:r>
      <w:proofErr w:type="spellStart"/>
      <w:r w:rsidRPr="00433A3C">
        <w:rPr>
          <w:rFonts w:ascii="Arial" w:hAnsi="Arial"/>
          <w:sz w:val="20"/>
          <w:lang w:val="es-ES"/>
        </w:rPr>
        <w:t>rios</w:t>
      </w:r>
      <w:proofErr w:type="spellEnd"/>
      <w:r w:rsidRPr="00433A3C">
        <w:rPr>
          <w:rFonts w:ascii="Arial" w:hAnsi="Arial"/>
          <w:sz w:val="20"/>
          <w:lang w:val="es-ES"/>
        </w:rPr>
        <w:t xml:space="preserve"> </w:t>
      </w:r>
      <w:proofErr w:type="spellStart"/>
      <w:r w:rsidRPr="00433A3C">
        <w:rPr>
          <w:rFonts w:ascii="Arial" w:hAnsi="Arial"/>
          <w:sz w:val="20"/>
          <w:lang w:val="es-ES"/>
        </w:rPr>
        <w:t>Neris</w:t>
      </w:r>
      <w:proofErr w:type="spellEnd"/>
      <w:r w:rsidRPr="00433A3C">
        <w:rPr>
          <w:rFonts w:ascii="Arial" w:hAnsi="Arial"/>
          <w:sz w:val="20"/>
          <w:lang w:val="es-ES"/>
        </w:rPr>
        <w:t xml:space="preserve"> e Vilna. Desfrutaremos das </w:t>
      </w:r>
      <w:proofErr w:type="spellStart"/>
      <w:r w:rsidRPr="00433A3C">
        <w:rPr>
          <w:rFonts w:ascii="Arial" w:hAnsi="Arial"/>
          <w:sz w:val="20"/>
          <w:lang w:val="es-ES"/>
        </w:rPr>
        <w:t>belas</w:t>
      </w:r>
      <w:proofErr w:type="spellEnd"/>
      <w:r w:rsidRPr="00433A3C">
        <w:rPr>
          <w:rFonts w:ascii="Arial" w:hAnsi="Arial"/>
          <w:sz w:val="20"/>
          <w:lang w:val="es-ES"/>
        </w:rPr>
        <w:t xml:space="preserve"> </w:t>
      </w:r>
      <w:proofErr w:type="spellStart"/>
      <w:r w:rsidRPr="00433A3C">
        <w:rPr>
          <w:rFonts w:ascii="Arial" w:hAnsi="Arial"/>
          <w:sz w:val="20"/>
          <w:lang w:val="es-ES"/>
        </w:rPr>
        <w:t>paisagens</w:t>
      </w:r>
      <w:proofErr w:type="spellEnd"/>
      <w:r w:rsidRPr="00433A3C">
        <w:rPr>
          <w:rFonts w:ascii="Arial" w:hAnsi="Arial"/>
          <w:sz w:val="20"/>
          <w:lang w:val="es-ES"/>
        </w:rPr>
        <w:t xml:space="preserve"> das </w:t>
      </w:r>
      <w:proofErr w:type="spellStart"/>
      <w:r w:rsidRPr="00433A3C">
        <w:rPr>
          <w:rFonts w:ascii="Arial" w:hAnsi="Arial"/>
          <w:sz w:val="20"/>
          <w:lang w:val="es-ES"/>
        </w:rPr>
        <w:t>pequenas</w:t>
      </w:r>
      <w:proofErr w:type="spellEnd"/>
      <w:r w:rsidRPr="00433A3C">
        <w:rPr>
          <w:rFonts w:ascii="Arial" w:hAnsi="Arial"/>
          <w:sz w:val="20"/>
          <w:lang w:val="es-ES"/>
        </w:rPr>
        <w:t xml:space="preserve"> </w:t>
      </w:r>
      <w:proofErr w:type="spellStart"/>
      <w:r w:rsidRPr="00433A3C">
        <w:rPr>
          <w:rFonts w:ascii="Arial" w:hAnsi="Arial"/>
          <w:sz w:val="20"/>
          <w:lang w:val="es-ES"/>
        </w:rPr>
        <w:t>povoações</w:t>
      </w:r>
      <w:proofErr w:type="spellEnd"/>
      <w:r w:rsidRPr="00433A3C">
        <w:rPr>
          <w:rFonts w:ascii="Arial" w:hAnsi="Arial"/>
          <w:sz w:val="20"/>
          <w:lang w:val="es-ES"/>
        </w:rPr>
        <w:t xml:space="preserve"> </w:t>
      </w:r>
      <w:proofErr w:type="spellStart"/>
      <w:r w:rsidRPr="00433A3C">
        <w:rPr>
          <w:rFonts w:ascii="Arial" w:hAnsi="Arial"/>
          <w:sz w:val="20"/>
          <w:lang w:val="es-ES"/>
        </w:rPr>
        <w:t>rurais</w:t>
      </w:r>
      <w:proofErr w:type="spellEnd"/>
      <w:r w:rsidRPr="00433A3C">
        <w:rPr>
          <w:rFonts w:ascii="Arial" w:hAnsi="Arial"/>
          <w:sz w:val="20"/>
          <w:lang w:val="es-ES"/>
        </w:rPr>
        <w:t xml:space="preserve"> da </w:t>
      </w:r>
      <w:proofErr w:type="spellStart"/>
      <w:r w:rsidRPr="00433A3C">
        <w:rPr>
          <w:rFonts w:ascii="Arial" w:hAnsi="Arial"/>
          <w:sz w:val="20"/>
          <w:lang w:val="es-ES"/>
        </w:rPr>
        <w:t>Polônia</w:t>
      </w:r>
      <w:proofErr w:type="spellEnd"/>
      <w:r w:rsidRPr="00433A3C">
        <w:rPr>
          <w:rFonts w:ascii="Arial" w:hAnsi="Arial"/>
          <w:sz w:val="20"/>
          <w:lang w:val="es-ES"/>
        </w:rPr>
        <w:t xml:space="preserve"> até </w:t>
      </w:r>
      <w:proofErr w:type="spellStart"/>
      <w:r w:rsidRPr="00433A3C">
        <w:rPr>
          <w:rFonts w:ascii="Arial" w:hAnsi="Arial"/>
          <w:sz w:val="20"/>
          <w:lang w:val="es-ES"/>
        </w:rPr>
        <w:t>chegar</w:t>
      </w:r>
      <w:proofErr w:type="spellEnd"/>
      <w:r w:rsidRPr="00433A3C">
        <w:rPr>
          <w:rFonts w:ascii="Arial" w:hAnsi="Arial"/>
          <w:sz w:val="20"/>
          <w:lang w:val="es-ES"/>
        </w:rPr>
        <w:t xml:space="preserve"> à tarde a </w:t>
      </w:r>
      <w:proofErr w:type="spellStart"/>
      <w:r w:rsidRPr="00433A3C">
        <w:rPr>
          <w:rFonts w:ascii="Arial" w:hAnsi="Arial"/>
          <w:sz w:val="20"/>
          <w:lang w:val="es-ES"/>
        </w:rPr>
        <w:t>Varsóvia</w:t>
      </w:r>
      <w:proofErr w:type="spellEnd"/>
      <w:r w:rsidRPr="00433A3C">
        <w:rPr>
          <w:rFonts w:ascii="Arial" w:hAnsi="Arial"/>
          <w:sz w:val="20"/>
          <w:lang w:val="es-ES"/>
        </w:rPr>
        <w:t xml:space="preserve">. </w:t>
      </w:r>
      <w:proofErr w:type="spellStart"/>
      <w:r w:rsidRPr="00433A3C">
        <w:rPr>
          <w:rFonts w:ascii="Arial" w:hAnsi="Arial"/>
          <w:sz w:val="20"/>
          <w:lang w:val="es-ES"/>
        </w:rPr>
        <w:t>Hospedagem</w:t>
      </w:r>
      <w:proofErr w:type="spellEnd"/>
      <w:r w:rsidRPr="00433A3C">
        <w:rPr>
          <w:rFonts w:ascii="Arial" w:hAnsi="Arial"/>
          <w:sz w:val="20"/>
          <w:lang w:val="es-ES"/>
        </w:rPr>
        <w:t xml:space="preserve">. em 1594. À tarde, </w:t>
      </w:r>
      <w:proofErr w:type="spellStart"/>
      <w:r w:rsidRPr="00433A3C">
        <w:rPr>
          <w:rFonts w:ascii="Arial" w:hAnsi="Arial"/>
          <w:sz w:val="20"/>
          <w:lang w:val="es-ES"/>
        </w:rPr>
        <w:t>excursão</w:t>
      </w:r>
      <w:proofErr w:type="spellEnd"/>
      <w:r w:rsidRPr="00433A3C">
        <w:rPr>
          <w:rFonts w:ascii="Arial" w:hAnsi="Arial"/>
          <w:sz w:val="20"/>
          <w:lang w:val="es-ES"/>
        </w:rPr>
        <w:t xml:space="preserve"> a Trakai, </w:t>
      </w:r>
      <w:proofErr w:type="spellStart"/>
      <w:r w:rsidRPr="00433A3C">
        <w:rPr>
          <w:rFonts w:ascii="Arial" w:hAnsi="Arial"/>
          <w:sz w:val="20"/>
          <w:lang w:val="es-ES"/>
        </w:rPr>
        <w:t>muito</w:t>
      </w:r>
      <w:proofErr w:type="spellEnd"/>
      <w:r w:rsidRPr="00433A3C">
        <w:rPr>
          <w:rFonts w:ascii="Arial" w:hAnsi="Arial"/>
          <w:sz w:val="20"/>
          <w:lang w:val="es-ES"/>
        </w:rPr>
        <w:t xml:space="preserve"> famosa por </w:t>
      </w:r>
      <w:proofErr w:type="spellStart"/>
      <w:r w:rsidRPr="00433A3C">
        <w:rPr>
          <w:rFonts w:ascii="Arial" w:hAnsi="Arial"/>
          <w:sz w:val="20"/>
          <w:lang w:val="es-ES"/>
        </w:rPr>
        <w:t>seu</w:t>
      </w:r>
      <w:proofErr w:type="spellEnd"/>
      <w:r w:rsidRPr="00433A3C">
        <w:rPr>
          <w:rFonts w:ascii="Arial" w:hAnsi="Arial"/>
          <w:sz w:val="20"/>
          <w:lang w:val="es-ES"/>
        </w:rPr>
        <w:t xml:space="preserve"> </w:t>
      </w:r>
      <w:proofErr w:type="spellStart"/>
      <w:r w:rsidRPr="00433A3C">
        <w:rPr>
          <w:rFonts w:ascii="Arial" w:hAnsi="Arial"/>
          <w:sz w:val="20"/>
          <w:lang w:val="es-ES"/>
        </w:rPr>
        <w:t>castelo</w:t>
      </w:r>
      <w:proofErr w:type="spellEnd"/>
      <w:r w:rsidRPr="00433A3C">
        <w:rPr>
          <w:rFonts w:ascii="Arial" w:hAnsi="Arial"/>
          <w:sz w:val="20"/>
          <w:lang w:val="es-ES"/>
        </w:rPr>
        <w:t xml:space="preserve"> do </w:t>
      </w:r>
      <w:proofErr w:type="spellStart"/>
      <w:r w:rsidRPr="00433A3C">
        <w:rPr>
          <w:rFonts w:ascii="Arial" w:hAnsi="Arial"/>
          <w:sz w:val="20"/>
          <w:lang w:val="es-ES"/>
        </w:rPr>
        <w:t>século</w:t>
      </w:r>
      <w:proofErr w:type="spellEnd"/>
      <w:r w:rsidRPr="00433A3C">
        <w:rPr>
          <w:rFonts w:ascii="Arial" w:hAnsi="Arial"/>
          <w:sz w:val="20"/>
          <w:lang w:val="es-ES"/>
        </w:rPr>
        <w:t xml:space="preserve"> XIV, rodeado por 10 </w:t>
      </w:r>
      <w:proofErr w:type="spellStart"/>
      <w:r w:rsidRPr="00433A3C">
        <w:rPr>
          <w:rFonts w:ascii="Arial" w:hAnsi="Arial"/>
          <w:sz w:val="20"/>
          <w:lang w:val="es-ES"/>
        </w:rPr>
        <w:t>pequenos</w:t>
      </w:r>
      <w:proofErr w:type="spellEnd"/>
      <w:r w:rsidRPr="00433A3C">
        <w:rPr>
          <w:rFonts w:ascii="Arial" w:hAnsi="Arial"/>
          <w:sz w:val="20"/>
          <w:lang w:val="es-ES"/>
        </w:rPr>
        <w:t xml:space="preserve"> lagos. </w:t>
      </w:r>
      <w:proofErr w:type="spellStart"/>
      <w:r w:rsidRPr="00433A3C">
        <w:rPr>
          <w:rFonts w:ascii="Arial" w:hAnsi="Arial"/>
          <w:sz w:val="20"/>
          <w:lang w:val="es-ES"/>
        </w:rPr>
        <w:t>Hospedagem</w:t>
      </w:r>
      <w:proofErr w:type="spellEnd"/>
      <w:r w:rsidRPr="00433A3C">
        <w:rPr>
          <w:rFonts w:ascii="Arial" w:hAnsi="Arial"/>
          <w:sz w:val="20"/>
          <w:lang w:val="es-ES"/>
        </w:rPr>
        <w:t>.</w:t>
      </w:r>
    </w:p>
    <w:p w14:paraId="157CB00B" w14:textId="77777777" w:rsidR="002F23B3" w:rsidRPr="00433A3C" w:rsidRDefault="0073029A">
      <w:pPr>
        <w:spacing w:before="160" w:after="60" w:line="252" w:lineRule="auto"/>
        <w:rPr>
          <w:lang w:val="es-ES"/>
        </w:rPr>
      </w:pPr>
      <w:r w:rsidRPr="00433A3C">
        <w:rPr>
          <w:rFonts w:ascii="Arial" w:hAnsi="Arial"/>
          <w:b/>
          <w:sz w:val="20"/>
          <w:lang w:val="es-ES"/>
        </w:rPr>
        <w:t>DIA 9 QUA VARSÓVIA</w:t>
      </w:r>
    </w:p>
    <w:p w14:paraId="6B7A6053" w14:textId="77777777" w:rsidR="002F23B3" w:rsidRPr="00433A3C" w:rsidRDefault="0073029A">
      <w:pPr>
        <w:spacing w:after="160" w:line="252" w:lineRule="auto"/>
        <w:rPr>
          <w:lang w:val="es-ES"/>
        </w:rPr>
      </w:pPr>
      <w:r w:rsidRPr="00433A3C">
        <w:rPr>
          <w:rFonts w:ascii="Arial" w:hAnsi="Arial"/>
          <w:sz w:val="20"/>
          <w:lang w:val="es-ES"/>
        </w:rPr>
        <w:t xml:space="preserve">Café da </w:t>
      </w:r>
      <w:proofErr w:type="spellStart"/>
      <w:r w:rsidRPr="00433A3C">
        <w:rPr>
          <w:rFonts w:ascii="Arial" w:hAnsi="Arial"/>
          <w:sz w:val="20"/>
          <w:lang w:val="es-ES"/>
        </w:rPr>
        <w:t>manhã</w:t>
      </w:r>
      <w:proofErr w:type="spellEnd"/>
      <w:r w:rsidRPr="00433A3C">
        <w:rPr>
          <w:rFonts w:ascii="Arial" w:hAnsi="Arial"/>
          <w:sz w:val="20"/>
          <w:lang w:val="es-ES"/>
        </w:rPr>
        <w:t xml:space="preserve"> e visita à </w:t>
      </w:r>
      <w:proofErr w:type="spellStart"/>
      <w:r w:rsidRPr="00433A3C">
        <w:rPr>
          <w:rFonts w:ascii="Arial" w:hAnsi="Arial"/>
          <w:sz w:val="20"/>
          <w:lang w:val="es-ES"/>
        </w:rPr>
        <w:t>cidade</w:t>
      </w:r>
      <w:proofErr w:type="spellEnd"/>
      <w:r w:rsidRPr="00433A3C">
        <w:rPr>
          <w:rFonts w:ascii="Arial" w:hAnsi="Arial"/>
          <w:sz w:val="20"/>
          <w:lang w:val="es-ES"/>
        </w:rPr>
        <w:t xml:space="preserve"> </w:t>
      </w:r>
      <w:proofErr w:type="spellStart"/>
      <w:r w:rsidRPr="00433A3C">
        <w:rPr>
          <w:rFonts w:ascii="Arial" w:hAnsi="Arial"/>
          <w:sz w:val="20"/>
          <w:lang w:val="es-ES"/>
        </w:rPr>
        <w:t>seguindo</w:t>
      </w:r>
      <w:proofErr w:type="spellEnd"/>
      <w:r w:rsidRPr="00433A3C">
        <w:rPr>
          <w:rFonts w:ascii="Arial" w:hAnsi="Arial"/>
          <w:sz w:val="20"/>
          <w:lang w:val="es-ES"/>
        </w:rPr>
        <w:t xml:space="preserve"> o </w:t>
      </w:r>
      <w:proofErr w:type="spellStart"/>
      <w:r w:rsidRPr="00433A3C">
        <w:rPr>
          <w:rFonts w:ascii="Arial" w:hAnsi="Arial"/>
          <w:sz w:val="20"/>
          <w:lang w:val="es-ES"/>
        </w:rPr>
        <w:t>caminho</w:t>
      </w:r>
      <w:proofErr w:type="spellEnd"/>
      <w:r w:rsidRPr="00433A3C">
        <w:rPr>
          <w:rFonts w:ascii="Arial" w:hAnsi="Arial"/>
          <w:sz w:val="20"/>
          <w:lang w:val="es-ES"/>
        </w:rPr>
        <w:t xml:space="preserve"> da Rota Real, que </w:t>
      </w:r>
      <w:proofErr w:type="spellStart"/>
      <w:r w:rsidRPr="00433A3C">
        <w:rPr>
          <w:rFonts w:ascii="Arial" w:hAnsi="Arial"/>
          <w:sz w:val="20"/>
          <w:lang w:val="es-ES"/>
        </w:rPr>
        <w:t>abrange</w:t>
      </w:r>
      <w:proofErr w:type="spellEnd"/>
      <w:r w:rsidRPr="00433A3C">
        <w:rPr>
          <w:rFonts w:ascii="Arial" w:hAnsi="Arial"/>
          <w:sz w:val="20"/>
          <w:lang w:val="es-ES"/>
        </w:rPr>
        <w:t xml:space="preserve"> </w:t>
      </w:r>
      <w:proofErr w:type="spellStart"/>
      <w:r w:rsidRPr="00433A3C">
        <w:rPr>
          <w:rFonts w:ascii="Arial" w:hAnsi="Arial"/>
          <w:sz w:val="20"/>
          <w:lang w:val="es-ES"/>
        </w:rPr>
        <w:t>também</w:t>
      </w:r>
      <w:proofErr w:type="spellEnd"/>
      <w:r w:rsidRPr="00433A3C">
        <w:rPr>
          <w:rFonts w:ascii="Arial" w:hAnsi="Arial"/>
          <w:sz w:val="20"/>
          <w:lang w:val="es-ES"/>
        </w:rPr>
        <w:t xml:space="preserve"> o centro histórico da </w:t>
      </w:r>
      <w:proofErr w:type="spellStart"/>
      <w:r w:rsidRPr="00433A3C">
        <w:rPr>
          <w:rFonts w:ascii="Arial" w:hAnsi="Arial"/>
          <w:sz w:val="20"/>
          <w:lang w:val="es-ES"/>
        </w:rPr>
        <w:t>cidade</w:t>
      </w:r>
      <w:proofErr w:type="spellEnd"/>
      <w:r w:rsidRPr="00433A3C">
        <w:rPr>
          <w:rFonts w:ascii="Arial" w:hAnsi="Arial"/>
          <w:sz w:val="20"/>
          <w:lang w:val="es-ES"/>
        </w:rPr>
        <w:t xml:space="preserve">, o Parque Real de </w:t>
      </w:r>
      <w:proofErr w:type="spellStart"/>
      <w:r w:rsidRPr="00433A3C">
        <w:rPr>
          <w:rFonts w:ascii="Arial" w:hAnsi="Arial"/>
          <w:sz w:val="20"/>
          <w:lang w:val="es-ES"/>
        </w:rPr>
        <w:t>Lazienki</w:t>
      </w:r>
      <w:proofErr w:type="spellEnd"/>
      <w:r w:rsidRPr="00433A3C">
        <w:rPr>
          <w:rFonts w:ascii="Arial" w:hAnsi="Arial"/>
          <w:sz w:val="20"/>
          <w:lang w:val="es-ES"/>
        </w:rPr>
        <w:t xml:space="preserve"> </w:t>
      </w:r>
      <w:proofErr w:type="spellStart"/>
      <w:r w:rsidRPr="00433A3C">
        <w:rPr>
          <w:rFonts w:ascii="Arial" w:hAnsi="Arial"/>
          <w:sz w:val="20"/>
          <w:lang w:val="es-ES"/>
        </w:rPr>
        <w:t>com</w:t>
      </w:r>
      <w:proofErr w:type="spellEnd"/>
      <w:r w:rsidRPr="00433A3C">
        <w:rPr>
          <w:rFonts w:ascii="Arial" w:hAnsi="Arial"/>
          <w:sz w:val="20"/>
          <w:lang w:val="es-ES"/>
        </w:rPr>
        <w:t xml:space="preserve"> </w:t>
      </w:r>
      <w:proofErr w:type="spellStart"/>
      <w:r w:rsidRPr="00433A3C">
        <w:rPr>
          <w:rFonts w:ascii="Arial" w:hAnsi="Arial"/>
          <w:sz w:val="20"/>
          <w:lang w:val="es-ES"/>
        </w:rPr>
        <w:t>seu</w:t>
      </w:r>
      <w:proofErr w:type="spellEnd"/>
      <w:r w:rsidRPr="00433A3C">
        <w:rPr>
          <w:rFonts w:ascii="Arial" w:hAnsi="Arial"/>
          <w:sz w:val="20"/>
          <w:lang w:val="es-ES"/>
        </w:rPr>
        <w:t xml:space="preserve"> monumento a Chopin e a Igreja de Santa Ana. Tarde </w:t>
      </w:r>
      <w:proofErr w:type="spellStart"/>
      <w:r w:rsidRPr="00433A3C">
        <w:rPr>
          <w:rFonts w:ascii="Arial" w:hAnsi="Arial"/>
          <w:sz w:val="20"/>
          <w:lang w:val="es-ES"/>
        </w:rPr>
        <w:t>livre</w:t>
      </w:r>
      <w:proofErr w:type="spellEnd"/>
      <w:r w:rsidRPr="00433A3C">
        <w:rPr>
          <w:rFonts w:ascii="Arial" w:hAnsi="Arial"/>
          <w:sz w:val="20"/>
          <w:lang w:val="es-ES"/>
        </w:rPr>
        <w:t xml:space="preserve"> e </w:t>
      </w:r>
      <w:proofErr w:type="spellStart"/>
      <w:r w:rsidRPr="00433A3C">
        <w:rPr>
          <w:rFonts w:ascii="Arial" w:hAnsi="Arial"/>
          <w:sz w:val="20"/>
          <w:lang w:val="es-ES"/>
        </w:rPr>
        <w:t>acomodação</w:t>
      </w:r>
      <w:proofErr w:type="spellEnd"/>
      <w:r w:rsidRPr="00433A3C">
        <w:rPr>
          <w:rFonts w:ascii="Arial" w:hAnsi="Arial"/>
          <w:sz w:val="20"/>
          <w:lang w:val="es-ES"/>
        </w:rPr>
        <w:t xml:space="preserve"> em </w:t>
      </w:r>
      <w:proofErr w:type="spellStart"/>
      <w:r w:rsidRPr="00433A3C">
        <w:rPr>
          <w:rFonts w:ascii="Arial" w:hAnsi="Arial"/>
          <w:sz w:val="20"/>
          <w:lang w:val="es-ES"/>
        </w:rPr>
        <w:t>Varsóvia</w:t>
      </w:r>
      <w:proofErr w:type="spellEnd"/>
      <w:r w:rsidRPr="00433A3C">
        <w:rPr>
          <w:rFonts w:ascii="Arial" w:hAnsi="Arial"/>
          <w:sz w:val="20"/>
          <w:lang w:val="es-ES"/>
        </w:rPr>
        <w:t>.</w:t>
      </w:r>
    </w:p>
    <w:p w14:paraId="50CE312F" w14:textId="77777777" w:rsidR="002F23B3" w:rsidRPr="00433A3C" w:rsidRDefault="0073029A">
      <w:pPr>
        <w:spacing w:before="160" w:after="60" w:line="252" w:lineRule="auto"/>
        <w:rPr>
          <w:lang w:val="es-ES"/>
        </w:rPr>
      </w:pPr>
      <w:r w:rsidRPr="00433A3C">
        <w:rPr>
          <w:rFonts w:ascii="Arial" w:hAnsi="Arial"/>
          <w:b/>
          <w:sz w:val="20"/>
          <w:lang w:val="es-ES"/>
        </w:rPr>
        <w:t>DIA 10 QUI VARSÓVIA</w:t>
      </w:r>
    </w:p>
    <w:p w14:paraId="1141BA9C" w14:textId="77777777" w:rsidR="002F23B3" w:rsidRPr="00433A3C" w:rsidRDefault="0073029A">
      <w:pPr>
        <w:spacing w:after="160" w:line="252" w:lineRule="auto"/>
        <w:rPr>
          <w:lang w:val="es-ES"/>
        </w:rPr>
      </w:pPr>
      <w:r w:rsidRPr="00433A3C">
        <w:rPr>
          <w:rFonts w:ascii="Arial" w:hAnsi="Arial"/>
          <w:sz w:val="20"/>
          <w:lang w:val="es-ES"/>
        </w:rPr>
        <w:t xml:space="preserve">Café da </w:t>
      </w:r>
      <w:proofErr w:type="spellStart"/>
      <w:r w:rsidRPr="00433A3C">
        <w:rPr>
          <w:rFonts w:ascii="Arial" w:hAnsi="Arial"/>
          <w:sz w:val="20"/>
          <w:lang w:val="es-ES"/>
        </w:rPr>
        <w:t>manhã</w:t>
      </w:r>
      <w:proofErr w:type="spellEnd"/>
      <w:r w:rsidRPr="00433A3C">
        <w:rPr>
          <w:rFonts w:ascii="Arial" w:hAnsi="Arial"/>
          <w:sz w:val="20"/>
          <w:lang w:val="es-ES"/>
        </w:rPr>
        <w:t xml:space="preserve"> e tra</w:t>
      </w:r>
      <w:r w:rsidRPr="00433A3C">
        <w:rPr>
          <w:rFonts w:ascii="Arial" w:hAnsi="Arial"/>
          <w:sz w:val="20"/>
          <w:lang w:val="es-ES"/>
        </w:rPr>
        <w:t xml:space="preserve">slado de </w:t>
      </w:r>
      <w:proofErr w:type="spellStart"/>
      <w:r w:rsidRPr="00433A3C">
        <w:rPr>
          <w:rFonts w:ascii="Arial" w:hAnsi="Arial"/>
          <w:sz w:val="20"/>
          <w:lang w:val="es-ES"/>
        </w:rPr>
        <w:t>saída</w:t>
      </w:r>
      <w:proofErr w:type="spellEnd"/>
      <w:r w:rsidRPr="00433A3C">
        <w:rPr>
          <w:rFonts w:ascii="Arial" w:hAnsi="Arial"/>
          <w:sz w:val="20"/>
          <w:lang w:val="es-ES"/>
        </w:rPr>
        <w:t xml:space="preserve"> para o </w:t>
      </w:r>
      <w:proofErr w:type="spellStart"/>
      <w:r w:rsidRPr="00433A3C">
        <w:rPr>
          <w:rFonts w:ascii="Arial" w:hAnsi="Arial"/>
          <w:sz w:val="20"/>
          <w:lang w:val="es-ES"/>
        </w:rPr>
        <w:t>aeroporto</w:t>
      </w:r>
      <w:proofErr w:type="spellEnd"/>
      <w:r w:rsidRPr="00433A3C">
        <w:rPr>
          <w:rFonts w:ascii="Arial" w:hAnsi="Arial"/>
          <w:sz w:val="20"/>
          <w:lang w:val="es-ES"/>
        </w:rPr>
        <w:t>.</w:t>
      </w:r>
    </w:p>
    <w:sectPr w:rsidR="002F23B3" w:rsidRPr="00433A3C" w:rsidSect="00034616">
      <w:headerReference w:type="default" r:id="rId8"/>
      <w:pgSz w:w="12240" w:h="15840"/>
      <w:pgMar w:top="864" w:right="1008" w:bottom="864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37D3C9" w14:textId="77777777" w:rsidR="00000000" w:rsidRDefault="0073029A">
      <w:pPr>
        <w:spacing w:after="0" w:line="240" w:lineRule="auto"/>
      </w:pPr>
      <w:r>
        <w:separator/>
      </w:r>
    </w:p>
  </w:endnote>
  <w:endnote w:type="continuationSeparator" w:id="0">
    <w:p w14:paraId="7C5556AE" w14:textId="77777777" w:rsidR="00000000" w:rsidRDefault="007302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A0A0AE" w14:textId="77777777" w:rsidR="00000000" w:rsidRDefault="0073029A">
      <w:pPr>
        <w:spacing w:after="0" w:line="240" w:lineRule="auto"/>
      </w:pPr>
      <w:r>
        <w:separator/>
      </w:r>
    </w:p>
  </w:footnote>
  <w:footnote w:type="continuationSeparator" w:id="0">
    <w:p w14:paraId="19E6DCB2" w14:textId="77777777" w:rsidR="00000000" w:rsidRDefault="007302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FBCB29" w14:textId="77777777" w:rsidR="002F23B3" w:rsidRDefault="0073029A">
    <w:pPr>
      <w:pStyle w:val="Encabezado"/>
    </w:pPr>
    <w:r>
      <w:rPr>
        <w:noProof/>
      </w:rPr>
      <w:drawing>
        <wp:inline distT="0" distB="0" distL="0" distR="0" wp14:anchorId="5E7592ED" wp14:editId="5F9265C3">
          <wp:extent cx="713232" cy="713232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ato tours fondo tra(1)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3232" cy="71323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2F23B3"/>
    <w:rsid w:val="00326F90"/>
    <w:rsid w:val="00433A3C"/>
    <w:rsid w:val="0072505B"/>
    <w:rsid w:val="0073029A"/>
    <w:rsid w:val="00A8429E"/>
    <w:rsid w:val="00A95307"/>
    <w:rsid w:val="00AA1D8D"/>
    <w:rsid w:val="00B47730"/>
    <w:rsid w:val="00CB0664"/>
    <w:rsid w:val="00FC693F"/>
    <w:rsid w:val="00FD3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49A597C"/>
  <w14:defaultImageDpi w14:val="300"/>
  <w15:docId w15:val="{3EFCE2CF-08C3-4488-80D7-ED3D2EE48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755</Words>
  <Characters>4153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4899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user24</cp:lastModifiedBy>
  <cp:revision>7</cp:revision>
  <dcterms:created xsi:type="dcterms:W3CDTF">2013-12-23T23:15:00Z</dcterms:created>
  <dcterms:modified xsi:type="dcterms:W3CDTF">2026-05-29T07:51:00Z</dcterms:modified>
  <cp:category/>
</cp:coreProperties>
</file>