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087AA5" w14:textId="77777777" w:rsidR="00214435" w:rsidRPr="00DE7557" w:rsidRDefault="00B75B43">
      <w:pPr>
        <w:spacing w:before="240" w:after="80" w:line="252" w:lineRule="auto"/>
        <w:jc w:val="center"/>
        <w:rPr>
          <w:lang w:val="es-ES"/>
        </w:rPr>
      </w:pPr>
      <w:r w:rsidRPr="00DE7557">
        <w:rPr>
          <w:rFonts w:ascii="Arial" w:hAnsi="Arial"/>
          <w:b/>
          <w:color w:val="4F81BD"/>
          <w:sz w:val="32"/>
          <w:lang w:val="es-ES"/>
        </w:rPr>
        <w:t>DESCUBRA OS FIORDES E HELSINQUE</w:t>
      </w:r>
    </w:p>
    <w:p w14:paraId="5955DDFD" w14:textId="77777777" w:rsidR="00214435" w:rsidRPr="00DE7557" w:rsidRDefault="00B75B43">
      <w:pPr>
        <w:spacing w:after="60" w:line="252" w:lineRule="auto"/>
        <w:jc w:val="center"/>
        <w:rPr>
          <w:lang w:val="es-ES"/>
        </w:rPr>
      </w:pPr>
      <w:proofErr w:type="spellStart"/>
      <w:r w:rsidRPr="00DE7557">
        <w:rPr>
          <w:rFonts w:ascii="Arial" w:hAnsi="Arial"/>
          <w:color w:val="4F81BD"/>
          <w:lang w:val="es-ES"/>
        </w:rPr>
        <w:t>Categoria</w:t>
      </w:r>
      <w:proofErr w:type="spellEnd"/>
      <w:r w:rsidRPr="00DE7557">
        <w:rPr>
          <w:rFonts w:ascii="Arial" w:hAnsi="Arial"/>
          <w:color w:val="4F81BD"/>
          <w:lang w:val="es-ES"/>
        </w:rPr>
        <w:t xml:space="preserve">: </w:t>
      </w:r>
      <w:proofErr w:type="spellStart"/>
      <w:r w:rsidRPr="00DE7557">
        <w:rPr>
          <w:rFonts w:ascii="Arial" w:hAnsi="Arial"/>
          <w:color w:val="4F81BD"/>
          <w:lang w:val="es-ES"/>
        </w:rPr>
        <w:t>Primeira</w:t>
      </w:r>
      <w:proofErr w:type="spellEnd"/>
    </w:p>
    <w:p w14:paraId="4E3208C7" w14:textId="77777777" w:rsidR="00214435" w:rsidRPr="00DE7557" w:rsidRDefault="00B75B43">
      <w:pPr>
        <w:spacing w:after="280" w:line="252" w:lineRule="auto"/>
        <w:jc w:val="center"/>
        <w:rPr>
          <w:lang w:val="es-ES"/>
        </w:rPr>
      </w:pPr>
      <w:r w:rsidRPr="00DE7557">
        <w:rPr>
          <w:rFonts w:ascii="Arial" w:hAnsi="Arial"/>
          <w:lang w:val="es-ES"/>
        </w:rPr>
        <w:t xml:space="preserve">Código: EETME  |  12 </w:t>
      </w:r>
      <w:proofErr w:type="spellStart"/>
      <w:r w:rsidRPr="00DE7557">
        <w:rPr>
          <w:rFonts w:ascii="Arial" w:hAnsi="Arial"/>
          <w:lang w:val="es-ES"/>
        </w:rPr>
        <w:t>Dias</w:t>
      </w:r>
      <w:proofErr w:type="spellEnd"/>
    </w:p>
    <w:p w14:paraId="70879A46" w14:textId="77777777" w:rsidR="00214435" w:rsidRPr="00DE7557" w:rsidRDefault="00B75B43">
      <w:pPr>
        <w:spacing w:after="120" w:line="252" w:lineRule="auto"/>
        <w:rPr>
          <w:lang w:val="es-ES"/>
        </w:rPr>
      </w:pPr>
      <w:r w:rsidRPr="00DE7557">
        <w:rPr>
          <w:rFonts w:ascii="Arial" w:hAnsi="Arial"/>
          <w:b/>
          <w:lang w:val="es-ES"/>
        </w:rPr>
        <w:t>SAÍDAS GARANTIDAS 2027</w:t>
      </w:r>
    </w:p>
    <w:p w14:paraId="1D36636C" w14:textId="77777777" w:rsidR="00214435" w:rsidRPr="00DE7557" w:rsidRDefault="00B75B43">
      <w:pPr>
        <w:spacing w:after="20" w:line="252" w:lineRule="auto"/>
        <w:rPr>
          <w:lang w:val="es-ES"/>
        </w:rPr>
      </w:pPr>
      <w:r w:rsidRPr="00DE7557">
        <w:rPr>
          <w:rFonts w:ascii="Arial" w:hAnsi="Arial"/>
          <w:sz w:val="20"/>
          <w:lang w:val="es-ES"/>
        </w:rPr>
        <w:t>JUNHO . . . . . . . . . . . . . . . . . . . . . . . . . . 18</w:t>
      </w:r>
    </w:p>
    <w:p w14:paraId="4A90E09A" w14:textId="77777777" w:rsidR="00214435" w:rsidRPr="00DE7557" w:rsidRDefault="00B75B43">
      <w:pPr>
        <w:spacing w:after="20" w:line="252" w:lineRule="auto"/>
        <w:rPr>
          <w:lang w:val="es-ES"/>
        </w:rPr>
      </w:pPr>
      <w:r w:rsidRPr="00DE7557">
        <w:rPr>
          <w:rFonts w:ascii="Arial" w:hAnsi="Arial"/>
          <w:sz w:val="20"/>
          <w:lang w:val="es-ES"/>
        </w:rPr>
        <w:t>JULHO . . . . . . . . . . . . . . . . . . . . . . . . 2, 16,30</w:t>
      </w:r>
    </w:p>
    <w:p w14:paraId="330560E4" w14:textId="77777777" w:rsidR="00214435" w:rsidRPr="00DE7557" w:rsidRDefault="00B75B43">
      <w:pPr>
        <w:spacing w:after="20" w:line="252" w:lineRule="auto"/>
        <w:rPr>
          <w:lang w:val="es-ES"/>
        </w:rPr>
      </w:pPr>
      <w:r w:rsidRPr="00DE7557">
        <w:rPr>
          <w:rFonts w:ascii="Arial" w:hAnsi="Arial"/>
          <w:sz w:val="20"/>
          <w:lang w:val="es-ES"/>
        </w:rPr>
        <w:t xml:space="preserve">AGOSTO . . . . . . . . . . . </w:t>
      </w:r>
      <w:r w:rsidRPr="00DE7557">
        <w:rPr>
          <w:rFonts w:ascii="Arial" w:hAnsi="Arial"/>
          <w:sz w:val="20"/>
          <w:lang w:val="es-ES"/>
        </w:rPr>
        <w:t>. . . . . . . . . . . . . . 27</w:t>
      </w:r>
    </w:p>
    <w:p w14:paraId="7062E8B6" w14:textId="77777777" w:rsidR="00214435" w:rsidRPr="00DE7557" w:rsidRDefault="00B75B43">
      <w:pPr>
        <w:spacing w:after="20" w:line="252" w:lineRule="auto"/>
        <w:rPr>
          <w:lang w:val="es-ES"/>
        </w:rPr>
      </w:pPr>
      <w:r w:rsidRPr="00DE7557">
        <w:rPr>
          <w:rFonts w:ascii="Arial" w:hAnsi="Arial"/>
          <w:sz w:val="20"/>
          <w:lang w:val="es-ES"/>
        </w:rPr>
        <w:t>SETEMBRO . . . . . . . . . . . . . . . . . . . . . . 10</w:t>
      </w:r>
    </w:p>
    <w:p w14:paraId="1D867ED0" w14:textId="77777777" w:rsidR="00214435" w:rsidRPr="00DE7557" w:rsidRDefault="00214435">
      <w:pPr>
        <w:spacing w:after="100" w:line="252" w:lineRule="auto"/>
        <w:rPr>
          <w:lang w:val="es-ES"/>
        </w:rPr>
      </w:pPr>
    </w:p>
    <w:p w14:paraId="4BBBAC3B" w14:textId="77777777" w:rsidR="00214435" w:rsidRPr="00DE7557" w:rsidRDefault="00B75B43">
      <w:pPr>
        <w:spacing w:after="40" w:line="252" w:lineRule="auto"/>
        <w:rPr>
          <w:lang w:val="es-ES"/>
        </w:rPr>
      </w:pPr>
      <w:r w:rsidRPr="00DE7557">
        <w:rPr>
          <w:rFonts w:ascii="Arial" w:hAnsi="Arial"/>
          <w:b/>
          <w:lang w:val="es-ES"/>
        </w:rPr>
        <w:t>HOTÉIS PREVISTOS</w:t>
      </w:r>
    </w:p>
    <w:p w14:paraId="79CB35E3" w14:textId="77777777" w:rsidR="00214435" w:rsidRPr="00DE7557" w:rsidRDefault="00B75B43">
      <w:pPr>
        <w:spacing w:after="80" w:line="252" w:lineRule="auto"/>
        <w:rPr>
          <w:lang w:val="es-ES"/>
        </w:rPr>
      </w:pPr>
      <w:r w:rsidRPr="00DE7557">
        <w:rPr>
          <w:rFonts w:ascii="Arial" w:hAnsi="Arial"/>
          <w:sz w:val="20"/>
          <w:lang w:val="es-ES"/>
        </w:rPr>
        <w:t>(</w:t>
      </w:r>
      <w:proofErr w:type="spellStart"/>
      <w:r w:rsidRPr="00DE7557">
        <w:rPr>
          <w:rFonts w:ascii="Arial" w:hAnsi="Arial"/>
          <w:sz w:val="20"/>
          <w:lang w:val="es-ES"/>
        </w:rPr>
        <w:t>ou</w:t>
      </w:r>
      <w:proofErr w:type="spellEnd"/>
      <w:r w:rsidRPr="00DE7557">
        <w:rPr>
          <w:rFonts w:ascii="Arial" w:hAnsi="Arial"/>
          <w:sz w:val="20"/>
          <w:lang w:val="es-ES"/>
        </w:rPr>
        <w:t xml:space="preserve"> similares </w:t>
      </w:r>
      <w:proofErr w:type="spellStart"/>
      <w:r w:rsidRPr="00DE7557">
        <w:rPr>
          <w:rFonts w:ascii="Arial" w:hAnsi="Arial"/>
          <w:sz w:val="20"/>
          <w:lang w:val="es-ES"/>
        </w:rPr>
        <w:t>na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categoria</w:t>
      </w:r>
      <w:proofErr w:type="spellEnd"/>
      <w:r w:rsidRPr="00DE7557">
        <w:rPr>
          <w:rFonts w:ascii="Arial" w:hAnsi="Arial"/>
          <w:sz w:val="20"/>
          <w:lang w:val="es-ES"/>
        </w:rPr>
        <w:t xml:space="preserve"> indicada, conforme a </w:t>
      </w:r>
      <w:proofErr w:type="spellStart"/>
      <w:r w:rsidRPr="00DE7557">
        <w:rPr>
          <w:rFonts w:ascii="Arial" w:hAnsi="Arial"/>
          <w:sz w:val="20"/>
          <w:lang w:val="es-ES"/>
        </w:rPr>
        <w:t>cidade</w:t>
      </w:r>
      <w:proofErr w:type="spellEnd"/>
      <w:r w:rsidRPr="00DE7557">
        <w:rPr>
          <w:rFonts w:ascii="Arial" w:hAnsi="Arial"/>
          <w:sz w:val="20"/>
          <w:lang w:val="es-ES"/>
        </w:rPr>
        <w:t>)</w:t>
      </w:r>
    </w:p>
    <w:p w14:paraId="03DF393C" w14:textId="4B2ABF95" w:rsidR="00214435" w:rsidRDefault="00B75B43">
      <w:pPr>
        <w:spacing w:after="20" w:line="252" w:lineRule="auto"/>
      </w:pPr>
      <w:r>
        <w:rPr>
          <w:rFonts w:ascii="Arial" w:hAnsi="Arial"/>
          <w:sz w:val="20"/>
        </w:rPr>
        <w:t>COPENHAGUE: ISLAND HOTEL</w:t>
      </w:r>
      <w:r w:rsidR="00DE7557">
        <w:rPr>
          <w:rFonts w:ascii="Arial" w:hAnsi="Arial"/>
          <w:sz w:val="20"/>
        </w:rPr>
        <w:t xml:space="preserve"> ****</w:t>
      </w:r>
    </w:p>
    <w:p w14:paraId="25A35856" w14:textId="78A2AA6A" w:rsidR="00214435" w:rsidRDefault="00B75B43">
      <w:pPr>
        <w:spacing w:after="20" w:line="252" w:lineRule="auto"/>
      </w:pPr>
      <w:r>
        <w:rPr>
          <w:rFonts w:ascii="Arial" w:hAnsi="Arial"/>
          <w:sz w:val="20"/>
        </w:rPr>
        <w:t>OSLO: HOTEL FOLKETEATERET</w:t>
      </w:r>
      <w:r w:rsidR="00DE7557">
        <w:rPr>
          <w:rFonts w:ascii="Arial" w:hAnsi="Arial"/>
          <w:sz w:val="20"/>
        </w:rPr>
        <w:t>****</w:t>
      </w:r>
    </w:p>
    <w:p w14:paraId="0680B529" w14:textId="7529A0F2" w:rsidR="00214435" w:rsidRPr="00DE7557" w:rsidRDefault="00B75B43">
      <w:pPr>
        <w:spacing w:after="20" w:line="252" w:lineRule="auto"/>
        <w:rPr>
          <w:lang w:val="de-AT"/>
        </w:rPr>
      </w:pPr>
      <w:r w:rsidRPr="00DE7557">
        <w:rPr>
          <w:rFonts w:ascii="Arial" w:hAnsi="Arial"/>
          <w:sz w:val="20"/>
          <w:lang w:val="de-AT"/>
        </w:rPr>
        <w:t>LOFTHUS: ULLENSVANG</w:t>
      </w:r>
      <w:r w:rsidR="00DE7557" w:rsidRPr="00DE7557">
        <w:rPr>
          <w:rFonts w:ascii="Arial" w:hAnsi="Arial"/>
          <w:sz w:val="20"/>
          <w:lang w:val="de-AT"/>
        </w:rPr>
        <w:t xml:space="preserve"> </w:t>
      </w:r>
      <w:r w:rsidR="00DE7557" w:rsidRPr="00DE7557">
        <w:rPr>
          <w:rFonts w:ascii="Arial" w:hAnsi="Arial"/>
          <w:sz w:val="20"/>
          <w:lang w:val="de-AT"/>
        </w:rPr>
        <w:t>****</w:t>
      </w:r>
      <w:r w:rsidR="00DE7557" w:rsidRPr="00DE7557">
        <w:rPr>
          <w:rFonts w:ascii="Arial" w:hAnsi="Arial"/>
          <w:sz w:val="20"/>
          <w:lang w:val="de-AT"/>
        </w:rPr>
        <w:t>(*)</w:t>
      </w:r>
    </w:p>
    <w:p w14:paraId="12B2982D" w14:textId="591062EB" w:rsidR="00214435" w:rsidRPr="00DE7557" w:rsidRDefault="00B75B43">
      <w:pPr>
        <w:spacing w:after="20" w:line="252" w:lineRule="auto"/>
        <w:rPr>
          <w:lang w:val="de-AT"/>
        </w:rPr>
      </w:pPr>
      <w:r w:rsidRPr="00DE7557">
        <w:rPr>
          <w:rFonts w:ascii="Arial" w:hAnsi="Arial"/>
          <w:sz w:val="20"/>
          <w:lang w:val="de-AT"/>
        </w:rPr>
        <w:t>BERGEN: COMFORT HOTEL</w:t>
      </w:r>
      <w:r w:rsidR="00DE7557" w:rsidRPr="00DE7557">
        <w:rPr>
          <w:rFonts w:ascii="Arial" w:hAnsi="Arial"/>
          <w:sz w:val="20"/>
          <w:lang w:val="de-AT"/>
        </w:rPr>
        <w:t>****</w:t>
      </w:r>
    </w:p>
    <w:p w14:paraId="6884A540" w14:textId="419B900C" w:rsidR="00214435" w:rsidRDefault="00B75B43">
      <w:pPr>
        <w:spacing w:after="20" w:line="252" w:lineRule="auto"/>
      </w:pPr>
      <w:r>
        <w:rPr>
          <w:rFonts w:ascii="Arial" w:hAnsi="Arial"/>
          <w:sz w:val="20"/>
        </w:rPr>
        <w:t>LI</w:t>
      </w:r>
      <w:r>
        <w:rPr>
          <w:rFonts w:ascii="Arial" w:hAnsi="Arial"/>
          <w:sz w:val="20"/>
        </w:rPr>
        <w:t>LLEHAMMER: HOME HAMMER</w:t>
      </w:r>
      <w:r w:rsidR="00DE7557">
        <w:rPr>
          <w:rFonts w:ascii="Arial" w:hAnsi="Arial"/>
          <w:sz w:val="20"/>
        </w:rPr>
        <w:t>****</w:t>
      </w:r>
    </w:p>
    <w:p w14:paraId="43C47D37" w14:textId="64AFA6B6" w:rsidR="00214435" w:rsidRDefault="00B75B43">
      <w:pPr>
        <w:spacing w:after="20" w:line="252" w:lineRule="auto"/>
      </w:pPr>
      <w:r>
        <w:rPr>
          <w:rFonts w:ascii="Arial" w:hAnsi="Arial"/>
          <w:sz w:val="20"/>
        </w:rPr>
        <w:t>ESTOCOLMO: CLARION</w:t>
      </w:r>
      <w:r w:rsidR="00DE7557">
        <w:rPr>
          <w:rFonts w:ascii="Arial" w:hAnsi="Arial"/>
          <w:sz w:val="20"/>
        </w:rPr>
        <w:t>****</w:t>
      </w:r>
    </w:p>
    <w:p w14:paraId="64046F36" w14:textId="07F206D6" w:rsidR="00214435" w:rsidRDefault="00B75B43">
      <w:pPr>
        <w:spacing w:after="20" w:line="252" w:lineRule="auto"/>
      </w:pPr>
      <w:r>
        <w:rPr>
          <w:rFonts w:ascii="Arial" w:hAnsi="Arial"/>
          <w:sz w:val="20"/>
        </w:rPr>
        <w:t>HELSINQUE: RADISSON ALEKSANTERI</w:t>
      </w:r>
      <w:r w:rsidR="00DE7557">
        <w:rPr>
          <w:rFonts w:ascii="Arial" w:hAnsi="Arial"/>
          <w:sz w:val="20"/>
        </w:rPr>
        <w:t>****</w:t>
      </w:r>
    </w:p>
    <w:p w14:paraId="192B485B" w14:textId="77777777" w:rsidR="00214435" w:rsidRDefault="00214435">
      <w:pPr>
        <w:spacing w:after="100" w:line="252" w:lineRule="auto"/>
      </w:pPr>
    </w:p>
    <w:p w14:paraId="2C838774" w14:textId="77777777" w:rsidR="00214435" w:rsidRDefault="00B75B43">
      <w:pPr>
        <w:spacing w:after="80" w:line="252" w:lineRule="auto"/>
      </w:pPr>
      <w:r>
        <w:rPr>
          <w:rFonts w:ascii="Arial" w:hAnsi="Arial"/>
          <w:b/>
        </w:rPr>
        <w:t>SERVIÇOS INCLUÍDOS</w:t>
      </w:r>
    </w:p>
    <w:p w14:paraId="4CF0300D" w14:textId="77777777" w:rsidR="00214435" w:rsidRPr="00DE7557" w:rsidRDefault="00B75B43">
      <w:pPr>
        <w:spacing w:after="20" w:line="252" w:lineRule="auto"/>
        <w:ind w:left="317" w:hanging="216"/>
        <w:rPr>
          <w:lang w:val="es-ES"/>
        </w:rPr>
      </w:pPr>
      <w:r w:rsidRPr="00DE7557">
        <w:rPr>
          <w:rFonts w:ascii="Arial" w:hAnsi="Arial"/>
          <w:sz w:val="20"/>
          <w:lang w:val="es-ES"/>
        </w:rPr>
        <w:t xml:space="preserve">•   </w:t>
      </w:r>
      <w:proofErr w:type="spellStart"/>
      <w:r w:rsidRPr="00DE7557">
        <w:rPr>
          <w:rFonts w:ascii="Arial" w:hAnsi="Arial"/>
          <w:sz w:val="20"/>
          <w:lang w:val="es-ES"/>
        </w:rPr>
        <w:t>Guia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acompanhante</w:t>
      </w:r>
      <w:proofErr w:type="spellEnd"/>
      <w:r w:rsidRPr="00DE7557">
        <w:rPr>
          <w:rFonts w:ascii="Arial" w:hAnsi="Arial"/>
          <w:sz w:val="20"/>
          <w:lang w:val="es-ES"/>
        </w:rPr>
        <w:t xml:space="preserve"> em </w:t>
      </w:r>
      <w:proofErr w:type="spellStart"/>
      <w:r w:rsidRPr="00DE7557">
        <w:rPr>
          <w:rFonts w:ascii="Arial" w:hAnsi="Arial"/>
          <w:sz w:val="20"/>
          <w:lang w:val="es-ES"/>
        </w:rPr>
        <w:t>espanhol</w:t>
      </w:r>
      <w:proofErr w:type="spellEnd"/>
    </w:p>
    <w:p w14:paraId="3570446E" w14:textId="77777777" w:rsidR="00214435" w:rsidRPr="00DE7557" w:rsidRDefault="00B75B43">
      <w:pPr>
        <w:spacing w:after="20" w:line="252" w:lineRule="auto"/>
        <w:ind w:left="317" w:hanging="216"/>
        <w:rPr>
          <w:lang w:val="es-ES"/>
        </w:rPr>
      </w:pPr>
      <w:r w:rsidRPr="00DE7557">
        <w:rPr>
          <w:rFonts w:ascii="Arial" w:hAnsi="Arial"/>
          <w:sz w:val="20"/>
          <w:lang w:val="es-ES"/>
        </w:rPr>
        <w:t xml:space="preserve">•   9 </w:t>
      </w:r>
      <w:proofErr w:type="spellStart"/>
      <w:r w:rsidRPr="00DE7557">
        <w:rPr>
          <w:rFonts w:ascii="Arial" w:hAnsi="Arial"/>
          <w:sz w:val="20"/>
          <w:lang w:val="es-ES"/>
        </w:rPr>
        <w:t>noites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com</w:t>
      </w:r>
      <w:proofErr w:type="spellEnd"/>
      <w:r w:rsidRPr="00DE7557">
        <w:rPr>
          <w:rFonts w:ascii="Arial" w:hAnsi="Arial"/>
          <w:sz w:val="20"/>
          <w:lang w:val="es-ES"/>
        </w:rPr>
        <w:t xml:space="preserve"> café da </w:t>
      </w:r>
      <w:proofErr w:type="spellStart"/>
      <w:r w:rsidRPr="00DE7557">
        <w:rPr>
          <w:rFonts w:ascii="Arial" w:hAnsi="Arial"/>
          <w:sz w:val="20"/>
          <w:lang w:val="es-ES"/>
        </w:rPr>
        <w:t>manhã</w:t>
      </w:r>
      <w:proofErr w:type="spellEnd"/>
      <w:r w:rsidRPr="00DE7557">
        <w:rPr>
          <w:rFonts w:ascii="Arial" w:hAnsi="Arial"/>
          <w:sz w:val="20"/>
          <w:lang w:val="es-ES"/>
        </w:rPr>
        <w:t xml:space="preserve"> tipo buffet</w:t>
      </w:r>
    </w:p>
    <w:p w14:paraId="2EFE0468" w14:textId="77777777" w:rsidR="00214435" w:rsidRPr="00DE7557" w:rsidRDefault="00B75B43">
      <w:pPr>
        <w:spacing w:after="20" w:line="252" w:lineRule="auto"/>
        <w:ind w:left="317" w:hanging="216"/>
        <w:rPr>
          <w:lang w:val="es-ES"/>
        </w:rPr>
      </w:pPr>
      <w:r w:rsidRPr="00DE7557">
        <w:rPr>
          <w:rFonts w:ascii="Arial" w:hAnsi="Arial"/>
          <w:sz w:val="20"/>
          <w:lang w:val="es-ES"/>
        </w:rPr>
        <w:t xml:space="preserve">•   1 </w:t>
      </w:r>
      <w:proofErr w:type="spellStart"/>
      <w:r w:rsidRPr="00DE7557">
        <w:rPr>
          <w:rFonts w:ascii="Arial" w:hAnsi="Arial"/>
          <w:sz w:val="20"/>
          <w:lang w:val="es-ES"/>
        </w:rPr>
        <w:t>noite</w:t>
      </w:r>
      <w:proofErr w:type="spellEnd"/>
      <w:r w:rsidRPr="00DE7557">
        <w:rPr>
          <w:rFonts w:ascii="Arial" w:hAnsi="Arial"/>
          <w:sz w:val="20"/>
          <w:lang w:val="es-ES"/>
        </w:rPr>
        <w:t xml:space="preserve"> a bordo do cruzeiro NORDIC em </w:t>
      </w:r>
      <w:proofErr w:type="spellStart"/>
      <w:r w:rsidRPr="00DE7557">
        <w:rPr>
          <w:rFonts w:ascii="Arial" w:hAnsi="Arial"/>
          <w:sz w:val="20"/>
          <w:lang w:val="es-ES"/>
        </w:rPr>
        <w:t>cabine</w:t>
      </w:r>
      <w:proofErr w:type="spellEnd"/>
      <w:r w:rsidRPr="00DE7557">
        <w:rPr>
          <w:rFonts w:ascii="Arial" w:hAnsi="Arial"/>
          <w:sz w:val="20"/>
          <w:lang w:val="es-ES"/>
        </w:rPr>
        <w:t xml:space="preserve"> externa, </w:t>
      </w:r>
      <w:proofErr w:type="spellStart"/>
      <w:r w:rsidRPr="00DE7557">
        <w:rPr>
          <w:rFonts w:ascii="Arial" w:hAnsi="Arial"/>
          <w:sz w:val="20"/>
          <w:lang w:val="es-ES"/>
        </w:rPr>
        <w:t>com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jantar</w:t>
      </w:r>
      <w:proofErr w:type="spellEnd"/>
      <w:r w:rsidRPr="00DE7557">
        <w:rPr>
          <w:rFonts w:ascii="Arial" w:hAnsi="Arial"/>
          <w:sz w:val="20"/>
          <w:lang w:val="es-ES"/>
        </w:rPr>
        <w:t xml:space="preserve"> buffet e </w:t>
      </w:r>
      <w:r w:rsidRPr="00DE7557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DE7557">
        <w:rPr>
          <w:rFonts w:ascii="Arial" w:hAnsi="Arial"/>
          <w:sz w:val="20"/>
          <w:lang w:val="es-ES"/>
        </w:rPr>
        <w:t>manhã</w:t>
      </w:r>
      <w:proofErr w:type="spellEnd"/>
    </w:p>
    <w:p w14:paraId="61FBD874" w14:textId="77777777" w:rsidR="00214435" w:rsidRPr="00DE7557" w:rsidRDefault="00B75B43">
      <w:pPr>
        <w:spacing w:after="20" w:line="252" w:lineRule="auto"/>
        <w:ind w:left="317" w:hanging="216"/>
        <w:rPr>
          <w:lang w:val="es-ES"/>
        </w:rPr>
      </w:pPr>
      <w:r w:rsidRPr="00DE7557">
        <w:rPr>
          <w:rFonts w:ascii="Arial" w:hAnsi="Arial"/>
          <w:sz w:val="20"/>
          <w:lang w:val="es-ES"/>
        </w:rPr>
        <w:t xml:space="preserve">•   </w:t>
      </w:r>
      <w:proofErr w:type="spellStart"/>
      <w:r w:rsidRPr="00DE7557">
        <w:rPr>
          <w:rFonts w:ascii="Arial" w:hAnsi="Arial"/>
          <w:sz w:val="20"/>
          <w:lang w:val="es-ES"/>
        </w:rPr>
        <w:t>Jantar</w:t>
      </w:r>
      <w:proofErr w:type="spellEnd"/>
      <w:r w:rsidRPr="00DE7557">
        <w:rPr>
          <w:rFonts w:ascii="Arial" w:hAnsi="Arial"/>
          <w:sz w:val="20"/>
          <w:lang w:val="es-ES"/>
        </w:rPr>
        <w:t xml:space="preserve"> em </w:t>
      </w:r>
      <w:proofErr w:type="spellStart"/>
      <w:r w:rsidRPr="00DE7557">
        <w:rPr>
          <w:rFonts w:ascii="Arial" w:hAnsi="Arial"/>
          <w:sz w:val="20"/>
          <w:lang w:val="es-ES"/>
        </w:rPr>
        <w:t>Lofthus</w:t>
      </w:r>
      <w:proofErr w:type="spellEnd"/>
      <w:r w:rsidRPr="00DE7557">
        <w:rPr>
          <w:rFonts w:ascii="Arial" w:hAnsi="Arial"/>
          <w:sz w:val="20"/>
          <w:lang w:val="es-ES"/>
        </w:rPr>
        <w:t xml:space="preserve"> no Hotel Ullensvang</w:t>
      </w:r>
    </w:p>
    <w:p w14:paraId="15ABCFB5" w14:textId="77777777" w:rsidR="00214435" w:rsidRPr="00DE7557" w:rsidRDefault="00B75B43">
      <w:pPr>
        <w:spacing w:after="20" w:line="252" w:lineRule="auto"/>
        <w:ind w:left="317" w:hanging="216"/>
        <w:rPr>
          <w:lang w:val="es-ES"/>
        </w:rPr>
      </w:pPr>
      <w:r w:rsidRPr="00DE7557">
        <w:rPr>
          <w:rFonts w:ascii="Arial" w:hAnsi="Arial"/>
          <w:sz w:val="20"/>
          <w:lang w:val="es-ES"/>
        </w:rPr>
        <w:t xml:space="preserve">•   1 </w:t>
      </w:r>
      <w:proofErr w:type="spellStart"/>
      <w:r w:rsidRPr="00DE7557">
        <w:rPr>
          <w:rFonts w:ascii="Arial" w:hAnsi="Arial"/>
          <w:sz w:val="20"/>
          <w:lang w:val="es-ES"/>
        </w:rPr>
        <w:t>noite</w:t>
      </w:r>
      <w:proofErr w:type="spellEnd"/>
      <w:r w:rsidRPr="00DE7557">
        <w:rPr>
          <w:rFonts w:ascii="Arial" w:hAnsi="Arial"/>
          <w:sz w:val="20"/>
          <w:lang w:val="es-ES"/>
        </w:rPr>
        <w:t xml:space="preserve"> a bordo do cruzeiro </w:t>
      </w:r>
      <w:proofErr w:type="spellStart"/>
      <w:r w:rsidRPr="00DE7557">
        <w:rPr>
          <w:rFonts w:ascii="Arial" w:hAnsi="Arial"/>
          <w:sz w:val="20"/>
          <w:lang w:val="es-ES"/>
        </w:rPr>
        <w:t>Silja</w:t>
      </w:r>
      <w:proofErr w:type="spellEnd"/>
      <w:r w:rsidRPr="00DE7557">
        <w:rPr>
          <w:rFonts w:ascii="Arial" w:hAnsi="Arial"/>
          <w:sz w:val="20"/>
          <w:lang w:val="es-ES"/>
        </w:rPr>
        <w:t xml:space="preserve"> Line em </w:t>
      </w:r>
      <w:proofErr w:type="spellStart"/>
      <w:r w:rsidRPr="00DE7557">
        <w:rPr>
          <w:rFonts w:ascii="Arial" w:hAnsi="Arial"/>
          <w:sz w:val="20"/>
          <w:lang w:val="es-ES"/>
        </w:rPr>
        <w:t>cabine</w:t>
      </w:r>
      <w:proofErr w:type="spellEnd"/>
      <w:r w:rsidRPr="00DE7557">
        <w:rPr>
          <w:rFonts w:ascii="Arial" w:hAnsi="Arial"/>
          <w:sz w:val="20"/>
          <w:lang w:val="es-ES"/>
        </w:rPr>
        <w:t xml:space="preserve"> externa </w:t>
      </w:r>
      <w:proofErr w:type="spellStart"/>
      <w:r w:rsidRPr="00DE7557">
        <w:rPr>
          <w:rFonts w:ascii="Arial" w:hAnsi="Arial"/>
          <w:sz w:val="20"/>
          <w:lang w:val="es-ES"/>
        </w:rPr>
        <w:t>com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jantar</w:t>
      </w:r>
      <w:proofErr w:type="spellEnd"/>
      <w:r w:rsidRPr="00DE7557">
        <w:rPr>
          <w:rFonts w:ascii="Arial" w:hAnsi="Arial"/>
          <w:sz w:val="20"/>
          <w:lang w:val="es-ES"/>
        </w:rPr>
        <w:t xml:space="preserve"> buffet e café da </w:t>
      </w:r>
      <w:proofErr w:type="spellStart"/>
      <w:r w:rsidRPr="00DE7557">
        <w:rPr>
          <w:rFonts w:ascii="Arial" w:hAnsi="Arial"/>
          <w:sz w:val="20"/>
          <w:lang w:val="es-ES"/>
        </w:rPr>
        <w:t>manhã</w:t>
      </w:r>
      <w:proofErr w:type="spellEnd"/>
    </w:p>
    <w:p w14:paraId="7B4C0600" w14:textId="77777777" w:rsidR="00214435" w:rsidRPr="00DE7557" w:rsidRDefault="00B75B43">
      <w:pPr>
        <w:spacing w:after="20" w:line="252" w:lineRule="auto"/>
        <w:ind w:left="317" w:hanging="216"/>
        <w:rPr>
          <w:lang w:val="es-ES"/>
        </w:rPr>
      </w:pPr>
      <w:r w:rsidRPr="00DE7557">
        <w:rPr>
          <w:rFonts w:ascii="Arial" w:hAnsi="Arial"/>
          <w:sz w:val="20"/>
          <w:lang w:val="es-ES"/>
        </w:rPr>
        <w:t xml:space="preserve">•   Entradas e </w:t>
      </w:r>
      <w:proofErr w:type="spellStart"/>
      <w:r w:rsidRPr="00DE7557">
        <w:rPr>
          <w:rFonts w:ascii="Arial" w:hAnsi="Arial"/>
          <w:sz w:val="20"/>
          <w:lang w:val="es-ES"/>
        </w:rPr>
        <w:t>experiências</w:t>
      </w:r>
      <w:proofErr w:type="spellEnd"/>
      <w:r w:rsidRPr="00DE7557">
        <w:rPr>
          <w:rFonts w:ascii="Arial" w:hAnsi="Arial"/>
          <w:sz w:val="20"/>
          <w:lang w:val="es-ES"/>
        </w:rPr>
        <w:t xml:space="preserve"> conforme </w:t>
      </w:r>
      <w:proofErr w:type="spellStart"/>
      <w:r w:rsidRPr="00DE7557">
        <w:rPr>
          <w:rFonts w:ascii="Arial" w:hAnsi="Arial"/>
          <w:sz w:val="20"/>
          <w:lang w:val="es-ES"/>
        </w:rPr>
        <w:t>itinerário</w:t>
      </w:r>
      <w:proofErr w:type="spellEnd"/>
    </w:p>
    <w:p w14:paraId="2E8F377F" w14:textId="77777777" w:rsidR="00214435" w:rsidRPr="00DE7557" w:rsidRDefault="00214435">
      <w:pPr>
        <w:spacing w:after="100" w:line="252" w:lineRule="auto"/>
        <w:rPr>
          <w:lang w:val="es-ES"/>
        </w:rPr>
      </w:pPr>
    </w:p>
    <w:p w14:paraId="4750C29A" w14:textId="77777777" w:rsidR="00214435" w:rsidRPr="00DE7557" w:rsidRDefault="00B75B43">
      <w:pPr>
        <w:spacing w:after="80" w:line="252" w:lineRule="auto"/>
        <w:rPr>
          <w:lang w:val="es-ES"/>
        </w:rPr>
      </w:pPr>
      <w:r w:rsidRPr="00DE7557">
        <w:rPr>
          <w:rFonts w:ascii="Arial" w:hAnsi="Arial"/>
          <w:b/>
          <w:lang w:val="es-ES"/>
        </w:rPr>
        <w:t>TARIFAS EM EUROS</w:t>
      </w:r>
    </w:p>
    <w:p w14:paraId="00466205" w14:textId="77777777" w:rsidR="00214435" w:rsidRPr="00DE7557" w:rsidRDefault="00B75B43">
      <w:pPr>
        <w:spacing w:after="20" w:line="252" w:lineRule="auto"/>
        <w:rPr>
          <w:lang w:val="es-ES"/>
        </w:rPr>
      </w:pPr>
      <w:r w:rsidRPr="00DE7557">
        <w:rPr>
          <w:rFonts w:ascii="Arial" w:hAnsi="Arial"/>
          <w:sz w:val="20"/>
          <w:lang w:val="es-ES"/>
        </w:rPr>
        <w:t xml:space="preserve">€ 3.510,– por </w:t>
      </w:r>
      <w:proofErr w:type="spellStart"/>
      <w:r w:rsidRPr="00DE7557">
        <w:rPr>
          <w:rFonts w:ascii="Arial" w:hAnsi="Arial"/>
          <w:sz w:val="20"/>
          <w:lang w:val="es-ES"/>
        </w:rPr>
        <w:t>pessoa</w:t>
      </w:r>
      <w:proofErr w:type="spellEnd"/>
      <w:r w:rsidRPr="00DE7557">
        <w:rPr>
          <w:rFonts w:ascii="Arial" w:hAnsi="Arial"/>
          <w:sz w:val="20"/>
          <w:lang w:val="es-ES"/>
        </w:rPr>
        <w:t xml:space="preserve"> em apto. duplo</w:t>
      </w:r>
    </w:p>
    <w:p w14:paraId="272B05A7" w14:textId="77777777" w:rsidR="00214435" w:rsidRPr="00DE7557" w:rsidRDefault="00B75B43">
      <w:pPr>
        <w:spacing w:after="20" w:line="252" w:lineRule="auto"/>
        <w:rPr>
          <w:lang w:val="es-ES"/>
        </w:rPr>
      </w:pPr>
      <w:r w:rsidRPr="00DE7557">
        <w:rPr>
          <w:rFonts w:ascii="Arial" w:hAnsi="Arial"/>
          <w:sz w:val="20"/>
          <w:lang w:val="es-ES"/>
        </w:rPr>
        <w:t>€ 1</w:t>
      </w:r>
      <w:r w:rsidRPr="00DE7557">
        <w:rPr>
          <w:rFonts w:ascii="Arial" w:hAnsi="Arial"/>
          <w:sz w:val="20"/>
          <w:lang w:val="es-ES"/>
        </w:rPr>
        <w:t>.430,– suplemento individual</w:t>
      </w:r>
    </w:p>
    <w:p w14:paraId="3884951D" w14:textId="77777777" w:rsidR="00214435" w:rsidRPr="00DE7557" w:rsidRDefault="00B75B43">
      <w:pPr>
        <w:spacing w:after="20" w:line="252" w:lineRule="auto"/>
        <w:rPr>
          <w:lang w:val="es-ES"/>
        </w:rPr>
      </w:pPr>
      <w:r w:rsidRPr="00DE7557">
        <w:rPr>
          <w:rFonts w:ascii="Arial" w:hAnsi="Arial"/>
          <w:sz w:val="20"/>
          <w:lang w:val="es-ES"/>
        </w:rPr>
        <w:t xml:space="preserve">5% </w:t>
      </w:r>
      <w:proofErr w:type="spellStart"/>
      <w:r w:rsidRPr="00DE7557">
        <w:rPr>
          <w:rFonts w:ascii="Arial" w:hAnsi="Arial"/>
          <w:sz w:val="20"/>
          <w:lang w:val="es-ES"/>
        </w:rPr>
        <w:t>desconto</w:t>
      </w:r>
      <w:proofErr w:type="spellEnd"/>
      <w:r w:rsidRPr="00DE7557">
        <w:rPr>
          <w:rFonts w:ascii="Arial" w:hAnsi="Arial"/>
          <w:sz w:val="20"/>
          <w:lang w:val="es-ES"/>
        </w:rPr>
        <w:t xml:space="preserve"> para o </w:t>
      </w:r>
      <w:proofErr w:type="spellStart"/>
      <w:r w:rsidRPr="00DE7557">
        <w:rPr>
          <w:rFonts w:ascii="Arial" w:hAnsi="Arial"/>
          <w:sz w:val="20"/>
          <w:lang w:val="es-ES"/>
        </w:rPr>
        <w:t>terceiro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passageiro</w:t>
      </w:r>
      <w:proofErr w:type="spellEnd"/>
      <w:r w:rsidRPr="00DE7557">
        <w:rPr>
          <w:rFonts w:ascii="Arial" w:hAnsi="Arial"/>
          <w:sz w:val="20"/>
          <w:lang w:val="es-ES"/>
        </w:rPr>
        <w:t xml:space="preserve"> em </w:t>
      </w:r>
      <w:proofErr w:type="spellStart"/>
      <w:r w:rsidRPr="00DE7557">
        <w:rPr>
          <w:rFonts w:ascii="Arial" w:hAnsi="Arial"/>
          <w:sz w:val="20"/>
          <w:lang w:val="es-ES"/>
        </w:rPr>
        <w:t>quarto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com</w:t>
      </w:r>
      <w:proofErr w:type="spellEnd"/>
      <w:r w:rsidRPr="00DE7557">
        <w:rPr>
          <w:rFonts w:ascii="Arial" w:hAnsi="Arial"/>
          <w:sz w:val="20"/>
          <w:lang w:val="es-ES"/>
        </w:rPr>
        <w:t xml:space="preserve"> +2 </w:t>
      </w:r>
      <w:proofErr w:type="spellStart"/>
      <w:r w:rsidRPr="00DE7557">
        <w:rPr>
          <w:rFonts w:ascii="Arial" w:hAnsi="Arial"/>
          <w:sz w:val="20"/>
          <w:lang w:val="es-ES"/>
        </w:rPr>
        <w:t>pessoas</w:t>
      </w:r>
      <w:proofErr w:type="spellEnd"/>
      <w:r w:rsidRPr="00DE7557">
        <w:rPr>
          <w:rFonts w:ascii="Arial" w:hAnsi="Arial"/>
          <w:sz w:val="20"/>
          <w:lang w:val="es-ES"/>
        </w:rPr>
        <w:t xml:space="preserve"> (QUARTO TRIPLO).</w:t>
      </w:r>
    </w:p>
    <w:p w14:paraId="66F8088D" w14:textId="77777777" w:rsidR="00214435" w:rsidRPr="00DE7557" w:rsidRDefault="00214435">
      <w:pPr>
        <w:spacing w:line="252" w:lineRule="auto"/>
        <w:rPr>
          <w:lang w:val="es-ES"/>
        </w:rPr>
      </w:pPr>
    </w:p>
    <w:p w14:paraId="546CF14C" w14:textId="77777777" w:rsidR="00214435" w:rsidRPr="00DE7557" w:rsidRDefault="00B75B43">
      <w:pPr>
        <w:spacing w:before="120" w:after="240" w:line="252" w:lineRule="auto"/>
        <w:rPr>
          <w:lang w:val="es-ES"/>
        </w:rPr>
      </w:pPr>
      <w:r w:rsidRPr="00DE7557">
        <w:rPr>
          <w:rFonts w:ascii="Arial" w:hAnsi="Arial"/>
          <w:b/>
          <w:sz w:val="28"/>
          <w:lang w:val="es-ES"/>
        </w:rPr>
        <w:t>ITINERÁRIO</w:t>
      </w:r>
    </w:p>
    <w:p w14:paraId="7271D5E9" w14:textId="77777777" w:rsidR="00214435" w:rsidRPr="00DE7557" w:rsidRDefault="00B75B43">
      <w:pPr>
        <w:spacing w:before="160" w:after="60" w:line="252" w:lineRule="auto"/>
        <w:rPr>
          <w:lang w:val="es-ES"/>
        </w:rPr>
      </w:pPr>
      <w:r w:rsidRPr="00DE7557">
        <w:rPr>
          <w:rFonts w:ascii="Arial" w:hAnsi="Arial"/>
          <w:b/>
          <w:sz w:val="20"/>
          <w:lang w:val="es-ES"/>
        </w:rPr>
        <w:t>DIA 1 SEX COPENHAGUE</w:t>
      </w:r>
    </w:p>
    <w:p w14:paraId="14283BAA" w14:textId="77777777" w:rsidR="00214435" w:rsidRPr="00DE7557" w:rsidRDefault="00B75B43">
      <w:pPr>
        <w:spacing w:after="160" w:line="252" w:lineRule="auto"/>
        <w:rPr>
          <w:lang w:val="es-ES"/>
        </w:rPr>
      </w:pPr>
      <w:proofErr w:type="spellStart"/>
      <w:r w:rsidRPr="00DE7557">
        <w:rPr>
          <w:rFonts w:ascii="Arial" w:hAnsi="Arial"/>
          <w:sz w:val="20"/>
          <w:lang w:val="es-ES"/>
        </w:rPr>
        <w:t>Chegada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ao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aeroporto</w:t>
      </w:r>
      <w:proofErr w:type="spellEnd"/>
      <w:r w:rsidRPr="00DE7557">
        <w:rPr>
          <w:rFonts w:ascii="Arial" w:hAnsi="Arial"/>
          <w:sz w:val="20"/>
          <w:lang w:val="es-ES"/>
        </w:rPr>
        <w:t xml:space="preserve">, traslado para o hotel e </w:t>
      </w:r>
      <w:proofErr w:type="spellStart"/>
      <w:r w:rsidRPr="00DE7557">
        <w:rPr>
          <w:rFonts w:ascii="Arial" w:hAnsi="Arial"/>
          <w:sz w:val="20"/>
          <w:lang w:val="es-ES"/>
        </w:rPr>
        <w:t>acomodação</w:t>
      </w:r>
      <w:proofErr w:type="spellEnd"/>
      <w:r w:rsidRPr="00DE7557">
        <w:rPr>
          <w:rFonts w:ascii="Arial" w:hAnsi="Arial"/>
          <w:sz w:val="20"/>
          <w:lang w:val="es-ES"/>
        </w:rPr>
        <w:t xml:space="preserve">. </w:t>
      </w:r>
      <w:proofErr w:type="spellStart"/>
      <w:r w:rsidRPr="00DE7557">
        <w:rPr>
          <w:rFonts w:ascii="Arial" w:hAnsi="Arial"/>
          <w:sz w:val="20"/>
          <w:lang w:val="es-ES"/>
        </w:rPr>
        <w:t>Às</w:t>
      </w:r>
      <w:proofErr w:type="spellEnd"/>
      <w:r w:rsidRPr="00DE7557">
        <w:rPr>
          <w:rFonts w:ascii="Arial" w:hAnsi="Arial"/>
          <w:sz w:val="20"/>
          <w:lang w:val="es-ES"/>
        </w:rPr>
        <w:t xml:space="preserve"> 18:30h, </w:t>
      </w:r>
      <w:proofErr w:type="spellStart"/>
      <w:r w:rsidRPr="00DE7557">
        <w:rPr>
          <w:rFonts w:ascii="Arial" w:hAnsi="Arial"/>
          <w:sz w:val="20"/>
          <w:lang w:val="es-ES"/>
        </w:rPr>
        <w:t>encontro</w:t>
      </w:r>
      <w:proofErr w:type="spellEnd"/>
      <w:r w:rsidRPr="00DE7557">
        <w:rPr>
          <w:rFonts w:ascii="Arial" w:hAnsi="Arial"/>
          <w:sz w:val="20"/>
          <w:lang w:val="es-ES"/>
        </w:rPr>
        <w:t xml:space="preserve"> no lobby do hotel </w:t>
      </w:r>
      <w:proofErr w:type="spellStart"/>
      <w:r w:rsidRPr="00DE7557">
        <w:rPr>
          <w:rFonts w:ascii="Arial" w:hAnsi="Arial"/>
          <w:sz w:val="20"/>
          <w:lang w:val="es-ES"/>
        </w:rPr>
        <w:t>com</w:t>
      </w:r>
      <w:proofErr w:type="spellEnd"/>
      <w:r w:rsidRPr="00DE7557">
        <w:rPr>
          <w:rFonts w:ascii="Arial" w:hAnsi="Arial"/>
          <w:sz w:val="20"/>
          <w:lang w:val="es-ES"/>
        </w:rPr>
        <w:t xml:space="preserve"> o </w:t>
      </w:r>
      <w:proofErr w:type="spellStart"/>
      <w:r w:rsidRPr="00DE7557">
        <w:rPr>
          <w:rFonts w:ascii="Arial" w:hAnsi="Arial"/>
          <w:sz w:val="20"/>
          <w:lang w:val="es-ES"/>
        </w:rPr>
        <w:t>guia</w:t>
      </w:r>
      <w:proofErr w:type="spellEnd"/>
      <w:r w:rsidRPr="00DE7557">
        <w:rPr>
          <w:rFonts w:ascii="Arial" w:hAnsi="Arial"/>
          <w:sz w:val="20"/>
          <w:lang w:val="es-ES"/>
        </w:rPr>
        <w:t>.</w:t>
      </w:r>
    </w:p>
    <w:p w14:paraId="6685B183" w14:textId="77777777" w:rsidR="00214435" w:rsidRPr="00DE7557" w:rsidRDefault="00B75B43">
      <w:pPr>
        <w:spacing w:before="160" w:after="60" w:line="252" w:lineRule="auto"/>
        <w:rPr>
          <w:lang w:val="es-ES"/>
        </w:rPr>
      </w:pPr>
      <w:r w:rsidRPr="00DE7557">
        <w:rPr>
          <w:rFonts w:ascii="Arial" w:hAnsi="Arial"/>
          <w:b/>
          <w:sz w:val="20"/>
          <w:lang w:val="es-ES"/>
        </w:rPr>
        <w:t>DIA 2 SAB COPENHAGUE</w:t>
      </w:r>
    </w:p>
    <w:p w14:paraId="31F7D6BE" w14:textId="77777777" w:rsidR="00214435" w:rsidRPr="00DE7557" w:rsidRDefault="00B75B43">
      <w:pPr>
        <w:spacing w:after="160" w:line="252" w:lineRule="auto"/>
        <w:rPr>
          <w:lang w:val="es-ES"/>
        </w:rPr>
      </w:pPr>
      <w:r w:rsidRPr="00DE7557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DE7557">
        <w:rPr>
          <w:rFonts w:ascii="Arial" w:hAnsi="Arial"/>
          <w:sz w:val="20"/>
          <w:lang w:val="es-ES"/>
        </w:rPr>
        <w:t>manhã</w:t>
      </w:r>
      <w:proofErr w:type="spellEnd"/>
      <w:r w:rsidRPr="00DE7557">
        <w:rPr>
          <w:rFonts w:ascii="Arial" w:hAnsi="Arial"/>
          <w:sz w:val="20"/>
          <w:lang w:val="es-ES"/>
        </w:rPr>
        <w:t xml:space="preserve"> e visita </w:t>
      </w:r>
      <w:proofErr w:type="spellStart"/>
      <w:r w:rsidRPr="00DE7557">
        <w:rPr>
          <w:rFonts w:ascii="Arial" w:hAnsi="Arial"/>
          <w:sz w:val="20"/>
          <w:lang w:val="es-ES"/>
        </w:rPr>
        <w:t>panorâmica</w:t>
      </w:r>
      <w:proofErr w:type="spellEnd"/>
      <w:r w:rsidRPr="00DE7557">
        <w:rPr>
          <w:rFonts w:ascii="Arial" w:hAnsi="Arial"/>
          <w:sz w:val="20"/>
          <w:lang w:val="es-ES"/>
        </w:rPr>
        <w:t xml:space="preserve"> da </w:t>
      </w:r>
      <w:proofErr w:type="spellStart"/>
      <w:r w:rsidRPr="00DE7557">
        <w:rPr>
          <w:rFonts w:ascii="Arial" w:hAnsi="Arial"/>
          <w:sz w:val="20"/>
          <w:lang w:val="es-ES"/>
        </w:rPr>
        <w:t>cidade</w:t>
      </w:r>
      <w:proofErr w:type="spellEnd"/>
      <w:r w:rsidRPr="00DE7557">
        <w:rPr>
          <w:rFonts w:ascii="Arial" w:hAnsi="Arial"/>
          <w:sz w:val="20"/>
          <w:lang w:val="es-ES"/>
        </w:rPr>
        <w:t xml:space="preserve">, </w:t>
      </w:r>
      <w:proofErr w:type="spellStart"/>
      <w:r w:rsidRPr="00DE7557">
        <w:rPr>
          <w:rFonts w:ascii="Arial" w:hAnsi="Arial"/>
          <w:sz w:val="20"/>
          <w:lang w:val="es-ES"/>
        </w:rPr>
        <w:t>percorrendo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seus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principais</w:t>
      </w:r>
      <w:proofErr w:type="spellEnd"/>
      <w:r w:rsidRPr="00DE7557">
        <w:rPr>
          <w:rFonts w:ascii="Arial" w:hAnsi="Arial"/>
          <w:sz w:val="20"/>
          <w:lang w:val="es-ES"/>
        </w:rPr>
        <w:t xml:space="preserve"> monumentos e </w:t>
      </w:r>
      <w:proofErr w:type="spellStart"/>
      <w:r w:rsidRPr="00DE7557">
        <w:rPr>
          <w:rFonts w:ascii="Arial" w:hAnsi="Arial"/>
          <w:sz w:val="20"/>
          <w:lang w:val="es-ES"/>
        </w:rPr>
        <w:t>locais</w:t>
      </w:r>
      <w:proofErr w:type="spellEnd"/>
      <w:r w:rsidRPr="00DE7557">
        <w:rPr>
          <w:rFonts w:ascii="Arial" w:hAnsi="Arial"/>
          <w:sz w:val="20"/>
          <w:lang w:val="es-ES"/>
        </w:rPr>
        <w:t xml:space="preserve"> históricos, como a </w:t>
      </w:r>
      <w:proofErr w:type="spellStart"/>
      <w:r w:rsidRPr="00DE7557">
        <w:rPr>
          <w:rFonts w:ascii="Arial" w:hAnsi="Arial"/>
          <w:sz w:val="20"/>
          <w:lang w:val="es-ES"/>
        </w:rPr>
        <w:t>Praça</w:t>
      </w:r>
      <w:proofErr w:type="spellEnd"/>
      <w:r w:rsidRPr="00DE7557">
        <w:rPr>
          <w:rFonts w:ascii="Arial" w:hAnsi="Arial"/>
          <w:sz w:val="20"/>
          <w:lang w:val="es-ES"/>
        </w:rPr>
        <w:t xml:space="preserve"> da </w:t>
      </w:r>
      <w:proofErr w:type="spellStart"/>
      <w:r w:rsidRPr="00DE7557">
        <w:rPr>
          <w:rFonts w:ascii="Arial" w:hAnsi="Arial"/>
          <w:sz w:val="20"/>
          <w:lang w:val="es-ES"/>
        </w:rPr>
        <w:t>Prefeitura</w:t>
      </w:r>
      <w:proofErr w:type="spellEnd"/>
      <w:r w:rsidRPr="00DE7557">
        <w:rPr>
          <w:rFonts w:ascii="Arial" w:hAnsi="Arial"/>
          <w:sz w:val="20"/>
          <w:lang w:val="es-ES"/>
        </w:rPr>
        <w:t xml:space="preserve">, o </w:t>
      </w:r>
      <w:proofErr w:type="spellStart"/>
      <w:r w:rsidRPr="00DE7557">
        <w:rPr>
          <w:rFonts w:ascii="Arial" w:hAnsi="Arial"/>
          <w:sz w:val="20"/>
          <w:lang w:val="es-ES"/>
        </w:rPr>
        <w:t>Palácio</w:t>
      </w:r>
      <w:proofErr w:type="spellEnd"/>
      <w:r w:rsidRPr="00DE7557">
        <w:rPr>
          <w:rFonts w:ascii="Arial" w:hAnsi="Arial"/>
          <w:sz w:val="20"/>
          <w:lang w:val="es-ES"/>
        </w:rPr>
        <w:t xml:space="preserve"> de </w:t>
      </w:r>
      <w:proofErr w:type="spellStart"/>
      <w:r w:rsidRPr="00DE7557">
        <w:rPr>
          <w:rFonts w:ascii="Arial" w:hAnsi="Arial"/>
          <w:sz w:val="20"/>
          <w:lang w:val="es-ES"/>
        </w:rPr>
        <w:t>Christiansborg</w:t>
      </w:r>
      <w:proofErr w:type="spellEnd"/>
      <w:r w:rsidRPr="00DE7557">
        <w:rPr>
          <w:rFonts w:ascii="Arial" w:hAnsi="Arial"/>
          <w:sz w:val="20"/>
          <w:lang w:val="es-ES"/>
        </w:rPr>
        <w:t xml:space="preserve"> (</w:t>
      </w:r>
      <w:proofErr w:type="spellStart"/>
      <w:r w:rsidRPr="00DE7557">
        <w:rPr>
          <w:rFonts w:ascii="Arial" w:hAnsi="Arial"/>
          <w:sz w:val="20"/>
          <w:lang w:val="es-ES"/>
        </w:rPr>
        <w:t>atual</w:t>
      </w:r>
      <w:proofErr w:type="spellEnd"/>
      <w:r w:rsidRPr="00DE7557">
        <w:rPr>
          <w:rFonts w:ascii="Arial" w:hAnsi="Arial"/>
          <w:sz w:val="20"/>
          <w:lang w:val="es-ES"/>
        </w:rPr>
        <w:t xml:space="preserve"> sede do Parlamento), a </w:t>
      </w:r>
      <w:proofErr w:type="spellStart"/>
      <w:r w:rsidRPr="00DE7557">
        <w:rPr>
          <w:rFonts w:ascii="Arial" w:hAnsi="Arial"/>
          <w:sz w:val="20"/>
          <w:lang w:val="es-ES"/>
        </w:rPr>
        <w:t>Fonte</w:t>
      </w:r>
      <w:proofErr w:type="spellEnd"/>
      <w:r w:rsidRPr="00DE7557">
        <w:rPr>
          <w:rFonts w:ascii="Arial" w:hAnsi="Arial"/>
          <w:sz w:val="20"/>
          <w:lang w:val="es-ES"/>
        </w:rPr>
        <w:t xml:space="preserve"> da </w:t>
      </w:r>
      <w:proofErr w:type="spellStart"/>
      <w:r w:rsidRPr="00DE7557">
        <w:rPr>
          <w:rFonts w:ascii="Arial" w:hAnsi="Arial"/>
          <w:sz w:val="20"/>
          <w:lang w:val="es-ES"/>
        </w:rPr>
        <w:t>deusa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Gefi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on</w:t>
      </w:r>
      <w:proofErr w:type="spellEnd"/>
      <w:r w:rsidRPr="00DE7557">
        <w:rPr>
          <w:rFonts w:ascii="Arial" w:hAnsi="Arial"/>
          <w:sz w:val="20"/>
          <w:lang w:val="es-ES"/>
        </w:rPr>
        <w:t xml:space="preserve"> e o porto</w:t>
      </w:r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Nyhavn</w:t>
      </w:r>
      <w:proofErr w:type="spellEnd"/>
      <w:r w:rsidRPr="00DE7557">
        <w:rPr>
          <w:rFonts w:ascii="Arial" w:hAnsi="Arial"/>
          <w:sz w:val="20"/>
          <w:lang w:val="es-ES"/>
        </w:rPr>
        <w:t xml:space="preserve">, </w:t>
      </w:r>
      <w:proofErr w:type="spellStart"/>
      <w:r w:rsidRPr="00DE7557">
        <w:rPr>
          <w:rFonts w:ascii="Arial" w:hAnsi="Arial"/>
          <w:sz w:val="20"/>
          <w:lang w:val="es-ES"/>
        </w:rPr>
        <w:t>com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suas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pitorescas</w:t>
      </w:r>
      <w:proofErr w:type="spellEnd"/>
      <w:r w:rsidRPr="00DE7557">
        <w:rPr>
          <w:rFonts w:ascii="Arial" w:hAnsi="Arial"/>
          <w:sz w:val="20"/>
          <w:lang w:val="es-ES"/>
        </w:rPr>
        <w:t xml:space="preserve"> e coloridas casas do </w:t>
      </w:r>
      <w:proofErr w:type="spellStart"/>
      <w:r w:rsidRPr="00DE7557">
        <w:rPr>
          <w:rFonts w:ascii="Arial" w:hAnsi="Arial"/>
          <w:sz w:val="20"/>
          <w:lang w:val="es-ES"/>
        </w:rPr>
        <w:t>século</w:t>
      </w:r>
      <w:proofErr w:type="spellEnd"/>
      <w:r w:rsidRPr="00DE7557">
        <w:rPr>
          <w:rFonts w:ascii="Arial" w:hAnsi="Arial"/>
          <w:sz w:val="20"/>
          <w:lang w:val="es-ES"/>
        </w:rPr>
        <w:t xml:space="preserve"> XVII. E, claro, o símbolo da </w:t>
      </w:r>
      <w:proofErr w:type="spellStart"/>
      <w:r w:rsidRPr="00DE7557">
        <w:rPr>
          <w:rFonts w:ascii="Arial" w:hAnsi="Arial"/>
          <w:sz w:val="20"/>
          <w:lang w:val="es-ES"/>
        </w:rPr>
        <w:t>cidade</w:t>
      </w:r>
      <w:proofErr w:type="spellEnd"/>
      <w:r w:rsidRPr="00DE7557">
        <w:rPr>
          <w:rFonts w:ascii="Arial" w:hAnsi="Arial"/>
          <w:sz w:val="20"/>
          <w:lang w:val="es-ES"/>
        </w:rPr>
        <w:t xml:space="preserve">: a famosa </w:t>
      </w:r>
      <w:proofErr w:type="spellStart"/>
      <w:r w:rsidRPr="00DE7557">
        <w:rPr>
          <w:rFonts w:ascii="Arial" w:hAnsi="Arial"/>
          <w:sz w:val="20"/>
          <w:lang w:val="es-ES"/>
        </w:rPr>
        <w:t>Pequena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Sereia</w:t>
      </w:r>
      <w:proofErr w:type="spellEnd"/>
      <w:r w:rsidRPr="00DE7557">
        <w:rPr>
          <w:rFonts w:ascii="Arial" w:hAnsi="Arial"/>
          <w:sz w:val="20"/>
          <w:lang w:val="es-ES"/>
        </w:rPr>
        <w:t xml:space="preserve">. Opcionalmente, </w:t>
      </w:r>
      <w:proofErr w:type="spellStart"/>
      <w:r w:rsidRPr="00DE7557">
        <w:rPr>
          <w:rFonts w:ascii="Arial" w:hAnsi="Arial"/>
          <w:sz w:val="20"/>
          <w:lang w:val="es-ES"/>
        </w:rPr>
        <w:t>poderemos</w:t>
      </w:r>
      <w:proofErr w:type="spellEnd"/>
      <w:r w:rsidRPr="00DE7557">
        <w:rPr>
          <w:rFonts w:ascii="Arial" w:hAnsi="Arial"/>
          <w:sz w:val="20"/>
          <w:lang w:val="es-ES"/>
        </w:rPr>
        <w:t xml:space="preserve"> visitar o majestoso Castelo Real de Frederiksborg, no norte da </w:t>
      </w:r>
      <w:proofErr w:type="spellStart"/>
      <w:r w:rsidRPr="00DE7557">
        <w:rPr>
          <w:rFonts w:ascii="Arial" w:hAnsi="Arial"/>
          <w:sz w:val="20"/>
          <w:lang w:val="es-ES"/>
        </w:rPr>
        <w:t>Zelândia</w:t>
      </w:r>
      <w:proofErr w:type="spellEnd"/>
      <w:r w:rsidRPr="00DE7557">
        <w:rPr>
          <w:rFonts w:ascii="Arial" w:hAnsi="Arial"/>
          <w:sz w:val="20"/>
          <w:lang w:val="es-ES"/>
        </w:rPr>
        <w:t xml:space="preserve">. Tarde </w:t>
      </w:r>
      <w:proofErr w:type="spellStart"/>
      <w:r w:rsidRPr="00DE7557">
        <w:rPr>
          <w:rFonts w:ascii="Arial" w:hAnsi="Arial"/>
          <w:sz w:val="20"/>
          <w:lang w:val="es-ES"/>
        </w:rPr>
        <w:t>livre</w:t>
      </w:r>
      <w:proofErr w:type="spellEnd"/>
      <w:r w:rsidRPr="00DE7557">
        <w:rPr>
          <w:rFonts w:ascii="Arial" w:hAnsi="Arial"/>
          <w:sz w:val="20"/>
          <w:lang w:val="es-ES"/>
        </w:rPr>
        <w:t xml:space="preserve">. </w:t>
      </w:r>
      <w:proofErr w:type="spellStart"/>
      <w:r w:rsidRPr="00DE7557">
        <w:rPr>
          <w:rFonts w:ascii="Arial" w:hAnsi="Arial"/>
          <w:sz w:val="20"/>
          <w:lang w:val="es-ES"/>
        </w:rPr>
        <w:t>Hospedagem</w:t>
      </w:r>
      <w:proofErr w:type="spellEnd"/>
      <w:r w:rsidRPr="00DE7557">
        <w:rPr>
          <w:rFonts w:ascii="Arial" w:hAnsi="Arial"/>
          <w:sz w:val="20"/>
          <w:lang w:val="es-ES"/>
        </w:rPr>
        <w:t>.</w:t>
      </w:r>
    </w:p>
    <w:p w14:paraId="0BF5FCEF" w14:textId="77777777" w:rsidR="00214435" w:rsidRPr="00DE7557" w:rsidRDefault="00B75B43">
      <w:pPr>
        <w:spacing w:before="160" w:after="60" w:line="252" w:lineRule="auto"/>
        <w:rPr>
          <w:lang w:val="es-ES"/>
        </w:rPr>
      </w:pPr>
      <w:r w:rsidRPr="00DE7557">
        <w:rPr>
          <w:rFonts w:ascii="Arial" w:hAnsi="Arial"/>
          <w:b/>
          <w:sz w:val="20"/>
          <w:lang w:val="es-ES"/>
        </w:rPr>
        <w:lastRenderedPageBreak/>
        <w:t>DIA 3 DOM COPE</w:t>
      </w:r>
      <w:r w:rsidRPr="00DE7557">
        <w:rPr>
          <w:rFonts w:ascii="Arial" w:hAnsi="Arial"/>
          <w:b/>
          <w:sz w:val="20"/>
          <w:lang w:val="es-ES"/>
        </w:rPr>
        <w:t>NHAGUE CRUZEIRO NORDIC - OSLO</w:t>
      </w:r>
    </w:p>
    <w:p w14:paraId="76F5225B" w14:textId="77777777" w:rsidR="00214435" w:rsidRPr="00DE7557" w:rsidRDefault="00B75B43">
      <w:pPr>
        <w:spacing w:after="160" w:line="252" w:lineRule="auto"/>
        <w:rPr>
          <w:lang w:val="es-ES"/>
        </w:rPr>
      </w:pPr>
      <w:r w:rsidRPr="00DE7557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DE7557">
        <w:rPr>
          <w:rFonts w:ascii="Arial" w:hAnsi="Arial"/>
          <w:sz w:val="20"/>
          <w:lang w:val="es-ES"/>
        </w:rPr>
        <w:t>manhã</w:t>
      </w:r>
      <w:proofErr w:type="spellEnd"/>
      <w:r w:rsidRPr="00DE7557">
        <w:rPr>
          <w:rFonts w:ascii="Arial" w:hAnsi="Arial"/>
          <w:sz w:val="20"/>
          <w:lang w:val="es-ES"/>
        </w:rPr>
        <w:t xml:space="preserve"> e </w:t>
      </w:r>
      <w:proofErr w:type="spellStart"/>
      <w:r w:rsidRPr="00DE7557">
        <w:rPr>
          <w:rFonts w:ascii="Arial" w:hAnsi="Arial"/>
          <w:sz w:val="20"/>
          <w:lang w:val="es-ES"/>
        </w:rPr>
        <w:t>manhã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livre</w:t>
      </w:r>
      <w:proofErr w:type="spellEnd"/>
      <w:r w:rsidRPr="00DE7557">
        <w:rPr>
          <w:rFonts w:ascii="Arial" w:hAnsi="Arial"/>
          <w:sz w:val="20"/>
          <w:lang w:val="es-ES"/>
        </w:rPr>
        <w:t xml:space="preserve"> até a </w:t>
      </w:r>
      <w:proofErr w:type="spellStart"/>
      <w:r w:rsidRPr="00DE7557">
        <w:rPr>
          <w:rFonts w:ascii="Arial" w:hAnsi="Arial"/>
          <w:sz w:val="20"/>
          <w:lang w:val="es-ES"/>
        </w:rPr>
        <w:t>saída</w:t>
      </w:r>
      <w:proofErr w:type="spellEnd"/>
      <w:r w:rsidRPr="00DE7557">
        <w:rPr>
          <w:rFonts w:ascii="Arial" w:hAnsi="Arial"/>
          <w:sz w:val="20"/>
          <w:lang w:val="es-ES"/>
        </w:rPr>
        <w:t xml:space="preserve"> em </w:t>
      </w:r>
      <w:proofErr w:type="spellStart"/>
      <w:r w:rsidRPr="00DE7557">
        <w:rPr>
          <w:rFonts w:ascii="Arial" w:hAnsi="Arial"/>
          <w:sz w:val="20"/>
          <w:lang w:val="es-ES"/>
        </w:rPr>
        <w:t>direção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ao</w:t>
      </w:r>
      <w:proofErr w:type="spellEnd"/>
      <w:r w:rsidRPr="00DE7557">
        <w:rPr>
          <w:rFonts w:ascii="Arial" w:hAnsi="Arial"/>
          <w:sz w:val="20"/>
          <w:lang w:val="es-ES"/>
        </w:rPr>
        <w:t xml:space="preserve"> porto para embarcar no cruzeiro </w:t>
      </w:r>
      <w:proofErr w:type="spellStart"/>
      <w:r w:rsidRPr="00DE7557">
        <w:rPr>
          <w:rFonts w:ascii="Arial" w:hAnsi="Arial"/>
          <w:sz w:val="20"/>
          <w:lang w:val="es-ES"/>
        </w:rPr>
        <w:t>Nordic</w:t>
      </w:r>
      <w:proofErr w:type="spellEnd"/>
      <w:r w:rsidRPr="00DE7557">
        <w:rPr>
          <w:rFonts w:ascii="Arial" w:hAnsi="Arial"/>
          <w:sz w:val="20"/>
          <w:lang w:val="es-ES"/>
        </w:rPr>
        <w:t xml:space="preserve">, </w:t>
      </w:r>
      <w:proofErr w:type="spellStart"/>
      <w:r w:rsidRPr="00DE7557">
        <w:rPr>
          <w:rFonts w:ascii="Arial" w:hAnsi="Arial"/>
          <w:sz w:val="20"/>
          <w:lang w:val="es-ES"/>
        </w:rPr>
        <w:t>com</w:t>
      </w:r>
      <w:proofErr w:type="spellEnd"/>
      <w:r w:rsidRPr="00DE7557">
        <w:rPr>
          <w:rFonts w:ascii="Arial" w:hAnsi="Arial"/>
          <w:sz w:val="20"/>
          <w:lang w:val="es-ES"/>
        </w:rPr>
        <w:t xml:space="preserve"> destino a Oslo </w:t>
      </w:r>
      <w:proofErr w:type="spellStart"/>
      <w:r w:rsidRPr="00DE7557">
        <w:rPr>
          <w:rFonts w:ascii="Arial" w:hAnsi="Arial"/>
          <w:sz w:val="20"/>
          <w:lang w:val="es-ES"/>
        </w:rPr>
        <w:t>através</w:t>
      </w:r>
      <w:proofErr w:type="spellEnd"/>
      <w:r w:rsidRPr="00DE7557">
        <w:rPr>
          <w:rFonts w:ascii="Arial" w:hAnsi="Arial"/>
          <w:sz w:val="20"/>
          <w:lang w:val="es-ES"/>
        </w:rPr>
        <w:t xml:space="preserve"> do mar do Norte. </w:t>
      </w:r>
      <w:proofErr w:type="spellStart"/>
      <w:r w:rsidRPr="00DE7557">
        <w:rPr>
          <w:rFonts w:ascii="Arial" w:hAnsi="Arial"/>
          <w:sz w:val="20"/>
          <w:lang w:val="es-ES"/>
        </w:rPr>
        <w:t>Jantar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buff</w:t>
      </w:r>
      <w:proofErr w:type="spellEnd"/>
      <w:r w:rsidRPr="00DE7557">
        <w:rPr>
          <w:rFonts w:ascii="Arial" w:hAnsi="Arial"/>
          <w:sz w:val="20"/>
          <w:lang w:val="es-ES"/>
        </w:rPr>
        <w:t xml:space="preserve"> et a bordo. </w:t>
      </w:r>
      <w:proofErr w:type="spellStart"/>
      <w:r w:rsidRPr="00DE7557">
        <w:rPr>
          <w:rFonts w:ascii="Arial" w:hAnsi="Arial"/>
          <w:sz w:val="20"/>
          <w:lang w:val="es-ES"/>
        </w:rPr>
        <w:t>Hospedagem</w:t>
      </w:r>
      <w:proofErr w:type="spellEnd"/>
      <w:r w:rsidRPr="00DE7557">
        <w:rPr>
          <w:rFonts w:ascii="Arial" w:hAnsi="Arial"/>
          <w:sz w:val="20"/>
          <w:lang w:val="es-ES"/>
        </w:rPr>
        <w:t xml:space="preserve"> em </w:t>
      </w:r>
      <w:proofErr w:type="spellStart"/>
      <w:r w:rsidRPr="00DE7557">
        <w:rPr>
          <w:rFonts w:ascii="Arial" w:hAnsi="Arial"/>
          <w:sz w:val="20"/>
          <w:lang w:val="es-ES"/>
        </w:rPr>
        <w:t>cabine</w:t>
      </w:r>
      <w:proofErr w:type="spellEnd"/>
      <w:r w:rsidRPr="00DE7557">
        <w:rPr>
          <w:rFonts w:ascii="Arial" w:hAnsi="Arial"/>
          <w:sz w:val="20"/>
          <w:lang w:val="es-ES"/>
        </w:rPr>
        <w:t xml:space="preserve"> externa </w:t>
      </w:r>
      <w:proofErr w:type="spellStart"/>
      <w:r w:rsidRPr="00DE7557">
        <w:rPr>
          <w:rFonts w:ascii="Arial" w:hAnsi="Arial"/>
          <w:sz w:val="20"/>
          <w:lang w:val="es-ES"/>
        </w:rPr>
        <w:t>com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janela</w:t>
      </w:r>
      <w:proofErr w:type="spellEnd"/>
      <w:r w:rsidRPr="00DE7557">
        <w:rPr>
          <w:rFonts w:ascii="Arial" w:hAnsi="Arial"/>
          <w:sz w:val="20"/>
          <w:lang w:val="es-ES"/>
        </w:rPr>
        <w:t xml:space="preserve">. </w:t>
      </w:r>
      <w:proofErr w:type="spellStart"/>
      <w:r w:rsidRPr="00DE7557">
        <w:rPr>
          <w:rFonts w:ascii="Arial" w:hAnsi="Arial"/>
          <w:sz w:val="20"/>
          <w:lang w:val="es-ES"/>
        </w:rPr>
        <w:t>Jantar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buff</w:t>
      </w:r>
      <w:proofErr w:type="spellEnd"/>
      <w:r w:rsidRPr="00DE7557">
        <w:rPr>
          <w:rFonts w:ascii="Arial" w:hAnsi="Arial"/>
          <w:sz w:val="20"/>
          <w:lang w:val="es-ES"/>
        </w:rPr>
        <w:t xml:space="preserve"> et a </w:t>
      </w:r>
      <w:r w:rsidRPr="00DE7557">
        <w:rPr>
          <w:rFonts w:ascii="Arial" w:hAnsi="Arial"/>
          <w:sz w:val="20"/>
          <w:lang w:val="es-ES"/>
        </w:rPr>
        <w:t>bordo.</w:t>
      </w:r>
    </w:p>
    <w:p w14:paraId="3533EC7A" w14:textId="77777777" w:rsidR="00214435" w:rsidRPr="00DE7557" w:rsidRDefault="00B75B43">
      <w:pPr>
        <w:spacing w:before="160" w:after="60" w:line="252" w:lineRule="auto"/>
        <w:rPr>
          <w:lang w:val="es-ES"/>
        </w:rPr>
      </w:pPr>
      <w:r w:rsidRPr="00DE7557">
        <w:rPr>
          <w:rFonts w:ascii="Arial" w:hAnsi="Arial"/>
          <w:b/>
          <w:sz w:val="20"/>
          <w:lang w:val="es-ES"/>
        </w:rPr>
        <w:t>DIA 4 SEG OSLO</w:t>
      </w:r>
    </w:p>
    <w:p w14:paraId="2403E20F" w14:textId="77777777" w:rsidR="00214435" w:rsidRPr="00DE7557" w:rsidRDefault="00B75B43">
      <w:pPr>
        <w:spacing w:after="160" w:line="252" w:lineRule="auto"/>
        <w:rPr>
          <w:lang w:val="es-ES"/>
        </w:rPr>
      </w:pPr>
      <w:r w:rsidRPr="00DE7557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DE7557">
        <w:rPr>
          <w:rFonts w:ascii="Arial" w:hAnsi="Arial"/>
          <w:sz w:val="20"/>
          <w:lang w:val="es-ES"/>
        </w:rPr>
        <w:t>manhã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buff</w:t>
      </w:r>
      <w:proofErr w:type="spellEnd"/>
      <w:r w:rsidRPr="00DE7557">
        <w:rPr>
          <w:rFonts w:ascii="Arial" w:hAnsi="Arial"/>
          <w:sz w:val="20"/>
          <w:lang w:val="es-ES"/>
        </w:rPr>
        <w:t xml:space="preserve"> et a bordo e </w:t>
      </w:r>
      <w:proofErr w:type="spellStart"/>
      <w:r w:rsidRPr="00DE7557">
        <w:rPr>
          <w:rFonts w:ascii="Arial" w:hAnsi="Arial"/>
          <w:sz w:val="20"/>
          <w:lang w:val="es-ES"/>
        </w:rPr>
        <w:t>chegada</w:t>
      </w:r>
      <w:proofErr w:type="spellEnd"/>
      <w:r w:rsidRPr="00DE7557">
        <w:rPr>
          <w:rFonts w:ascii="Arial" w:hAnsi="Arial"/>
          <w:sz w:val="20"/>
          <w:lang w:val="es-ES"/>
        </w:rPr>
        <w:t xml:space="preserve"> a Oslo por volta das 9:30 h. Desembarque e visita </w:t>
      </w:r>
      <w:proofErr w:type="spellStart"/>
      <w:r w:rsidRPr="00DE7557">
        <w:rPr>
          <w:rFonts w:ascii="Arial" w:hAnsi="Arial"/>
          <w:sz w:val="20"/>
          <w:lang w:val="es-ES"/>
        </w:rPr>
        <w:t>panorâmica</w:t>
      </w:r>
      <w:proofErr w:type="spellEnd"/>
      <w:r w:rsidRPr="00DE7557">
        <w:rPr>
          <w:rFonts w:ascii="Arial" w:hAnsi="Arial"/>
          <w:sz w:val="20"/>
          <w:lang w:val="es-ES"/>
        </w:rPr>
        <w:t xml:space="preserve"> da capital </w:t>
      </w:r>
      <w:proofErr w:type="spellStart"/>
      <w:r w:rsidRPr="00DE7557">
        <w:rPr>
          <w:rFonts w:ascii="Arial" w:hAnsi="Arial"/>
          <w:sz w:val="20"/>
          <w:lang w:val="es-ES"/>
        </w:rPr>
        <w:t>viking</w:t>
      </w:r>
      <w:proofErr w:type="spellEnd"/>
      <w:r w:rsidRPr="00DE7557">
        <w:rPr>
          <w:rFonts w:ascii="Arial" w:hAnsi="Arial"/>
          <w:sz w:val="20"/>
          <w:lang w:val="es-ES"/>
        </w:rPr>
        <w:t xml:space="preserve">, situada </w:t>
      </w:r>
      <w:proofErr w:type="spellStart"/>
      <w:r w:rsidRPr="00DE7557">
        <w:rPr>
          <w:rFonts w:ascii="Arial" w:hAnsi="Arial"/>
          <w:sz w:val="20"/>
          <w:lang w:val="es-ES"/>
        </w:rPr>
        <w:t>ao</w:t>
      </w:r>
      <w:proofErr w:type="spellEnd"/>
      <w:r w:rsidRPr="00DE7557">
        <w:rPr>
          <w:rFonts w:ascii="Arial" w:hAnsi="Arial"/>
          <w:sz w:val="20"/>
          <w:lang w:val="es-ES"/>
        </w:rPr>
        <w:t xml:space="preserve"> fundo do fi </w:t>
      </w:r>
      <w:proofErr w:type="spellStart"/>
      <w:r w:rsidRPr="00DE7557">
        <w:rPr>
          <w:rFonts w:ascii="Arial" w:hAnsi="Arial"/>
          <w:sz w:val="20"/>
          <w:lang w:val="es-ES"/>
        </w:rPr>
        <w:t>orde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homônimo</w:t>
      </w:r>
      <w:proofErr w:type="spellEnd"/>
      <w:r w:rsidRPr="00DE7557">
        <w:rPr>
          <w:rFonts w:ascii="Arial" w:hAnsi="Arial"/>
          <w:sz w:val="20"/>
          <w:lang w:val="es-ES"/>
        </w:rPr>
        <w:t xml:space="preserve">, </w:t>
      </w:r>
      <w:proofErr w:type="spellStart"/>
      <w:r w:rsidRPr="00DE7557">
        <w:rPr>
          <w:rFonts w:ascii="Arial" w:hAnsi="Arial"/>
          <w:sz w:val="20"/>
          <w:lang w:val="es-ES"/>
        </w:rPr>
        <w:t>passando</w:t>
      </w:r>
      <w:proofErr w:type="spellEnd"/>
      <w:r w:rsidRPr="00DE7557">
        <w:rPr>
          <w:rFonts w:ascii="Arial" w:hAnsi="Arial"/>
          <w:sz w:val="20"/>
          <w:lang w:val="es-ES"/>
        </w:rPr>
        <w:t xml:space="preserve"> pela </w:t>
      </w:r>
      <w:proofErr w:type="spellStart"/>
      <w:r w:rsidRPr="00DE7557">
        <w:rPr>
          <w:rFonts w:ascii="Arial" w:hAnsi="Arial"/>
          <w:sz w:val="20"/>
          <w:lang w:val="es-ES"/>
        </w:rPr>
        <w:t>Prefeitura</w:t>
      </w:r>
      <w:proofErr w:type="spellEnd"/>
      <w:r w:rsidRPr="00DE7557">
        <w:rPr>
          <w:rFonts w:ascii="Arial" w:hAnsi="Arial"/>
          <w:sz w:val="20"/>
          <w:lang w:val="es-ES"/>
        </w:rPr>
        <w:t xml:space="preserve">, o Castelo de Akershus, o </w:t>
      </w:r>
      <w:proofErr w:type="spellStart"/>
      <w:r w:rsidRPr="00DE7557">
        <w:rPr>
          <w:rFonts w:ascii="Arial" w:hAnsi="Arial"/>
          <w:sz w:val="20"/>
          <w:lang w:val="es-ES"/>
        </w:rPr>
        <w:t>Palácio</w:t>
      </w:r>
      <w:proofErr w:type="spellEnd"/>
      <w:r w:rsidRPr="00DE7557">
        <w:rPr>
          <w:rFonts w:ascii="Arial" w:hAnsi="Arial"/>
          <w:sz w:val="20"/>
          <w:lang w:val="es-ES"/>
        </w:rPr>
        <w:t xml:space="preserve"> Real, o Parlament</w:t>
      </w:r>
      <w:r w:rsidRPr="00DE7557">
        <w:rPr>
          <w:rFonts w:ascii="Arial" w:hAnsi="Arial"/>
          <w:sz w:val="20"/>
          <w:lang w:val="es-ES"/>
        </w:rPr>
        <w:t xml:space="preserve">o e o Parque </w:t>
      </w:r>
      <w:proofErr w:type="spellStart"/>
      <w:r w:rsidRPr="00DE7557">
        <w:rPr>
          <w:rFonts w:ascii="Arial" w:hAnsi="Arial"/>
          <w:sz w:val="20"/>
          <w:lang w:val="es-ES"/>
        </w:rPr>
        <w:t>Vigeland</w:t>
      </w:r>
      <w:proofErr w:type="spellEnd"/>
      <w:r w:rsidRPr="00DE7557">
        <w:rPr>
          <w:rFonts w:ascii="Arial" w:hAnsi="Arial"/>
          <w:sz w:val="20"/>
          <w:lang w:val="es-ES"/>
        </w:rPr>
        <w:t xml:space="preserve">, </w:t>
      </w:r>
      <w:proofErr w:type="spellStart"/>
      <w:r w:rsidRPr="00DE7557">
        <w:rPr>
          <w:rFonts w:ascii="Arial" w:hAnsi="Arial"/>
          <w:sz w:val="20"/>
          <w:lang w:val="es-ES"/>
        </w:rPr>
        <w:t>com</w:t>
      </w:r>
      <w:proofErr w:type="spellEnd"/>
      <w:r w:rsidRPr="00DE7557">
        <w:rPr>
          <w:rFonts w:ascii="Arial" w:hAnsi="Arial"/>
          <w:sz w:val="20"/>
          <w:lang w:val="es-ES"/>
        </w:rPr>
        <w:t xml:space="preserve"> as famosas esculturas de </w:t>
      </w:r>
      <w:proofErr w:type="spellStart"/>
      <w:r w:rsidRPr="00DE7557">
        <w:rPr>
          <w:rFonts w:ascii="Arial" w:hAnsi="Arial"/>
          <w:sz w:val="20"/>
          <w:lang w:val="es-ES"/>
        </w:rPr>
        <w:t>bronze</w:t>
      </w:r>
      <w:proofErr w:type="spellEnd"/>
      <w:r w:rsidRPr="00DE7557">
        <w:rPr>
          <w:rFonts w:ascii="Arial" w:hAnsi="Arial"/>
          <w:sz w:val="20"/>
          <w:lang w:val="es-ES"/>
        </w:rPr>
        <w:t xml:space="preserve"> de Gustav </w:t>
      </w:r>
      <w:proofErr w:type="spellStart"/>
      <w:r w:rsidRPr="00DE7557">
        <w:rPr>
          <w:rFonts w:ascii="Arial" w:hAnsi="Arial"/>
          <w:sz w:val="20"/>
          <w:lang w:val="es-ES"/>
        </w:rPr>
        <w:t>Vigeland</w:t>
      </w:r>
      <w:proofErr w:type="spellEnd"/>
      <w:r w:rsidRPr="00DE7557">
        <w:rPr>
          <w:rFonts w:ascii="Arial" w:hAnsi="Arial"/>
          <w:sz w:val="20"/>
          <w:lang w:val="es-ES"/>
        </w:rPr>
        <w:t xml:space="preserve"> que </w:t>
      </w:r>
      <w:proofErr w:type="spellStart"/>
      <w:r w:rsidRPr="00DE7557">
        <w:rPr>
          <w:rFonts w:ascii="Arial" w:hAnsi="Arial"/>
          <w:sz w:val="20"/>
          <w:lang w:val="es-ES"/>
        </w:rPr>
        <w:t>simbolizam</w:t>
      </w:r>
      <w:proofErr w:type="spellEnd"/>
      <w:r w:rsidRPr="00DE7557">
        <w:rPr>
          <w:rFonts w:ascii="Arial" w:hAnsi="Arial"/>
          <w:sz w:val="20"/>
          <w:lang w:val="es-ES"/>
        </w:rPr>
        <w:t xml:space="preserve"> o ciclo da vida do ser humano, </w:t>
      </w:r>
      <w:proofErr w:type="spellStart"/>
      <w:r w:rsidRPr="00DE7557">
        <w:rPr>
          <w:rFonts w:ascii="Arial" w:hAnsi="Arial"/>
          <w:sz w:val="20"/>
          <w:lang w:val="es-ES"/>
        </w:rPr>
        <w:t>assim</w:t>
      </w:r>
      <w:proofErr w:type="spellEnd"/>
      <w:r w:rsidRPr="00DE7557">
        <w:rPr>
          <w:rFonts w:ascii="Arial" w:hAnsi="Arial"/>
          <w:sz w:val="20"/>
          <w:lang w:val="es-ES"/>
        </w:rPr>
        <w:t xml:space="preserve"> como o grande </w:t>
      </w:r>
      <w:proofErr w:type="spellStart"/>
      <w:r w:rsidRPr="00DE7557">
        <w:rPr>
          <w:rFonts w:ascii="Arial" w:hAnsi="Arial"/>
          <w:sz w:val="20"/>
          <w:lang w:val="es-ES"/>
        </w:rPr>
        <w:t>monólito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com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seus</w:t>
      </w:r>
      <w:proofErr w:type="spellEnd"/>
      <w:r w:rsidRPr="00DE7557">
        <w:rPr>
          <w:rFonts w:ascii="Arial" w:hAnsi="Arial"/>
          <w:sz w:val="20"/>
          <w:lang w:val="es-ES"/>
        </w:rPr>
        <w:t xml:space="preserve"> 121 </w:t>
      </w:r>
      <w:proofErr w:type="spellStart"/>
      <w:r w:rsidRPr="00DE7557">
        <w:rPr>
          <w:rFonts w:ascii="Arial" w:hAnsi="Arial"/>
          <w:sz w:val="20"/>
          <w:lang w:val="es-ES"/>
        </w:rPr>
        <w:t>corpos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entrelaçados</w:t>
      </w:r>
      <w:proofErr w:type="spellEnd"/>
      <w:r w:rsidRPr="00DE7557">
        <w:rPr>
          <w:rFonts w:ascii="Arial" w:hAnsi="Arial"/>
          <w:sz w:val="20"/>
          <w:lang w:val="es-ES"/>
        </w:rPr>
        <w:t xml:space="preserve">. Tarde </w:t>
      </w:r>
      <w:proofErr w:type="spellStart"/>
      <w:r w:rsidRPr="00DE7557">
        <w:rPr>
          <w:rFonts w:ascii="Arial" w:hAnsi="Arial"/>
          <w:sz w:val="20"/>
          <w:lang w:val="es-ES"/>
        </w:rPr>
        <w:t>livre</w:t>
      </w:r>
      <w:proofErr w:type="spellEnd"/>
      <w:r w:rsidRPr="00DE7557">
        <w:rPr>
          <w:rFonts w:ascii="Arial" w:hAnsi="Arial"/>
          <w:sz w:val="20"/>
          <w:lang w:val="es-ES"/>
        </w:rPr>
        <w:t xml:space="preserve"> para </w:t>
      </w:r>
      <w:proofErr w:type="spellStart"/>
      <w:r w:rsidRPr="00DE7557">
        <w:rPr>
          <w:rFonts w:ascii="Arial" w:hAnsi="Arial"/>
          <w:sz w:val="20"/>
          <w:lang w:val="es-ES"/>
        </w:rPr>
        <w:t>conhecer</w:t>
      </w:r>
      <w:proofErr w:type="spellEnd"/>
      <w:r w:rsidRPr="00DE7557">
        <w:rPr>
          <w:rFonts w:ascii="Arial" w:hAnsi="Arial"/>
          <w:sz w:val="20"/>
          <w:lang w:val="es-ES"/>
        </w:rPr>
        <w:t xml:space="preserve"> a </w:t>
      </w:r>
      <w:proofErr w:type="spellStart"/>
      <w:r w:rsidRPr="00DE7557">
        <w:rPr>
          <w:rFonts w:ascii="Arial" w:hAnsi="Arial"/>
          <w:sz w:val="20"/>
          <w:lang w:val="es-ES"/>
        </w:rPr>
        <w:t>cidade</w:t>
      </w:r>
      <w:proofErr w:type="spellEnd"/>
      <w:r w:rsidRPr="00DE7557">
        <w:rPr>
          <w:rFonts w:ascii="Arial" w:hAnsi="Arial"/>
          <w:sz w:val="20"/>
          <w:lang w:val="es-ES"/>
        </w:rPr>
        <w:t xml:space="preserve">. </w:t>
      </w:r>
      <w:proofErr w:type="spellStart"/>
      <w:r w:rsidRPr="00DE7557">
        <w:rPr>
          <w:rFonts w:ascii="Arial" w:hAnsi="Arial"/>
          <w:sz w:val="20"/>
          <w:lang w:val="es-ES"/>
        </w:rPr>
        <w:t>Hospedagem</w:t>
      </w:r>
      <w:proofErr w:type="spellEnd"/>
      <w:r w:rsidRPr="00DE7557">
        <w:rPr>
          <w:rFonts w:ascii="Arial" w:hAnsi="Arial"/>
          <w:sz w:val="20"/>
          <w:lang w:val="es-ES"/>
        </w:rPr>
        <w:t>.</w:t>
      </w:r>
    </w:p>
    <w:p w14:paraId="440415D7" w14:textId="77777777" w:rsidR="00214435" w:rsidRPr="00DE7557" w:rsidRDefault="00B75B43">
      <w:pPr>
        <w:spacing w:before="160" w:after="60" w:line="252" w:lineRule="auto"/>
        <w:rPr>
          <w:lang w:val="es-ES"/>
        </w:rPr>
      </w:pPr>
      <w:r w:rsidRPr="00DE7557">
        <w:rPr>
          <w:rFonts w:ascii="Arial" w:hAnsi="Arial"/>
          <w:b/>
          <w:sz w:val="20"/>
          <w:lang w:val="es-ES"/>
        </w:rPr>
        <w:t xml:space="preserve">DIA 5 TER OSLO - </w:t>
      </w:r>
      <w:r w:rsidRPr="00DE7557">
        <w:rPr>
          <w:rFonts w:ascii="Arial" w:hAnsi="Arial"/>
          <w:b/>
          <w:sz w:val="20"/>
          <w:lang w:val="es-ES"/>
        </w:rPr>
        <w:t>LOFTHUS</w:t>
      </w:r>
    </w:p>
    <w:p w14:paraId="6BC6C261" w14:textId="77777777" w:rsidR="00214435" w:rsidRPr="00DE7557" w:rsidRDefault="00B75B43">
      <w:pPr>
        <w:spacing w:after="160" w:line="252" w:lineRule="auto"/>
        <w:rPr>
          <w:lang w:val="es-ES"/>
        </w:rPr>
      </w:pPr>
      <w:r w:rsidRPr="00DE7557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DE7557">
        <w:rPr>
          <w:rFonts w:ascii="Arial" w:hAnsi="Arial"/>
          <w:sz w:val="20"/>
          <w:lang w:val="es-ES"/>
        </w:rPr>
        <w:t>manhã</w:t>
      </w:r>
      <w:proofErr w:type="spellEnd"/>
      <w:r w:rsidRPr="00DE7557">
        <w:rPr>
          <w:rFonts w:ascii="Arial" w:hAnsi="Arial"/>
          <w:sz w:val="20"/>
          <w:lang w:val="es-ES"/>
        </w:rPr>
        <w:t xml:space="preserve"> e </w:t>
      </w:r>
      <w:proofErr w:type="spellStart"/>
      <w:r w:rsidRPr="00DE7557">
        <w:rPr>
          <w:rFonts w:ascii="Arial" w:hAnsi="Arial"/>
          <w:sz w:val="20"/>
          <w:lang w:val="es-ES"/>
        </w:rPr>
        <w:t>saída</w:t>
      </w:r>
      <w:proofErr w:type="spellEnd"/>
      <w:r w:rsidRPr="00DE7557">
        <w:rPr>
          <w:rFonts w:ascii="Arial" w:hAnsi="Arial"/>
          <w:sz w:val="20"/>
          <w:lang w:val="es-ES"/>
        </w:rPr>
        <w:t xml:space="preserve"> em </w:t>
      </w:r>
      <w:proofErr w:type="spellStart"/>
      <w:r w:rsidRPr="00DE7557">
        <w:rPr>
          <w:rFonts w:ascii="Arial" w:hAnsi="Arial"/>
          <w:sz w:val="20"/>
          <w:lang w:val="es-ES"/>
        </w:rPr>
        <w:t>direção</w:t>
      </w:r>
      <w:proofErr w:type="spellEnd"/>
      <w:r w:rsidRPr="00DE7557">
        <w:rPr>
          <w:rFonts w:ascii="Arial" w:hAnsi="Arial"/>
          <w:sz w:val="20"/>
          <w:lang w:val="es-ES"/>
        </w:rPr>
        <w:t xml:space="preserve"> a </w:t>
      </w:r>
      <w:proofErr w:type="spellStart"/>
      <w:r w:rsidRPr="00DE7557">
        <w:rPr>
          <w:rFonts w:ascii="Arial" w:hAnsi="Arial"/>
          <w:sz w:val="20"/>
          <w:lang w:val="es-ES"/>
        </w:rPr>
        <w:t>Lofthus</w:t>
      </w:r>
      <w:proofErr w:type="spellEnd"/>
      <w:r w:rsidRPr="00DE7557">
        <w:rPr>
          <w:rFonts w:ascii="Arial" w:hAnsi="Arial"/>
          <w:sz w:val="20"/>
          <w:lang w:val="es-ES"/>
        </w:rPr>
        <w:t xml:space="preserve">. </w:t>
      </w:r>
      <w:proofErr w:type="spellStart"/>
      <w:r w:rsidRPr="00DE7557">
        <w:rPr>
          <w:rFonts w:ascii="Arial" w:hAnsi="Arial"/>
          <w:sz w:val="20"/>
          <w:lang w:val="es-ES"/>
        </w:rPr>
        <w:t>Passaremos</w:t>
      </w:r>
      <w:proofErr w:type="spellEnd"/>
      <w:r w:rsidRPr="00DE7557">
        <w:rPr>
          <w:rFonts w:ascii="Arial" w:hAnsi="Arial"/>
          <w:sz w:val="20"/>
          <w:lang w:val="es-ES"/>
        </w:rPr>
        <w:t xml:space="preserve"> pelo Parque Nacional de </w:t>
      </w:r>
      <w:proofErr w:type="spellStart"/>
      <w:r w:rsidRPr="00DE7557">
        <w:rPr>
          <w:rFonts w:ascii="Arial" w:hAnsi="Arial"/>
          <w:sz w:val="20"/>
          <w:lang w:val="es-ES"/>
        </w:rPr>
        <w:t>Hardangervidda</w:t>
      </w:r>
      <w:proofErr w:type="spellEnd"/>
      <w:r w:rsidRPr="00DE7557">
        <w:rPr>
          <w:rFonts w:ascii="Arial" w:hAnsi="Arial"/>
          <w:sz w:val="20"/>
          <w:lang w:val="es-ES"/>
        </w:rPr>
        <w:t xml:space="preserve">, que </w:t>
      </w:r>
      <w:proofErr w:type="spellStart"/>
      <w:r w:rsidRPr="00DE7557">
        <w:rPr>
          <w:rFonts w:ascii="Arial" w:hAnsi="Arial"/>
          <w:sz w:val="20"/>
          <w:lang w:val="es-ES"/>
        </w:rPr>
        <w:t>com</w:t>
      </w:r>
      <w:proofErr w:type="spellEnd"/>
      <w:r w:rsidRPr="00DE7557">
        <w:rPr>
          <w:rFonts w:ascii="Arial" w:hAnsi="Arial"/>
          <w:sz w:val="20"/>
          <w:lang w:val="es-ES"/>
        </w:rPr>
        <w:t xml:space="preserve"> 3.422 km² é o </w:t>
      </w:r>
      <w:proofErr w:type="spellStart"/>
      <w:r w:rsidRPr="00DE7557">
        <w:rPr>
          <w:rFonts w:ascii="Arial" w:hAnsi="Arial"/>
          <w:sz w:val="20"/>
          <w:lang w:val="es-ES"/>
        </w:rPr>
        <w:t>maior</w:t>
      </w:r>
      <w:proofErr w:type="spellEnd"/>
      <w:r w:rsidRPr="00DE7557">
        <w:rPr>
          <w:rFonts w:ascii="Arial" w:hAnsi="Arial"/>
          <w:sz w:val="20"/>
          <w:lang w:val="es-ES"/>
        </w:rPr>
        <w:t xml:space="preserve"> do país. Cruzaremos a ponte suspensa de </w:t>
      </w:r>
      <w:proofErr w:type="spellStart"/>
      <w:r w:rsidRPr="00DE7557">
        <w:rPr>
          <w:rFonts w:ascii="Arial" w:hAnsi="Arial"/>
          <w:sz w:val="20"/>
          <w:lang w:val="es-ES"/>
        </w:rPr>
        <w:t>Hardanger</w:t>
      </w:r>
      <w:proofErr w:type="spellEnd"/>
      <w:r w:rsidRPr="00DE7557">
        <w:rPr>
          <w:rFonts w:ascii="Arial" w:hAnsi="Arial"/>
          <w:sz w:val="20"/>
          <w:lang w:val="es-ES"/>
        </w:rPr>
        <w:t xml:space="preserve">, </w:t>
      </w:r>
      <w:proofErr w:type="spellStart"/>
      <w:r w:rsidRPr="00DE7557">
        <w:rPr>
          <w:rFonts w:ascii="Arial" w:hAnsi="Arial"/>
          <w:sz w:val="20"/>
          <w:lang w:val="es-ES"/>
        </w:rPr>
        <w:t>uma</w:t>
      </w:r>
      <w:proofErr w:type="spellEnd"/>
      <w:r w:rsidRPr="00DE7557">
        <w:rPr>
          <w:rFonts w:ascii="Arial" w:hAnsi="Arial"/>
          <w:sz w:val="20"/>
          <w:lang w:val="es-ES"/>
        </w:rPr>
        <w:t xml:space="preserve"> das </w:t>
      </w:r>
      <w:proofErr w:type="spellStart"/>
      <w:r w:rsidRPr="00DE7557">
        <w:rPr>
          <w:rFonts w:ascii="Arial" w:hAnsi="Arial"/>
          <w:sz w:val="20"/>
          <w:lang w:val="es-ES"/>
        </w:rPr>
        <w:t>espetaculares</w:t>
      </w:r>
      <w:proofErr w:type="spellEnd"/>
      <w:r w:rsidRPr="00DE7557">
        <w:rPr>
          <w:rFonts w:ascii="Arial" w:hAnsi="Arial"/>
          <w:sz w:val="20"/>
          <w:lang w:val="es-ES"/>
        </w:rPr>
        <w:t xml:space="preserve"> obras de </w:t>
      </w:r>
      <w:proofErr w:type="spellStart"/>
      <w:r w:rsidRPr="00DE7557">
        <w:rPr>
          <w:rFonts w:ascii="Arial" w:hAnsi="Arial"/>
          <w:sz w:val="20"/>
          <w:lang w:val="es-ES"/>
        </w:rPr>
        <w:t>engenharia</w:t>
      </w:r>
      <w:proofErr w:type="spellEnd"/>
      <w:r w:rsidRPr="00DE7557">
        <w:rPr>
          <w:rFonts w:ascii="Arial" w:hAnsi="Arial"/>
          <w:sz w:val="20"/>
          <w:lang w:val="es-ES"/>
        </w:rPr>
        <w:t xml:space="preserve"> do país, que nos permitirá admir</w:t>
      </w:r>
      <w:r w:rsidRPr="00DE7557">
        <w:rPr>
          <w:rFonts w:ascii="Arial" w:hAnsi="Arial"/>
          <w:sz w:val="20"/>
          <w:lang w:val="es-ES"/>
        </w:rPr>
        <w:t xml:space="preserve">ar o fi </w:t>
      </w:r>
      <w:proofErr w:type="spellStart"/>
      <w:r w:rsidRPr="00DE7557">
        <w:rPr>
          <w:rFonts w:ascii="Arial" w:hAnsi="Arial"/>
          <w:sz w:val="20"/>
          <w:lang w:val="es-ES"/>
        </w:rPr>
        <w:t>orde</w:t>
      </w:r>
      <w:proofErr w:type="spellEnd"/>
      <w:r w:rsidRPr="00DE7557">
        <w:rPr>
          <w:rFonts w:ascii="Arial" w:hAnsi="Arial"/>
          <w:sz w:val="20"/>
          <w:lang w:val="es-ES"/>
        </w:rPr>
        <w:t xml:space="preserve"> de </w:t>
      </w:r>
      <w:proofErr w:type="spellStart"/>
      <w:r w:rsidRPr="00DE7557">
        <w:rPr>
          <w:rFonts w:ascii="Arial" w:hAnsi="Arial"/>
          <w:sz w:val="20"/>
          <w:lang w:val="es-ES"/>
        </w:rPr>
        <w:t>Hardanger</w:t>
      </w:r>
      <w:proofErr w:type="spellEnd"/>
      <w:r w:rsidRPr="00DE7557">
        <w:rPr>
          <w:rFonts w:ascii="Arial" w:hAnsi="Arial"/>
          <w:sz w:val="20"/>
          <w:lang w:val="es-ES"/>
        </w:rPr>
        <w:t xml:space="preserve">, o </w:t>
      </w:r>
      <w:proofErr w:type="spellStart"/>
      <w:r w:rsidRPr="00DE7557">
        <w:rPr>
          <w:rFonts w:ascii="Arial" w:hAnsi="Arial"/>
          <w:sz w:val="20"/>
          <w:lang w:val="es-ES"/>
        </w:rPr>
        <w:t>terceiro</w:t>
      </w:r>
      <w:proofErr w:type="spellEnd"/>
      <w:r w:rsidRPr="00DE7557">
        <w:rPr>
          <w:rFonts w:ascii="Arial" w:hAnsi="Arial"/>
          <w:sz w:val="20"/>
          <w:lang w:val="es-ES"/>
        </w:rPr>
        <w:t xml:space="preserve"> em </w:t>
      </w:r>
      <w:proofErr w:type="spellStart"/>
      <w:r w:rsidRPr="00DE7557">
        <w:rPr>
          <w:rFonts w:ascii="Arial" w:hAnsi="Arial"/>
          <w:sz w:val="20"/>
          <w:lang w:val="es-ES"/>
        </w:rPr>
        <w:t>extensão</w:t>
      </w:r>
      <w:proofErr w:type="spellEnd"/>
      <w:r w:rsidRPr="00DE7557">
        <w:rPr>
          <w:rFonts w:ascii="Arial" w:hAnsi="Arial"/>
          <w:sz w:val="20"/>
          <w:lang w:val="es-ES"/>
        </w:rPr>
        <w:t xml:space="preserve"> da Noruega. Em seguida, </w:t>
      </w:r>
      <w:proofErr w:type="spellStart"/>
      <w:r w:rsidRPr="00DE7557">
        <w:rPr>
          <w:rFonts w:ascii="Arial" w:hAnsi="Arial"/>
          <w:sz w:val="20"/>
          <w:lang w:val="es-ES"/>
        </w:rPr>
        <w:t>continuação</w:t>
      </w:r>
      <w:proofErr w:type="spellEnd"/>
      <w:r w:rsidRPr="00DE7557">
        <w:rPr>
          <w:rFonts w:ascii="Arial" w:hAnsi="Arial"/>
          <w:sz w:val="20"/>
          <w:lang w:val="es-ES"/>
        </w:rPr>
        <w:t xml:space="preserve"> até o Hotel Ullensvang, localizado </w:t>
      </w:r>
      <w:proofErr w:type="spellStart"/>
      <w:r w:rsidRPr="00DE7557">
        <w:rPr>
          <w:rFonts w:ascii="Arial" w:hAnsi="Arial"/>
          <w:sz w:val="20"/>
          <w:lang w:val="es-ES"/>
        </w:rPr>
        <w:t>na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vila</w:t>
      </w:r>
      <w:proofErr w:type="spellEnd"/>
      <w:r w:rsidRPr="00DE7557">
        <w:rPr>
          <w:rFonts w:ascii="Arial" w:hAnsi="Arial"/>
          <w:sz w:val="20"/>
          <w:lang w:val="es-ES"/>
        </w:rPr>
        <w:t xml:space="preserve"> de </w:t>
      </w:r>
      <w:proofErr w:type="spellStart"/>
      <w:r w:rsidRPr="00DE7557">
        <w:rPr>
          <w:rFonts w:ascii="Arial" w:hAnsi="Arial"/>
          <w:sz w:val="20"/>
          <w:lang w:val="es-ES"/>
        </w:rPr>
        <w:t>Lofthus</w:t>
      </w:r>
      <w:proofErr w:type="spellEnd"/>
      <w:r w:rsidRPr="00DE7557">
        <w:rPr>
          <w:rFonts w:ascii="Arial" w:hAnsi="Arial"/>
          <w:sz w:val="20"/>
          <w:lang w:val="es-ES"/>
        </w:rPr>
        <w:t xml:space="preserve">, no </w:t>
      </w:r>
      <w:proofErr w:type="spellStart"/>
      <w:r w:rsidRPr="00DE7557">
        <w:rPr>
          <w:rFonts w:ascii="Arial" w:hAnsi="Arial"/>
          <w:sz w:val="20"/>
          <w:lang w:val="es-ES"/>
        </w:rPr>
        <w:t>coração</w:t>
      </w:r>
      <w:proofErr w:type="spellEnd"/>
      <w:r w:rsidRPr="00DE7557">
        <w:rPr>
          <w:rFonts w:ascii="Arial" w:hAnsi="Arial"/>
          <w:sz w:val="20"/>
          <w:lang w:val="es-ES"/>
        </w:rPr>
        <w:t xml:space="preserve"> da </w:t>
      </w:r>
      <w:proofErr w:type="spellStart"/>
      <w:r w:rsidRPr="00DE7557">
        <w:rPr>
          <w:rFonts w:ascii="Arial" w:hAnsi="Arial"/>
          <w:sz w:val="20"/>
          <w:lang w:val="es-ES"/>
        </w:rPr>
        <w:t>impressionante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paisagem</w:t>
      </w:r>
      <w:proofErr w:type="spellEnd"/>
      <w:r w:rsidRPr="00DE7557">
        <w:rPr>
          <w:rFonts w:ascii="Arial" w:hAnsi="Arial"/>
          <w:sz w:val="20"/>
          <w:lang w:val="es-ES"/>
        </w:rPr>
        <w:t xml:space="preserve"> do fi </w:t>
      </w:r>
      <w:proofErr w:type="spellStart"/>
      <w:r w:rsidRPr="00DE7557">
        <w:rPr>
          <w:rFonts w:ascii="Arial" w:hAnsi="Arial"/>
          <w:sz w:val="20"/>
          <w:lang w:val="es-ES"/>
        </w:rPr>
        <w:t>orde</w:t>
      </w:r>
      <w:proofErr w:type="spellEnd"/>
      <w:r w:rsidRPr="00DE7557">
        <w:rPr>
          <w:rFonts w:ascii="Arial" w:hAnsi="Arial"/>
          <w:sz w:val="20"/>
          <w:lang w:val="es-ES"/>
        </w:rPr>
        <w:t xml:space="preserve"> de </w:t>
      </w:r>
      <w:proofErr w:type="spellStart"/>
      <w:r w:rsidRPr="00DE7557">
        <w:rPr>
          <w:rFonts w:ascii="Arial" w:hAnsi="Arial"/>
          <w:sz w:val="20"/>
          <w:lang w:val="es-ES"/>
        </w:rPr>
        <w:t>Hardanger</w:t>
      </w:r>
      <w:proofErr w:type="spellEnd"/>
      <w:r w:rsidRPr="00DE7557">
        <w:rPr>
          <w:rFonts w:ascii="Arial" w:hAnsi="Arial"/>
          <w:sz w:val="20"/>
          <w:lang w:val="es-ES"/>
        </w:rPr>
        <w:t xml:space="preserve">. O famoso compositor Edvard Grieg </w:t>
      </w:r>
      <w:proofErr w:type="spellStart"/>
      <w:r w:rsidRPr="00DE7557">
        <w:rPr>
          <w:rFonts w:ascii="Arial" w:hAnsi="Arial"/>
          <w:sz w:val="20"/>
          <w:lang w:val="es-ES"/>
        </w:rPr>
        <w:t>foi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hóspede</w:t>
      </w:r>
      <w:proofErr w:type="spellEnd"/>
      <w:r w:rsidRPr="00DE7557">
        <w:rPr>
          <w:rFonts w:ascii="Arial" w:hAnsi="Arial"/>
          <w:sz w:val="20"/>
          <w:lang w:val="es-ES"/>
        </w:rPr>
        <w:t xml:space="preserve"> habitua</w:t>
      </w:r>
      <w:r w:rsidRPr="00DE7557">
        <w:rPr>
          <w:rFonts w:ascii="Arial" w:hAnsi="Arial"/>
          <w:sz w:val="20"/>
          <w:lang w:val="es-ES"/>
        </w:rPr>
        <w:t xml:space="preserve">l do hotel durante </w:t>
      </w:r>
      <w:proofErr w:type="spellStart"/>
      <w:r w:rsidRPr="00DE7557">
        <w:rPr>
          <w:rFonts w:ascii="Arial" w:hAnsi="Arial"/>
          <w:sz w:val="20"/>
          <w:lang w:val="es-ES"/>
        </w:rPr>
        <w:t>muitos</w:t>
      </w:r>
      <w:proofErr w:type="spellEnd"/>
      <w:r w:rsidRPr="00DE7557">
        <w:rPr>
          <w:rFonts w:ascii="Arial" w:hAnsi="Arial"/>
          <w:sz w:val="20"/>
          <w:lang w:val="es-ES"/>
        </w:rPr>
        <w:t xml:space="preserve"> anos, onde </w:t>
      </w:r>
      <w:proofErr w:type="spellStart"/>
      <w:r w:rsidRPr="00DE7557">
        <w:rPr>
          <w:rFonts w:ascii="Arial" w:hAnsi="Arial"/>
          <w:sz w:val="20"/>
          <w:lang w:val="es-ES"/>
        </w:rPr>
        <w:t>encontrou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inspiração</w:t>
      </w:r>
      <w:proofErr w:type="spellEnd"/>
      <w:r w:rsidRPr="00DE7557">
        <w:rPr>
          <w:rFonts w:ascii="Arial" w:hAnsi="Arial"/>
          <w:sz w:val="20"/>
          <w:lang w:val="es-ES"/>
        </w:rPr>
        <w:t xml:space="preserve"> para </w:t>
      </w:r>
      <w:proofErr w:type="spellStart"/>
      <w:r w:rsidRPr="00DE7557">
        <w:rPr>
          <w:rFonts w:ascii="Arial" w:hAnsi="Arial"/>
          <w:sz w:val="20"/>
          <w:lang w:val="es-ES"/>
        </w:rPr>
        <w:t>suas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conhecidas</w:t>
      </w:r>
      <w:proofErr w:type="spellEnd"/>
      <w:r w:rsidRPr="00DE7557">
        <w:rPr>
          <w:rFonts w:ascii="Arial" w:hAnsi="Arial"/>
          <w:sz w:val="20"/>
          <w:lang w:val="es-ES"/>
        </w:rPr>
        <w:t xml:space="preserve"> e </w:t>
      </w:r>
      <w:proofErr w:type="spellStart"/>
      <w:r w:rsidRPr="00DE7557">
        <w:rPr>
          <w:rFonts w:ascii="Arial" w:hAnsi="Arial"/>
          <w:sz w:val="20"/>
          <w:lang w:val="es-ES"/>
        </w:rPr>
        <w:t>imortais</w:t>
      </w:r>
      <w:proofErr w:type="spellEnd"/>
      <w:r w:rsidRPr="00DE7557">
        <w:rPr>
          <w:rFonts w:ascii="Arial" w:hAnsi="Arial"/>
          <w:sz w:val="20"/>
          <w:lang w:val="es-ES"/>
        </w:rPr>
        <w:t xml:space="preserve"> obras </w:t>
      </w:r>
      <w:proofErr w:type="spellStart"/>
      <w:r w:rsidRPr="00DE7557">
        <w:rPr>
          <w:rFonts w:ascii="Arial" w:hAnsi="Arial"/>
          <w:sz w:val="20"/>
          <w:lang w:val="es-ES"/>
        </w:rPr>
        <w:t>musicais</w:t>
      </w:r>
      <w:proofErr w:type="spellEnd"/>
      <w:r w:rsidRPr="00DE7557">
        <w:rPr>
          <w:rFonts w:ascii="Arial" w:hAnsi="Arial"/>
          <w:sz w:val="20"/>
          <w:lang w:val="es-ES"/>
        </w:rPr>
        <w:t xml:space="preserve">. </w:t>
      </w:r>
      <w:proofErr w:type="spellStart"/>
      <w:r w:rsidRPr="00DE7557">
        <w:rPr>
          <w:rFonts w:ascii="Arial" w:hAnsi="Arial"/>
          <w:sz w:val="20"/>
          <w:lang w:val="es-ES"/>
        </w:rPr>
        <w:t>Muitas</w:t>
      </w:r>
      <w:proofErr w:type="spellEnd"/>
      <w:r w:rsidRPr="00DE7557">
        <w:rPr>
          <w:rFonts w:ascii="Arial" w:hAnsi="Arial"/>
          <w:sz w:val="20"/>
          <w:lang w:val="es-ES"/>
        </w:rPr>
        <w:t xml:space="preserve"> celebridades e </w:t>
      </w:r>
      <w:proofErr w:type="spellStart"/>
      <w:r w:rsidRPr="00DE7557">
        <w:rPr>
          <w:rFonts w:ascii="Arial" w:hAnsi="Arial"/>
          <w:sz w:val="20"/>
          <w:lang w:val="es-ES"/>
        </w:rPr>
        <w:t>famílias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reais</w:t>
      </w:r>
      <w:proofErr w:type="spellEnd"/>
      <w:r w:rsidRPr="00DE7557">
        <w:rPr>
          <w:rFonts w:ascii="Arial" w:hAnsi="Arial"/>
          <w:sz w:val="20"/>
          <w:lang w:val="es-ES"/>
        </w:rPr>
        <w:t xml:space="preserve"> escandinavas </w:t>
      </w:r>
      <w:proofErr w:type="spellStart"/>
      <w:r w:rsidRPr="00DE7557">
        <w:rPr>
          <w:rFonts w:ascii="Arial" w:hAnsi="Arial"/>
          <w:sz w:val="20"/>
          <w:lang w:val="es-ES"/>
        </w:rPr>
        <w:t>continuam</w:t>
      </w:r>
      <w:proofErr w:type="spellEnd"/>
      <w:r w:rsidRPr="00DE7557">
        <w:rPr>
          <w:rFonts w:ascii="Arial" w:hAnsi="Arial"/>
          <w:sz w:val="20"/>
          <w:lang w:val="es-ES"/>
        </w:rPr>
        <w:t xml:space="preserve"> visitando o hotel para desfrutar da vista </w:t>
      </w:r>
      <w:proofErr w:type="spellStart"/>
      <w:r w:rsidRPr="00DE7557">
        <w:rPr>
          <w:rFonts w:ascii="Arial" w:hAnsi="Arial"/>
          <w:sz w:val="20"/>
          <w:lang w:val="es-ES"/>
        </w:rPr>
        <w:t>panorâmica</w:t>
      </w:r>
      <w:proofErr w:type="spellEnd"/>
      <w:r w:rsidRPr="00DE7557">
        <w:rPr>
          <w:rFonts w:ascii="Arial" w:hAnsi="Arial"/>
          <w:sz w:val="20"/>
          <w:lang w:val="es-ES"/>
        </w:rPr>
        <w:t xml:space="preserve"> para o majestoso glaciar </w:t>
      </w:r>
      <w:proofErr w:type="spellStart"/>
      <w:r w:rsidRPr="00DE7557">
        <w:rPr>
          <w:rFonts w:ascii="Arial" w:hAnsi="Arial"/>
          <w:sz w:val="20"/>
          <w:lang w:val="es-ES"/>
        </w:rPr>
        <w:t>Folgefonna</w:t>
      </w:r>
      <w:proofErr w:type="spellEnd"/>
      <w:r w:rsidRPr="00DE7557">
        <w:rPr>
          <w:rFonts w:ascii="Arial" w:hAnsi="Arial"/>
          <w:sz w:val="20"/>
          <w:lang w:val="es-ES"/>
        </w:rPr>
        <w:t xml:space="preserve">, </w:t>
      </w:r>
      <w:r w:rsidRPr="00DE7557">
        <w:rPr>
          <w:rFonts w:ascii="Arial" w:hAnsi="Arial"/>
          <w:sz w:val="20"/>
          <w:lang w:val="es-ES"/>
        </w:rPr>
        <w:t xml:space="preserve">que se eleva sobre as </w:t>
      </w:r>
      <w:proofErr w:type="spellStart"/>
      <w:r w:rsidRPr="00DE7557">
        <w:rPr>
          <w:rFonts w:ascii="Arial" w:hAnsi="Arial"/>
          <w:sz w:val="20"/>
          <w:lang w:val="es-ES"/>
        </w:rPr>
        <w:t>águas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cintilantes</w:t>
      </w:r>
      <w:proofErr w:type="spellEnd"/>
      <w:r w:rsidRPr="00DE7557">
        <w:rPr>
          <w:rFonts w:ascii="Arial" w:hAnsi="Arial"/>
          <w:sz w:val="20"/>
          <w:lang w:val="es-ES"/>
        </w:rPr>
        <w:t xml:space="preserve"> do fi </w:t>
      </w:r>
      <w:proofErr w:type="spellStart"/>
      <w:r w:rsidRPr="00DE7557">
        <w:rPr>
          <w:rFonts w:ascii="Arial" w:hAnsi="Arial"/>
          <w:sz w:val="20"/>
          <w:lang w:val="es-ES"/>
        </w:rPr>
        <w:t>orde</w:t>
      </w:r>
      <w:proofErr w:type="spellEnd"/>
      <w:r w:rsidRPr="00DE7557">
        <w:rPr>
          <w:rFonts w:ascii="Arial" w:hAnsi="Arial"/>
          <w:sz w:val="20"/>
          <w:lang w:val="es-ES"/>
        </w:rPr>
        <w:t xml:space="preserve"> azul. </w:t>
      </w:r>
      <w:proofErr w:type="spellStart"/>
      <w:r w:rsidRPr="00DE7557">
        <w:rPr>
          <w:rFonts w:ascii="Arial" w:hAnsi="Arial"/>
          <w:sz w:val="20"/>
          <w:lang w:val="es-ES"/>
        </w:rPr>
        <w:t>Jantar</w:t>
      </w:r>
      <w:proofErr w:type="spellEnd"/>
      <w:r w:rsidRPr="00DE7557">
        <w:rPr>
          <w:rFonts w:ascii="Arial" w:hAnsi="Arial"/>
          <w:sz w:val="20"/>
          <w:lang w:val="es-ES"/>
        </w:rPr>
        <w:t xml:space="preserve"> e </w:t>
      </w:r>
      <w:proofErr w:type="spellStart"/>
      <w:r w:rsidRPr="00DE7557">
        <w:rPr>
          <w:rFonts w:ascii="Arial" w:hAnsi="Arial"/>
          <w:sz w:val="20"/>
          <w:lang w:val="es-ES"/>
        </w:rPr>
        <w:t>hospedagem</w:t>
      </w:r>
      <w:proofErr w:type="spellEnd"/>
      <w:r w:rsidRPr="00DE7557">
        <w:rPr>
          <w:rFonts w:ascii="Arial" w:hAnsi="Arial"/>
          <w:sz w:val="20"/>
          <w:lang w:val="es-ES"/>
        </w:rPr>
        <w:t>.</w:t>
      </w:r>
    </w:p>
    <w:p w14:paraId="431BE4F2" w14:textId="77777777" w:rsidR="00214435" w:rsidRPr="00DE7557" w:rsidRDefault="00B75B43">
      <w:pPr>
        <w:spacing w:before="160" w:after="60" w:line="252" w:lineRule="auto"/>
        <w:rPr>
          <w:lang w:val="es-ES"/>
        </w:rPr>
      </w:pPr>
      <w:r w:rsidRPr="00DE7557">
        <w:rPr>
          <w:rFonts w:ascii="Arial" w:hAnsi="Arial"/>
          <w:b/>
          <w:sz w:val="20"/>
          <w:lang w:val="es-ES"/>
        </w:rPr>
        <w:t>DIA 6 QUA LOFTHUS - BERGEN</w:t>
      </w:r>
    </w:p>
    <w:p w14:paraId="202AEC5C" w14:textId="77777777" w:rsidR="00214435" w:rsidRPr="00DE7557" w:rsidRDefault="00B75B43">
      <w:pPr>
        <w:spacing w:after="160" w:line="252" w:lineRule="auto"/>
        <w:rPr>
          <w:lang w:val="es-ES"/>
        </w:rPr>
      </w:pPr>
      <w:r w:rsidRPr="00DE7557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DE7557">
        <w:rPr>
          <w:rFonts w:ascii="Arial" w:hAnsi="Arial"/>
          <w:sz w:val="20"/>
          <w:lang w:val="es-ES"/>
        </w:rPr>
        <w:t>manhã</w:t>
      </w:r>
      <w:proofErr w:type="spellEnd"/>
      <w:r w:rsidRPr="00DE7557">
        <w:rPr>
          <w:rFonts w:ascii="Arial" w:hAnsi="Arial"/>
          <w:sz w:val="20"/>
          <w:lang w:val="es-ES"/>
        </w:rPr>
        <w:t xml:space="preserve"> e </w:t>
      </w:r>
      <w:proofErr w:type="spellStart"/>
      <w:r w:rsidRPr="00DE7557">
        <w:rPr>
          <w:rFonts w:ascii="Arial" w:hAnsi="Arial"/>
          <w:sz w:val="20"/>
          <w:lang w:val="es-ES"/>
        </w:rPr>
        <w:t>saída</w:t>
      </w:r>
      <w:proofErr w:type="spellEnd"/>
      <w:r w:rsidRPr="00DE7557">
        <w:rPr>
          <w:rFonts w:ascii="Arial" w:hAnsi="Arial"/>
          <w:sz w:val="20"/>
          <w:lang w:val="es-ES"/>
        </w:rPr>
        <w:t xml:space="preserve"> em </w:t>
      </w:r>
      <w:proofErr w:type="spellStart"/>
      <w:r w:rsidRPr="00DE7557">
        <w:rPr>
          <w:rFonts w:ascii="Arial" w:hAnsi="Arial"/>
          <w:sz w:val="20"/>
          <w:lang w:val="es-ES"/>
        </w:rPr>
        <w:t>direção</w:t>
      </w:r>
      <w:proofErr w:type="spellEnd"/>
      <w:r w:rsidRPr="00DE7557">
        <w:rPr>
          <w:rFonts w:ascii="Arial" w:hAnsi="Arial"/>
          <w:sz w:val="20"/>
          <w:lang w:val="es-ES"/>
        </w:rPr>
        <w:t xml:space="preserve"> a Bergen. </w:t>
      </w:r>
      <w:proofErr w:type="spellStart"/>
      <w:r w:rsidRPr="00DE7557">
        <w:rPr>
          <w:rFonts w:ascii="Arial" w:hAnsi="Arial"/>
          <w:sz w:val="20"/>
          <w:lang w:val="es-ES"/>
        </w:rPr>
        <w:t>Chegada</w:t>
      </w:r>
      <w:proofErr w:type="spellEnd"/>
      <w:r w:rsidRPr="00DE7557">
        <w:rPr>
          <w:rFonts w:ascii="Arial" w:hAnsi="Arial"/>
          <w:sz w:val="20"/>
          <w:lang w:val="es-ES"/>
        </w:rPr>
        <w:t xml:space="preserve"> e visita da </w:t>
      </w:r>
      <w:proofErr w:type="spellStart"/>
      <w:r w:rsidRPr="00DE7557">
        <w:rPr>
          <w:rFonts w:ascii="Arial" w:hAnsi="Arial"/>
          <w:sz w:val="20"/>
          <w:lang w:val="es-ES"/>
        </w:rPr>
        <w:t>cidade</w:t>
      </w:r>
      <w:proofErr w:type="spellEnd"/>
      <w:r w:rsidRPr="00DE7557">
        <w:rPr>
          <w:rFonts w:ascii="Arial" w:hAnsi="Arial"/>
          <w:sz w:val="20"/>
          <w:lang w:val="es-ES"/>
        </w:rPr>
        <w:t xml:space="preserve"> de Bergen, </w:t>
      </w:r>
      <w:proofErr w:type="spellStart"/>
      <w:r w:rsidRPr="00DE7557">
        <w:rPr>
          <w:rFonts w:ascii="Arial" w:hAnsi="Arial"/>
          <w:sz w:val="20"/>
          <w:lang w:val="es-ES"/>
        </w:rPr>
        <w:t>uma</w:t>
      </w:r>
      <w:proofErr w:type="spellEnd"/>
      <w:r w:rsidRPr="00DE7557">
        <w:rPr>
          <w:rFonts w:ascii="Arial" w:hAnsi="Arial"/>
          <w:sz w:val="20"/>
          <w:lang w:val="es-ES"/>
        </w:rPr>
        <w:t xml:space="preserve"> das </w:t>
      </w:r>
      <w:proofErr w:type="spellStart"/>
      <w:r w:rsidRPr="00DE7557">
        <w:rPr>
          <w:rFonts w:ascii="Arial" w:hAnsi="Arial"/>
          <w:sz w:val="20"/>
          <w:lang w:val="es-ES"/>
        </w:rPr>
        <w:t>mais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antigas</w:t>
      </w:r>
      <w:proofErr w:type="spellEnd"/>
      <w:r w:rsidRPr="00DE7557">
        <w:rPr>
          <w:rFonts w:ascii="Arial" w:hAnsi="Arial"/>
          <w:sz w:val="20"/>
          <w:lang w:val="es-ES"/>
        </w:rPr>
        <w:t xml:space="preserve"> da Noruega, situada em </w:t>
      </w:r>
      <w:proofErr w:type="spellStart"/>
      <w:r w:rsidRPr="00DE7557">
        <w:rPr>
          <w:rFonts w:ascii="Arial" w:hAnsi="Arial"/>
          <w:sz w:val="20"/>
          <w:lang w:val="es-ES"/>
        </w:rPr>
        <w:t>um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promontório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às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margens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r w:rsidRPr="00DE7557">
        <w:rPr>
          <w:rFonts w:ascii="Arial" w:hAnsi="Arial"/>
          <w:sz w:val="20"/>
          <w:lang w:val="es-ES"/>
        </w:rPr>
        <w:t xml:space="preserve">do mar do Norte. Entre </w:t>
      </w:r>
      <w:proofErr w:type="spellStart"/>
      <w:r w:rsidRPr="00DE7557">
        <w:rPr>
          <w:rFonts w:ascii="Arial" w:hAnsi="Arial"/>
          <w:sz w:val="20"/>
          <w:lang w:val="es-ES"/>
        </w:rPr>
        <w:t>seus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principais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atrativos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destacam</w:t>
      </w:r>
      <w:proofErr w:type="spellEnd"/>
      <w:r w:rsidRPr="00DE7557">
        <w:rPr>
          <w:rFonts w:ascii="Arial" w:hAnsi="Arial"/>
          <w:sz w:val="20"/>
          <w:lang w:val="es-ES"/>
        </w:rPr>
        <w:t xml:space="preserve">-se </w:t>
      </w:r>
      <w:proofErr w:type="spellStart"/>
      <w:r w:rsidRPr="00DE7557">
        <w:rPr>
          <w:rFonts w:ascii="Arial" w:hAnsi="Arial"/>
          <w:sz w:val="20"/>
          <w:lang w:val="es-ES"/>
        </w:rPr>
        <w:t>a</w:t>
      </w:r>
      <w:proofErr w:type="spellEnd"/>
      <w:r w:rsidRPr="00DE7557">
        <w:rPr>
          <w:rFonts w:ascii="Arial" w:hAnsi="Arial"/>
          <w:sz w:val="20"/>
          <w:lang w:val="es-ES"/>
        </w:rPr>
        <w:t xml:space="preserve"> Fortaleza, o </w:t>
      </w:r>
      <w:proofErr w:type="spellStart"/>
      <w:r w:rsidRPr="00DE7557">
        <w:rPr>
          <w:rFonts w:ascii="Arial" w:hAnsi="Arial"/>
          <w:sz w:val="20"/>
          <w:lang w:val="es-ES"/>
        </w:rPr>
        <w:t>Håkonshallen</w:t>
      </w:r>
      <w:proofErr w:type="spellEnd"/>
      <w:r w:rsidRPr="00DE7557">
        <w:rPr>
          <w:rFonts w:ascii="Arial" w:hAnsi="Arial"/>
          <w:sz w:val="20"/>
          <w:lang w:val="es-ES"/>
        </w:rPr>
        <w:t xml:space="preserve">, o </w:t>
      </w:r>
      <w:proofErr w:type="spellStart"/>
      <w:r w:rsidRPr="00DE7557">
        <w:rPr>
          <w:rFonts w:ascii="Arial" w:hAnsi="Arial"/>
          <w:sz w:val="20"/>
          <w:lang w:val="es-ES"/>
        </w:rPr>
        <w:t>Bryggen</w:t>
      </w:r>
      <w:proofErr w:type="spellEnd"/>
      <w:r w:rsidRPr="00DE7557">
        <w:rPr>
          <w:rFonts w:ascii="Arial" w:hAnsi="Arial"/>
          <w:sz w:val="20"/>
          <w:lang w:val="es-ES"/>
        </w:rPr>
        <w:t xml:space="preserve"> (</w:t>
      </w:r>
      <w:proofErr w:type="spellStart"/>
      <w:r w:rsidRPr="00DE7557">
        <w:rPr>
          <w:rFonts w:ascii="Arial" w:hAnsi="Arial"/>
          <w:sz w:val="20"/>
          <w:lang w:val="es-ES"/>
        </w:rPr>
        <w:t>instalações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portuárias</w:t>
      </w:r>
      <w:proofErr w:type="spellEnd"/>
      <w:r w:rsidRPr="00DE7557">
        <w:rPr>
          <w:rFonts w:ascii="Arial" w:hAnsi="Arial"/>
          <w:sz w:val="20"/>
          <w:lang w:val="es-ES"/>
        </w:rPr>
        <w:t xml:space="preserve"> do </w:t>
      </w:r>
      <w:proofErr w:type="spellStart"/>
      <w:r w:rsidRPr="00DE7557">
        <w:rPr>
          <w:rFonts w:ascii="Arial" w:hAnsi="Arial"/>
          <w:sz w:val="20"/>
          <w:lang w:val="es-ES"/>
        </w:rPr>
        <w:t>século</w:t>
      </w:r>
      <w:proofErr w:type="spellEnd"/>
      <w:r w:rsidRPr="00DE7557">
        <w:rPr>
          <w:rFonts w:ascii="Arial" w:hAnsi="Arial"/>
          <w:sz w:val="20"/>
          <w:lang w:val="es-ES"/>
        </w:rPr>
        <w:t xml:space="preserve"> XVI) e a igreja de Maria, de estilo </w:t>
      </w:r>
      <w:proofErr w:type="spellStart"/>
      <w:r w:rsidRPr="00DE7557">
        <w:rPr>
          <w:rFonts w:ascii="Arial" w:hAnsi="Arial"/>
          <w:sz w:val="20"/>
          <w:lang w:val="es-ES"/>
        </w:rPr>
        <w:t>românico</w:t>
      </w:r>
      <w:proofErr w:type="spellEnd"/>
      <w:r w:rsidRPr="00DE7557">
        <w:rPr>
          <w:rFonts w:ascii="Arial" w:hAnsi="Arial"/>
          <w:sz w:val="20"/>
          <w:lang w:val="es-ES"/>
        </w:rPr>
        <w:t xml:space="preserve">. </w:t>
      </w:r>
      <w:proofErr w:type="spellStart"/>
      <w:r w:rsidRPr="00DE7557">
        <w:rPr>
          <w:rFonts w:ascii="Arial" w:hAnsi="Arial"/>
          <w:sz w:val="20"/>
          <w:lang w:val="es-ES"/>
        </w:rPr>
        <w:t>Ao</w:t>
      </w:r>
      <w:proofErr w:type="spellEnd"/>
      <w:r w:rsidRPr="00DE7557">
        <w:rPr>
          <w:rFonts w:ascii="Arial" w:hAnsi="Arial"/>
          <w:sz w:val="20"/>
          <w:lang w:val="es-ES"/>
        </w:rPr>
        <w:t xml:space="preserve"> fi </w:t>
      </w:r>
      <w:proofErr w:type="spellStart"/>
      <w:r w:rsidRPr="00DE7557">
        <w:rPr>
          <w:rFonts w:ascii="Arial" w:hAnsi="Arial"/>
          <w:sz w:val="20"/>
          <w:lang w:val="es-ES"/>
        </w:rPr>
        <w:t>nal</w:t>
      </w:r>
      <w:proofErr w:type="spellEnd"/>
      <w:r w:rsidRPr="00DE7557">
        <w:rPr>
          <w:rFonts w:ascii="Arial" w:hAnsi="Arial"/>
          <w:sz w:val="20"/>
          <w:lang w:val="es-ES"/>
        </w:rPr>
        <w:t xml:space="preserve"> do </w:t>
      </w:r>
      <w:proofErr w:type="spellStart"/>
      <w:r w:rsidRPr="00DE7557">
        <w:rPr>
          <w:rFonts w:ascii="Arial" w:hAnsi="Arial"/>
          <w:sz w:val="20"/>
          <w:lang w:val="es-ES"/>
        </w:rPr>
        <w:t>passeio</w:t>
      </w:r>
      <w:proofErr w:type="spellEnd"/>
      <w:r w:rsidRPr="00DE7557">
        <w:rPr>
          <w:rFonts w:ascii="Arial" w:hAnsi="Arial"/>
          <w:sz w:val="20"/>
          <w:lang w:val="es-ES"/>
        </w:rPr>
        <w:t xml:space="preserve"> pela </w:t>
      </w:r>
      <w:proofErr w:type="spellStart"/>
      <w:r w:rsidRPr="00DE7557">
        <w:rPr>
          <w:rFonts w:ascii="Arial" w:hAnsi="Arial"/>
          <w:sz w:val="20"/>
          <w:lang w:val="es-ES"/>
        </w:rPr>
        <w:t>cidade</w:t>
      </w:r>
      <w:proofErr w:type="spellEnd"/>
      <w:r w:rsidRPr="00DE7557">
        <w:rPr>
          <w:rFonts w:ascii="Arial" w:hAnsi="Arial"/>
          <w:sz w:val="20"/>
          <w:lang w:val="es-ES"/>
        </w:rPr>
        <w:t xml:space="preserve">, estará </w:t>
      </w:r>
      <w:proofErr w:type="spellStart"/>
      <w:r w:rsidRPr="00DE7557">
        <w:rPr>
          <w:rFonts w:ascii="Arial" w:hAnsi="Arial"/>
          <w:sz w:val="20"/>
          <w:lang w:val="es-ES"/>
        </w:rPr>
        <w:t>incluída</w:t>
      </w:r>
      <w:proofErr w:type="spellEnd"/>
      <w:r w:rsidRPr="00DE7557">
        <w:rPr>
          <w:rFonts w:ascii="Arial" w:hAnsi="Arial"/>
          <w:sz w:val="20"/>
          <w:lang w:val="es-ES"/>
        </w:rPr>
        <w:t xml:space="preserve"> a </w:t>
      </w:r>
      <w:proofErr w:type="spellStart"/>
      <w:r w:rsidRPr="00DE7557">
        <w:rPr>
          <w:rFonts w:ascii="Arial" w:hAnsi="Arial"/>
          <w:sz w:val="20"/>
          <w:lang w:val="es-ES"/>
        </w:rPr>
        <w:t>experiência</w:t>
      </w:r>
      <w:proofErr w:type="spellEnd"/>
      <w:r w:rsidRPr="00DE7557">
        <w:rPr>
          <w:rFonts w:ascii="Arial" w:hAnsi="Arial"/>
          <w:sz w:val="20"/>
          <w:lang w:val="es-ES"/>
        </w:rPr>
        <w:t xml:space="preserve"> de subir no </w:t>
      </w:r>
      <w:r w:rsidRPr="00DE7557">
        <w:rPr>
          <w:rFonts w:ascii="Arial" w:hAnsi="Arial"/>
          <w:sz w:val="20"/>
          <w:lang w:val="es-ES"/>
        </w:rPr>
        <w:t xml:space="preserve">famoso funicular de Bergen, de onde </w:t>
      </w:r>
      <w:proofErr w:type="spellStart"/>
      <w:r w:rsidRPr="00DE7557">
        <w:rPr>
          <w:rFonts w:ascii="Arial" w:hAnsi="Arial"/>
          <w:sz w:val="20"/>
          <w:lang w:val="es-ES"/>
        </w:rPr>
        <w:t>desfrutarão</w:t>
      </w:r>
      <w:proofErr w:type="spellEnd"/>
      <w:r w:rsidRPr="00DE7557">
        <w:rPr>
          <w:rFonts w:ascii="Arial" w:hAnsi="Arial"/>
          <w:sz w:val="20"/>
          <w:lang w:val="es-ES"/>
        </w:rPr>
        <w:t xml:space="preserve"> de vistas </w:t>
      </w:r>
      <w:proofErr w:type="spellStart"/>
      <w:r w:rsidRPr="00DE7557">
        <w:rPr>
          <w:rFonts w:ascii="Arial" w:hAnsi="Arial"/>
          <w:sz w:val="20"/>
          <w:lang w:val="es-ES"/>
        </w:rPr>
        <w:t>espetaculares</w:t>
      </w:r>
      <w:proofErr w:type="spellEnd"/>
      <w:r w:rsidRPr="00DE7557">
        <w:rPr>
          <w:rFonts w:ascii="Arial" w:hAnsi="Arial"/>
          <w:sz w:val="20"/>
          <w:lang w:val="es-ES"/>
        </w:rPr>
        <w:t xml:space="preserve">. Tarde </w:t>
      </w:r>
      <w:proofErr w:type="spellStart"/>
      <w:r w:rsidRPr="00DE7557">
        <w:rPr>
          <w:rFonts w:ascii="Arial" w:hAnsi="Arial"/>
          <w:sz w:val="20"/>
          <w:lang w:val="es-ES"/>
        </w:rPr>
        <w:t>livre</w:t>
      </w:r>
      <w:proofErr w:type="spellEnd"/>
      <w:r w:rsidRPr="00DE7557">
        <w:rPr>
          <w:rFonts w:ascii="Arial" w:hAnsi="Arial"/>
          <w:sz w:val="20"/>
          <w:lang w:val="es-ES"/>
        </w:rPr>
        <w:t xml:space="preserve"> e </w:t>
      </w:r>
      <w:proofErr w:type="spellStart"/>
      <w:r w:rsidRPr="00DE7557">
        <w:rPr>
          <w:rFonts w:ascii="Arial" w:hAnsi="Arial"/>
          <w:sz w:val="20"/>
          <w:lang w:val="es-ES"/>
        </w:rPr>
        <w:t>hospedagem</w:t>
      </w:r>
      <w:proofErr w:type="spellEnd"/>
      <w:r w:rsidRPr="00DE7557">
        <w:rPr>
          <w:rFonts w:ascii="Arial" w:hAnsi="Arial"/>
          <w:sz w:val="20"/>
          <w:lang w:val="es-ES"/>
        </w:rPr>
        <w:t>.</w:t>
      </w:r>
    </w:p>
    <w:p w14:paraId="29BA5419" w14:textId="77777777" w:rsidR="00214435" w:rsidRPr="00DE7557" w:rsidRDefault="00B75B43">
      <w:pPr>
        <w:spacing w:before="160" w:after="60" w:line="252" w:lineRule="auto"/>
        <w:rPr>
          <w:lang w:val="es-ES"/>
        </w:rPr>
      </w:pPr>
      <w:r w:rsidRPr="00DE7557">
        <w:rPr>
          <w:rFonts w:ascii="Arial" w:hAnsi="Arial"/>
          <w:b/>
          <w:sz w:val="20"/>
          <w:lang w:val="es-ES"/>
        </w:rPr>
        <w:t>DIA 7 QUI BERGEN - GUDVANGEN LILLEHAMMER</w:t>
      </w:r>
    </w:p>
    <w:p w14:paraId="6C391247" w14:textId="77777777" w:rsidR="00214435" w:rsidRPr="00DE7557" w:rsidRDefault="00B75B43">
      <w:pPr>
        <w:spacing w:after="160" w:line="252" w:lineRule="auto"/>
        <w:rPr>
          <w:lang w:val="es-ES"/>
        </w:rPr>
      </w:pPr>
      <w:r w:rsidRPr="00DE7557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DE7557">
        <w:rPr>
          <w:rFonts w:ascii="Arial" w:hAnsi="Arial"/>
          <w:sz w:val="20"/>
          <w:lang w:val="es-ES"/>
        </w:rPr>
        <w:t>manhã</w:t>
      </w:r>
      <w:proofErr w:type="spellEnd"/>
      <w:r w:rsidRPr="00DE7557">
        <w:rPr>
          <w:rFonts w:ascii="Arial" w:hAnsi="Arial"/>
          <w:sz w:val="20"/>
          <w:lang w:val="es-ES"/>
        </w:rPr>
        <w:t xml:space="preserve"> e </w:t>
      </w:r>
      <w:proofErr w:type="spellStart"/>
      <w:r w:rsidRPr="00DE7557">
        <w:rPr>
          <w:rFonts w:ascii="Arial" w:hAnsi="Arial"/>
          <w:sz w:val="20"/>
          <w:lang w:val="es-ES"/>
        </w:rPr>
        <w:t>saída</w:t>
      </w:r>
      <w:proofErr w:type="spellEnd"/>
      <w:r w:rsidRPr="00DE7557">
        <w:rPr>
          <w:rFonts w:ascii="Arial" w:hAnsi="Arial"/>
          <w:sz w:val="20"/>
          <w:lang w:val="es-ES"/>
        </w:rPr>
        <w:t xml:space="preserve"> cedo em </w:t>
      </w:r>
      <w:proofErr w:type="spellStart"/>
      <w:r w:rsidRPr="00DE7557">
        <w:rPr>
          <w:rFonts w:ascii="Arial" w:hAnsi="Arial"/>
          <w:sz w:val="20"/>
          <w:lang w:val="es-ES"/>
        </w:rPr>
        <w:t>direção</w:t>
      </w:r>
      <w:proofErr w:type="spellEnd"/>
      <w:r w:rsidRPr="00DE7557">
        <w:rPr>
          <w:rFonts w:ascii="Arial" w:hAnsi="Arial"/>
          <w:sz w:val="20"/>
          <w:lang w:val="es-ES"/>
        </w:rPr>
        <w:t xml:space="preserve"> a </w:t>
      </w:r>
      <w:proofErr w:type="spellStart"/>
      <w:r w:rsidRPr="00DE7557">
        <w:rPr>
          <w:rFonts w:ascii="Arial" w:hAnsi="Arial"/>
          <w:sz w:val="20"/>
          <w:lang w:val="es-ES"/>
        </w:rPr>
        <w:t>Lillehammer</w:t>
      </w:r>
      <w:proofErr w:type="spellEnd"/>
      <w:r w:rsidRPr="00DE7557">
        <w:rPr>
          <w:rFonts w:ascii="Arial" w:hAnsi="Arial"/>
          <w:sz w:val="20"/>
          <w:lang w:val="es-ES"/>
        </w:rPr>
        <w:t xml:space="preserve">, </w:t>
      </w:r>
      <w:proofErr w:type="spellStart"/>
      <w:r w:rsidRPr="00DE7557">
        <w:rPr>
          <w:rFonts w:ascii="Arial" w:hAnsi="Arial"/>
          <w:sz w:val="20"/>
          <w:lang w:val="es-ES"/>
        </w:rPr>
        <w:t>percorrendo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belas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paisagens</w:t>
      </w:r>
      <w:proofErr w:type="spellEnd"/>
      <w:r w:rsidRPr="00DE7557">
        <w:rPr>
          <w:rFonts w:ascii="Arial" w:hAnsi="Arial"/>
          <w:sz w:val="20"/>
          <w:lang w:val="es-ES"/>
        </w:rPr>
        <w:t xml:space="preserve"> entre </w:t>
      </w:r>
      <w:proofErr w:type="spellStart"/>
      <w:r w:rsidRPr="00DE7557">
        <w:rPr>
          <w:rFonts w:ascii="Arial" w:hAnsi="Arial"/>
          <w:sz w:val="20"/>
          <w:lang w:val="es-ES"/>
        </w:rPr>
        <w:t>fl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orestas</w:t>
      </w:r>
      <w:proofErr w:type="spellEnd"/>
      <w:r w:rsidRPr="00DE7557">
        <w:rPr>
          <w:rFonts w:ascii="Arial" w:hAnsi="Arial"/>
          <w:sz w:val="20"/>
          <w:lang w:val="es-ES"/>
        </w:rPr>
        <w:t xml:space="preserve"> até </w:t>
      </w:r>
      <w:proofErr w:type="spellStart"/>
      <w:r w:rsidRPr="00DE7557">
        <w:rPr>
          <w:rFonts w:ascii="Arial" w:hAnsi="Arial"/>
          <w:sz w:val="20"/>
          <w:lang w:val="es-ES"/>
        </w:rPr>
        <w:t>chegar</w:t>
      </w:r>
      <w:proofErr w:type="spellEnd"/>
      <w:r w:rsidRPr="00DE7557">
        <w:rPr>
          <w:rFonts w:ascii="Arial" w:hAnsi="Arial"/>
          <w:sz w:val="20"/>
          <w:lang w:val="es-ES"/>
        </w:rPr>
        <w:t xml:space="preserve"> a </w:t>
      </w:r>
      <w:proofErr w:type="spellStart"/>
      <w:r w:rsidRPr="00DE7557">
        <w:rPr>
          <w:rFonts w:ascii="Arial" w:hAnsi="Arial"/>
          <w:sz w:val="20"/>
          <w:lang w:val="es-ES"/>
        </w:rPr>
        <w:t>Gudva</w:t>
      </w:r>
      <w:r w:rsidRPr="00DE7557">
        <w:rPr>
          <w:rFonts w:ascii="Arial" w:hAnsi="Arial"/>
          <w:sz w:val="20"/>
          <w:lang w:val="es-ES"/>
        </w:rPr>
        <w:t>ngen</w:t>
      </w:r>
      <w:proofErr w:type="spellEnd"/>
      <w:r w:rsidRPr="00DE7557">
        <w:rPr>
          <w:rFonts w:ascii="Arial" w:hAnsi="Arial"/>
          <w:sz w:val="20"/>
          <w:lang w:val="es-ES"/>
        </w:rPr>
        <w:t xml:space="preserve">, onde tomaremos </w:t>
      </w:r>
      <w:proofErr w:type="spellStart"/>
      <w:r w:rsidRPr="00DE7557">
        <w:rPr>
          <w:rFonts w:ascii="Arial" w:hAnsi="Arial"/>
          <w:sz w:val="20"/>
          <w:lang w:val="es-ES"/>
        </w:rPr>
        <w:t>um</w:t>
      </w:r>
      <w:proofErr w:type="spellEnd"/>
      <w:r w:rsidRPr="00DE7557">
        <w:rPr>
          <w:rFonts w:ascii="Arial" w:hAnsi="Arial"/>
          <w:sz w:val="20"/>
          <w:lang w:val="es-ES"/>
        </w:rPr>
        <w:t xml:space="preserve"> ferry para navegar pelo fi </w:t>
      </w:r>
      <w:proofErr w:type="spellStart"/>
      <w:r w:rsidRPr="00DE7557">
        <w:rPr>
          <w:rFonts w:ascii="Arial" w:hAnsi="Arial"/>
          <w:sz w:val="20"/>
          <w:lang w:val="es-ES"/>
        </w:rPr>
        <w:t>orde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mais</w:t>
      </w:r>
      <w:proofErr w:type="spellEnd"/>
      <w:r w:rsidRPr="00DE7557">
        <w:rPr>
          <w:rFonts w:ascii="Arial" w:hAnsi="Arial"/>
          <w:sz w:val="20"/>
          <w:lang w:val="es-ES"/>
        </w:rPr>
        <w:t xml:space="preserve"> longo e profundo do país, o </w:t>
      </w:r>
      <w:proofErr w:type="spellStart"/>
      <w:r w:rsidRPr="00DE7557">
        <w:rPr>
          <w:rFonts w:ascii="Arial" w:hAnsi="Arial"/>
          <w:sz w:val="20"/>
          <w:lang w:val="es-ES"/>
        </w:rPr>
        <w:t>Sognef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ord</w:t>
      </w:r>
      <w:proofErr w:type="spellEnd"/>
      <w:r w:rsidRPr="00DE7557">
        <w:rPr>
          <w:rFonts w:ascii="Arial" w:hAnsi="Arial"/>
          <w:sz w:val="20"/>
          <w:lang w:val="es-ES"/>
        </w:rPr>
        <w:t xml:space="preserve">. Desembarque em </w:t>
      </w:r>
      <w:proofErr w:type="spellStart"/>
      <w:r w:rsidRPr="00DE7557">
        <w:rPr>
          <w:rFonts w:ascii="Arial" w:hAnsi="Arial"/>
          <w:sz w:val="20"/>
          <w:lang w:val="es-ES"/>
        </w:rPr>
        <w:t>Aurland</w:t>
      </w:r>
      <w:proofErr w:type="spellEnd"/>
      <w:r w:rsidRPr="00DE7557">
        <w:rPr>
          <w:rFonts w:ascii="Arial" w:hAnsi="Arial"/>
          <w:sz w:val="20"/>
          <w:lang w:val="es-ES"/>
        </w:rPr>
        <w:t xml:space="preserve"> e </w:t>
      </w:r>
      <w:proofErr w:type="spellStart"/>
      <w:r w:rsidRPr="00DE7557">
        <w:rPr>
          <w:rFonts w:ascii="Arial" w:hAnsi="Arial"/>
          <w:sz w:val="20"/>
          <w:lang w:val="es-ES"/>
        </w:rPr>
        <w:t>continuação</w:t>
      </w:r>
      <w:proofErr w:type="spellEnd"/>
      <w:r w:rsidRPr="00DE7557">
        <w:rPr>
          <w:rFonts w:ascii="Arial" w:hAnsi="Arial"/>
          <w:sz w:val="20"/>
          <w:lang w:val="es-ES"/>
        </w:rPr>
        <w:t xml:space="preserve"> da </w:t>
      </w:r>
      <w:proofErr w:type="spellStart"/>
      <w:r w:rsidRPr="00DE7557">
        <w:rPr>
          <w:rFonts w:ascii="Arial" w:hAnsi="Arial"/>
          <w:sz w:val="20"/>
          <w:lang w:val="es-ES"/>
        </w:rPr>
        <w:t>viagem</w:t>
      </w:r>
      <w:proofErr w:type="spellEnd"/>
      <w:r w:rsidRPr="00DE7557">
        <w:rPr>
          <w:rFonts w:ascii="Arial" w:hAnsi="Arial"/>
          <w:sz w:val="20"/>
          <w:lang w:val="es-ES"/>
        </w:rPr>
        <w:t xml:space="preserve"> até a igreja medieval de </w:t>
      </w:r>
      <w:proofErr w:type="spellStart"/>
      <w:r w:rsidRPr="00DE7557">
        <w:rPr>
          <w:rFonts w:ascii="Arial" w:hAnsi="Arial"/>
          <w:sz w:val="20"/>
          <w:lang w:val="es-ES"/>
        </w:rPr>
        <w:t>Borgund</w:t>
      </w:r>
      <w:proofErr w:type="spellEnd"/>
      <w:r w:rsidRPr="00DE7557">
        <w:rPr>
          <w:rFonts w:ascii="Arial" w:hAnsi="Arial"/>
          <w:sz w:val="20"/>
          <w:lang w:val="es-ES"/>
        </w:rPr>
        <w:t xml:space="preserve">, </w:t>
      </w:r>
      <w:proofErr w:type="spellStart"/>
      <w:r w:rsidRPr="00DE7557">
        <w:rPr>
          <w:rFonts w:ascii="Arial" w:hAnsi="Arial"/>
          <w:sz w:val="20"/>
          <w:lang w:val="es-ES"/>
        </w:rPr>
        <w:t>uma</w:t>
      </w:r>
      <w:proofErr w:type="spellEnd"/>
      <w:r w:rsidRPr="00DE7557">
        <w:rPr>
          <w:rFonts w:ascii="Arial" w:hAnsi="Arial"/>
          <w:sz w:val="20"/>
          <w:lang w:val="es-ES"/>
        </w:rPr>
        <w:t xml:space="preserve"> das 30 </w:t>
      </w:r>
      <w:proofErr w:type="spellStart"/>
      <w:r w:rsidRPr="00DE7557">
        <w:rPr>
          <w:rFonts w:ascii="Arial" w:hAnsi="Arial"/>
          <w:sz w:val="20"/>
          <w:lang w:val="es-ES"/>
        </w:rPr>
        <w:t>mais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bem</w:t>
      </w:r>
      <w:proofErr w:type="spellEnd"/>
      <w:r w:rsidRPr="00DE7557">
        <w:rPr>
          <w:rFonts w:ascii="Arial" w:hAnsi="Arial"/>
          <w:sz w:val="20"/>
          <w:lang w:val="es-ES"/>
        </w:rPr>
        <w:t xml:space="preserve"> conservadas e declarada </w:t>
      </w:r>
      <w:proofErr w:type="spellStart"/>
      <w:r w:rsidRPr="00DE7557">
        <w:rPr>
          <w:rFonts w:ascii="Arial" w:hAnsi="Arial"/>
          <w:sz w:val="20"/>
          <w:lang w:val="es-ES"/>
        </w:rPr>
        <w:t>Patrimônio</w:t>
      </w:r>
      <w:proofErr w:type="spellEnd"/>
      <w:r w:rsidRPr="00DE7557">
        <w:rPr>
          <w:rFonts w:ascii="Arial" w:hAnsi="Arial"/>
          <w:sz w:val="20"/>
          <w:lang w:val="es-ES"/>
        </w:rPr>
        <w:t xml:space="preserve"> da </w:t>
      </w:r>
      <w:proofErr w:type="spellStart"/>
      <w:r w:rsidRPr="00DE7557">
        <w:rPr>
          <w:rFonts w:ascii="Arial" w:hAnsi="Arial"/>
          <w:sz w:val="20"/>
          <w:lang w:val="es-ES"/>
        </w:rPr>
        <w:t>Humanidade</w:t>
      </w:r>
      <w:proofErr w:type="spellEnd"/>
      <w:r w:rsidRPr="00DE7557">
        <w:rPr>
          <w:rFonts w:ascii="Arial" w:hAnsi="Arial"/>
          <w:sz w:val="20"/>
          <w:lang w:val="es-ES"/>
        </w:rPr>
        <w:t xml:space="preserve"> pela </w:t>
      </w:r>
      <w:r w:rsidRPr="00DE7557">
        <w:rPr>
          <w:rFonts w:ascii="Arial" w:hAnsi="Arial"/>
          <w:sz w:val="20"/>
          <w:lang w:val="es-ES"/>
        </w:rPr>
        <w:t xml:space="preserve">UNESCO. Tempo para </w:t>
      </w:r>
      <w:proofErr w:type="spellStart"/>
      <w:r w:rsidRPr="00DE7557">
        <w:rPr>
          <w:rFonts w:ascii="Arial" w:hAnsi="Arial"/>
          <w:sz w:val="20"/>
          <w:lang w:val="es-ES"/>
        </w:rPr>
        <w:t>fotografi</w:t>
      </w:r>
      <w:proofErr w:type="spellEnd"/>
      <w:r w:rsidRPr="00DE7557">
        <w:rPr>
          <w:rFonts w:ascii="Arial" w:hAnsi="Arial"/>
          <w:sz w:val="20"/>
          <w:lang w:val="es-ES"/>
        </w:rPr>
        <w:t xml:space="preserve"> as </w:t>
      </w:r>
      <w:proofErr w:type="spellStart"/>
      <w:r w:rsidRPr="00DE7557">
        <w:rPr>
          <w:rFonts w:ascii="Arial" w:hAnsi="Arial"/>
          <w:sz w:val="20"/>
          <w:lang w:val="es-ES"/>
        </w:rPr>
        <w:t>deste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interessante</w:t>
      </w:r>
      <w:proofErr w:type="spellEnd"/>
      <w:r w:rsidRPr="00DE7557">
        <w:rPr>
          <w:rFonts w:ascii="Arial" w:hAnsi="Arial"/>
          <w:sz w:val="20"/>
          <w:lang w:val="es-ES"/>
        </w:rPr>
        <w:t xml:space="preserve"> local. </w:t>
      </w:r>
      <w:proofErr w:type="spellStart"/>
      <w:r w:rsidRPr="00DE7557">
        <w:rPr>
          <w:rFonts w:ascii="Arial" w:hAnsi="Arial"/>
          <w:sz w:val="20"/>
          <w:lang w:val="es-ES"/>
        </w:rPr>
        <w:t>Continuação</w:t>
      </w:r>
      <w:proofErr w:type="spellEnd"/>
      <w:r w:rsidRPr="00DE7557">
        <w:rPr>
          <w:rFonts w:ascii="Arial" w:hAnsi="Arial"/>
          <w:sz w:val="20"/>
          <w:lang w:val="es-ES"/>
        </w:rPr>
        <w:t xml:space="preserve"> até </w:t>
      </w:r>
      <w:proofErr w:type="spellStart"/>
      <w:r w:rsidRPr="00DE7557">
        <w:rPr>
          <w:rFonts w:ascii="Arial" w:hAnsi="Arial"/>
          <w:sz w:val="20"/>
          <w:lang w:val="es-ES"/>
        </w:rPr>
        <w:t>Lillehammer</w:t>
      </w:r>
      <w:proofErr w:type="spellEnd"/>
      <w:r w:rsidRPr="00DE7557">
        <w:rPr>
          <w:rFonts w:ascii="Arial" w:hAnsi="Arial"/>
          <w:sz w:val="20"/>
          <w:lang w:val="es-ES"/>
        </w:rPr>
        <w:t xml:space="preserve">, sede dos </w:t>
      </w:r>
      <w:proofErr w:type="spellStart"/>
      <w:r w:rsidRPr="00DE7557">
        <w:rPr>
          <w:rFonts w:ascii="Arial" w:hAnsi="Arial"/>
          <w:sz w:val="20"/>
          <w:lang w:val="es-ES"/>
        </w:rPr>
        <w:t>Jogos</w:t>
      </w:r>
      <w:proofErr w:type="spellEnd"/>
      <w:r w:rsidRPr="00DE7557">
        <w:rPr>
          <w:rFonts w:ascii="Arial" w:hAnsi="Arial"/>
          <w:sz w:val="20"/>
          <w:lang w:val="es-ES"/>
        </w:rPr>
        <w:t xml:space="preserve"> Olímpicos e </w:t>
      </w:r>
      <w:proofErr w:type="spellStart"/>
      <w:r w:rsidRPr="00DE7557">
        <w:rPr>
          <w:rFonts w:ascii="Arial" w:hAnsi="Arial"/>
          <w:sz w:val="20"/>
          <w:lang w:val="es-ES"/>
        </w:rPr>
        <w:t>um</w:t>
      </w:r>
      <w:proofErr w:type="spellEnd"/>
      <w:r w:rsidRPr="00DE7557">
        <w:rPr>
          <w:rFonts w:ascii="Arial" w:hAnsi="Arial"/>
          <w:sz w:val="20"/>
          <w:lang w:val="es-ES"/>
        </w:rPr>
        <w:t xml:space="preserve"> dos centros de </w:t>
      </w:r>
      <w:proofErr w:type="spellStart"/>
      <w:r w:rsidRPr="00DE7557">
        <w:rPr>
          <w:rFonts w:ascii="Arial" w:hAnsi="Arial"/>
          <w:sz w:val="20"/>
          <w:lang w:val="es-ES"/>
        </w:rPr>
        <w:t>esportes</w:t>
      </w:r>
      <w:proofErr w:type="spellEnd"/>
      <w:r w:rsidRPr="00DE7557">
        <w:rPr>
          <w:rFonts w:ascii="Arial" w:hAnsi="Arial"/>
          <w:sz w:val="20"/>
          <w:lang w:val="es-ES"/>
        </w:rPr>
        <w:t xml:space="preserve"> de inverno </w:t>
      </w:r>
      <w:proofErr w:type="spellStart"/>
      <w:r w:rsidRPr="00DE7557">
        <w:rPr>
          <w:rFonts w:ascii="Arial" w:hAnsi="Arial"/>
          <w:sz w:val="20"/>
          <w:lang w:val="es-ES"/>
        </w:rPr>
        <w:t>mais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conhecidos</w:t>
      </w:r>
      <w:proofErr w:type="spellEnd"/>
      <w:r w:rsidRPr="00DE7557">
        <w:rPr>
          <w:rFonts w:ascii="Arial" w:hAnsi="Arial"/>
          <w:sz w:val="20"/>
          <w:lang w:val="es-ES"/>
        </w:rPr>
        <w:t xml:space="preserve"> do país. </w:t>
      </w:r>
      <w:proofErr w:type="spellStart"/>
      <w:r w:rsidRPr="00DE7557">
        <w:rPr>
          <w:rFonts w:ascii="Arial" w:hAnsi="Arial"/>
          <w:sz w:val="20"/>
          <w:lang w:val="es-ES"/>
        </w:rPr>
        <w:t>Hospedagem</w:t>
      </w:r>
      <w:proofErr w:type="spellEnd"/>
      <w:r w:rsidRPr="00DE7557">
        <w:rPr>
          <w:rFonts w:ascii="Arial" w:hAnsi="Arial"/>
          <w:sz w:val="20"/>
          <w:lang w:val="es-ES"/>
        </w:rPr>
        <w:t xml:space="preserve">. mente como «a </w:t>
      </w:r>
      <w:proofErr w:type="spellStart"/>
      <w:r w:rsidRPr="00DE7557">
        <w:rPr>
          <w:rFonts w:ascii="Arial" w:hAnsi="Arial"/>
          <w:sz w:val="20"/>
          <w:lang w:val="es-ES"/>
        </w:rPr>
        <w:t>Rainha</w:t>
      </w:r>
      <w:proofErr w:type="spellEnd"/>
      <w:r w:rsidRPr="00DE7557">
        <w:rPr>
          <w:rFonts w:ascii="Arial" w:hAnsi="Arial"/>
          <w:sz w:val="20"/>
          <w:lang w:val="es-ES"/>
        </w:rPr>
        <w:t xml:space="preserve"> das </w:t>
      </w:r>
      <w:proofErr w:type="spellStart"/>
      <w:r w:rsidRPr="00DE7557">
        <w:rPr>
          <w:rFonts w:ascii="Arial" w:hAnsi="Arial"/>
          <w:sz w:val="20"/>
          <w:lang w:val="es-ES"/>
        </w:rPr>
        <w:t>Águas</w:t>
      </w:r>
      <w:proofErr w:type="spellEnd"/>
      <w:r w:rsidRPr="00DE7557">
        <w:rPr>
          <w:rFonts w:ascii="Arial" w:hAnsi="Arial"/>
          <w:sz w:val="20"/>
          <w:lang w:val="es-ES"/>
        </w:rPr>
        <w:t xml:space="preserve">», situada sobre 14 </w:t>
      </w:r>
      <w:proofErr w:type="spellStart"/>
      <w:r w:rsidRPr="00DE7557">
        <w:rPr>
          <w:rFonts w:ascii="Arial" w:hAnsi="Arial"/>
          <w:sz w:val="20"/>
          <w:lang w:val="es-ES"/>
        </w:rPr>
        <w:t>maravilhosas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ilha</w:t>
      </w:r>
      <w:r w:rsidRPr="00DE7557">
        <w:rPr>
          <w:rFonts w:ascii="Arial" w:hAnsi="Arial"/>
          <w:sz w:val="20"/>
          <w:lang w:val="es-ES"/>
        </w:rPr>
        <w:t>s</w:t>
      </w:r>
      <w:proofErr w:type="spellEnd"/>
      <w:r w:rsidRPr="00DE7557">
        <w:rPr>
          <w:rFonts w:ascii="Arial" w:hAnsi="Arial"/>
          <w:sz w:val="20"/>
          <w:lang w:val="es-ES"/>
        </w:rPr>
        <w:t xml:space="preserve"> conectadas entre </w:t>
      </w:r>
      <w:proofErr w:type="spellStart"/>
      <w:r w:rsidRPr="00DE7557">
        <w:rPr>
          <w:rFonts w:ascii="Arial" w:hAnsi="Arial"/>
          <w:sz w:val="20"/>
          <w:lang w:val="es-ES"/>
        </w:rPr>
        <w:t>si</w:t>
      </w:r>
      <w:proofErr w:type="spellEnd"/>
      <w:r w:rsidRPr="00DE7557">
        <w:rPr>
          <w:rFonts w:ascii="Arial" w:hAnsi="Arial"/>
          <w:sz w:val="20"/>
          <w:lang w:val="es-ES"/>
        </w:rPr>
        <w:t xml:space="preserve"> por </w:t>
      </w:r>
      <w:proofErr w:type="spellStart"/>
      <w:r w:rsidRPr="00DE7557">
        <w:rPr>
          <w:rFonts w:ascii="Arial" w:hAnsi="Arial"/>
          <w:sz w:val="20"/>
          <w:lang w:val="es-ES"/>
        </w:rPr>
        <w:t>pontes</w:t>
      </w:r>
      <w:proofErr w:type="spellEnd"/>
      <w:r w:rsidRPr="00DE7557">
        <w:rPr>
          <w:rFonts w:ascii="Arial" w:hAnsi="Arial"/>
          <w:sz w:val="20"/>
          <w:lang w:val="es-ES"/>
        </w:rPr>
        <w:t xml:space="preserve">. A </w:t>
      </w:r>
      <w:proofErr w:type="spellStart"/>
      <w:r w:rsidRPr="00DE7557">
        <w:rPr>
          <w:rFonts w:ascii="Arial" w:hAnsi="Arial"/>
          <w:sz w:val="20"/>
          <w:lang w:val="es-ES"/>
        </w:rPr>
        <w:t>ilha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mais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antiga</w:t>
      </w:r>
      <w:proofErr w:type="spellEnd"/>
      <w:r w:rsidRPr="00DE7557">
        <w:rPr>
          <w:rFonts w:ascii="Arial" w:hAnsi="Arial"/>
          <w:sz w:val="20"/>
          <w:lang w:val="es-ES"/>
        </w:rPr>
        <w:t xml:space="preserve">, onde se </w:t>
      </w:r>
      <w:proofErr w:type="spellStart"/>
      <w:r w:rsidRPr="00DE7557">
        <w:rPr>
          <w:rFonts w:ascii="Arial" w:hAnsi="Arial"/>
          <w:sz w:val="20"/>
          <w:lang w:val="es-ES"/>
        </w:rPr>
        <w:t>encontra</w:t>
      </w:r>
      <w:proofErr w:type="spellEnd"/>
      <w:r w:rsidRPr="00DE7557">
        <w:rPr>
          <w:rFonts w:ascii="Arial" w:hAnsi="Arial"/>
          <w:sz w:val="20"/>
          <w:lang w:val="es-ES"/>
        </w:rPr>
        <w:t xml:space="preserve"> a </w:t>
      </w:r>
      <w:proofErr w:type="spellStart"/>
      <w:r w:rsidRPr="00DE7557">
        <w:rPr>
          <w:rFonts w:ascii="Arial" w:hAnsi="Arial"/>
          <w:sz w:val="20"/>
          <w:lang w:val="es-ES"/>
        </w:rPr>
        <w:t>cidade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antiga</w:t>
      </w:r>
      <w:proofErr w:type="spellEnd"/>
      <w:r w:rsidRPr="00DE7557">
        <w:rPr>
          <w:rFonts w:ascii="Arial" w:hAnsi="Arial"/>
          <w:sz w:val="20"/>
          <w:lang w:val="es-ES"/>
        </w:rPr>
        <w:t xml:space="preserve">, </w:t>
      </w:r>
      <w:proofErr w:type="spellStart"/>
      <w:r w:rsidRPr="00DE7557">
        <w:rPr>
          <w:rFonts w:ascii="Arial" w:hAnsi="Arial"/>
          <w:sz w:val="20"/>
          <w:lang w:val="es-ES"/>
        </w:rPr>
        <w:t>Gamla</w:t>
      </w:r>
      <w:proofErr w:type="spellEnd"/>
      <w:r w:rsidRPr="00DE7557">
        <w:rPr>
          <w:rFonts w:ascii="Arial" w:hAnsi="Arial"/>
          <w:sz w:val="20"/>
          <w:lang w:val="es-ES"/>
        </w:rPr>
        <w:t xml:space="preserve"> Stan, abriga grande parte dos </w:t>
      </w:r>
      <w:proofErr w:type="spellStart"/>
      <w:r w:rsidRPr="00DE7557">
        <w:rPr>
          <w:rFonts w:ascii="Arial" w:hAnsi="Arial"/>
          <w:sz w:val="20"/>
          <w:lang w:val="es-ES"/>
        </w:rPr>
        <w:t>edifícios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mais</w:t>
      </w:r>
      <w:proofErr w:type="spellEnd"/>
      <w:r w:rsidRPr="00DE7557">
        <w:rPr>
          <w:rFonts w:ascii="Arial" w:hAnsi="Arial"/>
          <w:sz w:val="20"/>
          <w:lang w:val="es-ES"/>
        </w:rPr>
        <w:t xml:space="preserve"> emblemáticos e das </w:t>
      </w:r>
      <w:proofErr w:type="spellStart"/>
      <w:r w:rsidRPr="00DE7557">
        <w:rPr>
          <w:rFonts w:ascii="Arial" w:hAnsi="Arial"/>
          <w:sz w:val="20"/>
          <w:lang w:val="es-ES"/>
        </w:rPr>
        <w:t>estruturas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arquitetônicas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mais</w:t>
      </w:r>
      <w:proofErr w:type="spellEnd"/>
      <w:r w:rsidRPr="00DE7557">
        <w:rPr>
          <w:rFonts w:ascii="Arial" w:hAnsi="Arial"/>
          <w:sz w:val="20"/>
          <w:lang w:val="es-ES"/>
        </w:rPr>
        <w:t xml:space="preserve"> importantes da </w:t>
      </w:r>
      <w:proofErr w:type="spellStart"/>
      <w:r w:rsidRPr="00DE7557">
        <w:rPr>
          <w:rFonts w:ascii="Arial" w:hAnsi="Arial"/>
          <w:sz w:val="20"/>
          <w:lang w:val="es-ES"/>
        </w:rPr>
        <w:t>cidade</w:t>
      </w:r>
      <w:proofErr w:type="spellEnd"/>
      <w:r w:rsidRPr="00DE7557">
        <w:rPr>
          <w:rFonts w:ascii="Arial" w:hAnsi="Arial"/>
          <w:sz w:val="20"/>
          <w:lang w:val="es-ES"/>
        </w:rPr>
        <w:t xml:space="preserve">. </w:t>
      </w:r>
      <w:proofErr w:type="spellStart"/>
      <w:r w:rsidRPr="00DE7557">
        <w:rPr>
          <w:rFonts w:ascii="Arial" w:hAnsi="Arial"/>
          <w:sz w:val="20"/>
          <w:lang w:val="es-ES"/>
        </w:rPr>
        <w:t>Hospedagem</w:t>
      </w:r>
      <w:proofErr w:type="spellEnd"/>
      <w:r w:rsidRPr="00DE7557">
        <w:rPr>
          <w:rFonts w:ascii="Arial" w:hAnsi="Arial"/>
          <w:sz w:val="20"/>
          <w:lang w:val="es-ES"/>
        </w:rPr>
        <w:t>.</w:t>
      </w:r>
    </w:p>
    <w:p w14:paraId="647F2DC5" w14:textId="77777777" w:rsidR="00214435" w:rsidRPr="00DE7557" w:rsidRDefault="00B75B43">
      <w:pPr>
        <w:spacing w:before="160" w:after="60" w:line="252" w:lineRule="auto"/>
        <w:rPr>
          <w:lang w:val="es-ES"/>
        </w:rPr>
      </w:pPr>
      <w:r w:rsidRPr="00DE7557">
        <w:rPr>
          <w:rFonts w:ascii="Arial" w:hAnsi="Arial"/>
          <w:b/>
          <w:sz w:val="20"/>
          <w:lang w:val="es-ES"/>
        </w:rPr>
        <w:t>DIA 9 SAB ESTOCOLMO</w:t>
      </w:r>
    </w:p>
    <w:p w14:paraId="7E0BC1B1" w14:textId="77777777" w:rsidR="00214435" w:rsidRPr="00DE7557" w:rsidRDefault="00B75B43">
      <w:pPr>
        <w:spacing w:after="160" w:line="252" w:lineRule="auto"/>
        <w:rPr>
          <w:lang w:val="es-ES"/>
        </w:rPr>
      </w:pPr>
      <w:r w:rsidRPr="00DE7557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DE7557">
        <w:rPr>
          <w:rFonts w:ascii="Arial" w:hAnsi="Arial"/>
          <w:sz w:val="20"/>
          <w:lang w:val="es-ES"/>
        </w:rPr>
        <w:t>manh</w:t>
      </w:r>
      <w:r w:rsidRPr="00DE7557">
        <w:rPr>
          <w:rFonts w:ascii="Arial" w:hAnsi="Arial"/>
          <w:sz w:val="20"/>
          <w:lang w:val="es-ES"/>
        </w:rPr>
        <w:t>ã</w:t>
      </w:r>
      <w:proofErr w:type="spellEnd"/>
      <w:r w:rsidRPr="00DE7557">
        <w:rPr>
          <w:rFonts w:ascii="Arial" w:hAnsi="Arial"/>
          <w:sz w:val="20"/>
          <w:lang w:val="es-ES"/>
        </w:rPr>
        <w:t xml:space="preserve"> e visita </w:t>
      </w:r>
      <w:proofErr w:type="spellStart"/>
      <w:r w:rsidRPr="00DE7557">
        <w:rPr>
          <w:rFonts w:ascii="Arial" w:hAnsi="Arial"/>
          <w:sz w:val="20"/>
          <w:lang w:val="es-ES"/>
        </w:rPr>
        <w:t>panorâmica</w:t>
      </w:r>
      <w:proofErr w:type="spellEnd"/>
      <w:r w:rsidRPr="00DE7557">
        <w:rPr>
          <w:rFonts w:ascii="Arial" w:hAnsi="Arial"/>
          <w:sz w:val="20"/>
          <w:lang w:val="es-ES"/>
        </w:rPr>
        <w:t xml:space="preserve"> da capital sueca, </w:t>
      </w:r>
      <w:proofErr w:type="spellStart"/>
      <w:r w:rsidRPr="00DE7557">
        <w:rPr>
          <w:rFonts w:ascii="Arial" w:hAnsi="Arial"/>
          <w:sz w:val="20"/>
          <w:lang w:val="es-ES"/>
        </w:rPr>
        <w:t>conhecida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mundialDIA</w:t>
      </w:r>
      <w:proofErr w:type="spellEnd"/>
      <w:r w:rsidRPr="00DE7557">
        <w:rPr>
          <w:rFonts w:ascii="Arial" w:hAnsi="Arial"/>
          <w:sz w:val="20"/>
          <w:lang w:val="es-ES"/>
        </w:rPr>
        <w:t xml:space="preserve"> 8 SEX LILLEHAMMER ESTOCOLMO Café da </w:t>
      </w:r>
      <w:proofErr w:type="spellStart"/>
      <w:r w:rsidRPr="00DE7557">
        <w:rPr>
          <w:rFonts w:ascii="Arial" w:hAnsi="Arial"/>
          <w:sz w:val="20"/>
          <w:lang w:val="es-ES"/>
        </w:rPr>
        <w:t>manhã</w:t>
      </w:r>
      <w:proofErr w:type="spellEnd"/>
      <w:r w:rsidRPr="00DE7557">
        <w:rPr>
          <w:rFonts w:ascii="Arial" w:hAnsi="Arial"/>
          <w:sz w:val="20"/>
          <w:lang w:val="es-ES"/>
        </w:rPr>
        <w:t xml:space="preserve"> e </w:t>
      </w:r>
      <w:proofErr w:type="spellStart"/>
      <w:r w:rsidRPr="00DE7557">
        <w:rPr>
          <w:rFonts w:ascii="Arial" w:hAnsi="Arial"/>
          <w:sz w:val="20"/>
          <w:lang w:val="es-ES"/>
        </w:rPr>
        <w:t>saída</w:t>
      </w:r>
      <w:proofErr w:type="spellEnd"/>
      <w:r w:rsidRPr="00DE7557">
        <w:rPr>
          <w:rFonts w:ascii="Arial" w:hAnsi="Arial"/>
          <w:sz w:val="20"/>
          <w:lang w:val="es-ES"/>
        </w:rPr>
        <w:t xml:space="preserve"> em </w:t>
      </w:r>
      <w:proofErr w:type="spellStart"/>
      <w:r w:rsidRPr="00DE7557">
        <w:rPr>
          <w:rFonts w:ascii="Arial" w:hAnsi="Arial"/>
          <w:sz w:val="20"/>
          <w:lang w:val="es-ES"/>
        </w:rPr>
        <w:t>direção</w:t>
      </w:r>
      <w:proofErr w:type="spellEnd"/>
      <w:r w:rsidRPr="00DE7557">
        <w:rPr>
          <w:rFonts w:ascii="Arial" w:hAnsi="Arial"/>
          <w:sz w:val="20"/>
          <w:lang w:val="es-ES"/>
        </w:rPr>
        <w:t xml:space="preserve"> à </w:t>
      </w:r>
      <w:proofErr w:type="spellStart"/>
      <w:r w:rsidRPr="00DE7557">
        <w:rPr>
          <w:rFonts w:ascii="Arial" w:hAnsi="Arial"/>
          <w:sz w:val="20"/>
          <w:lang w:val="es-ES"/>
        </w:rPr>
        <w:t>Suécia</w:t>
      </w:r>
      <w:proofErr w:type="spellEnd"/>
      <w:r w:rsidRPr="00DE7557">
        <w:rPr>
          <w:rFonts w:ascii="Arial" w:hAnsi="Arial"/>
          <w:sz w:val="20"/>
          <w:lang w:val="es-ES"/>
        </w:rPr>
        <w:t xml:space="preserve">. </w:t>
      </w:r>
      <w:proofErr w:type="spellStart"/>
      <w:r w:rsidRPr="00DE7557">
        <w:rPr>
          <w:rFonts w:ascii="Arial" w:hAnsi="Arial"/>
          <w:sz w:val="20"/>
          <w:lang w:val="es-ES"/>
        </w:rPr>
        <w:t>Percorreremos</w:t>
      </w:r>
      <w:proofErr w:type="spellEnd"/>
      <w:r w:rsidRPr="00DE7557">
        <w:rPr>
          <w:rFonts w:ascii="Arial" w:hAnsi="Arial"/>
          <w:sz w:val="20"/>
          <w:lang w:val="es-ES"/>
        </w:rPr>
        <w:t xml:space="preserve"> os </w:t>
      </w:r>
      <w:proofErr w:type="spellStart"/>
      <w:r w:rsidRPr="00DE7557">
        <w:rPr>
          <w:rFonts w:ascii="Arial" w:hAnsi="Arial"/>
          <w:sz w:val="20"/>
          <w:lang w:val="es-ES"/>
        </w:rPr>
        <w:t>belos</w:t>
      </w:r>
      <w:proofErr w:type="spellEnd"/>
      <w:r w:rsidRPr="00DE7557">
        <w:rPr>
          <w:rFonts w:ascii="Arial" w:hAnsi="Arial"/>
          <w:sz w:val="20"/>
          <w:lang w:val="es-ES"/>
        </w:rPr>
        <w:t xml:space="preserve"> campos de </w:t>
      </w:r>
      <w:proofErr w:type="spellStart"/>
      <w:r w:rsidRPr="00DE7557">
        <w:rPr>
          <w:rFonts w:ascii="Arial" w:hAnsi="Arial"/>
          <w:sz w:val="20"/>
          <w:lang w:val="es-ES"/>
        </w:rPr>
        <w:t>cereais</w:t>
      </w:r>
      <w:proofErr w:type="spellEnd"/>
      <w:r w:rsidRPr="00DE7557">
        <w:rPr>
          <w:rFonts w:ascii="Arial" w:hAnsi="Arial"/>
          <w:sz w:val="20"/>
          <w:lang w:val="es-ES"/>
        </w:rPr>
        <w:t xml:space="preserve"> e lagos suecos até </w:t>
      </w:r>
      <w:proofErr w:type="spellStart"/>
      <w:r w:rsidRPr="00DE7557">
        <w:rPr>
          <w:rFonts w:ascii="Arial" w:hAnsi="Arial"/>
          <w:sz w:val="20"/>
          <w:lang w:val="es-ES"/>
        </w:rPr>
        <w:t>chegar</w:t>
      </w:r>
      <w:proofErr w:type="spellEnd"/>
      <w:r w:rsidRPr="00DE7557">
        <w:rPr>
          <w:rFonts w:ascii="Arial" w:hAnsi="Arial"/>
          <w:sz w:val="20"/>
          <w:lang w:val="es-ES"/>
        </w:rPr>
        <w:t xml:space="preserve"> a Estocolmo. </w:t>
      </w:r>
      <w:proofErr w:type="spellStart"/>
      <w:r w:rsidRPr="00DE7557">
        <w:rPr>
          <w:rFonts w:ascii="Arial" w:hAnsi="Arial"/>
          <w:sz w:val="20"/>
          <w:lang w:val="es-ES"/>
        </w:rPr>
        <w:t>Hospedagem</w:t>
      </w:r>
      <w:proofErr w:type="spellEnd"/>
      <w:r w:rsidRPr="00DE7557">
        <w:rPr>
          <w:rFonts w:ascii="Arial" w:hAnsi="Arial"/>
          <w:sz w:val="20"/>
          <w:lang w:val="es-ES"/>
        </w:rPr>
        <w:t>.</w:t>
      </w:r>
    </w:p>
    <w:p w14:paraId="2412AF6B" w14:textId="77777777" w:rsidR="00214435" w:rsidRPr="00DE7557" w:rsidRDefault="00B75B43">
      <w:pPr>
        <w:spacing w:before="160" w:after="60" w:line="252" w:lineRule="auto"/>
        <w:rPr>
          <w:lang w:val="es-ES"/>
        </w:rPr>
      </w:pPr>
      <w:r w:rsidRPr="00DE7557">
        <w:rPr>
          <w:rFonts w:ascii="Arial" w:hAnsi="Arial"/>
          <w:b/>
          <w:sz w:val="20"/>
          <w:lang w:val="es-ES"/>
        </w:rPr>
        <w:t>DIA 10 DOM ESTOCOLMO CRUZEIRO SI</w:t>
      </w:r>
      <w:r w:rsidRPr="00DE7557">
        <w:rPr>
          <w:rFonts w:ascii="Arial" w:hAnsi="Arial"/>
          <w:b/>
          <w:sz w:val="20"/>
          <w:lang w:val="es-ES"/>
        </w:rPr>
        <w:t>LJA - HELSINQUE</w:t>
      </w:r>
    </w:p>
    <w:p w14:paraId="7BE0691E" w14:textId="77777777" w:rsidR="00214435" w:rsidRPr="00DE7557" w:rsidRDefault="00B75B43">
      <w:pPr>
        <w:spacing w:after="160" w:line="252" w:lineRule="auto"/>
        <w:rPr>
          <w:lang w:val="es-ES"/>
        </w:rPr>
      </w:pPr>
      <w:r w:rsidRPr="00DE7557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DE7557">
        <w:rPr>
          <w:rFonts w:ascii="Arial" w:hAnsi="Arial"/>
          <w:sz w:val="20"/>
          <w:lang w:val="es-ES"/>
        </w:rPr>
        <w:t>manhã</w:t>
      </w:r>
      <w:proofErr w:type="spellEnd"/>
      <w:r w:rsidRPr="00DE7557">
        <w:rPr>
          <w:rFonts w:ascii="Arial" w:hAnsi="Arial"/>
          <w:sz w:val="20"/>
          <w:lang w:val="es-ES"/>
        </w:rPr>
        <w:t xml:space="preserve"> e </w:t>
      </w:r>
      <w:proofErr w:type="spellStart"/>
      <w:r w:rsidRPr="00DE7557">
        <w:rPr>
          <w:rFonts w:ascii="Arial" w:hAnsi="Arial"/>
          <w:sz w:val="20"/>
          <w:lang w:val="es-ES"/>
        </w:rPr>
        <w:t>manhã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livre</w:t>
      </w:r>
      <w:proofErr w:type="spellEnd"/>
      <w:r w:rsidRPr="00DE7557">
        <w:rPr>
          <w:rFonts w:ascii="Arial" w:hAnsi="Arial"/>
          <w:sz w:val="20"/>
          <w:lang w:val="es-ES"/>
        </w:rPr>
        <w:t xml:space="preserve"> até as 15h00. Traslado </w:t>
      </w:r>
      <w:proofErr w:type="spellStart"/>
      <w:r w:rsidRPr="00DE7557">
        <w:rPr>
          <w:rFonts w:ascii="Arial" w:hAnsi="Arial"/>
          <w:sz w:val="20"/>
          <w:lang w:val="es-ES"/>
        </w:rPr>
        <w:t>ao</w:t>
      </w:r>
      <w:proofErr w:type="spellEnd"/>
      <w:r w:rsidRPr="00DE7557">
        <w:rPr>
          <w:rFonts w:ascii="Arial" w:hAnsi="Arial"/>
          <w:sz w:val="20"/>
          <w:lang w:val="es-ES"/>
        </w:rPr>
        <w:t xml:space="preserve"> porto para embarque em cruzeiro </w:t>
      </w:r>
      <w:proofErr w:type="spellStart"/>
      <w:r w:rsidRPr="00DE7557">
        <w:rPr>
          <w:rFonts w:ascii="Arial" w:hAnsi="Arial"/>
          <w:sz w:val="20"/>
          <w:lang w:val="es-ES"/>
        </w:rPr>
        <w:t>com</w:t>
      </w:r>
      <w:proofErr w:type="spellEnd"/>
      <w:r w:rsidRPr="00DE7557">
        <w:rPr>
          <w:rFonts w:ascii="Arial" w:hAnsi="Arial"/>
          <w:sz w:val="20"/>
          <w:lang w:val="es-ES"/>
        </w:rPr>
        <w:t xml:space="preserve"> destino a </w:t>
      </w:r>
      <w:proofErr w:type="spellStart"/>
      <w:r w:rsidRPr="00DE7557">
        <w:rPr>
          <w:rFonts w:ascii="Arial" w:hAnsi="Arial"/>
          <w:sz w:val="20"/>
          <w:lang w:val="es-ES"/>
        </w:rPr>
        <w:t>Helsinque</w:t>
      </w:r>
      <w:proofErr w:type="spellEnd"/>
      <w:r w:rsidRPr="00DE7557">
        <w:rPr>
          <w:rFonts w:ascii="Arial" w:hAnsi="Arial"/>
          <w:sz w:val="20"/>
          <w:lang w:val="es-ES"/>
        </w:rPr>
        <w:t xml:space="preserve">. Recomendamos apreciar as vistas </w:t>
      </w:r>
      <w:proofErr w:type="spellStart"/>
      <w:r w:rsidRPr="00DE7557">
        <w:rPr>
          <w:rFonts w:ascii="Arial" w:hAnsi="Arial"/>
          <w:sz w:val="20"/>
          <w:lang w:val="es-ES"/>
        </w:rPr>
        <w:t>na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saída</w:t>
      </w:r>
      <w:proofErr w:type="spellEnd"/>
      <w:r w:rsidRPr="00DE7557">
        <w:rPr>
          <w:rFonts w:ascii="Arial" w:hAnsi="Arial"/>
          <w:sz w:val="20"/>
          <w:lang w:val="es-ES"/>
        </w:rPr>
        <w:t xml:space="preserve"> do porto e, em seguida, durante a </w:t>
      </w:r>
      <w:proofErr w:type="spellStart"/>
      <w:r w:rsidRPr="00DE7557">
        <w:rPr>
          <w:rFonts w:ascii="Arial" w:hAnsi="Arial"/>
          <w:sz w:val="20"/>
          <w:lang w:val="es-ES"/>
        </w:rPr>
        <w:t>navegação</w:t>
      </w:r>
      <w:proofErr w:type="spellEnd"/>
      <w:r w:rsidRPr="00DE7557">
        <w:rPr>
          <w:rFonts w:ascii="Arial" w:hAnsi="Arial"/>
          <w:sz w:val="20"/>
          <w:lang w:val="es-ES"/>
        </w:rPr>
        <w:t xml:space="preserve"> pelo </w:t>
      </w:r>
      <w:proofErr w:type="spellStart"/>
      <w:r w:rsidRPr="00DE7557">
        <w:rPr>
          <w:rFonts w:ascii="Arial" w:hAnsi="Arial"/>
          <w:sz w:val="20"/>
          <w:lang w:val="es-ES"/>
        </w:rPr>
        <w:t>arquipélago</w:t>
      </w:r>
      <w:proofErr w:type="spellEnd"/>
      <w:r w:rsidRPr="00DE7557">
        <w:rPr>
          <w:rFonts w:ascii="Arial" w:hAnsi="Arial"/>
          <w:sz w:val="20"/>
          <w:lang w:val="es-ES"/>
        </w:rPr>
        <w:t xml:space="preserve"> de </w:t>
      </w:r>
      <w:proofErr w:type="spellStart"/>
      <w:r w:rsidRPr="00DE7557">
        <w:rPr>
          <w:rFonts w:ascii="Arial" w:hAnsi="Arial"/>
          <w:sz w:val="20"/>
          <w:lang w:val="es-ES"/>
        </w:rPr>
        <w:t>mais</w:t>
      </w:r>
      <w:proofErr w:type="spellEnd"/>
      <w:r w:rsidRPr="00DE7557">
        <w:rPr>
          <w:rFonts w:ascii="Arial" w:hAnsi="Arial"/>
          <w:sz w:val="20"/>
          <w:lang w:val="es-ES"/>
        </w:rPr>
        <w:t xml:space="preserve"> de 24.000 </w:t>
      </w:r>
      <w:proofErr w:type="spellStart"/>
      <w:r w:rsidRPr="00DE7557">
        <w:rPr>
          <w:rFonts w:ascii="Arial" w:hAnsi="Arial"/>
          <w:sz w:val="20"/>
          <w:lang w:val="es-ES"/>
        </w:rPr>
        <w:t>ilhas</w:t>
      </w:r>
      <w:proofErr w:type="spellEnd"/>
      <w:r w:rsidRPr="00DE7557">
        <w:rPr>
          <w:rFonts w:ascii="Arial" w:hAnsi="Arial"/>
          <w:sz w:val="20"/>
          <w:lang w:val="es-ES"/>
        </w:rPr>
        <w:t xml:space="preserve">. O </w:t>
      </w:r>
      <w:proofErr w:type="spellStart"/>
      <w:r w:rsidRPr="00DE7557">
        <w:rPr>
          <w:rFonts w:ascii="Arial" w:hAnsi="Arial"/>
          <w:sz w:val="20"/>
          <w:lang w:val="es-ES"/>
        </w:rPr>
        <w:t>navio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dispõe</w:t>
      </w:r>
      <w:proofErr w:type="spellEnd"/>
      <w:r w:rsidRPr="00DE7557">
        <w:rPr>
          <w:rFonts w:ascii="Arial" w:hAnsi="Arial"/>
          <w:sz w:val="20"/>
          <w:lang w:val="es-ES"/>
        </w:rPr>
        <w:t xml:space="preserve"> de </w:t>
      </w:r>
      <w:proofErr w:type="spellStart"/>
      <w:r w:rsidRPr="00DE7557">
        <w:rPr>
          <w:rFonts w:ascii="Arial" w:hAnsi="Arial"/>
          <w:sz w:val="20"/>
          <w:lang w:val="es-ES"/>
        </w:rPr>
        <w:t>Wi</w:t>
      </w:r>
      <w:proofErr w:type="spellEnd"/>
      <w:r w:rsidRPr="00DE7557">
        <w:rPr>
          <w:rFonts w:ascii="Arial" w:hAnsi="Arial"/>
          <w:sz w:val="20"/>
          <w:lang w:val="es-ES"/>
        </w:rPr>
        <w:t xml:space="preserve">-Fi </w:t>
      </w:r>
      <w:proofErr w:type="spellStart"/>
      <w:r w:rsidRPr="00DE7557">
        <w:rPr>
          <w:rFonts w:ascii="Arial" w:hAnsi="Arial"/>
          <w:sz w:val="20"/>
          <w:lang w:val="es-ES"/>
        </w:rPr>
        <w:t>nas</w:t>
      </w:r>
      <w:proofErr w:type="spellEnd"/>
      <w:r w:rsidRPr="00DE7557">
        <w:rPr>
          <w:rFonts w:ascii="Arial" w:hAnsi="Arial"/>
          <w:sz w:val="20"/>
          <w:lang w:val="es-ES"/>
        </w:rPr>
        <w:t xml:space="preserve"> áreas </w:t>
      </w:r>
      <w:proofErr w:type="spellStart"/>
      <w:r w:rsidRPr="00DE7557">
        <w:rPr>
          <w:rFonts w:ascii="Arial" w:hAnsi="Arial"/>
          <w:sz w:val="20"/>
          <w:lang w:val="es-ES"/>
        </w:rPr>
        <w:t>comuns</w:t>
      </w:r>
      <w:proofErr w:type="spellEnd"/>
      <w:r w:rsidRPr="00DE7557">
        <w:rPr>
          <w:rFonts w:ascii="Arial" w:hAnsi="Arial"/>
          <w:sz w:val="20"/>
          <w:lang w:val="es-ES"/>
        </w:rPr>
        <w:t xml:space="preserve">, diversos tipos de restaurantes e cafés, </w:t>
      </w:r>
      <w:proofErr w:type="spellStart"/>
      <w:r w:rsidRPr="00DE7557">
        <w:rPr>
          <w:rFonts w:ascii="Arial" w:hAnsi="Arial"/>
          <w:sz w:val="20"/>
          <w:lang w:val="es-ES"/>
        </w:rPr>
        <w:t>boate</w:t>
      </w:r>
      <w:proofErr w:type="spellEnd"/>
      <w:r w:rsidRPr="00DE7557">
        <w:rPr>
          <w:rFonts w:ascii="Arial" w:hAnsi="Arial"/>
          <w:sz w:val="20"/>
          <w:lang w:val="es-ES"/>
        </w:rPr>
        <w:t xml:space="preserve">, discoteca, shows </w:t>
      </w:r>
      <w:proofErr w:type="spellStart"/>
      <w:r w:rsidRPr="00DE7557">
        <w:rPr>
          <w:rFonts w:ascii="Arial" w:hAnsi="Arial"/>
          <w:sz w:val="20"/>
          <w:lang w:val="es-ES"/>
        </w:rPr>
        <w:t>ao</w:t>
      </w:r>
      <w:proofErr w:type="spellEnd"/>
      <w:r w:rsidRPr="00DE7557">
        <w:rPr>
          <w:rFonts w:ascii="Arial" w:hAnsi="Arial"/>
          <w:sz w:val="20"/>
          <w:lang w:val="es-ES"/>
        </w:rPr>
        <w:t xml:space="preserve"> vivo e </w:t>
      </w:r>
      <w:proofErr w:type="spellStart"/>
      <w:r w:rsidRPr="00DE7557">
        <w:rPr>
          <w:rFonts w:ascii="Arial" w:hAnsi="Arial"/>
          <w:sz w:val="20"/>
          <w:lang w:val="es-ES"/>
        </w:rPr>
        <w:t>lojas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duty</w:t>
      </w:r>
      <w:proofErr w:type="spellEnd"/>
      <w:r w:rsidRPr="00DE7557">
        <w:rPr>
          <w:rFonts w:ascii="Arial" w:hAnsi="Arial"/>
          <w:sz w:val="20"/>
          <w:lang w:val="es-ES"/>
        </w:rPr>
        <w:t xml:space="preserve">-free. </w:t>
      </w:r>
      <w:proofErr w:type="spellStart"/>
      <w:r w:rsidRPr="00DE7557">
        <w:rPr>
          <w:rFonts w:ascii="Arial" w:hAnsi="Arial"/>
          <w:sz w:val="20"/>
          <w:lang w:val="es-ES"/>
        </w:rPr>
        <w:t>Acomodação</w:t>
      </w:r>
      <w:proofErr w:type="spellEnd"/>
      <w:r w:rsidRPr="00DE7557">
        <w:rPr>
          <w:rFonts w:ascii="Arial" w:hAnsi="Arial"/>
          <w:sz w:val="20"/>
          <w:lang w:val="es-ES"/>
        </w:rPr>
        <w:t xml:space="preserve"> em </w:t>
      </w:r>
      <w:proofErr w:type="spellStart"/>
      <w:r w:rsidRPr="00DE7557">
        <w:rPr>
          <w:rFonts w:ascii="Arial" w:hAnsi="Arial"/>
          <w:sz w:val="20"/>
          <w:lang w:val="es-ES"/>
        </w:rPr>
        <w:t>cabine</w:t>
      </w:r>
      <w:proofErr w:type="spellEnd"/>
      <w:r w:rsidRPr="00DE7557">
        <w:rPr>
          <w:rFonts w:ascii="Arial" w:hAnsi="Arial"/>
          <w:sz w:val="20"/>
          <w:lang w:val="es-ES"/>
        </w:rPr>
        <w:t xml:space="preserve"> dupla externa, </w:t>
      </w:r>
      <w:proofErr w:type="spellStart"/>
      <w:r w:rsidRPr="00DE7557">
        <w:rPr>
          <w:rFonts w:ascii="Arial" w:hAnsi="Arial"/>
          <w:sz w:val="20"/>
          <w:lang w:val="es-ES"/>
        </w:rPr>
        <w:t>categoria</w:t>
      </w:r>
      <w:proofErr w:type="spellEnd"/>
      <w:r w:rsidRPr="00DE7557">
        <w:rPr>
          <w:rFonts w:ascii="Arial" w:hAnsi="Arial"/>
          <w:sz w:val="20"/>
          <w:lang w:val="es-ES"/>
        </w:rPr>
        <w:t xml:space="preserve"> A. </w:t>
      </w:r>
      <w:proofErr w:type="spellStart"/>
      <w:r w:rsidRPr="00DE7557">
        <w:rPr>
          <w:rFonts w:ascii="Arial" w:hAnsi="Arial"/>
          <w:sz w:val="20"/>
          <w:lang w:val="es-ES"/>
        </w:rPr>
        <w:t>Jantar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buff</w:t>
      </w:r>
      <w:proofErr w:type="spellEnd"/>
      <w:r w:rsidRPr="00DE7557">
        <w:rPr>
          <w:rFonts w:ascii="Arial" w:hAnsi="Arial"/>
          <w:sz w:val="20"/>
          <w:lang w:val="es-ES"/>
        </w:rPr>
        <w:t xml:space="preserve"> et a bordo.</w:t>
      </w:r>
    </w:p>
    <w:p w14:paraId="6B2DAE83" w14:textId="77777777" w:rsidR="00214435" w:rsidRPr="00DE7557" w:rsidRDefault="00B75B43">
      <w:pPr>
        <w:spacing w:before="160" w:after="60" w:line="252" w:lineRule="auto"/>
        <w:rPr>
          <w:lang w:val="es-ES"/>
        </w:rPr>
      </w:pPr>
      <w:r w:rsidRPr="00DE7557">
        <w:rPr>
          <w:rFonts w:ascii="Arial" w:hAnsi="Arial"/>
          <w:b/>
          <w:sz w:val="20"/>
          <w:lang w:val="es-ES"/>
        </w:rPr>
        <w:t>DIA 11 SEG HELSINQUE</w:t>
      </w:r>
    </w:p>
    <w:p w14:paraId="528CD94A" w14:textId="77777777" w:rsidR="00214435" w:rsidRPr="00DE7557" w:rsidRDefault="00B75B43">
      <w:pPr>
        <w:spacing w:after="160" w:line="252" w:lineRule="auto"/>
        <w:rPr>
          <w:lang w:val="es-ES"/>
        </w:rPr>
      </w:pPr>
      <w:r w:rsidRPr="00DE7557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DE7557">
        <w:rPr>
          <w:rFonts w:ascii="Arial" w:hAnsi="Arial"/>
          <w:sz w:val="20"/>
          <w:lang w:val="es-ES"/>
        </w:rPr>
        <w:t>manhã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buff</w:t>
      </w:r>
      <w:proofErr w:type="spellEnd"/>
      <w:r w:rsidRPr="00DE7557">
        <w:rPr>
          <w:rFonts w:ascii="Arial" w:hAnsi="Arial"/>
          <w:sz w:val="20"/>
          <w:lang w:val="es-ES"/>
        </w:rPr>
        <w:t xml:space="preserve"> et a bordo e</w:t>
      </w:r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chegada</w:t>
      </w:r>
      <w:proofErr w:type="spellEnd"/>
      <w:r w:rsidRPr="00DE7557">
        <w:rPr>
          <w:rFonts w:ascii="Arial" w:hAnsi="Arial"/>
          <w:sz w:val="20"/>
          <w:lang w:val="es-ES"/>
        </w:rPr>
        <w:t xml:space="preserve"> a Helsinki </w:t>
      </w:r>
      <w:proofErr w:type="spellStart"/>
      <w:r w:rsidRPr="00DE7557">
        <w:rPr>
          <w:rFonts w:ascii="Arial" w:hAnsi="Arial"/>
          <w:sz w:val="20"/>
          <w:lang w:val="es-ES"/>
        </w:rPr>
        <w:t>às</w:t>
      </w:r>
      <w:proofErr w:type="spellEnd"/>
      <w:r w:rsidRPr="00DE7557">
        <w:rPr>
          <w:rFonts w:ascii="Arial" w:hAnsi="Arial"/>
          <w:sz w:val="20"/>
          <w:lang w:val="es-ES"/>
        </w:rPr>
        <w:t xml:space="preserve"> 10:00 h. Desembarque e visita </w:t>
      </w:r>
      <w:proofErr w:type="spellStart"/>
      <w:r w:rsidRPr="00DE7557">
        <w:rPr>
          <w:rFonts w:ascii="Arial" w:hAnsi="Arial"/>
          <w:sz w:val="20"/>
          <w:lang w:val="es-ES"/>
        </w:rPr>
        <w:t>panorâmica</w:t>
      </w:r>
      <w:proofErr w:type="spellEnd"/>
      <w:r w:rsidRPr="00DE7557">
        <w:rPr>
          <w:rFonts w:ascii="Arial" w:hAnsi="Arial"/>
          <w:sz w:val="20"/>
          <w:lang w:val="es-ES"/>
        </w:rPr>
        <w:t xml:space="preserve"> da capital da </w:t>
      </w:r>
      <w:proofErr w:type="spellStart"/>
      <w:r w:rsidRPr="00DE7557">
        <w:rPr>
          <w:rFonts w:ascii="Arial" w:hAnsi="Arial"/>
          <w:sz w:val="20"/>
          <w:lang w:val="es-ES"/>
        </w:rPr>
        <w:t>Finlândia</w:t>
      </w:r>
      <w:proofErr w:type="spellEnd"/>
      <w:r w:rsidRPr="00DE7557">
        <w:rPr>
          <w:rFonts w:ascii="Arial" w:hAnsi="Arial"/>
          <w:sz w:val="20"/>
          <w:lang w:val="es-ES"/>
        </w:rPr>
        <w:t xml:space="preserve">, </w:t>
      </w:r>
      <w:proofErr w:type="spellStart"/>
      <w:r w:rsidRPr="00DE7557">
        <w:rPr>
          <w:rFonts w:ascii="Arial" w:hAnsi="Arial"/>
          <w:sz w:val="20"/>
          <w:lang w:val="es-ES"/>
        </w:rPr>
        <w:t>também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conhecida</w:t>
      </w:r>
      <w:proofErr w:type="spellEnd"/>
      <w:r w:rsidRPr="00DE7557">
        <w:rPr>
          <w:rFonts w:ascii="Arial" w:hAnsi="Arial"/>
          <w:sz w:val="20"/>
          <w:lang w:val="es-ES"/>
        </w:rPr>
        <w:t xml:space="preserve"> como «a </w:t>
      </w:r>
      <w:proofErr w:type="spellStart"/>
      <w:r w:rsidRPr="00DE7557">
        <w:rPr>
          <w:rFonts w:ascii="Arial" w:hAnsi="Arial"/>
          <w:sz w:val="20"/>
          <w:lang w:val="es-ES"/>
        </w:rPr>
        <w:t>Cidade</w:t>
      </w:r>
      <w:proofErr w:type="spellEnd"/>
      <w:r w:rsidRPr="00DE7557">
        <w:rPr>
          <w:rFonts w:ascii="Arial" w:hAnsi="Arial"/>
          <w:sz w:val="20"/>
          <w:lang w:val="es-ES"/>
        </w:rPr>
        <w:t xml:space="preserve"> Branca do Norte». </w:t>
      </w:r>
      <w:proofErr w:type="spellStart"/>
      <w:r w:rsidRPr="00DE7557">
        <w:rPr>
          <w:rFonts w:ascii="Arial" w:hAnsi="Arial"/>
          <w:sz w:val="20"/>
          <w:lang w:val="es-ES"/>
        </w:rPr>
        <w:t>Passaremos</w:t>
      </w:r>
      <w:proofErr w:type="spellEnd"/>
      <w:r w:rsidRPr="00DE7557">
        <w:rPr>
          <w:rFonts w:ascii="Arial" w:hAnsi="Arial"/>
          <w:sz w:val="20"/>
          <w:lang w:val="es-ES"/>
        </w:rPr>
        <w:t xml:space="preserve"> pela Igreja Ortodoxa da </w:t>
      </w:r>
      <w:proofErr w:type="spellStart"/>
      <w:r w:rsidRPr="00DE7557">
        <w:rPr>
          <w:rFonts w:ascii="Arial" w:hAnsi="Arial"/>
          <w:sz w:val="20"/>
          <w:lang w:val="es-ES"/>
        </w:rPr>
        <w:t>Trindade</w:t>
      </w:r>
      <w:proofErr w:type="spellEnd"/>
      <w:r w:rsidRPr="00DE7557">
        <w:rPr>
          <w:rFonts w:ascii="Arial" w:hAnsi="Arial"/>
          <w:sz w:val="20"/>
          <w:lang w:val="es-ES"/>
        </w:rPr>
        <w:t xml:space="preserve">, </w:t>
      </w:r>
      <w:proofErr w:type="spellStart"/>
      <w:r w:rsidRPr="00DE7557">
        <w:rPr>
          <w:rFonts w:ascii="Arial" w:hAnsi="Arial"/>
          <w:sz w:val="20"/>
          <w:lang w:val="es-ES"/>
        </w:rPr>
        <w:lastRenderedPageBreak/>
        <w:t>vestígio</w:t>
      </w:r>
      <w:proofErr w:type="spellEnd"/>
      <w:r w:rsidRPr="00DE7557">
        <w:rPr>
          <w:rFonts w:ascii="Arial" w:hAnsi="Arial"/>
          <w:sz w:val="20"/>
          <w:lang w:val="es-ES"/>
        </w:rPr>
        <w:t xml:space="preserve"> do </w:t>
      </w:r>
      <w:proofErr w:type="spellStart"/>
      <w:r w:rsidRPr="00DE7557">
        <w:rPr>
          <w:rFonts w:ascii="Arial" w:hAnsi="Arial"/>
          <w:sz w:val="20"/>
          <w:lang w:val="es-ES"/>
        </w:rPr>
        <w:t>domínio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russo</w:t>
      </w:r>
      <w:proofErr w:type="spellEnd"/>
      <w:r w:rsidRPr="00DE7557">
        <w:rPr>
          <w:rFonts w:ascii="Arial" w:hAnsi="Arial"/>
          <w:sz w:val="20"/>
          <w:lang w:val="es-ES"/>
        </w:rPr>
        <w:t xml:space="preserve">, a </w:t>
      </w:r>
      <w:proofErr w:type="spellStart"/>
      <w:r w:rsidRPr="00DE7557">
        <w:rPr>
          <w:rFonts w:ascii="Arial" w:hAnsi="Arial"/>
          <w:sz w:val="20"/>
          <w:lang w:val="es-ES"/>
        </w:rPr>
        <w:t>Praça</w:t>
      </w:r>
      <w:proofErr w:type="spellEnd"/>
      <w:r w:rsidRPr="00DE7557">
        <w:rPr>
          <w:rFonts w:ascii="Arial" w:hAnsi="Arial"/>
          <w:sz w:val="20"/>
          <w:lang w:val="es-ES"/>
        </w:rPr>
        <w:t xml:space="preserve"> do Senado e a </w:t>
      </w:r>
      <w:proofErr w:type="spellStart"/>
      <w:r w:rsidRPr="00DE7557">
        <w:rPr>
          <w:rFonts w:ascii="Arial" w:hAnsi="Arial"/>
          <w:sz w:val="20"/>
          <w:lang w:val="es-ES"/>
        </w:rPr>
        <w:t>Temppeliaukio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Kirkko</w:t>
      </w:r>
      <w:proofErr w:type="spellEnd"/>
      <w:r w:rsidRPr="00DE7557">
        <w:rPr>
          <w:rFonts w:ascii="Arial" w:hAnsi="Arial"/>
          <w:sz w:val="20"/>
          <w:lang w:val="es-ES"/>
        </w:rPr>
        <w:t>, i</w:t>
      </w:r>
      <w:r w:rsidRPr="00DE7557">
        <w:rPr>
          <w:rFonts w:ascii="Arial" w:hAnsi="Arial"/>
          <w:sz w:val="20"/>
          <w:lang w:val="es-ES"/>
        </w:rPr>
        <w:t xml:space="preserve">greja luterana de planta circular </w:t>
      </w:r>
      <w:proofErr w:type="spellStart"/>
      <w:r w:rsidRPr="00DE7557">
        <w:rPr>
          <w:rFonts w:ascii="Arial" w:hAnsi="Arial"/>
          <w:sz w:val="20"/>
          <w:lang w:val="es-ES"/>
        </w:rPr>
        <w:t>escavada</w:t>
      </w:r>
      <w:proofErr w:type="spellEnd"/>
      <w:r w:rsidRPr="00DE7557">
        <w:rPr>
          <w:rFonts w:ascii="Arial" w:hAnsi="Arial"/>
          <w:sz w:val="20"/>
          <w:lang w:val="es-ES"/>
        </w:rPr>
        <w:t xml:space="preserve"> </w:t>
      </w:r>
      <w:proofErr w:type="spellStart"/>
      <w:r w:rsidRPr="00DE7557">
        <w:rPr>
          <w:rFonts w:ascii="Arial" w:hAnsi="Arial"/>
          <w:sz w:val="20"/>
          <w:lang w:val="es-ES"/>
        </w:rPr>
        <w:t>na</w:t>
      </w:r>
      <w:proofErr w:type="spellEnd"/>
      <w:r w:rsidRPr="00DE7557">
        <w:rPr>
          <w:rFonts w:ascii="Arial" w:hAnsi="Arial"/>
          <w:sz w:val="20"/>
          <w:lang w:val="es-ES"/>
        </w:rPr>
        <w:t xml:space="preserve"> rocha, cuja cúpula </w:t>
      </w:r>
      <w:proofErr w:type="spellStart"/>
      <w:r w:rsidRPr="00DE7557">
        <w:rPr>
          <w:rFonts w:ascii="Arial" w:hAnsi="Arial"/>
          <w:sz w:val="20"/>
          <w:lang w:val="es-ES"/>
        </w:rPr>
        <w:t>tem</w:t>
      </w:r>
      <w:proofErr w:type="spellEnd"/>
      <w:r w:rsidRPr="00DE7557">
        <w:rPr>
          <w:rFonts w:ascii="Arial" w:hAnsi="Arial"/>
          <w:sz w:val="20"/>
          <w:lang w:val="es-ES"/>
        </w:rPr>
        <w:t xml:space="preserve"> a forma de </w:t>
      </w:r>
      <w:proofErr w:type="spellStart"/>
      <w:r w:rsidRPr="00DE7557">
        <w:rPr>
          <w:rFonts w:ascii="Arial" w:hAnsi="Arial"/>
          <w:sz w:val="20"/>
          <w:lang w:val="es-ES"/>
        </w:rPr>
        <w:t>uma</w:t>
      </w:r>
      <w:proofErr w:type="spellEnd"/>
      <w:r w:rsidRPr="00DE7557">
        <w:rPr>
          <w:rFonts w:ascii="Arial" w:hAnsi="Arial"/>
          <w:sz w:val="20"/>
          <w:lang w:val="es-ES"/>
        </w:rPr>
        <w:t xml:space="preserve"> gigantesca espiral de fi os de cobre. Tarde </w:t>
      </w:r>
      <w:proofErr w:type="spellStart"/>
      <w:r w:rsidRPr="00DE7557">
        <w:rPr>
          <w:rFonts w:ascii="Arial" w:hAnsi="Arial"/>
          <w:sz w:val="20"/>
          <w:lang w:val="es-ES"/>
        </w:rPr>
        <w:t>livre</w:t>
      </w:r>
      <w:proofErr w:type="spellEnd"/>
      <w:r w:rsidRPr="00DE7557">
        <w:rPr>
          <w:rFonts w:ascii="Arial" w:hAnsi="Arial"/>
          <w:sz w:val="20"/>
          <w:lang w:val="es-ES"/>
        </w:rPr>
        <w:t xml:space="preserve"> e </w:t>
      </w:r>
      <w:proofErr w:type="spellStart"/>
      <w:r w:rsidRPr="00DE7557">
        <w:rPr>
          <w:rFonts w:ascii="Arial" w:hAnsi="Arial"/>
          <w:sz w:val="20"/>
          <w:lang w:val="es-ES"/>
        </w:rPr>
        <w:t>hospedagem</w:t>
      </w:r>
      <w:proofErr w:type="spellEnd"/>
      <w:r w:rsidRPr="00DE7557">
        <w:rPr>
          <w:rFonts w:ascii="Arial" w:hAnsi="Arial"/>
          <w:sz w:val="20"/>
          <w:lang w:val="es-ES"/>
        </w:rPr>
        <w:t>.</w:t>
      </w:r>
    </w:p>
    <w:p w14:paraId="0078D5E9" w14:textId="77777777" w:rsidR="00214435" w:rsidRPr="00DE7557" w:rsidRDefault="00B75B43">
      <w:pPr>
        <w:spacing w:before="160" w:after="60" w:line="252" w:lineRule="auto"/>
        <w:rPr>
          <w:lang w:val="es-ES"/>
        </w:rPr>
      </w:pPr>
      <w:r w:rsidRPr="00DE7557">
        <w:rPr>
          <w:rFonts w:ascii="Arial" w:hAnsi="Arial"/>
          <w:b/>
          <w:sz w:val="20"/>
          <w:lang w:val="es-ES"/>
        </w:rPr>
        <w:t>DIA 12 TER HELSINQUE</w:t>
      </w:r>
    </w:p>
    <w:p w14:paraId="36B2FFF2" w14:textId="77777777" w:rsidR="00214435" w:rsidRPr="00DE7557" w:rsidRDefault="00B75B43">
      <w:pPr>
        <w:spacing w:after="160" w:line="252" w:lineRule="auto"/>
        <w:rPr>
          <w:lang w:val="es-ES"/>
        </w:rPr>
      </w:pPr>
      <w:r w:rsidRPr="00DE7557">
        <w:rPr>
          <w:rFonts w:ascii="Arial" w:hAnsi="Arial"/>
          <w:sz w:val="20"/>
          <w:lang w:val="es-ES"/>
        </w:rPr>
        <w:t xml:space="preserve">Café da </w:t>
      </w:r>
      <w:proofErr w:type="spellStart"/>
      <w:r w:rsidRPr="00DE7557">
        <w:rPr>
          <w:rFonts w:ascii="Arial" w:hAnsi="Arial"/>
          <w:sz w:val="20"/>
          <w:lang w:val="es-ES"/>
        </w:rPr>
        <w:t>manhã</w:t>
      </w:r>
      <w:proofErr w:type="spellEnd"/>
      <w:r w:rsidRPr="00DE7557">
        <w:rPr>
          <w:rFonts w:ascii="Arial" w:hAnsi="Arial"/>
          <w:sz w:val="20"/>
          <w:lang w:val="es-ES"/>
        </w:rPr>
        <w:t xml:space="preserve"> e traslado de </w:t>
      </w:r>
      <w:proofErr w:type="spellStart"/>
      <w:r w:rsidRPr="00DE7557">
        <w:rPr>
          <w:rFonts w:ascii="Arial" w:hAnsi="Arial"/>
          <w:sz w:val="20"/>
          <w:lang w:val="es-ES"/>
        </w:rPr>
        <w:t>saída</w:t>
      </w:r>
      <w:proofErr w:type="spellEnd"/>
      <w:r w:rsidRPr="00DE7557">
        <w:rPr>
          <w:rFonts w:ascii="Arial" w:hAnsi="Arial"/>
          <w:sz w:val="20"/>
          <w:lang w:val="es-ES"/>
        </w:rPr>
        <w:t xml:space="preserve"> para o </w:t>
      </w:r>
      <w:proofErr w:type="spellStart"/>
      <w:r w:rsidRPr="00DE7557">
        <w:rPr>
          <w:rFonts w:ascii="Arial" w:hAnsi="Arial"/>
          <w:sz w:val="20"/>
          <w:lang w:val="es-ES"/>
        </w:rPr>
        <w:t>aeroporto</w:t>
      </w:r>
      <w:proofErr w:type="spellEnd"/>
      <w:r w:rsidRPr="00DE7557">
        <w:rPr>
          <w:rFonts w:ascii="Arial" w:hAnsi="Arial"/>
          <w:sz w:val="20"/>
          <w:lang w:val="es-ES"/>
        </w:rPr>
        <w:t>.</w:t>
      </w:r>
    </w:p>
    <w:sectPr w:rsidR="00214435" w:rsidRPr="00DE7557" w:rsidSect="00034616">
      <w:headerReference w:type="default" r:id="rId8"/>
      <w:pgSz w:w="12240" w:h="15840"/>
      <w:pgMar w:top="864" w:right="1008" w:bottom="864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7FB7B3" w14:textId="77777777" w:rsidR="00000000" w:rsidRDefault="00B75B43">
      <w:pPr>
        <w:spacing w:after="0" w:line="240" w:lineRule="auto"/>
      </w:pPr>
      <w:r>
        <w:separator/>
      </w:r>
    </w:p>
  </w:endnote>
  <w:endnote w:type="continuationSeparator" w:id="0">
    <w:p w14:paraId="18A416CB" w14:textId="77777777" w:rsidR="00000000" w:rsidRDefault="00B75B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11B884" w14:textId="77777777" w:rsidR="00000000" w:rsidRDefault="00B75B43">
      <w:pPr>
        <w:spacing w:after="0" w:line="240" w:lineRule="auto"/>
      </w:pPr>
      <w:r>
        <w:separator/>
      </w:r>
    </w:p>
  </w:footnote>
  <w:footnote w:type="continuationSeparator" w:id="0">
    <w:p w14:paraId="1F88ADA7" w14:textId="77777777" w:rsidR="00000000" w:rsidRDefault="00B75B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47147" w14:textId="77777777" w:rsidR="00214435" w:rsidRDefault="00B75B43">
    <w:pPr>
      <w:pStyle w:val="Encabezado"/>
    </w:pPr>
    <w:r>
      <w:rPr>
        <w:noProof/>
      </w:rPr>
      <w:drawing>
        <wp:inline distT="0" distB="0" distL="0" distR="0" wp14:anchorId="65FBB349" wp14:editId="0419D363">
          <wp:extent cx="713232" cy="713232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ato tours fondo tra(1)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3232" cy="7132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14435"/>
    <w:rsid w:val="0029639D"/>
    <w:rsid w:val="00326F90"/>
    <w:rsid w:val="00AA1D8D"/>
    <w:rsid w:val="00B47730"/>
    <w:rsid w:val="00B75B43"/>
    <w:rsid w:val="00CB0664"/>
    <w:rsid w:val="00DE755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EBC0528"/>
  <w14:defaultImageDpi w14:val="300"/>
  <w15:docId w15:val="{B24EDC88-F297-4AA4-B9E3-9F50A7C4A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939</Words>
  <Characters>5167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6094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user24</cp:lastModifiedBy>
  <cp:revision>3</cp:revision>
  <dcterms:created xsi:type="dcterms:W3CDTF">2013-12-23T23:15:00Z</dcterms:created>
  <dcterms:modified xsi:type="dcterms:W3CDTF">2026-05-29T07:57:00Z</dcterms:modified>
  <cp:category/>
</cp:coreProperties>
</file>