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64048" w14:textId="77777777" w:rsidR="009C0C28" w:rsidRPr="004A223A" w:rsidRDefault="00767DE7" w:rsidP="004A223A">
      <w:pPr>
        <w:jc w:val="center"/>
        <w:rPr>
          <w:color w:val="E36C0A" w:themeColor="accent6" w:themeShade="BF"/>
          <w:lang w:val="es-ES"/>
        </w:rPr>
      </w:pPr>
      <w:r w:rsidRPr="004A223A">
        <w:rPr>
          <w:b/>
          <w:color w:val="E36C0A" w:themeColor="accent6" w:themeShade="BF"/>
          <w:sz w:val="36"/>
          <w:lang w:val="es-ES"/>
        </w:rPr>
        <w:t>EUROPA DEL ESTE A SU ALCANCE</w:t>
      </w:r>
    </w:p>
    <w:p w14:paraId="7C6D12BF" w14:textId="77777777" w:rsidR="009C0C28" w:rsidRPr="00767DE7" w:rsidRDefault="00767DE7" w:rsidP="004A223A">
      <w:pPr>
        <w:spacing w:after="60"/>
        <w:jc w:val="center"/>
        <w:rPr>
          <w:b/>
          <w:bCs/>
          <w:color w:val="E36C0A" w:themeColor="accent6" w:themeShade="BF"/>
          <w:sz w:val="22"/>
          <w:lang w:val="es-ES"/>
        </w:rPr>
      </w:pPr>
      <w:r w:rsidRPr="00767DE7">
        <w:rPr>
          <w:b/>
          <w:bCs/>
          <w:color w:val="E36C0A" w:themeColor="accent6" w:themeShade="BF"/>
          <w:sz w:val="22"/>
          <w:lang w:val="es-ES"/>
        </w:rPr>
        <w:t>Categoría: Todo incluido</w:t>
      </w:r>
    </w:p>
    <w:p w14:paraId="7F752EAE" w14:textId="56F86925" w:rsidR="009C0C28" w:rsidRPr="00767DE7" w:rsidRDefault="00767DE7" w:rsidP="004A223A">
      <w:pPr>
        <w:spacing w:after="60"/>
        <w:jc w:val="center"/>
        <w:rPr>
          <w:szCs w:val="20"/>
          <w:lang w:val="es-ES"/>
        </w:rPr>
      </w:pPr>
      <w:r w:rsidRPr="00767DE7">
        <w:rPr>
          <w:b/>
          <w:bCs/>
          <w:szCs w:val="20"/>
          <w:lang w:val="es-ES"/>
        </w:rPr>
        <w:t>Código:</w:t>
      </w:r>
      <w:r w:rsidRPr="00767DE7">
        <w:rPr>
          <w:szCs w:val="20"/>
          <w:lang w:val="es-ES"/>
        </w:rPr>
        <w:t xml:space="preserve"> </w:t>
      </w:r>
      <w:proofErr w:type="gramStart"/>
      <w:r w:rsidRPr="00767DE7">
        <w:rPr>
          <w:szCs w:val="20"/>
          <w:lang w:val="es-ES"/>
        </w:rPr>
        <w:t>TICENT  |</w:t>
      </w:r>
      <w:proofErr w:type="gramEnd"/>
      <w:r w:rsidRPr="00767DE7">
        <w:rPr>
          <w:szCs w:val="20"/>
          <w:lang w:val="es-ES"/>
        </w:rPr>
        <w:t xml:space="preserve">  11 DÍAS</w:t>
      </w:r>
    </w:p>
    <w:p w14:paraId="12E69FCA" w14:textId="77777777" w:rsidR="004A223A" w:rsidRPr="004A223A" w:rsidRDefault="004A223A" w:rsidP="004A223A">
      <w:pPr>
        <w:spacing w:after="60"/>
        <w:jc w:val="center"/>
        <w:rPr>
          <w:lang w:val="es-ES"/>
        </w:rPr>
      </w:pPr>
    </w:p>
    <w:tbl>
      <w:tblPr>
        <w:tblW w:w="0" w:type="auto"/>
        <w:tblLook w:val="04A0" w:firstRow="1" w:lastRow="0" w:firstColumn="1" w:lastColumn="0" w:noHBand="0" w:noVBand="1"/>
      </w:tblPr>
      <w:tblGrid>
        <w:gridCol w:w="5213"/>
        <w:gridCol w:w="5213"/>
      </w:tblGrid>
      <w:tr w:rsidR="009C0C28" w:rsidRPr="004A223A" w14:paraId="4600EB56" w14:textId="77777777">
        <w:tc>
          <w:tcPr>
            <w:tcW w:w="5213" w:type="dxa"/>
            <w:shd w:val="clear" w:color="auto" w:fill="F3F6FA"/>
          </w:tcPr>
          <w:p w14:paraId="4D8CCECF" w14:textId="77777777" w:rsidR="009C0C28" w:rsidRPr="004A223A" w:rsidRDefault="00767DE7">
            <w:pPr>
              <w:spacing w:after="40"/>
              <w:rPr>
                <w:lang w:val="es-ES"/>
              </w:rPr>
            </w:pPr>
            <w:r w:rsidRPr="004A223A">
              <w:rPr>
                <w:b/>
                <w:color w:val="24245D"/>
                <w:lang w:val="es-ES"/>
              </w:rPr>
              <w:t>SALIDAS GARANTIZADAS 2027</w:t>
            </w:r>
          </w:p>
          <w:p w14:paraId="2DE6AFF2" w14:textId="77777777" w:rsidR="009C0C28" w:rsidRPr="004A223A" w:rsidRDefault="00767DE7">
            <w:pPr>
              <w:spacing w:after="0"/>
              <w:rPr>
                <w:lang w:val="es-ES"/>
              </w:rPr>
            </w:pPr>
            <w:r w:rsidRPr="004A223A">
              <w:rPr>
                <w:sz w:val="18"/>
                <w:lang w:val="es-ES"/>
              </w:rPr>
              <w:t>ABRIL ................... 1, 8, 15, 22, 29</w:t>
            </w:r>
          </w:p>
          <w:p w14:paraId="05F89B1A" w14:textId="77777777" w:rsidR="009C0C28" w:rsidRPr="004A223A" w:rsidRDefault="00767DE7">
            <w:pPr>
              <w:spacing w:after="0"/>
              <w:rPr>
                <w:lang w:val="es-ES"/>
              </w:rPr>
            </w:pPr>
            <w:r w:rsidRPr="004A223A">
              <w:rPr>
                <w:sz w:val="18"/>
                <w:lang w:val="es-ES"/>
              </w:rPr>
              <w:t>MAYO .................... 6, 13, 20, 27</w:t>
            </w:r>
          </w:p>
          <w:p w14:paraId="2D62F329" w14:textId="77777777" w:rsidR="009C0C28" w:rsidRPr="004A223A" w:rsidRDefault="00767DE7">
            <w:pPr>
              <w:spacing w:after="0"/>
              <w:rPr>
                <w:lang w:val="es-ES"/>
              </w:rPr>
            </w:pPr>
            <w:r w:rsidRPr="004A223A">
              <w:rPr>
                <w:sz w:val="18"/>
                <w:lang w:val="es-ES"/>
              </w:rPr>
              <w:t>JUNIO .................... 3, 10, 17, 24</w:t>
            </w:r>
          </w:p>
          <w:p w14:paraId="48174702" w14:textId="77777777" w:rsidR="009C0C28" w:rsidRPr="004A223A" w:rsidRDefault="00767DE7">
            <w:pPr>
              <w:spacing w:after="0"/>
              <w:rPr>
                <w:lang w:val="es-ES"/>
              </w:rPr>
            </w:pPr>
            <w:r w:rsidRPr="004A223A">
              <w:rPr>
                <w:sz w:val="18"/>
                <w:lang w:val="es-ES"/>
              </w:rPr>
              <w:t xml:space="preserve">JULIO </w:t>
            </w:r>
            <w:r w:rsidRPr="004A223A">
              <w:rPr>
                <w:sz w:val="18"/>
                <w:lang w:val="es-ES"/>
              </w:rPr>
              <w:t>................... 1, 8, 15, 22, 29</w:t>
            </w:r>
          </w:p>
          <w:p w14:paraId="400BECC5" w14:textId="77777777" w:rsidR="009C0C28" w:rsidRPr="004A223A" w:rsidRDefault="00767DE7">
            <w:pPr>
              <w:spacing w:after="0"/>
              <w:rPr>
                <w:lang w:val="es-ES"/>
              </w:rPr>
            </w:pPr>
            <w:r w:rsidRPr="004A223A">
              <w:rPr>
                <w:sz w:val="18"/>
                <w:lang w:val="es-ES"/>
              </w:rPr>
              <w:t>AGOSTO .................... 5 ,12, 19, 26</w:t>
            </w:r>
          </w:p>
          <w:p w14:paraId="248721A0" w14:textId="77777777" w:rsidR="009C0C28" w:rsidRPr="004A223A" w:rsidRDefault="00767DE7">
            <w:pPr>
              <w:spacing w:after="0"/>
              <w:rPr>
                <w:lang w:val="es-ES"/>
              </w:rPr>
            </w:pPr>
            <w:r w:rsidRPr="004A223A">
              <w:rPr>
                <w:sz w:val="18"/>
                <w:lang w:val="es-ES"/>
              </w:rPr>
              <w:t>SEPTIEMBRE ................ 2, 9, 16, 23, 30</w:t>
            </w:r>
          </w:p>
          <w:p w14:paraId="6F21CBB7" w14:textId="348CB8B6" w:rsidR="009C0C28" w:rsidRDefault="00767DE7">
            <w:pPr>
              <w:spacing w:after="0"/>
              <w:rPr>
                <w:sz w:val="18"/>
                <w:lang w:val="es-ES"/>
              </w:rPr>
            </w:pPr>
            <w:r w:rsidRPr="004A223A">
              <w:rPr>
                <w:sz w:val="18"/>
                <w:lang w:val="es-ES"/>
              </w:rPr>
              <w:t>OCTUBRE .................. 7, 14, 21, 28</w:t>
            </w:r>
          </w:p>
          <w:p w14:paraId="1596FE07" w14:textId="77777777" w:rsidR="004A223A" w:rsidRPr="004A223A" w:rsidRDefault="004A223A">
            <w:pPr>
              <w:spacing w:after="0"/>
              <w:rPr>
                <w:lang w:val="es-ES"/>
              </w:rPr>
            </w:pPr>
          </w:p>
          <w:p w14:paraId="22B00577" w14:textId="35AF8BE1" w:rsidR="009C0C28" w:rsidRPr="004A223A" w:rsidRDefault="00767DE7" w:rsidP="008E11AC">
            <w:pPr>
              <w:spacing w:before="120"/>
              <w:rPr>
                <w:lang w:val="es-ES"/>
              </w:rPr>
            </w:pPr>
            <w:r w:rsidRPr="004A223A">
              <w:rPr>
                <w:b/>
                <w:color w:val="24245D"/>
                <w:lang w:val="es-ES"/>
              </w:rPr>
              <w:t>HOTELES PREVISTOS</w:t>
            </w:r>
            <w:r w:rsidR="008E11AC">
              <w:rPr>
                <w:b/>
                <w:color w:val="24245D"/>
                <w:lang w:val="es-ES"/>
              </w:rPr>
              <w:br/>
            </w:r>
            <w:r w:rsidRPr="004A223A">
              <w:rPr>
                <w:sz w:val="18"/>
                <w:lang w:val="es-ES"/>
              </w:rPr>
              <w:t>(o similares en la categoría indicada, según ciudad)</w:t>
            </w:r>
          </w:p>
          <w:p w14:paraId="55CE5A4E" w14:textId="405C14E8" w:rsidR="009C0C28" w:rsidRDefault="00767DE7">
            <w:pPr>
              <w:spacing w:after="0"/>
            </w:pPr>
            <w:r>
              <w:rPr>
                <w:sz w:val="18"/>
              </w:rPr>
              <w:t>VIENA: PARKHOTEL SCH</w:t>
            </w:r>
            <w:r>
              <w:rPr>
                <w:sz w:val="18"/>
              </w:rPr>
              <w:t>ÖNBRUNN</w:t>
            </w:r>
            <w:r w:rsidR="008E11AC">
              <w:rPr>
                <w:sz w:val="18"/>
              </w:rPr>
              <w:t xml:space="preserve"> ****</w:t>
            </w:r>
            <w:r>
              <w:rPr>
                <w:sz w:val="18"/>
              </w:rPr>
              <w:t xml:space="preserve"> / ROOMZ PRATER</w:t>
            </w:r>
            <w:r w:rsidR="008E11AC">
              <w:rPr>
                <w:sz w:val="18"/>
              </w:rPr>
              <w:t xml:space="preserve"> </w:t>
            </w:r>
            <w:r w:rsidR="008E11AC">
              <w:rPr>
                <w:sz w:val="18"/>
              </w:rPr>
              <w:t>****</w:t>
            </w:r>
          </w:p>
          <w:p w14:paraId="686B4564" w14:textId="7D20A293" w:rsidR="009C0C28" w:rsidRPr="008E11AC" w:rsidRDefault="00767DE7">
            <w:pPr>
              <w:spacing w:after="0"/>
              <w:rPr>
                <w:lang w:val="es-ES"/>
              </w:rPr>
            </w:pPr>
            <w:r w:rsidRPr="008E11AC">
              <w:rPr>
                <w:sz w:val="18"/>
                <w:lang w:val="es-ES"/>
              </w:rPr>
              <w:t>BUDAPEST: MERCURE KORONA</w:t>
            </w:r>
            <w:r w:rsidR="008E11AC">
              <w:rPr>
                <w:sz w:val="18"/>
                <w:lang w:val="es-ES"/>
              </w:rPr>
              <w:t xml:space="preserve"> </w:t>
            </w:r>
            <w:r w:rsidR="008E11AC">
              <w:rPr>
                <w:sz w:val="18"/>
              </w:rPr>
              <w:t>****</w:t>
            </w:r>
          </w:p>
          <w:p w14:paraId="7651EC1C" w14:textId="5E7FA4B6" w:rsidR="009C0C28" w:rsidRPr="008E11AC" w:rsidRDefault="00767DE7">
            <w:pPr>
              <w:spacing w:after="0"/>
              <w:rPr>
                <w:lang w:val="es-ES"/>
              </w:rPr>
            </w:pPr>
            <w:r w:rsidRPr="008E11AC">
              <w:rPr>
                <w:sz w:val="18"/>
                <w:lang w:val="es-ES"/>
              </w:rPr>
              <w:t>PRAGA: HERMITAGE</w:t>
            </w:r>
            <w:r w:rsidR="008E11AC">
              <w:rPr>
                <w:sz w:val="18"/>
                <w:lang w:val="es-ES"/>
              </w:rPr>
              <w:t xml:space="preserve"> </w:t>
            </w:r>
            <w:r w:rsidR="008E11AC">
              <w:rPr>
                <w:sz w:val="18"/>
              </w:rPr>
              <w:t>****</w:t>
            </w:r>
          </w:p>
          <w:p w14:paraId="3FDBE5C2" w14:textId="3A371252" w:rsidR="004A223A" w:rsidRPr="008E11AC" w:rsidRDefault="00767DE7">
            <w:pPr>
              <w:spacing w:after="0"/>
              <w:rPr>
                <w:sz w:val="18"/>
                <w:lang w:val="es-ES"/>
              </w:rPr>
            </w:pPr>
            <w:r w:rsidRPr="008E11AC">
              <w:rPr>
                <w:sz w:val="18"/>
                <w:lang w:val="es-ES"/>
              </w:rPr>
              <w:t>BERLÍN: SHERATON</w:t>
            </w:r>
            <w:r w:rsidR="008E11AC">
              <w:rPr>
                <w:sz w:val="18"/>
                <w:lang w:val="es-ES"/>
              </w:rPr>
              <w:t xml:space="preserve"> </w:t>
            </w:r>
            <w:r w:rsidR="008E11AC">
              <w:rPr>
                <w:sz w:val="18"/>
              </w:rPr>
              <w:t>****</w:t>
            </w:r>
          </w:p>
        </w:tc>
        <w:tc>
          <w:tcPr>
            <w:tcW w:w="5213" w:type="dxa"/>
            <w:shd w:val="clear" w:color="auto" w:fill="F3F6FA"/>
          </w:tcPr>
          <w:p w14:paraId="720A196B" w14:textId="77777777" w:rsidR="009C0C28" w:rsidRPr="004A223A" w:rsidRDefault="00767DE7">
            <w:pPr>
              <w:spacing w:after="40"/>
              <w:rPr>
                <w:lang w:val="es-ES"/>
              </w:rPr>
            </w:pPr>
            <w:r w:rsidRPr="004A223A">
              <w:rPr>
                <w:b/>
                <w:color w:val="24245D"/>
                <w:lang w:val="es-ES"/>
              </w:rPr>
              <w:t>SERVICIOS INCLUIDOS</w:t>
            </w:r>
          </w:p>
          <w:p w14:paraId="087E04D4" w14:textId="77777777" w:rsidR="009C0C28" w:rsidRPr="004A223A" w:rsidRDefault="00767DE7">
            <w:pPr>
              <w:spacing w:after="0"/>
              <w:rPr>
                <w:lang w:val="es-ES"/>
              </w:rPr>
            </w:pPr>
            <w:r w:rsidRPr="004A223A">
              <w:rPr>
                <w:sz w:val="18"/>
                <w:lang w:val="es-ES"/>
              </w:rPr>
              <w:t>• Guía exclusivo de habla hispana</w:t>
            </w:r>
          </w:p>
          <w:p w14:paraId="658BDC4E" w14:textId="77777777" w:rsidR="009C0C28" w:rsidRPr="004A223A" w:rsidRDefault="00767DE7">
            <w:pPr>
              <w:spacing w:after="0"/>
              <w:rPr>
                <w:lang w:val="es-ES"/>
              </w:rPr>
            </w:pPr>
            <w:r w:rsidRPr="004A223A">
              <w:rPr>
                <w:sz w:val="18"/>
                <w:lang w:val="es-ES"/>
              </w:rPr>
              <w:t>• 10 noches alojamiento con desayuno buffet</w:t>
            </w:r>
          </w:p>
          <w:p w14:paraId="418F8B61" w14:textId="77777777" w:rsidR="009C0C28" w:rsidRPr="004A223A" w:rsidRDefault="00767DE7">
            <w:pPr>
              <w:spacing w:after="0"/>
              <w:rPr>
                <w:lang w:val="es-ES"/>
              </w:rPr>
            </w:pPr>
            <w:r w:rsidRPr="004A223A">
              <w:rPr>
                <w:sz w:val="18"/>
                <w:lang w:val="es-ES"/>
              </w:rPr>
              <w:t>• entradas y experiencias según itinerario</w:t>
            </w:r>
          </w:p>
          <w:p w14:paraId="3AE2E96C" w14:textId="7E65FA7F" w:rsidR="009C0C28" w:rsidRDefault="00767DE7">
            <w:pPr>
              <w:spacing w:after="0"/>
              <w:rPr>
                <w:sz w:val="18"/>
                <w:lang w:val="es-ES"/>
              </w:rPr>
            </w:pPr>
            <w:r w:rsidRPr="004A223A">
              <w:rPr>
                <w:sz w:val="18"/>
                <w:lang w:val="es-ES"/>
              </w:rPr>
              <w:t>• 9 comidas</w:t>
            </w:r>
          </w:p>
          <w:p w14:paraId="2947D4B9" w14:textId="77777777" w:rsidR="004A223A" w:rsidRPr="004A223A" w:rsidRDefault="004A223A">
            <w:pPr>
              <w:spacing w:after="0"/>
              <w:rPr>
                <w:lang w:val="es-ES"/>
              </w:rPr>
            </w:pPr>
          </w:p>
          <w:p w14:paraId="742B8E59" w14:textId="527C2A4D" w:rsidR="009C0C28" w:rsidRPr="004A223A" w:rsidRDefault="00767DE7" w:rsidP="004A223A">
            <w:pPr>
              <w:spacing w:before="120"/>
              <w:rPr>
                <w:lang w:val="es-ES"/>
              </w:rPr>
            </w:pPr>
            <w:r w:rsidRPr="004A223A">
              <w:rPr>
                <w:b/>
                <w:color w:val="24245D"/>
                <w:lang w:val="es-ES"/>
              </w:rPr>
              <w:t>PRECIOS EN EUROS</w:t>
            </w:r>
            <w:r w:rsidR="004A223A">
              <w:rPr>
                <w:b/>
                <w:color w:val="24245D"/>
                <w:lang w:val="es-ES"/>
              </w:rPr>
              <w:br/>
            </w:r>
            <w:r w:rsidRPr="004A223A">
              <w:rPr>
                <w:sz w:val="18"/>
                <w:lang w:val="es-ES"/>
              </w:rPr>
              <w:t>€ 2.</w:t>
            </w:r>
            <w:proofErr w:type="gramStart"/>
            <w:r w:rsidRPr="004A223A">
              <w:rPr>
                <w:sz w:val="18"/>
                <w:lang w:val="es-ES"/>
              </w:rPr>
              <w:t>840,–</w:t>
            </w:r>
            <w:proofErr w:type="gramEnd"/>
            <w:r w:rsidRPr="004A223A">
              <w:rPr>
                <w:sz w:val="18"/>
                <w:lang w:val="es-ES"/>
              </w:rPr>
              <w:t xml:space="preserve"> por persona en doble</w:t>
            </w:r>
            <w:r w:rsidR="004A223A">
              <w:rPr>
                <w:lang w:val="es-ES"/>
              </w:rPr>
              <w:br/>
            </w:r>
            <w:r w:rsidRPr="004A223A">
              <w:rPr>
                <w:sz w:val="18"/>
                <w:lang w:val="es-ES"/>
              </w:rPr>
              <w:t>€ 1.100,– suplemento individua</w:t>
            </w:r>
            <w:r w:rsidR="004A223A">
              <w:rPr>
                <w:sz w:val="18"/>
                <w:lang w:val="es-ES"/>
              </w:rPr>
              <w:t>l</w:t>
            </w:r>
          </w:p>
        </w:tc>
      </w:tr>
    </w:tbl>
    <w:p w14:paraId="5E1B7A1D" w14:textId="77777777" w:rsidR="004A223A" w:rsidRPr="004A223A" w:rsidRDefault="004A223A">
      <w:pPr>
        <w:rPr>
          <w:b/>
          <w:color w:val="24245D"/>
          <w:sz w:val="24"/>
          <w:lang w:val="es-ES"/>
        </w:rPr>
      </w:pPr>
    </w:p>
    <w:p w14:paraId="2C511796" w14:textId="5F288592" w:rsidR="009C0C28" w:rsidRDefault="00767DE7">
      <w:r>
        <w:rPr>
          <w:b/>
          <w:color w:val="24245D"/>
          <w:sz w:val="24"/>
        </w:rPr>
        <w:t>ITINERARIO</w:t>
      </w:r>
    </w:p>
    <w:p w14:paraId="3E02AB10" w14:textId="77777777" w:rsidR="009C0C28" w:rsidRDefault="00767DE7">
      <w:pPr>
        <w:spacing w:before="120" w:after="40"/>
      </w:pPr>
      <w:r>
        <w:rPr>
          <w:b/>
          <w:color w:val="24245D"/>
          <w:sz w:val="21"/>
        </w:rPr>
        <w:t>DÍA 1 JUE VIENA</w:t>
      </w:r>
    </w:p>
    <w:p w14:paraId="076948ED" w14:textId="006FB181" w:rsidR="009C0C28" w:rsidRDefault="00767DE7">
      <w:pPr>
        <w:spacing w:after="80" w:line="252" w:lineRule="auto"/>
        <w:rPr>
          <w:sz w:val="18"/>
          <w:lang w:val="es-ES"/>
        </w:rPr>
      </w:pPr>
      <w:r w:rsidRPr="004A223A">
        <w:rPr>
          <w:sz w:val="18"/>
          <w:lang w:val="es-ES"/>
        </w:rPr>
        <w:t xml:space="preserve">Llegará al aeropuerto de Viena, donde nuestro chófer le trasladará a su hotel. Por la noche, conocerá a sus </w:t>
      </w:r>
      <w:r w:rsidRPr="004A223A">
        <w:rPr>
          <w:sz w:val="18"/>
          <w:lang w:val="es-ES"/>
        </w:rPr>
        <w:t xml:space="preserve">compañeros de viaje en una típica cena austríaca de bienvenida en el restaurante </w:t>
      </w:r>
      <w:proofErr w:type="spellStart"/>
      <w:r w:rsidRPr="004A223A">
        <w:rPr>
          <w:sz w:val="18"/>
          <w:lang w:val="es-ES"/>
        </w:rPr>
        <w:t>Marchfelderhof</w:t>
      </w:r>
      <w:proofErr w:type="spellEnd"/>
      <w:r w:rsidRPr="004A223A">
        <w:rPr>
          <w:sz w:val="18"/>
          <w:lang w:val="es-ES"/>
        </w:rPr>
        <w:t>, muy conocido más allá de las fronteras del país. En este ambiente realmente único, rápidamente tendrá la sensación de que la emperatriz Sissi está sentada a su</w:t>
      </w:r>
      <w:r w:rsidRPr="004A223A">
        <w:rPr>
          <w:sz w:val="18"/>
          <w:lang w:val="es-ES"/>
        </w:rPr>
        <w:t xml:space="preserve"> lado en la mesa. Por supuesto, las bebidas también están incluidas.</w:t>
      </w:r>
    </w:p>
    <w:p w14:paraId="57F95A0F" w14:textId="77777777" w:rsidR="004A223A" w:rsidRPr="004A223A" w:rsidRDefault="004A223A">
      <w:pPr>
        <w:spacing w:after="80" w:line="252" w:lineRule="auto"/>
        <w:rPr>
          <w:lang w:val="es-ES"/>
        </w:rPr>
      </w:pPr>
    </w:p>
    <w:p w14:paraId="6D1F63D8" w14:textId="77777777" w:rsidR="009C0C28" w:rsidRPr="004A223A" w:rsidRDefault="00767DE7">
      <w:pPr>
        <w:spacing w:before="120" w:after="40"/>
        <w:rPr>
          <w:lang w:val="es-ES"/>
        </w:rPr>
      </w:pPr>
      <w:r w:rsidRPr="004A223A">
        <w:rPr>
          <w:b/>
          <w:color w:val="24245D"/>
          <w:sz w:val="21"/>
          <w:lang w:val="es-ES"/>
        </w:rPr>
        <w:t>DÍA 2 VIE VIENA</w:t>
      </w:r>
    </w:p>
    <w:p w14:paraId="684634B3" w14:textId="1400D422" w:rsidR="009C0C28" w:rsidRDefault="00767DE7">
      <w:pPr>
        <w:spacing w:after="80" w:line="252" w:lineRule="auto"/>
        <w:rPr>
          <w:sz w:val="18"/>
          <w:lang w:val="es-ES"/>
        </w:rPr>
      </w:pPr>
      <w:r w:rsidRPr="004A223A">
        <w:rPr>
          <w:sz w:val="18"/>
          <w:lang w:val="es-ES"/>
        </w:rPr>
        <w:t>Tras desayunar en el hotel, realizaremos una visita panorámica de la ciudad, que ofrece una excelente impresión de los numerosos lugares de interés de Viena. Visitaremos l</w:t>
      </w:r>
      <w:r w:rsidRPr="004A223A">
        <w:rPr>
          <w:sz w:val="18"/>
          <w:lang w:val="es-ES"/>
        </w:rPr>
        <w:t>os jardines del histórico Palacio Belvedere, antiguo palacio de verano del príncipe Eugenio de Saboya, desde donde podrá disfrutar de la magnífica vista de la ciudad, inmortalizada por el artista Giovanni Antonio Canal en sus cuadros de Viena. Continuaremo</w:t>
      </w:r>
      <w:r w:rsidRPr="004A223A">
        <w:rPr>
          <w:sz w:val="18"/>
          <w:lang w:val="es-ES"/>
        </w:rPr>
        <w:t xml:space="preserve">s por la </w:t>
      </w:r>
      <w:proofErr w:type="spellStart"/>
      <w:r w:rsidRPr="004A223A">
        <w:rPr>
          <w:sz w:val="18"/>
          <w:lang w:val="es-ES"/>
        </w:rPr>
        <w:t>Ringstrasse</w:t>
      </w:r>
      <w:proofErr w:type="spellEnd"/>
      <w:r w:rsidRPr="004A223A">
        <w:rPr>
          <w:sz w:val="18"/>
          <w:lang w:val="es-ES"/>
        </w:rPr>
        <w:t xml:space="preserve">, con sus magníficos edificios como la Ópera Estatal, el Museo de Ciencias Naturales, el Monumento a María Teresa, el Parlamento austríaco, el Ayuntamiento de Viena, el Teatro Nacional y el </w:t>
      </w:r>
      <w:proofErr w:type="spellStart"/>
      <w:r w:rsidRPr="004A223A">
        <w:rPr>
          <w:sz w:val="18"/>
          <w:lang w:val="es-ES"/>
        </w:rPr>
        <w:t>Hofburg</w:t>
      </w:r>
      <w:proofErr w:type="spellEnd"/>
      <w:r w:rsidRPr="004A223A">
        <w:rPr>
          <w:sz w:val="18"/>
          <w:lang w:val="es-ES"/>
        </w:rPr>
        <w:t xml:space="preserve">, sede de nuestro </w:t>
      </w:r>
      <w:proofErr w:type="gramStart"/>
      <w:r w:rsidRPr="004A223A">
        <w:rPr>
          <w:sz w:val="18"/>
          <w:lang w:val="es-ES"/>
        </w:rPr>
        <w:t>Presidente</w:t>
      </w:r>
      <w:proofErr w:type="gramEnd"/>
      <w:r w:rsidRPr="004A223A">
        <w:rPr>
          <w:sz w:val="18"/>
          <w:lang w:val="es-ES"/>
        </w:rPr>
        <w:t xml:space="preserve"> Federal. P</w:t>
      </w:r>
      <w:r w:rsidRPr="004A223A">
        <w:rPr>
          <w:sz w:val="18"/>
          <w:lang w:val="es-ES"/>
        </w:rPr>
        <w:t>asearemos por las pequeñas e idílicas calles del centro histórico de Viena y visitaremos el interior de la Catedral de San Esteban, la más grande de la ciudad. También pasaremos por el Reloj de Ancla y el barrio judío. El recorrido finaliza en el centro, e</w:t>
      </w:r>
      <w:r w:rsidRPr="004A223A">
        <w:rPr>
          <w:sz w:val="18"/>
          <w:lang w:val="es-ES"/>
        </w:rPr>
        <w:t>n la Maria-</w:t>
      </w:r>
      <w:proofErr w:type="spellStart"/>
      <w:r w:rsidRPr="004A223A">
        <w:rPr>
          <w:sz w:val="18"/>
          <w:lang w:val="es-ES"/>
        </w:rPr>
        <w:t>Theresien</w:t>
      </w:r>
      <w:proofErr w:type="spellEnd"/>
      <w:r w:rsidRPr="004A223A">
        <w:rPr>
          <w:sz w:val="18"/>
          <w:lang w:val="es-ES"/>
        </w:rPr>
        <w:t>-</w:t>
      </w:r>
      <w:proofErr w:type="spellStart"/>
      <w:r w:rsidRPr="004A223A">
        <w:rPr>
          <w:sz w:val="18"/>
          <w:lang w:val="es-ES"/>
        </w:rPr>
        <w:t>Platz</w:t>
      </w:r>
      <w:proofErr w:type="spellEnd"/>
      <w:r w:rsidRPr="004A223A">
        <w:rPr>
          <w:sz w:val="18"/>
          <w:lang w:val="es-ES"/>
        </w:rPr>
        <w:t xml:space="preserve">. A continuación, visitaremos el interior del Palacio de </w:t>
      </w:r>
      <w:proofErr w:type="spellStart"/>
      <w:r w:rsidRPr="004A223A">
        <w:rPr>
          <w:sz w:val="18"/>
          <w:lang w:val="es-ES"/>
        </w:rPr>
        <w:t>Schönbrunn</w:t>
      </w:r>
      <w:proofErr w:type="spellEnd"/>
      <w:r w:rsidRPr="004A223A">
        <w:rPr>
          <w:sz w:val="18"/>
          <w:lang w:val="es-ES"/>
        </w:rPr>
        <w:t>, residencia de verano de los Habsburgo. Por la noche, asistiremos a un inolvidable concierto de música clásica en uno de los palacetes más prestigiosos de Viena.</w:t>
      </w:r>
    </w:p>
    <w:p w14:paraId="7ED6E3C1" w14:textId="77777777" w:rsidR="004A223A" w:rsidRPr="004A223A" w:rsidRDefault="004A223A">
      <w:pPr>
        <w:spacing w:after="80" w:line="252" w:lineRule="auto"/>
        <w:rPr>
          <w:lang w:val="es-ES"/>
        </w:rPr>
      </w:pPr>
    </w:p>
    <w:p w14:paraId="6860B222" w14:textId="77777777" w:rsidR="009C0C28" w:rsidRPr="004A223A" w:rsidRDefault="00767DE7">
      <w:pPr>
        <w:spacing w:before="120" w:after="40"/>
        <w:rPr>
          <w:lang w:val="es-ES"/>
        </w:rPr>
      </w:pPr>
      <w:r w:rsidRPr="004A223A">
        <w:rPr>
          <w:b/>
          <w:color w:val="24245D"/>
          <w:sz w:val="21"/>
          <w:lang w:val="es-ES"/>
        </w:rPr>
        <w:t>DÍA 3 SAB VIENA</w:t>
      </w:r>
    </w:p>
    <w:p w14:paraId="609EACE6" w14:textId="14EC674A" w:rsidR="009C0C28" w:rsidRDefault="00767DE7">
      <w:pPr>
        <w:spacing w:after="80" w:line="252" w:lineRule="auto"/>
        <w:rPr>
          <w:sz w:val="18"/>
          <w:lang w:val="es-ES"/>
        </w:rPr>
      </w:pPr>
      <w:r w:rsidRPr="004A223A">
        <w:rPr>
          <w:sz w:val="18"/>
          <w:lang w:val="es-ES"/>
        </w:rPr>
        <w:t xml:space="preserve">Comenzaremos el día con una excursión de día completo al Valle del Danubio, Patrimonio Cultural de la Humanidad. Pasearemos por </w:t>
      </w:r>
      <w:proofErr w:type="spellStart"/>
      <w:r w:rsidRPr="004A223A">
        <w:rPr>
          <w:sz w:val="18"/>
          <w:lang w:val="es-ES"/>
        </w:rPr>
        <w:t>Dürnstein</w:t>
      </w:r>
      <w:proofErr w:type="spellEnd"/>
      <w:r w:rsidRPr="004A223A">
        <w:rPr>
          <w:sz w:val="18"/>
          <w:lang w:val="es-ES"/>
        </w:rPr>
        <w:t>, pintoresco pueblo medieval donde estuvo prisionero el rey Ricardo Corazón de León. A continuación, di</w:t>
      </w:r>
      <w:r w:rsidRPr="004A223A">
        <w:rPr>
          <w:sz w:val="18"/>
          <w:lang w:val="es-ES"/>
        </w:rPr>
        <w:t xml:space="preserve">sfrutaremos </w:t>
      </w:r>
      <w:r w:rsidRPr="004A223A">
        <w:rPr>
          <w:sz w:val="18"/>
          <w:lang w:val="es-ES"/>
        </w:rPr>
        <w:lastRenderedPageBreak/>
        <w:t xml:space="preserve">de un relajante crucero por el Danubio, atravesando un encantador paisaje de viñedos y pequeños pueblos. Durante el recorrido, se servirá un almuerzo a bordo. Desembarcaremos en </w:t>
      </w:r>
      <w:proofErr w:type="spellStart"/>
      <w:r w:rsidRPr="004A223A">
        <w:rPr>
          <w:sz w:val="18"/>
          <w:lang w:val="es-ES"/>
        </w:rPr>
        <w:t>Melk</w:t>
      </w:r>
      <w:proofErr w:type="spellEnd"/>
      <w:r w:rsidRPr="004A223A">
        <w:rPr>
          <w:sz w:val="18"/>
          <w:lang w:val="es-ES"/>
        </w:rPr>
        <w:t xml:space="preserve"> para visitar su impresionante abadía benedictina, una de las </w:t>
      </w:r>
      <w:r w:rsidRPr="004A223A">
        <w:rPr>
          <w:sz w:val="18"/>
          <w:lang w:val="es-ES"/>
        </w:rPr>
        <w:t>joyas del barroco austríaco. Regreso a Viena al finalizar la jornada.</w:t>
      </w:r>
    </w:p>
    <w:p w14:paraId="4C43453E" w14:textId="77777777" w:rsidR="004A223A" w:rsidRPr="004A223A" w:rsidRDefault="004A223A">
      <w:pPr>
        <w:spacing w:after="80" w:line="252" w:lineRule="auto"/>
        <w:rPr>
          <w:lang w:val="es-ES"/>
        </w:rPr>
      </w:pPr>
    </w:p>
    <w:p w14:paraId="425BD8A2" w14:textId="77777777" w:rsidR="009C0C28" w:rsidRPr="004A223A" w:rsidRDefault="00767DE7">
      <w:pPr>
        <w:spacing w:before="120" w:after="40"/>
        <w:rPr>
          <w:lang w:val="es-ES"/>
        </w:rPr>
      </w:pPr>
      <w:r w:rsidRPr="004A223A">
        <w:rPr>
          <w:b/>
          <w:color w:val="24245D"/>
          <w:sz w:val="21"/>
          <w:lang w:val="es-ES"/>
        </w:rPr>
        <w:t>DÍA 4 DOM VIENA - BUDAPEST</w:t>
      </w:r>
    </w:p>
    <w:p w14:paraId="589299F7" w14:textId="645D3D08" w:rsidR="009C0C28" w:rsidRDefault="00767DE7">
      <w:pPr>
        <w:spacing w:after="80" w:line="252" w:lineRule="auto"/>
        <w:rPr>
          <w:sz w:val="18"/>
          <w:lang w:val="es-ES"/>
        </w:rPr>
      </w:pPr>
      <w:r w:rsidRPr="004A223A">
        <w:rPr>
          <w:sz w:val="18"/>
          <w:lang w:val="es-ES"/>
        </w:rPr>
        <w:t>Comenzaremos el día con la salida hacia Hungría. Disfrute del trayecto en nuestro autocar que nos llevará a Budapest, a menudo conocida como la Perla del Danub</w:t>
      </w:r>
      <w:r w:rsidRPr="004A223A">
        <w:rPr>
          <w:sz w:val="18"/>
          <w:lang w:val="es-ES"/>
        </w:rPr>
        <w:t>io. A la llegada, realizaremos una visita de la ciudad. Budapest está dividida en dos partes: Buda, donde se encuentran el centro histórico, las embajadas y las residencias de la alta sociedad, y Pest, donde se ubican la mayoría de los hoteles y tiendas. E</w:t>
      </w:r>
      <w:r w:rsidRPr="004A223A">
        <w:rPr>
          <w:sz w:val="18"/>
          <w:lang w:val="es-ES"/>
        </w:rPr>
        <w:t>n este primer recorrido veremos la parte de Buda. Pasearemos por el barrio del castillo, donde se encuentran la Iglesia de Matías y el Bastión de los Pescadores. Desde aquí se obtiene probablemente la vista más hermosa de la ciudad, ideal para una foto pan</w:t>
      </w:r>
      <w:r w:rsidRPr="004A223A">
        <w:rPr>
          <w:sz w:val="18"/>
          <w:lang w:val="es-ES"/>
        </w:rPr>
        <w:t>orámica. A continuación, continuaremos hacia el Palacio Real y observaremos</w:t>
      </w:r>
      <w:r w:rsidRPr="004A223A">
        <w:rPr>
          <w:sz w:val="18"/>
          <w:lang w:val="es-ES"/>
        </w:rPr>
        <w:t xml:space="preserve"> los distintos puentes que conectan ambas orillas del Danubio. Tras la visita, almorzaremos en el hotel. Alojamiento.</w:t>
      </w:r>
    </w:p>
    <w:p w14:paraId="67FB5357" w14:textId="77777777" w:rsidR="004A223A" w:rsidRPr="004A223A" w:rsidRDefault="004A223A">
      <w:pPr>
        <w:spacing w:after="80" w:line="252" w:lineRule="auto"/>
        <w:rPr>
          <w:sz w:val="18"/>
          <w:lang w:val="es-ES"/>
        </w:rPr>
      </w:pPr>
    </w:p>
    <w:p w14:paraId="0B296DC7" w14:textId="77777777" w:rsidR="009C0C28" w:rsidRPr="004A223A" w:rsidRDefault="00767DE7">
      <w:pPr>
        <w:spacing w:before="120" w:after="40"/>
        <w:rPr>
          <w:lang w:val="es-ES"/>
        </w:rPr>
      </w:pPr>
      <w:r w:rsidRPr="004A223A">
        <w:rPr>
          <w:b/>
          <w:color w:val="24245D"/>
          <w:sz w:val="21"/>
          <w:lang w:val="es-ES"/>
        </w:rPr>
        <w:t>DÍA 5 LUN BUDAPEST</w:t>
      </w:r>
    </w:p>
    <w:p w14:paraId="4F6524FD" w14:textId="2FB91EFA" w:rsidR="009C0C28" w:rsidRDefault="00767DE7">
      <w:pPr>
        <w:spacing w:after="80" w:line="252" w:lineRule="auto"/>
        <w:rPr>
          <w:sz w:val="18"/>
          <w:lang w:val="es-ES"/>
        </w:rPr>
      </w:pPr>
      <w:r w:rsidRPr="004A223A">
        <w:rPr>
          <w:sz w:val="18"/>
          <w:lang w:val="es-ES"/>
        </w:rPr>
        <w:t>Iniciaremos el recorrido de hoy por Pest y l</w:t>
      </w:r>
      <w:r w:rsidRPr="004A223A">
        <w:rPr>
          <w:sz w:val="18"/>
          <w:lang w:val="es-ES"/>
        </w:rPr>
        <w:t xml:space="preserve">a Plaza de los Héroes, donde se encuentra el Monumento del Milenio. En su pedestal se alzan las estatuas de los siete conquistadores y su líder Árpád. Continuaremos por la elegante avenida </w:t>
      </w:r>
      <w:proofErr w:type="spellStart"/>
      <w:r w:rsidRPr="004A223A">
        <w:rPr>
          <w:sz w:val="18"/>
          <w:lang w:val="es-ES"/>
        </w:rPr>
        <w:t>Andrássy</w:t>
      </w:r>
      <w:proofErr w:type="spellEnd"/>
      <w:r w:rsidRPr="004A223A">
        <w:rPr>
          <w:sz w:val="18"/>
          <w:lang w:val="es-ES"/>
        </w:rPr>
        <w:t xml:space="preserve">, declarada Patrimonio de la Humanidad, donde se encuentra </w:t>
      </w:r>
      <w:r w:rsidRPr="004A223A">
        <w:rPr>
          <w:sz w:val="18"/>
          <w:lang w:val="es-ES"/>
        </w:rPr>
        <w:t>la Ópera Estatal de Hungría, así como el Museo Casa del Terror, la Universidad de Bellas Artes y el Museo Memorial Franz Liszt. También pasaremos por el edificio del Parlamento húngaro, a orillas del Danubio, y la Basílica de San Esteban, antes de recorrer</w:t>
      </w:r>
      <w:r w:rsidRPr="004A223A">
        <w:rPr>
          <w:sz w:val="18"/>
          <w:lang w:val="es-ES"/>
        </w:rPr>
        <w:t xml:space="preserve"> el mercado y la zona peatonal. Tras la visita, dispondremos de tiempo libre. Por la noche, cena en el hotel.</w:t>
      </w:r>
    </w:p>
    <w:p w14:paraId="6BE625A6" w14:textId="77777777" w:rsidR="004A223A" w:rsidRPr="004A223A" w:rsidRDefault="004A223A">
      <w:pPr>
        <w:spacing w:after="80" w:line="252" w:lineRule="auto"/>
        <w:rPr>
          <w:lang w:val="es-ES"/>
        </w:rPr>
      </w:pPr>
    </w:p>
    <w:p w14:paraId="7648D280" w14:textId="77777777" w:rsidR="009C0C28" w:rsidRPr="004A223A" w:rsidRDefault="00767DE7">
      <w:pPr>
        <w:spacing w:before="120" w:after="40"/>
        <w:rPr>
          <w:lang w:val="es-ES"/>
        </w:rPr>
      </w:pPr>
      <w:r w:rsidRPr="004A223A">
        <w:rPr>
          <w:b/>
          <w:color w:val="24245D"/>
          <w:sz w:val="21"/>
          <w:lang w:val="es-ES"/>
        </w:rPr>
        <w:t>DÍA 6 MAR BUDAPEST – BRATISLAVA - PRAGA</w:t>
      </w:r>
    </w:p>
    <w:p w14:paraId="62C07B79" w14:textId="50975775" w:rsidR="009C0C28" w:rsidRDefault="00767DE7">
      <w:pPr>
        <w:spacing w:after="80" w:line="252" w:lineRule="auto"/>
        <w:rPr>
          <w:sz w:val="18"/>
          <w:lang w:val="es-ES"/>
        </w:rPr>
      </w:pPr>
      <w:r w:rsidRPr="004A223A">
        <w:rPr>
          <w:sz w:val="18"/>
          <w:lang w:val="es-ES"/>
        </w:rPr>
        <w:t>Comenzaremos el día saliendo hacia Praga, con una parada en Bratislava, capital de Eslovaquia. Allí disfru</w:t>
      </w:r>
      <w:r w:rsidRPr="004A223A">
        <w:rPr>
          <w:sz w:val="18"/>
          <w:lang w:val="es-ES"/>
        </w:rPr>
        <w:t xml:space="preserve">taremos de un almuerzo y tiempo libre para pasear por su encantador casco antiguo. Continuación hacia Praga y alojamiento. Por la tarde, realizaremos un paseo siguiendo la histórica ruta de coronación de los reyes, descubriendo algunos de los rincones más </w:t>
      </w:r>
      <w:r w:rsidRPr="004A223A">
        <w:rPr>
          <w:sz w:val="18"/>
          <w:lang w:val="es-ES"/>
        </w:rPr>
        <w:t>emblemáticos de la ciudad.</w:t>
      </w:r>
    </w:p>
    <w:p w14:paraId="590316D1" w14:textId="77777777" w:rsidR="004A223A" w:rsidRPr="004A223A" w:rsidRDefault="004A223A">
      <w:pPr>
        <w:spacing w:after="80" w:line="252" w:lineRule="auto"/>
        <w:rPr>
          <w:lang w:val="es-ES"/>
        </w:rPr>
      </w:pPr>
    </w:p>
    <w:p w14:paraId="0D4DBE48" w14:textId="77777777" w:rsidR="009C0C28" w:rsidRPr="004A223A" w:rsidRDefault="00767DE7">
      <w:pPr>
        <w:spacing w:before="120" w:after="40"/>
        <w:rPr>
          <w:lang w:val="es-ES"/>
        </w:rPr>
      </w:pPr>
      <w:r w:rsidRPr="004A223A">
        <w:rPr>
          <w:b/>
          <w:color w:val="24245D"/>
          <w:sz w:val="21"/>
          <w:lang w:val="es-ES"/>
        </w:rPr>
        <w:t>DÍA 7 MIE PRAGA</w:t>
      </w:r>
    </w:p>
    <w:p w14:paraId="7A898427" w14:textId="668F3EAB" w:rsidR="009C0C28" w:rsidRDefault="00767DE7">
      <w:pPr>
        <w:spacing w:after="80" w:line="252" w:lineRule="auto"/>
        <w:rPr>
          <w:sz w:val="18"/>
          <w:lang w:val="es-ES"/>
        </w:rPr>
      </w:pPr>
      <w:r w:rsidRPr="004A223A">
        <w:rPr>
          <w:sz w:val="18"/>
          <w:lang w:val="es-ES"/>
        </w:rPr>
        <w:t xml:space="preserve">Comenzaremos la jornada con la visita de la ciudad. Iniciaremos en el barrio del Castillo de </w:t>
      </w:r>
      <w:proofErr w:type="spellStart"/>
      <w:r w:rsidRPr="004A223A">
        <w:rPr>
          <w:sz w:val="18"/>
          <w:lang w:val="es-ES"/>
        </w:rPr>
        <w:t>Hradčany</w:t>
      </w:r>
      <w:proofErr w:type="spellEnd"/>
      <w:r w:rsidRPr="004A223A">
        <w:rPr>
          <w:sz w:val="18"/>
          <w:lang w:val="es-ES"/>
        </w:rPr>
        <w:t xml:space="preserve">, con la Catedral de San Vito, el Castillo de Praga y el Callejón del Oro. Tras recorrer los patios del </w:t>
      </w:r>
      <w:r w:rsidRPr="004A223A">
        <w:rPr>
          <w:sz w:val="18"/>
          <w:lang w:val="es-ES"/>
        </w:rPr>
        <w:t xml:space="preserve">castillo, descenderemos hacia la Ciudad Pequeña por la calle </w:t>
      </w:r>
      <w:proofErr w:type="spellStart"/>
      <w:r w:rsidRPr="004A223A">
        <w:rPr>
          <w:sz w:val="18"/>
          <w:lang w:val="es-ES"/>
        </w:rPr>
        <w:t>Nerudova</w:t>
      </w:r>
      <w:proofErr w:type="spellEnd"/>
      <w:r w:rsidRPr="004A223A">
        <w:rPr>
          <w:sz w:val="18"/>
          <w:lang w:val="es-ES"/>
        </w:rPr>
        <w:t>. Pasaremos por la Iglesia de San Nicolás y cruzaremos el Puente de Carlos, desde donde disfrutaremos de hermosas vistas. Continuaremos hacia la Plaza de la Ciudad Vieja, con su famoso re</w:t>
      </w:r>
      <w:r w:rsidRPr="004A223A">
        <w:rPr>
          <w:sz w:val="18"/>
          <w:lang w:val="es-ES"/>
        </w:rPr>
        <w:t xml:space="preserve">loj astronómico y la iglesia de Nuestra Señora de </w:t>
      </w:r>
      <w:proofErr w:type="spellStart"/>
      <w:r w:rsidRPr="004A223A">
        <w:rPr>
          <w:sz w:val="18"/>
          <w:lang w:val="es-ES"/>
        </w:rPr>
        <w:t>Týn</w:t>
      </w:r>
      <w:proofErr w:type="spellEnd"/>
      <w:r w:rsidRPr="004A223A">
        <w:rPr>
          <w:sz w:val="18"/>
          <w:lang w:val="es-ES"/>
        </w:rPr>
        <w:t>. Finalizaremos en la Ciudad Nueva. A continuación, almorzaremos en una cervecería típica, donde degustaremos la gastronomía local acompañada de cerveza. Por la tarde, recorreremos el barrio judío, visit</w:t>
      </w:r>
      <w:r w:rsidRPr="004A223A">
        <w:rPr>
          <w:sz w:val="18"/>
          <w:lang w:val="es-ES"/>
        </w:rPr>
        <w:t xml:space="preserve">ando la histórica Sinagoga Vieja-Nueva. Seguiremos hacia </w:t>
      </w:r>
      <w:proofErr w:type="spellStart"/>
      <w:r w:rsidRPr="004A223A">
        <w:rPr>
          <w:sz w:val="18"/>
          <w:lang w:val="es-ES"/>
        </w:rPr>
        <w:t>Malá</w:t>
      </w:r>
      <w:proofErr w:type="spellEnd"/>
      <w:r w:rsidRPr="004A223A">
        <w:rPr>
          <w:sz w:val="18"/>
          <w:lang w:val="es-ES"/>
        </w:rPr>
        <w:t xml:space="preserve"> </w:t>
      </w:r>
      <w:proofErr w:type="spellStart"/>
      <w:r w:rsidRPr="004A223A">
        <w:rPr>
          <w:sz w:val="18"/>
          <w:lang w:val="es-ES"/>
        </w:rPr>
        <w:t>Strana</w:t>
      </w:r>
      <w:proofErr w:type="spellEnd"/>
      <w:r w:rsidRPr="004A223A">
        <w:rPr>
          <w:sz w:val="18"/>
          <w:lang w:val="es-ES"/>
        </w:rPr>
        <w:t xml:space="preserve"> para conocer la iglesia de San Nicolás y finalizaremos con la visita al célebre Niño Jesús de Praga.</w:t>
      </w:r>
    </w:p>
    <w:p w14:paraId="206411CC" w14:textId="77777777" w:rsidR="004A223A" w:rsidRPr="004A223A" w:rsidRDefault="004A223A">
      <w:pPr>
        <w:spacing w:after="80" w:line="252" w:lineRule="auto"/>
        <w:rPr>
          <w:lang w:val="es-ES"/>
        </w:rPr>
      </w:pPr>
    </w:p>
    <w:p w14:paraId="089FCE9F" w14:textId="77777777" w:rsidR="009C0C28" w:rsidRPr="004A223A" w:rsidRDefault="00767DE7">
      <w:pPr>
        <w:spacing w:before="120" w:after="40"/>
        <w:rPr>
          <w:lang w:val="es-ES"/>
        </w:rPr>
      </w:pPr>
      <w:r w:rsidRPr="004A223A">
        <w:rPr>
          <w:b/>
          <w:color w:val="24245D"/>
          <w:sz w:val="21"/>
          <w:lang w:val="es-ES"/>
        </w:rPr>
        <w:t>DÍA 8 JUE PRAGA</w:t>
      </w:r>
    </w:p>
    <w:p w14:paraId="75C66660" w14:textId="3A0B7343" w:rsidR="009C0C28" w:rsidRDefault="00767DE7">
      <w:pPr>
        <w:spacing w:after="80" w:line="252" w:lineRule="auto"/>
        <w:rPr>
          <w:sz w:val="18"/>
          <w:lang w:val="es-ES"/>
        </w:rPr>
      </w:pPr>
      <w:r w:rsidRPr="004A223A">
        <w:rPr>
          <w:sz w:val="18"/>
          <w:lang w:val="es-ES"/>
        </w:rPr>
        <w:t>Comenzaremos el día con una excursión a Karlovy Vary, la elegante ciud</w:t>
      </w:r>
      <w:r w:rsidRPr="004A223A">
        <w:rPr>
          <w:sz w:val="18"/>
          <w:lang w:val="es-ES"/>
        </w:rPr>
        <w:t>ad balneario de la antigua monarquía austrohúngara. Durante la visita, disfrutaremos de un almuerzo en un restaurante típico antes de regresar a Praga.</w:t>
      </w:r>
    </w:p>
    <w:p w14:paraId="64519500" w14:textId="77777777" w:rsidR="004A223A" w:rsidRPr="004A223A" w:rsidRDefault="004A223A">
      <w:pPr>
        <w:spacing w:after="80" w:line="252" w:lineRule="auto"/>
        <w:rPr>
          <w:lang w:val="es-ES"/>
        </w:rPr>
      </w:pPr>
    </w:p>
    <w:p w14:paraId="57526F0E" w14:textId="77777777" w:rsidR="009C0C28" w:rsidRPr="004A223A" w:rsidRDefault="00767DE7">
      <w:pPr>
        <w:spacing w:before="120" w:after="40"/>
        <w:rPr>
          <w:lang w:val="es-ES"/>
        </w:rPr>
      </w:pPr>
      <w:r w:rsidRPr="004A223A">
        <w:rPr>
          <w:b/>
          <w:color w:val="24245D"/>
          <w:sz w:val="21"/>
          <w:lang w:val="es-ES"/>
        </w:rPr>
        <w:t>DÍA 9 VIE PRAGA - DRESDE - BERLÍN</w:t>
      </w:r>
    </w:p>
    <w:p w14:paraId="107B416F" w14:textId="28CDFBAA" w:rsidR="009C0C28" w:rsidRDefault="00767DE7">
      <w:pPr>
        <w:spacing w:after="80" w:line="252" w:lineRule="auto"/>
        <w:rPr>
          <w:sz w:val="18"/>
          <w:lang w:val="es-ES"/>
        </w:rPr>
      </w:pPr>
      <w:r w:rsidRPr="004A223A">
        <w:rPr>
          <w:sz w:val="18"/>
          <w:lang w:val="es-ES"/>
        </w:rPr>
        <w:t xml:space="preserve">Empezaremos la jornada rumbo a Dresde, una de las ciudades más </w:t>
      </w:r>
      <w:r w:rsidRPr="004A223A">
        <w:rPr>
          <w:sz w:val="18"/>
          <w:lang w:val="es-ES"/>
        </w:rPr>
        <w:t xml:space="preserve">bellas de Alemania, conocida como la “Florencia del Elba”. A pesar de los daños sufridos durante la guerra, hoy luce nuevamente su esplendor arquitectónico. Destacan el complejo barroco del </w:t>
      </w:r>
      <w:proofErr w:type="spellStart"/>
      <w:r w:rsidRPr="004A223A">
        <w:rPr>
          <w:sz w:val="18"/>
          <w:lang w:val="es-ES"/>
        </w:rPr>
        <w:t>Zwinger</w:t>
      </w:r>
      <w:proofErr w:type="spellEnd"/>
      <w:r w:rsidRPr="004A223A">
        <w:rPr>
          <w:sz w:val="18"/>
          <w:lang w:val="es-ES"/>
        </w:rPr>
        <w:t xml:space="preserve">, la Ópera Semper y la </w:t>
      </w:r>
      <w:proofErr w:type="spellStart"/>
      <w:r w:rsidRPr="004A223A">
        <w:rPr>
          <w:sz w:val="18"/>
          <w:lang w:val="es-ES"/>
        </w:rPr>
        <w:t>Hofkirche</w:t>
      </w:r>
      <w:proofErr w:type="spellEnd"/>
      <w:r w:rsidRPr="004A223A">
        <w:rPr>
          <w:sz w:val="18"/>
          <w:lang w:val="es-ES"/>
        </w:rPr>
        <w:t>. Almuerzo en Dresde y cont</w:t>
      </w:r>
      <w:r w:rsidRPr="004A223A">
        <w:rPr>
          <w:sz w:val="18"/>
          <w:lang w:val="es-ES"/>
        </w:rPr>
        <w:t>inuación hacia Berlín.</w:t>
      </w:r>
    </w:p>
    <w:p w14:paraId="013C7A5C" w14:textId="77777777" w:rsidR="004A223A" w:rsidRPr="004A223A" w:rsidRDefault="004A223A">
      <w:pPr>
        <w:spacing w:after="80" w:line="252" w:lineRule="auto"/>
        <w:rPr>
          <w:lang w:val="es-ES"/>
        </w:rPr>
      </w:pPr>
    </w:p>
    <w:p w14:paraId="6389EE87" w14:textId="77777777" w:rsidR="009C0C28" w:rsidRPr="004A223A" w:rsidRDefault="00767DE7">
      <w:pPr>
        <w:spacing w:before="120" w:after="40"/>
        <w:rPr>
          <w:lang w:val="es-ES"/>
        </w:rPr>
      </w:pPr>
      <w:r w:rsidRPr="004A223A">
        <w:rPr>
          <w:b/>
          <w:color w:val="24245D"/>
          <w:sz w:val="21"/>
          <w:lang w:val="es-ES"/>
        </w:rPr>
        <w:t>DÍA 10 SAB BERLÍN</w:t>
      </w:r>
    </w:p>
    <w:p w14:paraId="3D909B84" w14:textId="082EC77C" w:rsidR="009C0C28" w:rsidRDefault="00767DE7">
      <w:pPr>
        <w:spacing w:after="80" w:line="252" w:lineRule="auto"/>
        <w:rPr>
          <w:sz w:val="18"/>
          <w:lang w:val="es-ES"/>
        </w:rPr>
      </w:pPr>
      <w:r w:rsidRPr="004A223A">
        <w:rPr>
          <w:sz w:val="18"/>
          <w:lang w:val="es-ES"/>
        </w:rPr>
        <w:lastRenderedPageBreak/>
        <w:t xml:space="preserve">Comenzaremos el día con una visita panorámica de la ciudad, donde destacan avenidas como </w:t>
      </w:r>
      <w:proofErr w:type="spellStart"/>
      <w:r w:rsidRPr="004A223A">
        <w:rPr>
          <w:sz w:val="18"/>
          <w:lang w:val="es-ES"/>
        </w:rPr>
        <w:t>Kurfürstendamm</w:t>
      </w:r>
      <w:proofErr w:type="spellEnd"/>
      <w:r w:rsidRPr="004A223A">
        <w:rPr>
          <w:sz w:val="18"/>
          <w:lang w:val="es-ES"/>
        </w:rPr>
        <w:t xml:space="preserve"> y </w:t>
      </w:r>
      <w:proofErr w:type="spellStart"/>
      <w:r w:rsidRPr="004A223A">
        <w:rPr>
          <w:sz w:val="18"/>
          <w:lang w:val="es-ES"/>
        </w:rPr>
        <w:t>Unter</w:t>
      </w:r>
      <w:proofErr w:type="spellEnd"/>
      <w:r w:rsidRPr="004A223A">
        <w:rPr>
          <w:sz w:val="18"/>
          <w:lang w:val="es-ES"/>
        </w:rPr>
        <w:t xml:space="preserve"> den Linden, la Puerta de Brandeburgo, </w:t>
      </w:r>
      <w:proofErr w:type="spellStart"/>
      <w:r w:rsidRPr="004A223A">
        <w:rPr>
          <w:sz w:val="18"/>
          <w:lang w:val="es-ES"/>
        </w:rPr>
        <w:t>Alexanderplatz</w:t>
      </w:r>
      <w:proofErr w:type="spellEnd"/>
      <w:r w:rsidRPr="004A223A">
        <w:rPr>
          <w:sz w:val="18"/>
          <w:lang w:val="es-ES"/>
        </w:rPr>
        <w:t>, la Universidad Humboldt y el Museo de Pérgamo. Al</w:t>
      </w:r>
      <w:r w:rsidRPr="004A223A">
        <w:rPr>
          <w:sz w:val="18"/>
          <w:lang w:val="es-ES"/>
        </w:rPr>
        <w:t xml:space="preserve"> finalizar, disfrutaremos de un paseo en barco por el río </w:t>
      </w:r>
      <w:proofErr w:type="spellStart"/>
      <w:r w:rsidRPr="004A223A">
        <w:rPr>
          <w:sz w:val="18"/>
          <w:lang w:val="es-ES"/>
        </w:rPr>
        <w:t>Spree</w:t>
      </w:r>
      <w:proofErr w:type="spellEnd"/>
      <w:r w:rsidRPr="004A223A">
        <w:rPr>
          <w:sz w:val="18"/>
          <w:lang w:val="es-ES"/>
        </w:rPr>
        <w:t>, una forma única de contemplar la ciudad. Por la tarde, tiempo libre. Almuerzo incluido.</w:t>
      </w:r>
    </w:p>
    <w:p w14:paraId="05A78C09" w14:textId="77777777" w:rsidR="004A223A" w:rsidRPr="004A223A" w:rsidRDefault="004A223A">
      <w:pPr>
        <w:spacing w:after="80" w:line="252" w:lineRule="auto"/>
        <w:rPr>
          <w:lang w:val="es-ES"/>
        </w:rPr>
      </w:pPr>
    </w:p>
    <w:p w14:paraId="6FAAF50F" w14:textId="77777777" w:rsidR="009C0C28" w:rsidRPr="004A223A" w:rsidRDefault="00767DE7">
      <w:pPr>
        <w:spacing w:before="120" w:after="40"/>
        <w:rPr>
          <w:lang w:val="es-ES"/>
        </w:rPr>
      </w:pPr>
      <w:r w:rsidRPr="004A223A">
        <w:rPr>
          <w:b/>
          <w:color w:val="24245D"/>
          <w:sz w:val="21"/>
          <w:lang w:val="es-ES"/>
        </w:rPr>
        <w:t>DÍA 11 DOM BERLÍN</w:t>
      </w:r>
    </w:p>
    <w:p w14:paraId="0C88460D" w14:textId="77777777" w:rsidR="009C0C28" w:rsidRPr="004A223A" w:rsidRDefault="00767DE7">
      <w:pPr>
        <w:spacing w:after="80" w:line="252" w:lineRule="auto"/>
        <w:rPr>
          <w:lang w:val="es-ES"/>
        </w:rPr>
      </w:pPr>
      <w:r w:rsidRPr="004A223A">
        <w:rPr>
          <w:sz w:val="18"/>
          <w:lang w:val="es-ES"/>
        </w:rPr>
        <w:t>Desayuno y traslado al aeropuerto.</w:t>
      </w:r>
    </w:p>
    <w:sectPr w:rsidR="009C0C28" w:rsidRPr="004A223A" w:rsidSect="00034616">
      <w:headerReference w:type="default" r:id="rId8"/>
      <w:pgSz w:w="12240" w:h="15840"/>
      <w:pgMar w:top="680" w:right="907" w:bottom="850" w:left="90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E01C3F" w14:textId="77777777" w:rsidR="00000000" w:rsidRDefault="00767DE7">
      <w:pPr>
        <w:spacing w:after="0" w:line="240" w:lineRule="auto"/>
      </w:pPr>
      <w:r>
        <w:separator/>
      </w:r>
    </w:p>
  </w:endnote>
  <w:endnote w:type="continuationSeparator" w:id="0">
    <w:p w14:paraId="18C7A2D6" w14:textId="77777777" w:rsidR="00000000" w:rsidRDefault="00767D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F40F1A" w14:textId="77777777" w:rsidR="00000000" w:rsidRDefault="00767DE7">
      <w:pPr>
        <w:spacing w:after="0" w:line="240" w:lineRule="auto"/>
      </w:pPr>
      <w:r>
        <w:separator/>
      </w:r>
    </w:p>
  </w:footnote>
  <w:footnote w:type="continuationSeparator" w:id="0">
    <w:p w14:paraId="00BAEF5B" w14:textId="77777777" w:rsidR="00000000" w:rsidRDefault="00767D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C3586D" w14:textId="77777777" w:rsidR="009C0C28" w:rsidRDefault="00767DE7" w:rsidP="004A223A">
    <w:pPr>
      <w:pStyle w:val="Encabezado"/>
    </w:pPr>
    <w:r>
      <w:rPr>
        <w:noProof/>
      </w:rPr>
      <w:drawing>
        <wp:inline distT="0" distB="0" distL="0" distR="0" wp14:anchorId="0457D468" wp14:editId="6B4637E8">
          <wp:extent cx="1143000" cy="1143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1).png"/>
                  <pic:cNvPicPr/>
                </pic:nvPicPr>
                <pic:blipFill>
                  <a:blip r:embed="rId1"/>
                  <a:stretch>
                    <a:fillRect/>
                  </a:stretch>
                </pic:blipFill>
                <pic:spPr>
                  <a:xfrm>
                    <a:off x="0" y="0"/>
                    <a:ext cx="1143175" cy="11431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2517D"/>
    <w:rsid w:val="0015074B"/>
    <w:rsid w:val="0029639D"/>
    <w:rsid w:val="00326F90"/>
    <w:rsid w:val="004A223A"/>
    <w:rsid w:val="004A3CE6"/>
    <w:rsid w:val="00767DE7"/>
    <w:rsid w:val="008E11AC"/>
    <w:rsid w:val="009C0C28"/>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23BD9F"/>
  <w14:defaultImageDpi w14:val="300"/>
  <w15:docId w15:val="{C0CC5E80-6EC5-47C1-9425-73EAF6D6E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20"/>
    </w:rPr>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1086</Words>
  <Characters>5976</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7048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6</cp:revision>
  <dcterms:created xsi:type="dcterms:W3CDTF">2013-12-23T23:15:00Z</dcterms:created>
  <dcterms:modified xsi:type="dcterms:W3CDTF">2026-05-28T07:39:00Z</dcterms:modified>
  <cp:category/>
</cp:coreProperties>
</file>