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C06BC" w14:textId="77777777" w:rsidR="00ED3B7F" w:rsidRPr="00A459EF" w:rsidRDefault="00236CA8" w:rsidP="00A459EF">
      <w:pPr>
        <w:spacing w:after="0" w:line="240" w:lineRule="auto"/>
        <w:jc w:val="center"/>
        <w:rPr>
          <w:lang w:val="es-ES"/>
        </w:rPr>
      </w:pPr>
      <w:r w:rsidRPr="00A459EF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HELSINKI</w:t>
      </w:r>
      <w:r w:rsidRPr="00A459EF">
        <w:rPr>
          <w:lang w:val="es-ES"/>
        </w:rPr>
        <w:t xml:space="preserve"> </w:t>
      </w:r>
      <w:r w:rsidRPr="00A459EF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Y FIORDOS MAGNÍFICOS</w:t>
      </w:r>
    </w:p>
    <w:p w14:paraId="1ABB31D1" w14:textId="77777777" w:rsidR="00ED3B7F" w:rsidRPr="00A459EF" w:rsidRDefault="00236CA8" w:rsidP="00A459EF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r w:rsidRPr="00A459EF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Categoría: Premium</w:t>
      </w:r>
    </w:p>
    <w:p w14:paraId="1A72D866" w14:textId="77777777" w:rsidR="00ED3B7F" w:rsidRPr="00A459EF" w:rsidRDefault="00236CA8" w:rsidP="00A459EF">
      <w:pPr>
        <w:jc w:val="center"/>
        <w:rPr>
          <w:lang w:val="es-ES"/>
        </w:rPr>
      </w:pPr>
      <w:r w:rsidRPr="00A459EF">
        <w:rPr>
          <w:lang w:val="es-ES"/>
        </w:rPr>
        <w:t>Código: HELFM  |  13 Días</w:t>
      </w:r>
    </w:p>
    <w:p w14:paraId="42E480BE" w14:textId="77777777" w:rsidR="00ED3B7F" w:rsidRPr="00A459EF" w:rsidRDefault="00ED3B7F">
      <w:pPr>
        <w:rPr>
          <w:lang w:val="es-ES"/>
        </w:rPr>
      </w:pPr>
    </w:p>
    <w:p w14:paraId="532BE1FF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SALIDAS GARANTIZADAS 2027</w:t>
      </w:r>
    </w:p>
    <w:p w14:paraId="5589DFD5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MAYO . . . . . . . . . . . . . . . . . . . . . . . . 12, 26</w:t>
      </w:r>
    </w:p>
    <w:p w14:paraId="255CD34F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JUNIO . . . . . . . . . . . . . . . . . . . . . . . . . 9, 23</w:t>
      </w:r>
    </w:p>
    <w:p w14:paraId="75234ADF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 xml:space="preserve">JULIO . . . . . . . . . . . . </w:t>
      </w:r>
      <w:r w:rsidRPr="00A459EF">
        <w:rPr>
          <w:lang w:val="es-ES"/>
        </w:rPr>
        <w:t>. . . . . . . . . . . . . 7, 21</w:t>
      </w:r>
    </w:p>
    <w:p w14:paraId="65FC50A9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AGOSTO . . . . . . . . . . . . . . . . . . . . . . . . 4, 18</w:t>
      </w:r>
    </w:p>
    <w:p w14:paraId="1BAF42C8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SEPTIEMBRE . . . . . . . . . . . . . . . . . . . . . 1, 15</w:t>
      </w:r>
    </w:p>
    <w:p w14:paraId="2DA1AEE6" w14:textId="77777777" w:rsidR="00ED3B7F" w:rsidRPr="00A459EF" w:rsidRDefault="00ED3B7F">
      <w:pPr>
        <w:rPr>
          <w:lang w:val="es-ES"/>
        </w:rPr>
      </w:pPr>
    </w:p>
    <w:p w14:paraId="2EBF88E5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HOTELES PREVISTOS</w:t>
      </w:r>
    </w:p>
    <w:p w14:paraId="04F37CC8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(o similares en la categoría indicada, según ciudad)</w:t>
      </w:r>
    </w:p>
    <w:p w14:paraId="0C06B1FE" w14:textId="77777777" w:rsidR="00ED3B7F" w:rsidRDefault="00236CA8">
      <w:r>
        <w:rPr>
          <w:b/>
        </w:rPr>
        <w:t xml:space="preserve">HELSINKI: </w:t>
      </w:r>
      <w:r>
        <w:t>RADISSON RED ★★★★</w:t>
      </w:r>
    </w:p>
    <w:p w14:paraId="77E70CA0" w14:textId="77777777" w:rsidR="00ED3B7F" w:rsidRDefault="00236CA8">
      <w:r>
        <w:rPr>
          <w:b/>
        </w:rPr>
        <w:t>ESTO</w:t>
      </w:r>
      <w:r>
        <w:rPr>
          <w:b/>
        </w:rPr>
        <w:t xml:space="preserve">COLMO: </w:t>
      </w:r>
      <w:r>
        <w:t>CLARION SIGN ★★★★</w:t>
      </w:r>
    </w:p>
    <w:p w14:paraId="75DC4E88" w14:textId="77777777" w:rsidR="00ED3B7F" w:rsidRDefault="00236CA8">
      <w:r>
        <w:rPr>
          <w:b/>
        </w:rPr>
        <w:t xml:space="preserve">LILLEHAMMER: </w:t>
      </w:r>
      <w:r>
        <w:t>HOME HOTEL HAMMER ★★★★</w:t>
      </w:r>
    </w:p>
    <w:p w14:paraId="1FBDB3B7" w14:textId="77777777" w:rsidR="00ED3B7F" w:rsidRDefault="00236CA8">
      <w:r>
        <w:rPr>
          <w:b/>
        </w:rPr>
        <w:t xml:space="preserve">LOEN: </w:t>
      </w:r>
      <w:r>
        <w:t>ALEXANDRA ★★★★(s)</w:t>
      </w:r>
    </w:p>
    <w:p w14:paraId="4BA43425" w14:textId="77777777" w:rsidR="00ED3B7F" w:rsidRDefault="00236CA8">
      <w:r>
        <w:rPr>
          <w:b/>
        </w:rPr>
        <w:t xml:space="preserve">BERGEN: </w:t>
      </w:r>
      <w:r>
        <w:t>HAVNEKONTORET ★★★★(s)</w:t>
      </w:r>
    </w:p>
    <w:p w14:paraId="75713FE9" w14:textId="77777777" w:rsidR="00ED3B7F" w:rsidRDefault="00236CA8">
      <w:r>
        <w:rPr>
          <w:b/>
        </w:rPr>
        <w:t xml:space="preserve">OSLO: </w:t>
      </w:r>
      <w:r>
        <w:t>RADISSON SCANDINAVIA ★★★★(s)</w:t>
      </w:r>
    </w:p>
    <w:p w14:paraId="14ADD0FF" w14:textId="77777777" w:rsidR="00ED3B7F" w:rsidRDefault="00236CA8">
      <w:r>
        <w:rPr>
          <w:b/>
        </w:rPr>
        <w:t xml:space="preserve">COPENHAGUE: </w:t>
      </w:r>
      <w:r>
        <w:t>RADISSON BLU SCANDINAVIA ★★★★(s)</w:t>
      </w:r>
    </w:p>
    <w:p w14:paraId="6B378A25" w14:textId="77777777" w:rsidR="00ED3B7F" w:rsidRDefault="00ED3B7F"/>
    <w:p w14:paraId="4CBBA088" w14:textId="77777777" w:rsidR="00ED3B7F" w:rsidRDefault="00236CA8">
      <w:pPr>
        <w:pStyle w:val="Ttulo2"/>
      </w:pPr>
      <w:r>
        <w:t>SERVICIOS INCLUIDOS</w:t>
      </w:r>
    </w:p>
    <w:p w14:paraId="550A5B3F" w14:textId="77777777" w:rsidR="00ED3B7F" w:rsidRDefault="00236CA8">
      <w:pPr>
        <w:pStyle w:val="Listaconvietas"/>
      </w:pPr>
      <w:r>
        <w:t>Guía exclusivo de habla hispana</w:t>
      </w:r>
    </w:p>
    <w:p w14:paraId="095B5190" w14:textId="77777777" w:rsidR="00ED3B7F" w:rsidRDefault="00236CA8">
      <w:pPr>
        <w:pStyle w:val="Listaconvietas"/>
      </w:pPr>
      <w:r>
        <w:t>10 noche</w:t>
      </w:r>
      <w:r>
        <w:t>s alojamiento con desayuno buffet</w:t>
      </w:r>
    </w:p>
    <w:p w14:paraId="0F54B458" w14:textId="77777777" w:rsidR="00ED3B7F" w:rsidRPr="00A459EF" w:rsidRDefault="00236CA8">
      <w:pPr>
        <w:pStyle w:val="Listaconvietas"/>
        <w:rPr>
          <w:lang w:val="es-ES"/>
        </w:rPr>
      </w:pPr>
      <w:r w:rsidRPr="00A459EF">
        <w:rPr>
          <w:lang w:val="es-ES"/>
        </w:rPr>
        <w:t xml:space="preserve">1 noche a bordo del crucero </w:t>
      </w:r>
      <w:proofErr w:type="spellStart"/>
      <w:r w:rsidRPr="00A459EF">
        <w:rPr>
          <w:lang w:val="es-ES"/>
        </w:rPr>
        <w:t>Silja</w:t>
      </w:r>
      <w:proofErr w:type="spellEnd"/>
      <w:r w:rsidRPr="00A459EF">
        <w:rPr>
          <w:lang w:val="es-ES"/>
        </w:rPr>
        <w:t xml:space="preserve"> en camarote exterior, con cena buffet y desayuno</w:t>
      </w:r>
    </w:p>
    <w:p w14:paraId="3F973BD5" w14:textId="77777777" w:rsidR="00ED3B7F" w:rsidRPr="00A459EF" w:rsidRDefault="00236CA8">
      <w:pPr>
        <w:pStyle w:val="Listaconvietas"/>
        <w:rPr>
          <w:lang w:val="es-ES"/>
        </w:rPr>
      </w:pPr>
      <w:r w:rsidRPr="00A459EF">
        <w:rPr>
          <w:lang w:val="es-ES"/>
        </w:rPr>
        <w:lastRenderedPageBreak/>
        <w:t xml:space="preserve">1 noche a bordo del crucero </w:t>
      </w:r>
      <w:proofErr w:type="spellStart"/>
      <w:r w:rsidRPr="00A459EF">
        <w:rPr>
          <w:lang w:val="es-ES"/>
        </w:rPr>
        <w:t>Nordic</w:t>
      </w:r>
      <w:proofErr w:type="spellEnd"/>
      <w:r w:rsidRPr="00A459EF">
        <w:rPr>
          <w:lang w:val="es-ES"/>
        </w:rPr>
        <w:t xml:space="preserve"> en camarote exterior, con cena buffet y desayuno</w:t>
      </w:r>
    </w:p>
    <w:p w14:paraId="27DF2622" w14:textId="77777777" w:rsidR="00ED3B7F" w:rsidRDefault="00236CA8">
      <w:pPr>
        <w:pStyle w:val="Listaconvietas"/>
      </w:pPr>
      <w:r>
        <w:t xml:space="preserve">Entradas y </w:t>
      </w:r>
      <w:proofErr w:type="spellStart"/>
      <w:r>
        <w:t>experiencias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itinerario</w:t>
      </w:r>
    </w:p>
    <w:p w14:paraId="36C6B254" w14:textId="77777777" w:rsidR="00ED3B7F" w:rsidRPr="00A459EF" w:rsidRDefault="00236CA8">
      <w:pPr>
        <w:pStyle w:val="Listaconvietas"/>
        <w:rPr>
          <w:lang w:val="es-ES"/>
        </w:rPr>
      </w:pPr>
      <w:r w:rsidRPr="00A459EF">
        <w:rPr>
          <w:lang w:val="es-ES"/>
        </w:rPr>
        <w:t>Cena en el hot</w:t>
      </w:r>
      <w:r w:rsidRPr="00A459EF">
        <w:rPr>
          <w:lang w:val="es-ES"/>
        </w:rPr>
        <w:t>el Alexandra en Loen</w:t>
      </w:r>
    </w:p>
    <w:p w14:paraId="3C721A93" w14:textId="77777777" w:rsidR="00ED3B7F" w:rsidRPr="00A459EF" w:rsidRDefault="00ED3B7F">
      <w:pPr>
        <w:rPr>
          <w:lang w:val="es-ES"/>
        </w:rPr>
      </w:pPr>
    </w:p>
    <w:p w14:paraId="00724F0D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PRECIOS EN EUROS</w:t>
      </w:r>
    </w:p>
    <w:p w14:paraId="3C4F4A70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€ 4.030,– por persona en doble</w:t>
      </w:r>
    </w:p>
    <w:p w14:paraId="48E784AD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€ 1.800,– suplemento individual</w:t>
      </w:r>
    </w:p>
    <w:p w14:paraId="74D9CBEB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5% descuento para el tercer pasajero compartiendo con +2 personas (HABITACIÓN TRIPLE).</w:t>
      </w:r>
    </w:p>
    <w:p w14:paraId="6270E5DD" w14:textId="77777777" w:rsidR="00ED3B7F" w:rsidRPr="00A459EF" w:rsidRDefault="00ED3B7F">
      <w:pPr>
        <w:rPr>
          <w:lang w:val="es-ES"/>
        </w:rPr>
      </w:pPr>
    </w:p>
    <w:p w14:paraId="202F33EB" w14:textId="77777777" w:rsidR="00ED3B7F" w:rsidRPr="00A459EF" w:rsidRDefault="00236CA8">
      <w:pPr>
        <w:pStyle w:val="Ttulo1"/>
        <w:rPr>
          <w:lang w:val="es-ES"/>
        </w:rPr>
      </w:pPr>
      <w:r w:rsidRPr="00A459EF">
        <w:rPr>
          <w:lang w:val="es-ES"/>
        </w:rPr>
        <w:t>ITINERARIO</w:t>
      </w:r>
    </w:p>
    <w:p w14:paraId="4DE76FAC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1 MIE HELSINKI</w:t>
      </w:r>
    </w:p>
    <w:p w14:paraId="42B40741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Llegada y traslado al hotel. Alojamiento. A las 18:30h, reunión en el lobby del hotel con el guía.</w:t>
      </w:r>
    </w:p>
    <w:p w14:paraId="0F87266D" w14:textId="77777777" w:rsidR="00ED3B7F" w:rsidRPr="00A459EF" w:rsidRDefault="00ED3B7F">
      <w:pPr>
        <w:rPr>
          <w:lang w:val="es-ES"/>
        </w:rPr>
      </w:pPr>
    </w:p>
    <w:p w14:paraId="4ED9E6F5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2 JUE HELSINKI - CRUCERO - ESTOCOLMO</w:t>
      </w:r>
    </w:p>
    <w:p w14:paraId="187E2A29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 y visita panorámica de la capital de Finlandia, también conocida como «la Ciudad Blanca del Norte». Durant</w:t>
      </w:r>
      <w:r w:rsidRPr="00A459EF">
        <w:rPr>
          <w:lang w:val="es-ES"/>
        </w:rPr>
        <w:t xml:space="preserve">e la visita pasaremos por la Iglesia Ortodoxa de la Trinidad, vestigio del dominio ruso, la Plaza del Senado y la </w:t>
      </w:r>
      <w:proofErr w:type="spellStart"/>
      <w:r w:rsidRPr="00A459EF">
        <w:rPr>
          <w:lang w:val="es-ES"/>
        </w:rPr>
        <w:t>Temppeliaukio</w:t>
      </w:r>
      <w:proofErr w:type="spellEnd"/>
      <w:r w:rsidRPr="00A459EF">
        <w:rPr>
          <w:lang w:val="es-ES"/>
        </w:rPr>
        <w:t xml:space="preserve"> </w:t>
      </w:r>
      <w:proofErr w:type="spellStart"/>
      <w:r w:rsidRPr="00A459EF">
        <w:rPr>
          <w:lang w:val="es-ES"/>
        </w:rPr>
        <w:t>Kirkko</w:t>
      </w:r>
      <w:proofErr w:type="spellEnd"/>
      <w:r w:rsidRPr="00A459EF">
        <w:rPr>
          <w:lang w:val="es-ES"/>
        </w:rPr>
        <w:t>, iglesia luterana de planta circular excavada en la roca, cuya cúpula tiene forma de una gigantesca espiral de hilos de c</w:t>
      </w:r>
      <w:r w:rsidRPr="00A459EF">
        <w:rPr>
          <w:lang w:val="es-ES"/>
        </w:rPr>
        <w:t xml:space="preserve">obre. Tiempo libre para actividades personales. A las 15:00 h, traslado al puerto para embarcar en el crucero </w:t>
      </w:r>
      <w:proofErr w:type="spellStart"/>
      <w:r w:rsidRPr="00A459EF">
        <w:rPr>
          <w:lang w:val="es-ES"/>
        </w:rPr>
        <w:t>Silja</w:t>
      </w:r>
      <w:proofErr w:type="spellEnd"/>
      <w:r w:rsidRPr="00A459EF">
        <w:rPr>
          <w:lang w:val="es-ES"/>
        </w:rPr>
        <w:t xml:space="preserve"> Line con destino a Estocolmo. El barco dispone de wifi en zonas comunes, diferentes tipos de restaurantes y cafeterías, discoteca y club noc</w:t>
      </w:r>
      <w:r w:rsidRPr="00A459EF">
        <w:rPr>
          <w:lang w:val="es-ES"/>
        </w:rPr>
        <w:t>turno con espectáculos en directo y tiendas. Durante la travesía, cabe destacar el bello paisaje de islotes a la salida del puerto de Helsinki y el hermoso archipiélago sueco de más de 24.000 islas. Alojamiento en camarotes dobles exteriores categoría A. C</w:t>
      </w:r>
      <w:r w:rsidRPr="00A459EF">
        <w:rPr>
          <w:lang w:val="es-ES"/>
        </w:rPr>
        <w:t>ena buffet a bordo.</w:t>
      </w:r>
    </w:p>
    <w:p w14:paraId="3B24229D" w14:textId="77777777" w:rsidR="00ED3B7F" w:rsidRPr="00A459EF" w:rsidRDefault="00ED3B7F">
      <w:pPr>
        <w:rPr>
          <w:lang w:val="es-ES"/>
        </w:rPr>
      </w:pPr>
    </w:p>
    <w:p w14:paraId="7450B1F4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lastRenderedPageBreak/>
        <w:t>DÍA 3 VIE ESTOCOLMO</w:t>
      </w:r>
    </w:p>
    <w:p w14:paraId="56C7E470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 buffet a bordo y desembarque sobre las 9:45 h. A la llegada a Estocolmo realizaremos la visita panorámica de la ciudad. La capital sueca es conocida mundialmente como «la Reina de las Aguas» y está asentada</w:t>
      </w:r>
      <w:r w:rsidRPr="00A459EF">
        <w:rPr>
          <w:lang w:val="es-ES"/>
        </w:rPr>
        <w:t xml:space="preserve"> sobre 14 maravillosas islas unidas entre sí por puentes. La isla más antigua, donde se encuentra la ciudad antigua, </w:t>
      </w:r>
      <w:proofErr w:type="spellStart"/>
      <w:r w:rsidRPr="00A459EF">
        <w:rPr>
          <w:lang w:val="es-ES"/>
        </w:rPr>
        <w:t>Gamla</w:t>
      </w:r>
      <w:proofErr w:type="spellEnd"/>
      <w:r w:rsidRPr="00A459EF">
        <w:rPr>
          <w:lang w:val="es-ES"/>
        </w:rPr>
        <w:t xml:space="preserve"> Stan, es el lugar que alberga gran parte de los edificios más emblemáticos y las estructuras arquitectónicas más importantes de la ci</w:t>
      </w:r>
      <w:r w:rsidRPr="00A459EF">
        <w:rPr>
          <w:lang w:val="es-ES"/>
        </w:rPr>
        <w:t>udad. Alojamiento.</w:t>
      </w:r>
    </w:p>
    <w:p w14:paraId="4D936DD6" w14:textId="77777777" w:rsidR="00ED3B7F" w:rsidRPr="00A459EF" w:rsidRDefault="00ED3B7F">
      <w:pPr>
        <w:rPr>
          <w:lang w:val="es-ES"/>
        </w:rPr>
      </w:pPr>
    </w:p>
    <w:p w14:paraId="2BE979B8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4 SAB ESTOCOLMO</w:t>
      </w:r>
    </w:p>
    <w:p w14:paraId="36EF4C8E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 y día libre, durante el cual podrá realizar opcionalmente la visita al Museo Vasa y al Ayuntamiento de Estocolmo (no incluida).</w:t>
      </w:r>
    </w:p>
    <w:p w14:paraId="1558ACB8" w14:textId="77777777" w:rsidR="00ED3B7F" w:rsidRPr="00A459EF" w:rsidRDefault="00ED3B7F">
      <w:pPr>
        <w:rPr>
          <w:lang w:val="es-ES"/>
        </w:rPr>
      </w:pPr>
    </w:p>
    <w:p w14:paraId="05E6CD1D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5 DOM ESTOCOLMO - LILLEHAMMER</w:t>
      </w:r>
    </w:p>
    <w:p w14:paraId="025782D8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 y salida hacia Noruega. Recorreremo</w:t>
      </w:r>
      <w:r w:rsidRPr="00A459EF">
        <w:rPr>
          <w:lang w:val="es-ES"/>
        </w:rPr>
        <w:t xml:space="preserve">s los bellos campos de cereales y lagos suecos hasta llegar a los impresionantes paisajes de bosques y montañas en Noruega. Pasaremos por localidades como Hamar, donde a orillas del lago </w:t>
      </w:r>
      <w:proofErr w:type="spellStart"/>
      <w:r w:rsidRPr="00A459EF">
        <w:rPr>
          <w:lang w:val="es-ES"/>
        </w:rPr>
        <w:t>Mjøsa</w:t>
      </w:r>
      <w:proofErr w:type="spellEnd"/>
      <w:r w:rsidRPr="00A459EF">
        <w:rPr>
          <w:lang w:val="es-ES"/>
        </w:rPr>
        <w:t xml:space="preserve"> se encuentra el edificio con forma de barco vikingo invertido q</w:t>
      </w:r>
      <w:r w:rsidRPr="00A459EF">
        <w:rPr>
          <w:lang w:val="es-ES"/>
        </w:rPr>
        <w:t xml:space="preserve">ue acogió las pruebas de patinaje sobre hielo durante los Juegos Olímpicos de invierno de 1994. Llegada al hotel y alojamiento en </w:t>
      </w:r>
      <w:proofErr w:type="spellStart"/>
      <w:r w:rsidRPr="00A459EF">
        <w:rPr>
          <w:lang w:val="es-ES"/>
        </w:rPr>
        <w:t>Lillehammer</w:t>
      </w:r>
      <w:proofErr w:type="spellEnd"/>
      <w:r w:rsidRPr="00A459EF">
        <w:rPr>
          <w:lang w:val="es-ES"/>
        </w:rPr>
        <w:t>, sede de los Juegos Olímpicos y uno de los centros deportivos de invierno más conocidos del país.</w:t>
      </w:r>
    </w:p>
    <w:p w14:paraId="72433982" w14:textId="77777777" w:rsidR="00ED3B7F" w:rsidRPr="00A459EF" w:rsidRDefault="00ED3B7F">
      <w:pPr>
        <w:rPr>
          <w:lang w:val="es-ES"/>
        </w:rPr>
      </w:pPr>
    </w:p>
    <w:p w14:paraId="18023468" w14:textId="77777777" w:rsidR="00ED3B7F" w:rsidRPr="00A459EF" w:rsidRDefault="00236CA8">
      <w:pPr>
        <w:pStyle w:val="Ttulo2"/>
        <w:rPr>
          <w:lang w:val="de-AT"/>
        </w:rPr>
      </w:pPr>
      <w:r w:rsidRPr="00A459EF">
        <w:rPr>
          <w:lang w:val="de-AT"/>
        </w:rPr>
        <w:t>DÍA 6 LUN LILLE</w:t>
      </w:r>
      <w:r w:rsidRPr="00A459EF">
        <w:rPr>
          <w:lang w:val="de-AT"/>
        </w:rPr>
        <w:t>HAMMER - LOM - GEIRANGER - LOEN</w:t>
      </w:r>
    </w:p>
    <w:p w14:paraId="27A12DDC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 xml:space="preserve">Desayuno y salida hacia Lom, pintoresca población destacada por su iglesia medieval de madera, una de las más grandes y de las pocas que conserva cabezas originales de dragón. Continuación por la espectacular carretera de </w:t>
      </w:r>
      <w:proofErr w:type="spellStart"/>
      <w:r w:rsidRPr="00A459EF">
        <w:rPr>
          <w:lang w:val="es-ES"/>
        </w:rPr>
        <w:t>Da</w:t>
      </w:r>
      <w:r w:rsidRPr="00A459EF">
        <w:rPr>
          <w:lang w:val="es-ES"/>
        </w:rPr>
        <w:t>lsnibba</w:t>
      </w:r>
      <w:proofErr w:type="spellEnd"/>
      <w:r w:rsidRPr="00A459EF">
        <w:rPr>
          <w:lang w:val="es-ES"/>
        </w:rPr>
        <w:t xml:space="preserve">, que asciende a más de 1.000 m y ofrece fascinantes paisajes, hasta llegar a </w:t>
      </w:r>
      <w:proofErr w:type="spellStart"/>
      <w:r w:rsidRPr="00A459EF">
        <w:rPr>
          <w:lang w:val="es-ES"/>
        </w:rPr>
        <w:t>Geiranger</w:t>
      </w:r>
      <w:proofErr w:type="spellEnd"/>
      <w:r w:rsidRPr="00A459EF">
        <w:rPr>
          <w:lang w:val="es-ES"/>
        </w:rPr>
        <w:t xml:space="preserve">, donde realizaremos un crucero de aproximadamente una hora por el fiordo de </w:t>
      </w:r>
      <w:proofErr w:type="spellStart"/>
      <w:r w:rsidRPr="00A459EF">
        <w:rPr>
          <w:lang w:val="es-ES"/>
        </w:rPr>
        <w:t>Geiranger</w:t>
      </w:r>
      <w:proofErr w:type="spellEnd"/>
      <w:r w:rsidRPr="00A459EF">
        <w:rPr>
          <w:lang w:val="es-ES"/>
        </w:rPr>
        <w:t xml:space="preserve">, con sus cascadas de las Siete Hermanas y el Pretendiente. Desembarque en </w:t>
      </w:r>
      <w:proofErr w:type="spellStart"/>
      <w:r w:rsidRPr="00A459EF">
        <w:rPr>
          <w:lang w:val="es-ES"/>
        </w:rPr>
        <w:t>H</w:t>
      </w:r>
      <w:r w:rsidRPr="00A459EF">
        <w:rPr>
          <w:lang w:val="es-ES"/>
        </w:rPr>
        <w:t>ellesylt</w:t>
      </w:r>
      <w:proofErr w:type="spellEnd"/>
      <w:r w:rsidRPr="00A459EF">
        <w:rPr>
          <w:lang w:val="es-ES"/>
        </w:rPr>
        <w:t xml:space="preserve"> y continuación hacia Loen. Cena buffet típica noruega y alojamiento en Loen.</w:t>
      </w:r>
    </w:p>
    <w:p w14:paraId="6D690D9D" w14:textId="77777777" w:rsidR="00ED3B7F" w:rsidRPr="00A459EF" w:rsidRDefault="00ED3B7F">
      <w:pPr>
        <w:rPr>
          <w:lang w:val="es-ES"/>
        </w:rPr>
      </w:pPr>
    </w:p>
    <w:p w14:paraId="723C1ED1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lastRenderedPageBreak/>
        <w:t>DÍA 7 MAR LOEN - FLAM - GUDVANGEN - BERGEN</w:t>
      </w:r>
    </w:p>
    <w:p w14:paraId="07772F97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 xml:space="preserve">Desayuno y salida hacia </w:t>
      </w:r>
      <w:proofErr w:type="spellStart"/>
      <w:r w:rsidRPr="00A459EF">
        <w:rPr>
          <w:lang w:val="es-ES"/>
        </w:rPr>
        <w:t>Flåm</w:t>
      </w:r>
      <w:proofErr w:type="spellEnd"/>
      <w:r w:rsidRPr="00A459EF">
        <w:rPr>
          <w:lang w:val="es-ES"/>
        </w:rPr>
        <w:t xml:space="preserve">, donde embarcaremos en un ferry para recorrer el fiordo más largo y profundo del país, el </w:t>
      </w:r>
      <w:proofErr w:type="spellStart"/>
      <w:r w:rsidRPr="00A459EF">
        <w:rPr>
          <w:lang w:val="es-ES"/>
        </w:rPr>
        <w:t>Sognefj</w:t>
      </w:r>
      <w:r w:rsidRPr="00A459EF">
        <w:rPr>
          <w:lang w:val="es-ES"/>
        </w:rPr>
        <w:t>ord</w:t>
      </w:r>
      <w:proofErr w:type="spellEnd"/>
      <w:r w:rsidRPr="00A459EF">
        <w:rPr>
          <w:lang w:val="es-ES"/>
        </w:rPr>
        <w:t xml:space="preserve">. A la llegada a </w:t>
      </w:r>
      <w:proofErr w:type="spellStart"/>
      <w:r w:rsidRPr="00A459EF">
        <w:rPr>
          <w:lang w:val="es-ES"/>
        </w:rPr>
        <w:t>Gudvangen</w:t>
      </w:r>
      <w:proofErr w:type="spellEnd"/>
      <w:r w:rsidRPr="00A459EF">
        <w:rPr>
          <w:lang w:val="es-ES"/>
        </w:rPr>
        <w:t>, desembarque y continuación hacia Bergen. Alojamiento.</w:t>
      </w:r>
    </w:p>
    <w:p w14:paraId="02696A7B" w14:textId="77777777" w:rsidR="00ED3B7F" w:rsidRPr="00A459EF" w:rsidRDefault="00ED3B7F">
      <w:pPr>
        <w:rPr>
          <w:lang w:val="es-ES"/>
        </w:rPr>
      </w:pPr>
    </w:p>
    <w:p w14:paraId="2126B41F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8 MIE BERGEN</w:t>
      </w:r>
    </w:p>
    <w:p w14:paraId="64D8CF05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 xml:space="preserve">Desayuno y visita panorámica de la capital de los fiordos. Su situación geográfica, rodeada de siete colinas y a orillas del mar del Norte, la </w:t>
      </w:r>
      <w:r w:rsidRPr="00A459EF">
        <w:rPr>
          <w:lang w:val="es-ES"/>
        </w:rPr>
        <w:t xml:space="preserve">convierte en una de las ciudades más bonitas y pintorescas de Escandinavia. Durante la visita conoceremos lugares de interés como la Fortaleza, el </w:t>
      </w:r>
      <w:proofErr w:type="spellStart"/>
      <w:r w:rsidRPr="00A459EF">
        <w:rPr>
          <w:lang w:val="es-ES"/>
        </w:rPr>
        <w:t>Bryggen</w:t>
      </w:r>
      <w:proofErr w:type="spellEnd"/>
      <w:r w:rsidRPr="00A459EF">
        <w:rPr>
          <w:lang w:val="es-ES"/>
        </w:rPr>
        <w:t xml:space="preserve"> con su conocido mercado de pescado, la iglesia de María, el </w:t>
      </w:r>
      <w:proofErr w:type="spellStart"/>
      <w:r w:rsidRPr="00A459EF">
        <w:rPr>
          <w:lang w:val="es-ES"/>
        </w:rPr>
        <w:t>Grieghallen</w:t>
      </w:r>
      <w:proofErr w:type="spellEnd"/>
      <w:r w:rsidRPr="00A459EF">
        <w:rPr>
          <w:lang w:val="es-ES"/>
        </w:rPr>
        <w:t xml:space="preserve"> y, naturalmente, el barrio ha</w:t>
      </w:r>
      <w:r w:rsidRPr="00A459EF">
        <w:rPr>
          <w:lang w:val="es-ES"/>
        </w:rPr>
        <w:t>nseático. Al final del recorrido tendrán incluida la experiencia de subir al famoso funicular de Bergen, desde donde disfrutarán de unas espectaculares vistas. Tarde libre y alojamiento.</w:t>
      </w:r>
    </w:p>
    <w:p w14:paraId="6C8AE7C7" w14:textId="77777777" w:rsidR="00ED3B7F" w:rsidRPr="00A459EF" w:rsidRDefault="00ED3B7F">
      <w:pPr>
        <w:rPr>
          <w:lang w:val="es-ES"/>
        </w:rPr>
      </w:pPr>
    </w:p>
    <w:p w14:paraId="27EAABE4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9 JUE BERGEN - HARDANGER - OSLO</w:t>
      </w:r>
    </w:p>
    <w:p w14:paraId="70D10133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Desayuno. Durante la etapa de ho</w:t>
      </w:r>
      <w:r w:rsidRPr="00A459EF">
        <w:rPr>
          <w:lang w:val="es-ES"/>
        </w:rPr>
        <w:t xml:space="preserve">y disfrutaremos de los contrastes del paisaje, comenzando la ruta por una de las carreteras más bonitas y panorámicas. Atravesaremos el Parque Nacional de </w:t>
      </w:r>
      <w:proofErr w:type="spellStart"/>
      <w:r w:rsidRPr="00A459EF">
        <w:rPr>
          <w:lang w:val="es-ES"/>
        </w:rPr>
        <w:t>Hardanger</w:t>
      </w:r>
      <w:proofErr w:type="spellEnd"/>
      <w:r w:rsidRPr="00A459EF">
        <w:rPr>
          <w:lang w:val="es-ES"/>
        </w:rPr>
        <w:t>, con sus majestuosos fiordos rodeados de bosques y montañas, para cruzar la altiplanicie de</w:t>
      </w:r>
      <w:r w:rsidRPr="00A459EF">
        <w:rPr>
          <w:lang w:val="es-ES"/>
        </w:rPr>
        <w:t xml:space="preserve"> </w:t>
      </w:r>
      <w:proofErr w:type="spellStart"/>
      <w:r w:rsidRPr="00A459EF">
        <w:rPr>
          <w:lang w:val="es-ES"/>
        </w:rPr>
        <w:t>Hardangervidda</w:t>
      </w:r>
      <w:proofErr w:type="spellEnd"/>
      <w:r w:rsidRPr="00A459EF">
        <w:rPr>
          <w:lang w:val="es-ES"/>
        </w:rPr>
        <w:t xml:space="preserve">, donde realizaremos alguna parada para tomar fotografías. Continuación hacia Oslo y, a nuestra llegada, visita panorámica de la capital de Noruega. Conoceremos el Parque </w:t>
      </w:r>
      <w:proofErr w:type="spellStart"/>
      <w:r w:rsidRPr="00A459EF">
        <w:rPr>
          <w:lang w:val="es-ES"/>
        </w:rPr>
        <w:t>Vigeland</w:t>
      </w:r>
      <w:proofErr w:type="spellEnd"/>
      <w:r w:rsidRPr="00A459EF">
        <w:rPr>
          <w:lang w:val="es-ES"/>
        </w:rPr>
        <w:t>, con sus famosas esculturas que representan el ciclo de la vi</w:t>
      </w:r>
      <w:r w:rsidRPr="00A459EF">
        <w:rPr>
          <w:lang w:val="es-ES"/>
        </w:rPr>
        <w:t>da del ser humano, y el gran monolito con sus 212 cuerpos entrelazados. También pasaremos por la Ópera, el Ayuntamiento, el puerto, el Palacio Real, el Parlamento y la Fortaleza de Akershus. Alojamiento.</w:t>
      </w:r>
    </w:p>
    <w:p w14:paraId="1D27E449" w14:textId="77777777" w:rsidR="00ED3B7F" w:rsidRPr="00A459EF" w:rsidRDefault="00ED3B7F">
      <w:pPr>
        <w:rPr>
          <w:lang w:val="es-ES"/>
        </w:rPr>
      </w:pPr>
    </w:p>
    <w:p w14:paraId="1E6D8795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10 VIE OSLO - CRUCERO NORDIC - COPENHAGUE</w:t>
      </w:r>
    </w:p>
    <w:p w14:paraId="6AF72868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</w:t>
      </w:r>
      <w:r w:rsidRPr="00A459EF">
        <w:rPr>
          <w:lang w:val="es-ES"/>
        </w:rPr>
        <w:t xml:space="preserve">uno y mañana libre hasta la salida hacia el puerto. A las 14:30 h, traslado para embarcar en el crucero </w:t>
      </w:r>
      <w:proofErr w:type="spellStart"/>
      <w:r w:rsidRPr="00A459EF">
        <w:rPr>
          <w:lang w:val="es-ES"/>
        </w:rPr>
        <w:t>Nordic</w:t>
      </w:r>
      <w:proofErr w:type="spellEnd"/>
      <w:r w:rsidRPr="00A459EF">
        <w:rPr>
          <w:lang w:val="es-ES"/>
        </w:rPr>
        <w:t>, navegando por el mar del Norte con destino a Copenhague. Alojamiento en camarote exterior con ventana. Cena buffet a bordo.</w:t>
      </w:r>
    </w:p>
    <w:p w14:paraId="26D61059" w14:textId="77777777" w:rsidR="00ED3B7F" w:rsidRPr="00A459EF" w:rsidRDefault="00ED3B7F">
      <w:pPr>
        <w:rPr>
          <w:lang w:val="es-ES"/>
        </w:rPr>
      </w:pPr>
    </w:p>
    <w:p w14:paraId="7D3DF5D4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lastRenderedPageBreak/>
        <w:t>DÍA 11 SAB COPENHAG</w:t>
      </w:r>
      <w:r w:rsidRPr="00A459EF">
        <w:rPr>
          <w:lang w:val="es-ES"/>
        </w:rPr>
        <w:t>UE</w:t>
      </w:r>
    </w:p>
    <w:p w14:paraId="4D0CBB81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 xml:space="preserve">Desayuno y llegada a Copenhague a las 09:45 h. Desembarque y visita panorámica de la ciudad, recorriendo sus principales monumentos y lugares históricos, como la Plaza del Ayuntamiento, el Palacio de </w:t>
      </w:r>
      <w:proofErr w:type="spellStart"/>
      <w:r w:rsidRPr="00A459EF">
        <w:rPr>
          <w:lang w:val="es-ES"/>
        </w:rPr>
        <w:t>Christiansborg</w:t>
      </w:r>
      <w:proofErr w:type="spellEnd"/>
      <w:r w:rsidRPr="00A459EF">
        <w:rPr>
          <w:lang w:val="es-ES"/>
        </w:rPr>
        <w:t xml:space="preserve"> (actual sede del Parlamento), la Fuent</w:t>
      </w:r>
      <w:r w:rsidRPr="00A459EF">
        <w:rPr>
          <w:lang w:val="es-ES"/>
        </w:rPr>
        <w:t xml:space="preserve">e de la diosa </w:t>
      </w:r>
      <w:proofErr w:type="spellStart"/>
      <w:r w:rsidRPr="00A459EF">
        <w:rPr>
          <w:lang w:val="es-ES"/>
        </w:rPr>
        <w:t>Gefion</w:t>
      </w:r>
      <w:proofErr w:type="spellEnd"/>
      <w:r w:rsidRPr="00A459EF">
        <w:rPr>
          <w:lang w:val="es-ES"/>
        </w:rPr>
        <w:t xml:space="preserve"> y el puerto </w:t>
      </w:r>
      <w:proofErr w:type="spellStart"/>
      <w:r w:rsidRPr="00A459EF">
        <w:rPr>
          <w:lang w:val="es-ES"/>
        </w:rPr>
        <w:t>Nyhavn</w:t>
      </w:r>
      <w:proofErr w:type="spellEnd"/>
      <w:r w:rsidRPr="00A459EF">
        <w:rPr>
          <w:lang w:val="es-ES"/>
        </w:rPr>
        <w:t xml:space="preserve">, con sus pintorescas y coloridas casas del siglo XVII. Y, cómo no, el emblema de la ciudad: la famosa Sirenita. Opcionalmente, podremos visitar el majestuoso Castillo Real de Frederiksborg, en el norte de </w:t>
      </w:r>
      <w:proofErr w:type="spellStart"/>
      <w:r w:rsidRPr="00A459EF">
        <w:rPr>
          <w:lang w:val="es-ES"/>
        </w:rPr>
        <w:t>Selandia</w:t>
      </w:r>
      <w:proofErr w:type="spellEnd"/>
      <w:r w:rsidRPr="00A459EF">
        <w:rPr>
          <w:lang w:val="es-ES"/>
        </w:rPr>
        <w:t>. A</w:t>
      </w:r>
      <w:r w:rsidRPr="00A459EF">
        <w:rPr>
          <w:lang w:val="es-ES"/>
        </w:rPr>
        <w:t>lojamiento.</w:t>
      </w:r>
    </w:p>
    <w:p w14:paraId="7C821681" w14:textId="77777777" w:rsidR="00ED3B7F" w:rsidRPr="00A459EF" w:rsidRDefault="00ED3B7F">
      <w:pPr>
        <w:rPr>
          <w:lang w:val="es-ES"/>
        </w:rPr>
      </w:pPr>
    </w:p>
    <w:p w14:paraId="25A6607B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12 DOM COPENHAGUE</w:t>
      </w:r>
    </w:p>
    <w:p w14:paraId="7AD00DD8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 y día libre. Alojamiento.</w:t>
      </w:r>
    </w:p>
    <w:p w14:paraId="1AB01C65" w14:textId="77777777" w:rsidR="00ED3B7F" w:rsidRPr="00A459EF" w:rsidRDefault="00ED3B7F">
      <w:pPr>
        <w:rPr>
          <w:lang w:val="es-ES"/>
        </w:rPr>
      </w:pPr>
    </w:p>
    <w:p w14:paraId="713E0B28" w14:textId="77777777" w:rsidR="00ED3B7F" w:rsidRPr="00A459EF" w:rsidRDefault="00236CA8">
      <w:pPr>
        <w:pStyle w:val="Ttulo2"/>
        <w:rPr>
          <w:lang w:val="es-ES"/>
        </w:rPr>
      </w:pPr>
      <w:r w:rsidRPr="00A459EF">
        <w:rPr>
          <w:lang w:val="es-ES"/>
        </w:rPr>
        <w:t>DÍA 13 LUN COPENHAGUE</w:t>
      </w:r>
    </w:p>
    <w:p w14:paraId="743EEDC5" w14:textId="77777777" w:rsidR="00ED3B7F" w:rsidRPr="00A459EF" w:rsidRDefault="00236CA8">
      <w:pPr>
        <w:rPr>
          <w:lang w:val="es-ES"/>
        </w:rPr>
      </w:pPr>
      <w:r w:rsidRPr="00A459EF">
        <w:rPr>
          <w:lang w:val="es-ES"/>
        </w:rPr>
        <w:t>Desayuno y traslado al aeropuerto.</w:t>
      </w:r>
    </w:p>
    <w:sectPr w:rsidR="00ED3B7F" w:rsidRPr="00A459EF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30946" w14:textId="77777777" w:rsidR="00A459EF" w:rsidRDefault="00A459EF" w:rsidP="00A459EF">
      <w:pPr>
        <w:spacing w:after="0" w:line="240" w:lineRule="auto"/>
      </w:pPr>
      <w:r>
        <w:separator/>
      </w:r>
    </w:p>
  </w:endnote>
  <w:endnote w:type="continuationSeparator" w:id="0">
    <w:p w14:paraId="5DE17D13" w14:textId="77777777" w:rsidR="00A459EF" w:rsidRDefault="00A459EF" w:rsidP="00A45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CE46D" w14:textId="77777777" w:rsidR="00A459EF" w:rsidRDefault="00A459EF" w:rsidP="00A459EF">
      <w:pPr>
        <w:spacing w:after="0" w:line="240" w:lineRule="auto"/>
      </w:pPr>
      <w:r>
        <w:separator/>
      </w:r>
    </w:p>
  </w:footnote>
  <w:footnote w:type="continuationSeparator" w:id="0">
    <w:p w14:paraId="0C2F4970" w14:textId="77777777" w:rsidR="00A459EF" w:rsidRDefault="00A459EF" w:rsidP="00A45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9179B" w14:textId="4807F3F7" w:rsidR="00A459EF" w:rsidRDefault="00A459EF">
    <w:pPr>
      <w:pStyle w:val="Encabezado"/>
    </w:pPr>
    <w:r>
      <w:rPr>
        <w:noProof/>
      </w:rPr>
      <w:drawing>
        <wp:inline distT="0" distB="0" distL="0" distR="0" wp14:anchorId="39E2214A" wp14:editId="5454E594">
          <wp:extent cx="1162050" cy="1162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36CA8"/>
    <w:rsid w:val="0029639D"/>
    <w:rsid w:val="00326F90"/>
    <w:rsid w:val="00A459EF"/>
    <w:rsid w:val="00AA1D8D"/>
    <w:rsid w:val="00B47730"/>
    <w:rsid w:val="00CB0664"/>
    <w:rsid w:val="00ED3B7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513696"/>
  <w14:defaultImageDpi w14:val="300"/>
  <w15:docId w15:val="{9F001982-C549-4A07-8B3C-6FC49AE9D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1036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2026-05-28T09:27:00Z</dcterms:modified>
  <cp:category/>
</cp:coreProperties>
</file>