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CAECE3" w14:textId="77777777" w:rsidR="00673E13" w:rsidRPr="00250D50" w:rsidRDefault="00E67EF1" w:rsidP="00250D50">
      <w:pPr>
        <w:pStyle w:val="Ttulo1"/>
        <w:jc w:val="center"/>
        <w:rPr>
          <w:color w:val="C4A10C"/>
          <w:lang w:val="es-ES"/>
        </w:rPr>
      </w:pPr>
      <w:r w:rsidRPr="00250D50">
        <w:rPr>
          <w:color w:val="C4A10C"/>
          <w:lang w:val="es-ES"/>
        </w:rPr>
        <w:t>HELSINQUE E FIORDES MAGNÍFICOS</w:t>
      </w:r>
    </w:p>
    <w:p w14:paraId="1CEEBBF3" w14:textId="77777777" w:rsidR="00673E13" w:rsidRPr="00250D50" w:rsidRDefault="00E67EF1" w:rsidP="00250D50">
      <w:pPr>
        <w:jc w:val="center"/>
        <w:rPr>
          <w:color w:val="C4A10C"/>
          <w:lang w:val="es-ES"/>
        </w:rPr>
      </w:pPr>
      <w:proofErr w:type="spellStart"/>
      <w:r w:rsidRPr="00250D50">
        <w:rPr>
          <w:color w:val="C4A10C"/>
          <w:lang w:val="es-ES"/>
        </w:rPr>
        <w:t>Categoria</w:t>
      </w:r>
      <w:proofErr w:type="spellEnd"/>
      <w:r w:rsidRPr="00250D50">
        <w:rPr>
          <w:color w:val="C4A10C"/>
          <w:lang w:val="es-ES"/>
        </w:rPr>
        <w:t>: Premium</w:t>
      </w:r>
    </w:p>
    <w:p w14:paraId="0DAD19F2" w14:textId="77777777" w:rsidR="00673E13" w:rsidRPr="00250D50" w:rsidRDefault="00E67EF1" w:rsidP="00250D50">
      <w:pPr>
        <w:jc w:val="center"/>
        <w:rPr>
          <w:lang w:val="es-ES"/>
        </w:rPr>
      </w:pPr>
      <w:r w:rsidRPr="00250D50">
        <w:rPr>
          <w:lang w:val="es-ES"/>
        </w:rPr>
        <w:t xml:space="preserve">Código: HELFM  |  13 </w:t>
      </w:r>
      <w:proofErr w:type="spellStart"/>
      <w:r w:rsidRPr="00250D50">
        <w:rPr>
          <w:lang w:val="es-ES"/>
        </w:rPr>
        <w:t>Dias</w:t>
      </w:r>
      <w:proofErr w:type="spellEnd"/>
    </w:p>
    <w:p w14:paraId="44C90306" w14:textId="77777777" w:rsidR="00673E13" w:rsidRPr="00250D50" w:rsidRDefault="00673E13">
      <w:pPr>
        <w:rPr>
          <w:lang w:val="es-ES"/>
        </w:rPr>
      </w:pPr>
    </w:p>
    <w:p w14:paraId="6E85DA2A" w14:textId="77777777" w:rsidR="00673E13" w:rsidRPr="00250D50" w:rsidRDefault="00E67EF1">
      <w:pPr>
        <w:pStyle w:val="Ttulo2"/>
        <w:rPr>
          <w:lang w:val="es-ES"/>
        </w:rPr>
      </w:pPr>
      <w:r w:rsidRPr="00250D50">
        <w:rPr>
          <w:lang w:val="es-ES"/>
        </w:rPr>
        <w:t>SAÍDAS GARANTIDAS 2027</w:t>
      </w:r>
    </w:p>
    <w:p w14:paraId="200F670F" w14:textId="77777777" w:rsidR="00673E13" w:rsidRPr="00250D50" w:rsidRDefault="00E67EF1">
      <w:pPr>
        <w:rPr>
          <w:lang w:val="es-ES"/>
        </w:rPr>
      </w:pPr>
      <w:r w:rsidRPr="00250D50">
        <w:rPr>
          <w:lang w:val="es-ES"/>
        </w:rPr>
        <w:t>MAIO . . . . . . . . . . . . . . . . . . . . . . . . . 12, 26</w:t>
      </w:r>
    </w:p>
    <w:p w14:paraId="09F17036" w14:textId="77777777" w:rsidR="00673E13" w:rsidRPr="00250D50" w:rsidRDefault="00E67EF1">
      <w:pPr>
        <w:rPr>
          <w:lang w:val="es-ES"/>
        </w:rPr>
      </w:pPr>
      <w:r w:rsidRPr="00250D50">
        <w:rPr>
          <w:lang w:val="es-ES"/>
        </w:rPr>
        <w:t>JUNHO . . . . . . . . . . . . . . . . . . . . . . . . . 9, 23</w:t>
      </w:r>
    </w:p>
    <w:p w14:paraId="0E6A7F38" w14:textId="77777777" w:rsidR="00673E13" w:rsidRPr="00250D50" w:rsidRDefault="00E67EF1">
      <w:pPr>
        <w:rPr>
          <w:lang w:val="es-ES"/>
        </w:rPr>
      </w:pPr>
      <w:r w:rsidRPr="00250D50">
        <w:rPr>
          <w:lang w:val="es-ES"/>
        </w:rPr>
        <w:t xml:space="preserve">JULHO . . . . . . . . . . . . </w:t>
      </w:r>
      <w:r w:rsidRPr="00250D50">
        <w:rPr>
          <w:lang w:val="es-ES"/>
        </w:rPr>
        <w:t>. . . . . . . . . . . . . 7, 21</w:t>
      </w:r>
    </w:p>
    <w:p w14:paraId="269F3248" w14:textId="77777777" w:rsidR="00673E13" w:rsidRPr="00250D50" w:rsidRDefault="00E67EF1">
      <w:pPr>
        <w:rPr>
          <w:lang w:val="es-ES"/>
        </w:rPr>
      </w:pPr>
      <w:r w:rsidRPr="00250D50">
        <w:rPr>
          <w:lang w:val="es-ES"/>
        </w:rPr>
        <w:t>AGOSTO . . . . . . . . . . . . . . . . . . . . . . . . 4, 18</w:t>
      </w:r>
    </w:p>
    <w:p w14:paraId="4458AAB4" w14:textId="77777777" w:rsidR="00673E13" w:rsidRPr="00250D50" w:rsidRDefault="00E67EF1">
      <w:pPr>
        <w:rPr>
          <w:lang w:val="es-ES"/>
        </w:rPr>
      </w:pPr>
      <w:r w:rsidRPr="00250D50">
        <w:rPr>
          <w:lang w:val="es-ES"/>
        </w:rPr>
        <w:t>SETEMBRO . . . . . . . . . . . . . . . . . . . . . . 1, 15</w:t>
      </w:r>
    </w:p>
    <w:p w14:paraId="18999E39" w14:textId="77777777" w:rsidR="00673E13" w:rsidRPr="00250D50" w:rsidRDefault="00673E13">
      <w:pPr>
        <w:rPr>
          <w:lang w:val="es-ES"/>
        </w:rPr>
      </w:pPr>
    </w:p>
    <w:p w14:paraId="5857BA96" w14:textId="77777777" w:rsidR="00673E13" w:rsidRPr="00250D50" w:rsidRDefault="00E67EF1">
      <w:pPr>
        <w:pStyle w:val="Ttulo2"/>
        <w:rPr>
          <w:lang w:val="es-ES"/>
        </w:rPr>
      </w:pPr>
      <w:r w:rsidRPr="00250D50">
        <w:rPr>
          <w:lang w:val="es-ES"/>
        </w:rPr>
        <w:t>HOTÉIS PREVISTOS</w:t>
      </w:r>
    </w:p>
    <w:p w14:paraId="389DEA14" w14:textId="77777777" w:rsidR="00673E13" w:rsidRPr="00250D50" w:rsidRDefault="00E67EF1">
      <w:pPr>
        <w:rPr>
          <w:lang w:val="es-ES"/>
        </w:rPr>
      </w:pPr>
      <w:r w:rsidRPr="00250D50">
        <w:rPr>
          <w:lang w:val="es-ES"/>
        </w:rPr>
        <w:t>(</w:t>
      </w:r>
      <w:proofErr w:type="spellStart"/>
      <w:r w:rsidRPr="00250D50">
        <w:rPr>
          <w:lang w:val="es-ES"/>
        </w:rPr>
        <w:t>ou</w:t>
      </w:r>
      <w:proofErr w:type="spellEnd"/>
      <w:r w:rsidRPr="00250D50">
        <w:rPr>
          <w:lang w:val="es-ES"/>
        </w:rPr>
        <w:t xml:space="preserve"> similares </w:t>
      </w:r>
      <w:proofErr w:type="spellStart"/>
      <w:r w:rsidRPr="00250D50">
        <w:rPr>
          <w:lang w:val="es-ES"/>
        </w:rPr>
        <w:t>na</w:t>
      </w:r>
      <w:proofErr w:type="spellEnd"/>
      <w:r w:rsidRPr="00250D50">
        <w:rPr>
          <w:lang w:val="es-ES"/>
        </w:rPr>
        <w:t xml:space="preserve"> </w:t>
      </w:r>
      <w:proofErr w:type="spellStart"/>
      <w:r w:rsidRPr="00250D50">
        <w:rPr>
          <w:lang w:val="es-ES"/>
        </w:rPr>
        <w:t>categoria</w:t>
      </w:r>
      <w:proofErr w:type="spellEnd"/>
      <w:r w:rsidRPr="00250D50">
        <w:rPr>
          <w:lang w:val="es-ES"/>
        </w:rPr>
        <w:t xml:space="preserve"> indicada, conforme a </w:t>
      </w:r>
      <w:proofErr w:type="spellStart"/>
      <w:r w:rsidRPr="00250D50">
        <w:rPr>
          <w:lang w:val="es-ES"/>
        </w:rPr>
        <w:t>cidade</w:t>
      </w:r>
      <w:proofErr w:type="spellEnd"/>
      <w:r w:rsidRPr="00250D50">
        <w:rPr>
          <w:lang w:val="es-ES"/>
        </w:rPr>
        <w:t>)</w:t>
      </w:r>
    </w:p>
    <w:p w14:paraId="1D29D616" w14:textId="77777777" w:rsidR="00673E13" w:rsidRPr="00250D50" w:rsidRDefault="00E67EF1">
      <w:pPr>
        <w:rPr>
          <w:lang w:val="es-ES"/>
        </w:rPr>
      </w:pPr>
      <w:r w:rsidRPr="00250D50">
        <w:rPr>
          <w:b/>
          <w:lang w:val="es-ES"/>
        </w:rPr>
        <w:t xml:space="preserve">HELSINQUE: </w:t>
      </w:r>
      <w:r w:rsidRPr="00250D50">
        <w:rPr>
          <w:lang w:val="es-ES"/>
        </w:rPr>
        <w:t>RADISSON RED ★★★★</w:t>
      </w:r>
    </w:p>
    <w:p w14:paraId="6906D525" w14:textId="77777777" w:rsidR="00673E13" w:rsidRPr="00250D50" w:rsidRDefault="00E67EF1">
      <w:pPr>
        <w:rPr>
          <w:lang w:val="es-ES"/>
        </w:rPr>
      </w:pPr>
      <w:r w:rsidRPr="00250D50">
        <w:rPr>
          <w:b/>
          <w:lang w:val="es-ES"/>
        </w:rPr>
        <w:t>E</w:t>
      </w:r>
      <w:r w:rsidRPr="00250D50">
        <w:rPr>
          <w:b/>
          <w:lang w:val="es-ES"/>
        </w:rPr>
        <w:t xml:space="preserve">STOCOLMO: </w:t>
      </w:r>
      <w:r w:rsidRPr="00250D50">
        <w:rPr>
          <w:lang w:val="es-ES"/>
        </w:rPr>
        <w:t>CLARION SIGN ★★★★</w:t>
      </w:r>
    </w:p>
    <w:p w14:paraId="462BCD66" w14:textId="77777777" w:rsidR="00673E13" w:rsidRDefault="00E67EF1">
      <w:r>
        <w:rPr>
          <w:b/>
        </w:rPr>
        <w:t xml:space="preserve">LILLEHAMMER: </w:t>
      </w:r>
      <w:r>
        <w:t>HOME HOTEL HAMMER ★★★★</w:t>
      </w:r>
    </w:p>
    <w:p w14:paraId="19739D8B" w14:textId="77777777" w:rsidR="00673E13" w:rsidRDefault="00E67EF1">
      <w:r>
        <w:rPr>
          <w:b/>
        </w:rPr>
        <w:t xml:space="preserve">LOEN: </w:t>
      </w:r>
      <w:r>
        <w:t>ALEXANDRA ★★★★(s)</w:t>
      </w:r>
    </w:p>
    <w:p w14:paraId="036FAF06" w14:textId="77777777" w:rsidR="00673E13" w:rsidRDefault="00E67EF1">
      <w:r>
        <w:rPr>
          <w:b/>
        </w:rPr>
        <w:t xml:space="preserve">BERGEN: </w:t>
      </w:r>
      <w:r>
        <w:t>HAVNEKONTORET ★★★★(s)</w:t>
      </w:r>
    </w:p>
    <w:p w14:paraId="6E9A1E44" w14:textId="77777777" w:rsidR="00673E13" w:rsidRDefault="00E67EF1">
      <w:r>
        <w:rPr>
          <w:b/>
        </w:rPr>
        <w:t xml:space="preserve">OSLO: </w:t>
      </w:r>
      <w:r>
        <w:t>RADISSON SCANDINAVIA ★★★★(s)</w:t>
      </w:r>
    </w:p>
    <w:p w14:paraId="29881389" w14:textId="77777777" w:rsidR="00673E13" w:rsidRDefault="00E67EF1">
      <w:r>
        <w:rPr>
          <w:b/>
        </w:rPr>
        <w:t xml:space="preserve">COPENHAGUE: </w:t>
      </w:r>
      <w:r>
        <w:t>RADISSON BLU SCANDINAVIA ★★★★(s)</w:t>
      </w:r>
    </w:p>
    <w:p w14:paraId="646239EC" w14:textId="77777777" w:rsidR="00673E13" w:rsidRDefault="00673E13"/>
    <w:p w14:paraId="2754F3B2" w14:textId="77777777" w:rsidR="00673E13" w:rsidRDefault="00E67EF1">
      <w:pPr>
        <w:pStyle w:val="Ttulo2"/>
      </w:pPr>
      <w:r>
        <w:t>SERVIÇOS INCLUÍDOS</w:t>
      </w:r>
    </w:p>
    <w:p w14:paraId="0115A8CB" w14:textId="77777777" w:rsidR="00673E13" w:rsidRDefault="00E67EF1">
      <w:pPr>
        <w:pStyle w:val="Listaconvietas"/>
      </w:pPr>
      <w:r>
        <w:t>Guia acompanhante em espanhol</w:t>
      </w:r>
    </w:p>
    <w:p w14:paraId="36F91EE8" w14:textId="77777777" w:rsidR="00673E13" w:rsidRPr="00250D50" w:rsidRDefault="00E67EF1">
      <w:pPr>
        <w:pStyle w:val="Listaconvietas"/>
        <w:rPr>
          <w:lang w:val="es-ES"/>
        </w:rPr>
      </w:pPr>
      <w:r w:rsidRPr="00250D50">
        <w:rPr>
          <w:lang w:val="es-ES"/>
        </w:rPr>
        <w:lastRenderedPageBreak/>
        <w:t xml:space="preserve">10 </w:t>
      </w:r>
      <w:proofErr w:type="spellStart"/>
      <w:r w:rsidRPr="00250D50">
        <w:rPr>
          <w:lang w:val="es-ES"/>
        </w:rPr>
        <w:t>noite</w:t>
      </w:r>
      <w:r w:rsidRPr="00250D50">
        <w:rPr>
          <w:lang w:val="es-ES"/>
        </w:rPr>
        <w:t>s</w:t>
      </w:r>
      <w:proofErr w:type="spellEnd"/>
      <w:r w:rsidRPr="00250D50">
        <w:rPr>
          <w:lang w:val="es-ES"/>
        </w:rPr>
        <w:t xml:space="preserve"> </w:t>
      </w:r>
      <w:proofErr w:type="spellStart"/>
      <w:r w:rsidRPr="00250D50">
        <w:rPr>
          <w:lang w:val="es-ES"/>
        </w:rPr>
        <w:t>com</w:t>
      </w:r>
      <w:proofErr w:type="spellEnd"/>
      <w:r w:rsidRPr="00250D50">
        <w:rPr>
          <w:lang w:val="es-ES"/>
        </w:rPr>
        <w:t xml:space="preserve"> café da </w:t>
      </w:r>
      <w:proofErr w:type="spellStart"/>
      <w:r w:rsidRPr="00250D50">
        <w:rPr>
          <w:lang w:val="es-ES"/>
        </w:rPr>
        <w:t>manhã</w:t>
      </w:r>
      <w:proofErr w:type="spellEnd"/>
      <w:r w:rsidRPr="00250D50">
        <w:rPr>
          <w:lang w:val="es-ES"/>
        </w:rPr>
        <w:t xml:space="preserve"> tipo buffet</w:t>
      </w:r>
    </w:p>
    <w:p w14:paraId="0E2375BD" w14:textId="77777777" w:rsidR="00673E13" w:rsidRPr="00250D50" w:rsidRDefault="00E67EF1">
      <w:pPr>
        <w:pStyle w:val="Listaconvietas"/>
        <w:rPr>
          <w:lang w:val="es-ES"/>
        </w:rPr>
      </w:pPr>
      <w:r w:rsidRPr="00250D50">
        <w:rPr>
          <w:lang w:val="es-ES"/>
        </w:rPr>
        <w:t xml:space="preserve">1 </w:t>
      </w:r>
      <w:proofErr w:type="spellStart"/>
      <w:r w:rsidRPr="00250D50">
        <w:rPr>
          <w:lang w:val="es-ES"/>
        </w:rPr>
        <w:t>noite</w:t>
      </w:r>
      <w:proofErr w:type="spellEnd"/>
      <w:r w:rsidRPr="00250D50">
        <w:rPr>
          <w:lang w:val="es-ES"/>
        </w:rPr>
        <w:t xml:space="preserve"> a bordo do cruzeiro </w:t>
      </w:r>
      <w:proofErr w:type="spellStart"/>
      <w:r w:rsidRPr="00250D50">
        <w:rPr>
          <w:lang w:val="es-ES"/>
        </w:rPr>
        <w:t>Tallink-Silja</w:t>
      </w:r>
      <w:proofErr w:type="spellEnd"/>
      <w:r w:rsidRPr="00250D50">
        <w:rPr>
          <w:lang w:val="es-ES"/>
        </w:rPr>
        <w:t xml:space="preserve"> Line, em </w:t>
      </w:r>
      <w:proofErr w:type="spellStart"/>
      <w:r w:rsidRPr="00250D50">
        <w:rPr>
          <w:lang w:val="es-ES"/>
        </w:rPr>
        <w:t>cabine</w:t>
      </w:r>
      <w:proofErr w:type="spellEnd"/>
      <w:r w:rsidRPr="00250D50">
        <w:rPr>
          <w:lang w:val="es-ES"/>
        </w:rPr>
        <w:t xml:space="preserve"> externa, </w:t>
      </w:r>
      <w:proofErr w:type="spellStart"/>
      <w:r w:rsidRPr="00250D50">
        <w:rPr>
          <w:lang w:val="es-ES"/>
        </w:rPr>
        <w:t>com</w:t>
      </w:r>
      <w:proofErr w:type="spellEnd"/>
      <w:r w:rsidRPr="00250D50">
        <w:rPr>
          <w:lang w:val="es-ES"/>
        </w:rPr>
        <w:t xml:space="preserve"> </w:t>
      </w:r>
      <w:proofErr w:type="spellStart"/>
      <w:r w:rsidRPr="00250D50">
        <w:rPr>
          <w:lang w:val="es-ES"/>
        </w:rPr>
        <w:t>jantar</w:t>
      </w:r>
      <w:proofErr w:type="spellEnd"/>
      <w:r w:rsidRPr="00250D50">
        <w:rPr>
          <w:lang w:val="es-ES"/>
        </w:rPr>
        <w:t xml:space="preserve"> buffet e café da </w:t>
      </w:r>
      <w:proofErr w:type="spellStart"/>
      <w:r w:rsidRPr="00250D50">
        <w:rPr>
          <w:lang w:val="es-ES"/>
        </w:rPr>
        <w:t>manhã</w:t>
      </w:r>
      <w:proofErr w:type="spellEnd"/>
    </w:p>
    <w:p w14:paraId="01688F3B" w14:textId="77777777" w:rsidR="00673E13" w:rsidRPr="00250D50" w:rsidRDefault="00E67EF1">
      <w:pPr>
        <w:pStyle w:val="Listaconvietas"/>
        <w:rPr>
          <w:lang w:val="es-ES"/>
        </w:rPr>
      </w:pPr>
      <w:r w:rsidRPr="00250D50">
        <w:rPr>
          <w:lang w:val="es-ES"/>
        </w:rPr>
        <w:t xml:space="preserve">1 </w:t>
      </w:r>
      <w:proofErr w:type="spellStart"/>
      <w:r w:rsidRPr="00250D50">
        <w:rPr>
          <w:lang w:val="es-ES"/>
        </w:rPr>
        <w:t>noite</w:t>
      </w:r>
      <w:proofErr w:type="spellEnd"/>
      <w:r w:rsidRPr="00250D50">
        <w:rPr>
          <w:lang w:val="es-ES"/>
        </w:rPr>
        <w:t xml:space="preserve"> a bordo do cruzeiro NORDIC em </w:t>
      </w:r>
      <w:proofErr w:type="spellStart"/>
      <w:r w:rsidRPr="00250D50">
        <w:rPr>
          <w:lang w:val="es-ES"/>
        </w:rPr>
        <w:t>cabine</w:t>
      </w:r>
      <w:proofErr w:type="spellEnd"/>
      <w:r w:rsidRPr="00250D50">
        <w:rPr>
          <w:lang w:val="es-ES"/>
        </w:rPr>
        <w:t xml:space="preserve"> externa, </w:t>
      </w:r>
      <w:proofErr w:type="spellStart"/>
      <w:r w:rsidRPr="00250D50">
        <w:rPr>
          <w:lang w:val="es-ES"/>
        </w:rPr>
        <w:t>com</w:t>
      </w:r>
      <w:proofErr w:type="spellEnd"/>
      <w:r w:rsidRPr="00250D50">
        <w:rPr>
          <w:lang w:val="es-ES"/>
        </w:rPr>
        <w:t xml:space="preserve"> </w:t>
      </w:r>
      <w:proofErr w:type="spellStart"/>
      <w:r w:rsidRPr="00250D50">
        <w:rPr>
          <w:lang w:val="es-ES"/>
        </w:rPr>
        <w:t>jantar</w:t>
      </w:r>
      <w:proofErr w:type="spellEnd"/>
      <w:r w:rsidRPr="00250D50">
        <w:rPr>
          <w:lang w:val="es-ES"/>
        </w:rPr>
        <w:t xml:space="preserve"> buffet e café da </w:t>
      </w:r>
      <w:proofErr w:type="spellStart"/>
      <w:r w:rsidRPr="00250D50">
        <w:rPr>
          <w:lang w:val="es-ES"/>
        </w:rPr>
        <w:t>manhã</w:t>
      </w:r>
      <w:proofErr w:type="spellEnd"/>
    </w:p>
    <w:p w14:paraId="234B8D6C" w14:textId="77777777" w:rsidR="00673E13" w:rsidRPr="00250D50" w:rsidRDefault="00E67EF1">
      <w:pPr>
        <w:pStyle w:val="Listaconvietas"/>
        <w:rPr>
          <w:lang w:val="es-ES"/>
        </w:rPr>
      </w:pPr>
      <w:proofErr w:type="spellStart"/>
      <w:r w:rsidRPr="00250D50">
        <w:rPr>
          <w:lang w:val="es-ES"/>
        </w:rPr>
        <w:t>Jantar</w:t>
      </w:r>
      <w:proofErr w:type="spellEnd"/>
      <w:r w:rsidRPr="00250D50">
        <w:rPr>
          <w:lang w:val="es-ES"/>
        </w:rPr>
        <w:t xml:space="preserve"> no hotel Alexandra em Loen</w:t>
      </w:r>
    </w:p>
    <w:p w14:paraId="247D2A8D" w14:textId="77777777" w:rsidR="00673E13" w:rsidRDefault="00E67EF1">
      <w:pPr>
        <w:pStyle w:val="Listaconvietas"/>
      </w:pPr>
      <w:r>
        <w:t>E</w:t>
      </w:r>
      <w:r>
        <w:t xml:space="preserve">ntradas e </w:t>
      </w:r>
      <w:proofErr w:type="spellStart"/>
      <w:r>
        <w:t>experiências</w:t>
      </w:r>
      <w:proofErr w:type="spellEnd"/>
      <w:r>
        <w:t xml:space="preserve"> </w:t>
      </w:r>
      <w:proofErr w:type="spellStart"/>
      <w:r>
        <w:t>conforme</w:t>
      </w:r>
      <w:proofErr w:type="spellEnd"/>
      <w:r>
        <w:t xml:space="preserve"> itinerário</w:t>
      </w:r>
    </w:p>
    <w:p w14:paraId="607DCF45" w14:textId="77777777" w:rsidR="00673E13" w:rsidRDefault="00673E13"/>
    <w:p w14:paraId="55857CA1" w14:textId="77777777" w:rsidR="00673E13" w:rsidRDefault="00E67EF1">
      <w:pPr>
        <w:pStyle w:val="Ttulo2"/>
      </w:pPr>
      <w:r>
        <w:t>TARIFAS EM EUROS</w:t>
      </w:r>
    </w:p>
    <w:p w14:paraId="7D0B2246" w14:textId="77777777" w:rsidR="00673E13" w:rsidRDefault="00E67EF1">
      <w:r>
        <w:t>€ 4.030,– por pessoa em apto. duplo</w:t>
      </w:r>
    </w:p>
    <w:p w14:paraId="2F2EC5F3" w14:textId="77777777" w:rsidR="00673E13" w:rsidRDefault="00E67EF1">
      <w:r>
        <w:t>€ 1.800,– suplemento individual</w:t>
      </w:r>
    </w:p>
    <w:p w14:paraId="306CD21F" w14:textId="77777777" w:rsidR="00673E13" w:rsidRPr="00250D50" w:rsidRDefault="00E67EF1">
      <w:pPr>
        <w:rPr>
          <w:lang w:val="es-ES"/>
        </w:rPr>
      </w:pPr>
      <w:r w:rsidRPr="00250D50">
        <w:rPr>
          <w:lang w:val="es-ES"/>
        </w:rPr>
        <w:t xml:space="preserve">5% </w:t>
      </w:r>
      <w:proofErr w:type="spellStart"/>
      <w:r w:rsidRPr="00250D50">
        <w:rPr>
          <w:lang w:val="es-ES"/>
        </w:rPr>
        <w:t>desconto</w:t>
      </w:r>
      <w:proofErr w:type="spellEnd"/>
      <w:r w:rsidRPr="00250D50">
        <w:rPr>
          <w:lang w:val="es-ES"/>
        </w:rPr>
        <w:t xml:space="preserve"> para o </w:t>
      </w:r>
      <w:proofErr w:type="spellStart"/>
      <w:r w:rsidRPr="00250D50">
        <w:rPr>
          <w:lang w:val="es-ES"/>
        </w:rPr>
        <w:t>terceiro</w:t>
      </w:r>
      <w:proofErr w:type="spellEnd"/>
      <w:r w:rsidRPr="00250D50">
        <w:rPr>
          <w:lang w:val="es-ES"/>
        </w:rPr>
        <w:t xml:space="preserve"> </w:t>
      </w:r>
      <w:proofErr w:type="spellStart"/>
      <w:r w:rsidRPr="00250D50">
        <w:rPr>
          <w:lang w:val="es-ES"/>
        </w:rPr>
        <w:t>passageiro</w:t>
      </w:r>
      <w:proofErr w:type="spellEnd"/>
      <w:r w:rsidRPr="00250D50">
        <w:rPr>
          <w:lang w:val="es-ES"/>
        </w:rPr>
        <w:t xml:space="preserve"> em </w:t>
      </w:r>
      <w:proofErr w:type="spellStart"/>
      <w:r w:rsidRPr="00250D50">
        <w:rPr>
          <w:lang w:val="es-ES"/>
        </w:rPr>
        <w:t>quarto</w:t>
      </w:r>
      <w:proofErr w:type="spellEnd"/>
      <w:r w:rsidRPr="00250D50">
        <w:rPr>
          <w:lang w:val="es-ES"/>
        </w:rPr>
        <w:t xml:space="preserve"> </w:t>
      </w:r>
      <w:proofErr w:type="spellStart"/>
      <w:r w:rsidRPr="00250D50">
        <w:rPr>
          <w:lang w:val="es-ES"/>
        </w:rPr>
        <w:t>com</w:t>
      </w:r>
      <w:proofErr w:type="spellEnd"/>
      <w:r w:rsidRPr="00250D50">
        <w:rPr>
          <w:lang w:val="es-ES"/>
        </w:rPr>
        <w:t xml:space="preserve"> +2 </w:t>
      </w:r>
      <w:proofErr w:type="spellStart"/>
      <w:r w:rsidRPr="00250D50">
        <w:rPr>
          <w:lang w:val="es-ES"/>
        </w:rPr>
        <w:t>pessoas</w:t>
      </w:r>
      <w:proofErr w:type="spellEnd"/>
      <w:r w:rsidRPr="00250D50">
        <w:rPr>
          <w:lang w:val="es-ES"/>
        </w:rPr>
        <w:t xml:space="preserve"> (QUARTO TRIPLO).</w:t>
      </w:r>
    </w:p>
    <w:p w14:paraId="59C5B6BE" w14:textId="77777777" w:rsidR="00673E13" w:rsidRPr="00250D50" w:rsidRDefault="00673E13">
      <w:pPr>
        <w:rPr>
          <w:lang w:val="es-ES"/>
        </w:rPr>
      </w:pPr>
    </w:p>
    <w:p w14:paraId="11007BCE" w14:textId="77777777" w:rsidR="00673E13" w:rsidRPr="00250D50" w:rsidRDefault="00E67EF1">
      <w:pPr>
        <w:pStyle w:val="Ttulo1"/>
        <w:rPr>
          <w:lang w:val="es-ES"/>
        </w:rPr>
      </w:pPr>
      <w:r w:rsidRPr="00250D50">
        <w:rPr>
          <w:lang w:val="es-ES"/>
        </w:rPr>
        <w:t>ITINERÁRIO</w:t>
      </w:r>
    </w:p>
    <w:p w14:paraId="5A9A4D13" w14:textId="77777777" w:rsidR="00673E13" w:rsidRPr="00250D50" w:rsidRDefault="00E67EF1">
      <w:pPr>
        <w:pStyle w:val="Ttulo2"/>
        <w:rPr>
          <w:lang w:val="es-ES"/>
        </w:rPr>
      </w:pPr>
      <w:r w:rsidRPr="00250D50">
        <w:rPr>
          <w:lang w:val="es-ES"/>
        </w:rPr>
        <w:t xml:space="preserve">DIA 1 </w:t>
      </w:r>
      <w:r w:rsidRPr="00250D50">
        <w:rPr>
          <w:lang w:val="es-ES"/>
        </w:rPr>
        <w:t>QUA HELSINQUE</w:t>
      </w:r>
    </w:p>
    <w:p w14:paraId="6C8BB76E" w14:textId="77777777" w:rsidR="00673E13" w:rsidRPr="00250D50" w:rsidRDefault="00E67EF1">
      <w:pPr>
        <w:rPr>
          <w:lang w:val="es-ES"/>
        </w:rPr>
      </w:pPr>
      <w:proofErr w:type="spellStart"/>
      <w:r w:rsidRPr="00250D50">
        <w:rPr>
          <w:lang w:val="es-ES"/>
        </w:rPr>
        <w:t>Chegada</w:t>
      </w:r>
      <w:proofErr w:type="spellEnd"/>
      <w:r w:rsidRPr="00250D50">
        <w:rPr>
          <w:lang w:val="es-ES"/>
        </w:rPr>
        <w:t xml:space="preserve"> e traslado </w:t>
      </w:r>
      <w:proofErr w:type="spellStart"/>
      <w:r w:rsidRPr="00250D50">
        <w:rPr>
          <w:lang w:val="es-ES"/>
        </w:rPr>
        <w:t>ao</w:t>
      </w:r>
      <w:proofErr w:type="spellEnd"/>
      <w:r w:rsidRPr="00250D50">
        <w:rPr>
          <w:lang w:val="es-ES"/>
        </w:rPr>
        <w:t xml:space="preserve"> hotel. </w:t>
      </w:r>
      <w:proofErr w:type="spellStart"/>
      <w:r w:rsidRPr="00250D50">
        <w:rPr>
          <w:lang w:val="es-ES"/>
        </w:rPr>
        <w:t>Acomodação</w:t>
      </w:r>
      <w:proofErr w:type="spellEnd"/>
      <w:r w:rsidRPr="00250D50">
        <w:rPr>
          <w:lang w:val="es-ES"/>
        </w:rPr>
        <w:t xml:space="preserve"> em </w:t>
      </w:r>
      <w:proofErr w:type="spellStart"/>
      <w:r w:rsidRPr="00250D50">
        <w:rPr>
          <w:lang w:val="es-ES"/>
        </w:rPr>
        <w:t>Helsinque</w:t>
      </w:r>
      <w:proofErr w:type="spellEnd"/>
      <w:r w:rsidRPr="00250D50">
        <w:rPr>
          <w:lang w:val="es-ES"/>
        </w:rPr>
        <w:t xml:space="preserve">. </w:t>
      </w:r>
      <w:proofErr w:type="spellStart"/>
      <w:r w:rsidRPr="00250D50">
        <w:rPr>
          <w:lang w:val="es-ES"/>
        </w:rPr>
        <w:t>Às</w:t>
      </w:r>
      <w:proofErr w:type="spellEnd"/>
      <w:r w:rsidRPr="00250D50">
        <w:rPr>
          <w:lang w:val="es-ES"/>
        </w:rPr>
        <w:t xml:space="preserve"> 18:30h, </w:t>
      </w:r>
      <w:proofErr w:type="spellStart"/>
      <w:r w:rsidRPr="00250D50">
        <w:rPr>
          <w:lang w:val="es-ES"/>
        </w:rPr>
        <w:t>encontro</w:t>
      </w:r>
      <w:proofErr w:type="spellEnd"/>
      <w:r w:rsidRPr="00250D50">
        <w:rPr>
          <w:lang w:val="es-ES"/>
        </w:rPr>
        <w:t xml:space="preserve"> no lobby do hotel </w:t>
      </w:r>
      <w:proofErr w:type="spellStart"/>
      <w:r w:rsidRPr="00250D50">
        <w:rPr>
          <w:lang w:val="es-ES"/>
        </w:rPr>
        <w:t>com</w:t>
      </w:r>
      <w:proofErr w:type="spellEnd"/>
      <w:r w:rsidRPr="00250D50">
        <w:rPr>
          <w:lang w:val="es-ES"/>
        </w:rPr>
        <w:t xml:space="preserve"> o </w:t>
      </w:r>
      <w:proofErr w:type="spellStart"/>
      <w:r w:rsidRPr="00250D50">
        <w:rPr>
          <w:lang w:val="es-ES"/>
        </w:rPr>
        <w:t>guia</w:t>
      </w:r>
      <w:proofErr w:type="spellEnd"/>
      <w:r w:rsidRPr="00250D50">
        <w:rPr>
          <w:lang w:val="es-ES"/>
        </w:rPr>
        <w:t>.</w:t>
      </w:r>
    </w:p>
    <w:p w14:paraId="4708D585" w14:textId="77777777" w:rsidR="00673E13" w:rsidRPr="00250D50" w:rsidRDefault="00673E13">
      <w:pPr>
        <w:rPr>
          <w:lang w:val="es-ES"/>
        </w:rPr>
      </w:pPr>
    </w:p>
    <w:p w14:paraId="38F43226" w14:textId="77777777" w:rsidR="00673E13" w:rsidRPr="00250D50" w:rsidRDefault="00E67EF1">
      <w:pPr>
        <w:pStyle w:val="Ttulo2"/>
        <w:rPr>
          <w:lang w:val="es-ES"/>
        </w:rPr>
      </w:pPr>
      <w:r w:rsidRPr="00250D50">
        <w:rPr>
          <w:lang w:val="es-ES"/>
        </w:rPr>
        <w:t>DIA 2 QUI HELSINQUE - CRUZEIRO - ESTOCOLMO</w:t>
      </w:r>
    </w:p>
    <w:p w14:paraId="0B34A5B0" w14:textId="77777777" w:rsidR="00673E13" w:rsidRPr="00250D50" w:rsidRDefault="00E67EF1">
      <w:pPr>
        <w:rPr>
          <w:lang w:val="es-ES"/>
        </w:rPr>
      </w:pPr>
      <w:r w:rsidRPr="00250D50">
        <w:rPr>
          <w:lang w:val="es-ES"/>
        </w:rPr>
        <w:t xml:space="preserve">Café da </w:t>
      </w:r>
      <w:proofErr w:type="spellStart"/>
      <w:r w:rsidRPr="00250D50">
        <w:rPr>
          <w:lang w:val="es-ES"/>
        </w:rPr>
        <w:t>manhã</w:t>
      </w:r>
      <w:proofErr w:type="spellEnd"/>
      <w:r w:rsidRPr="00250D50">
        <w:rPr>
          <w:lang w:val="es-ES"/>
        </w:rPr>
        <w:t xml:space="preserve"> e visita </w:t>
      </w:r>
      <w:proofErr w:type="spellStart"/>
      <w:r w:rsidRPr="00250D50">
        <w:rPr>
          <w:lang w:val="es-ES"/>
        </w:rPr>
        <w:t>panorâmica</w:t>
      </w:r>
      <w:proofErr w:type="spellEnd"/>
      <w:r w:rsidRPr="00250D50">
        <w:rPr>
          <w:lang w:val="es-ES"/>
        </w:rPr>
        <w:t xml:space="preserve"> à capital da </w:t>
      </w:r>
      <w:proofErr w:type="spellStart"/>
      <w:r w:rsidRPr="00250D50">
        <w:rPr>
          <w:lang w:val="es-ES"/>
        </w:rPr>
        <w:t>Finlândia</w:t>
      </w:r>
      <w:proofErr w:type="spellEnd"/>
      <w:r w:rsidRPr="00250D50">
        <w:rPr>
          <w:lang w:val="es-ES"/>
        </w:rPr>
        <w:t xml:space="preserve">, </w:t>
      </w:r>
      <w:proofErr w:type="spellStart"/>
      <w:r w:rsidRPr="00250D50">
        <w:rPr>
          <w:lang w:val="es-ES"/>
        </w:rPr>
        <w:t>também</w:t>
      </w:r>
      <w:proofErr w:type="spellEnd"/>
      <w:r w:rsidRPr="00250D50">
        <w:rPr>
          <w:lang w:val="es-ES"/>
        </w:rPr>
        <w:t xml:space="preserve"> </w:t>
      </w:r>
      <w:proofErr w:type="spellStart"/>
      <w:r w:rsidRPr="00250D50">
        <w:rPr>
          <w:lang w:val="es-ES"/>
        </w:rPr>
        <w:t>conhecida</w:t>
      </w:r>
      <w:proofErr w:type="spellEnd"/>
      <w:r w:rsidRPr="00250D50">
        <w:rPr>
          <w:lang w:val="es-ES"/>
        </w:rPr>
        <w:t xml:space="preserve"> como "a </w:t>
      </w:r>
      <w:proofErr w:type="spellStart"/>
      <w:r w:rsidRPr="00250D50">
        <w:rPr>
          <w:lang w:val="es-ES"/>
        </w:rPr>
        <w:t>Cidade</w:t>
      </w:r>
      <w:proofErr w:type="spellEnd"/>
      <w:r w:rsidRPr="00250D50">
        <w:rPr>
          <w:lang w:val="es-ES"/>
        </w:rPr>
        <w:t xml:space="preserve"> Bran</w:t>
      </w:r>
      <w:r w:rsidRPr="00250D50">
        <w:rPr>
          <w:lang w:val="es-ES"/>
        </w:rPr>
        <w:t xml:space="preserve">ca do Norte". Durante </w:t>
      </w:r>
      <w:proofErr w:type="spellStart"/>
      <w:r w:rsidRPr="00250D50">
        <w:rPr>
          <w:lang w:val="es-ES"/>
        </w:rPr>
        <w:t>a</w:t>
      </w:r>
      <w:proofErr w:type="spellEnd"/>
      <w:r w:rsidRPr="00250D50">
        <w:rPr>
          <w:lang w:val="es-ES"/>
        </w:rPr>
        <w:t xml:space="preserve"> visita, </w:t>
      </w:r>
      <w:proofErr w:type="spellStart"/>
      <w:r w:rsidRPr="00250D50">
        <w:rPr>
          <w:lang w:val="es-ES"/>
        </w:rPr>
        <w:t>passamos</w:t>
      </w:r>
      <w:proofErr w:type="spellEnd"/>
      <w:r w:rsidRPr="00250D50">
        <w:rPr>
          <w:lang w:val="es-ES"/>
        </w:rPr>
        <w:t xml:space="preserve"> pela Igreja Ortodoxa da </w:t>
      </w:r>
      <w:proofErr w:type="spellStart"/>
      <w:r w:rsidRPr="00250D50">
        <w:rPr>
          <w:lang w:val="es-ES"/>
        </w:rPr>
        <w:t>Trindade</w:t>
      </w:r>
      <w:proofErr w:type="spellEnd"/>
      <w:r w:rsidRPr="00250D50">
        <w:rPr>
          <w:lang w:val="es-ES"/>
        </w:rPr>
        <w:t xml:space="preserve">, </w:t>
      </w:r>
      <w:proofErr w:type="spellStart"/>
      <w:r w:rsidRPr="00250D50">
        <w:rPr>
          <w:lang w:val="es-ES"/>
        </w:rPr>
        <w:t>vestígio</w:t>
      </w:r>
      <w:proofErr w:type="spellEnd"/>
      <w:r w:rsidRPr="00250D50">
        <w:rPr>
          <w:lang w:val="es-ES"/>
        </w:rPr>
        <w:t xml:space="preserve"> do </w:t>
      </w:r>
      <w:proofErr w:type="spellStart"/>
      <w:r w:rsidRPr="00250D50">
        <w:rPr>
          <w:lang w:val="es-ES"/>
        </w:rPr>
        <w:t>domínio</w:t>
      </w:r>
      <w:proofErr w:type="spellEnd"/>
      <w:r w:rsidRPr="00250D50">
        <w:rPr>
          <w:lang w:val="es-ES"/>
        </w:rPr>
        <w:t xml:space="preserve"> </w:t>
      </w:r>
      <w:proofErr w:type="spellStart"/>
      <w:r w:rsidRPr="00250D50">
        <w:rPr>
          <w:lang w:val="es-ES"/>
        </w:rPr>
        <w:t>russo</w:t>
      </w:r>
      <w:proofErr w:type="spellEnd"/>
      <w:r w:rsidRPr="00250D50">
        <w:rPr>
          <w:lang w:val="es-ES"/>
        </w:rPr>
        <w:t xml:space="preserve">, pela </w:t>
      </w:r>
      <w:proofErr w:type="spellStart"/>
      <w:r w:rsidRPr="00250D50">
        <w:rPr>
          <w:lang w:val="es-ES"/>
        </w:rPr>
        <w:t>Praça</w:t>
      </w:r>
      <w:proofErr w:type="spellEnd"/>
      <w:r w:rsidRPr="00250D50">
        <w:rPr>
          <w:lang w:val="es-ES"/>
        </w:rPr>
        <w:t xml:space="preserve"> do Senado e pela </w:t>
      </w:r>
      <w:proofErr w:type="spellStart"/>
      <w:r w:rsidRPr="00250D50">
        <w:rPr>
          <w:lang w:val="es-ES"/>
        </w:rPr>
        <w:t>Temppeliaukio</w:t>
      </w:r>
      <w:proofErr w:type="spellEnd"/>
      <w:r w:rsidRPr="00250D50">
        <w:rPr>
          <w:lang w:val="es-ES"/>
        </w:rPr>
        <w:t xml:space="preserve"> </w:t>
      </w:r>
      <w:proofErr w:type="spellStart"/>
      <w:r w:rsidRPr="00250D50">
        <w:rPr>
          <w:lang w:val="es-ES"/>
        </w:rPr>
        <w:t>Kirkko</w:t>
      </w:r>
      <w:proofErr w:type="spellEnd"/>
      <w:r w:rsidRPr="00250D50">
        <w:rPr>
          <w:lang w:val="es-ES"/>
        </w:rPr>
        <w:t xml:space="preserve">, igreja luterana de planta circular </w:t>
      </w:r>
      <w:proofErr w:type="spellStart"/>
      <w:r w:rsidRPr="00250D50">
        <w:rPr>
          <w:lang w:val="es-ES"/>
        </w:rPr>
        <w:t>escavada</w:t>
      </w:r>
      <w:proofErr w:type="spellEnd"/>
      <w:r w:rsidRPr="00250D50">
        <w:rPr>
          <w:lang w:val="es-ES"/>
        </w:rPr>
        <w:t xml:space="preserve"> </w:t>
      </w:r>
      <w:proofErr w:type="spellStart"/>
      <w:r w:rsidRPr="00250D50">
        <w:rPr>
          <w:lang w:val="es-ES"/>
        </w:rPr>
        <w:t>na</w:t>
      </w:r>
      <w:proofErr w:type="spellEnd"/>
      <w:r w:rsidRPr="00250D50">
        <w:rPr>
          <w:lang w:val="es-ES"/>
        </w:rPr>
        <w:t xml:space="preserve"> rocha, cuja cúpula </w:t>
      </w:r>
      <w:proofErr w:type="spellStart"/>
      <w:r w:rsidRPr="00250D50">
        <w:rPr>
          <w:lang w:val="es-ES"/>
        </w:rPr>
        <w:t>tem</w:t>
      </w:r>
      <w:proofErr w:type="spellEnd"/>
      <w:r w:rsidRPr="00250D50">
        <w:rPr>
          <w:lang w:val="es-ES"/>
        </w:rPr>
        <w:t xml:space="preserve"> a forma de </w:t>
      </w:r>
      <w:proofErr w:type="spellStart"/>
      <w:r w:rsidRPr="00250D50">
        <w:rPr>
          <w:lang w:val="es-ES"/>
        </w:rPr>
        <w:t>uma</w:t>
      </w:r>
      <w:proofErr w:type="spellEnd"/>
      <w:r w:rsidRPr="00250D50">
        <w:rPr>
          <w:lang w:val="es-ES"/>
        </w:rPr>
        <w:t xml:space="preserve"> gigantesca espiral </w:t>
      </w:r>
      <w:r w:rsidRPr="00250D50">
        <w:rPr>
          <w:lang w:val="es-ES"/>
        </w:rPr>
        <w:t xml:space="preserve">de </w:t>
      </w:r>
      <w:proofErr w:type="spellStart"/>
      <w:r w:rsidRPr="00250D50">
        <w:rPr>
          <w:lang w:val="es-ES"/>
        </w:rPr>
        <w:t>fios</w:t>
      </w:r>
      <w:proofErr w:type="spellEnd"/>
      <w:r w:rsidRPr="00250D50">
        <w:rPr>
          <w:lang w:val="es-ES"/>
        </w:rPr>
        <w:t xml:space="preserve"> de cobre. Tempo </w:t>
      </w:r>
      <w:proofErr w:type="spellStart"/>
      <w:r w:rsidRPr="00250D50">
        <w:rPr>
          <w:lang w:val="es-ES"/>
        </w:rPr>
        <w:t>livre</w:t>
      </w:r>
      <w:proofErr w:type="spellEnd"/>
      <w:r w:rsidRPr="00250D50">
        <w:rPr>
          <w:lang w:val="es-ES"/>
        </w:rPr>
        <w:t xml:space="preserve"> para </w:t>
      </w:r>
      <w:proofErr w:type="spellStart"/>
      <w:r w:rsidRPr="00250D50">
        <w:rPr>
          <w:lang w:val="es-ES"/>
        </w:rPr>
        <w:t>atividades</w:t>
      </w:r>
      <w:proofErr w:type="spellEnd"/>
      <w:r w:rsidRPr="00250D50">
        <w:rPr>
          <w:lang w:val="es-ES"/>
        </w:rPr>
        <w:t xml:space="preserve"> </w:t>
      </w:r>
      <w:proofErr w:type="spellStart"/>
      <w:r w:rsidRPr="00250D50">
        <w:rPr>
          <w:lang w:val="es-ES"/>
        </w:rPr>
        <w:t>pessoais</w:t>
      </w:r>
      <w:proofErr w:type="spellEnd"/>
      <w:r w:rsidRPr="00250D50">
        <w:rPr>
          <w:lang w:val="es-ES"/>
        </w:rPr>
        <w:t xml:space="preserve">. </w:t>
      </w:r>
      <w:proofErr w:type="spellStart"/>
      <w:r w:rsidRPr="00250D50">
        <w:rPr>
          <w:lang w:val="es-ES"/>
        </w:rPr>
        <w:t>Às</w:t>
      </w:r>
      <w:proofErr w:type="spellEnd"/>
      <w:r w:rsidRPr="00250D50">
        <w:rPr>
          <w:lang w:val="es-ES"/>
        </w:rPr>
        <w:t xml:space="preserve"> 15h00, traslado </w:t>
      </w:r>
      <w:proofErr w:type="spellStart"/>
      <w:r w:rsidRPr="00250D50">
        <w:rPr>
          <w:lang w:val="es-ES"/>
        </w:rPr>
        <w:t>ao</w:t>
      </w:r>
      <w:proofErr w:type="spellEnd"/>
      <w:r w:rsidRPr="00250D50">
        <w:rPr>
          <w:lang w:val="es-ES"/>
        </w:rPr>
        <w:t xml:space="preserve"> porto para embarque no cruzeiro </w:t>
      </w:r>
      <w:proofErr w:type="spellStart"/>
      <w:r w:rsidRPr="00250D50">
        <w:rPr>
          <w:lang w:val="es-ES"/>
        </w:rPr>
        <w:t>Silja</w:t>
      </w:r>
      <w:proofErr w:type="spellEnd"/>
      <w:r w:rsidRPr="00250D50">
        <w:rPr>
          <w:lang w:val="es-ES"/>
        </w:rPr>
        <w:t xml:space="preserve"> Line </w:t>
      </w:r>
      <w:proofErr w:type="spellStart"/>
      <w:r w:rsidRPr="00250D50">
        <w:rPr>
          <w:lang w:val="es-ES"/>
        </w:rPr>
        <w:t>com</w:t>
      </w:r>
      <w:proofErr w:type="spellEnd"/>
      <w:r w:rsidRPr="00250D50">
        <w:rPr>
          <w:lang w:val="es-ES"/>
        </w:rPr>
        <w:t xml:space="preserve"> destino a Estocolmo. O barco </w:t>
      </w:r>
      <w:proofErr w:type="spellStart"/>
      <w:r w:rsidRPr="00250D50">
        <w:rPr>
          <w:lang w:val="es-ES"/>
        </w:rPr>
        <w:t>dispõe</w:t>
      </w:r>
      <w:proofErr w:type="spellEnd"/>
      <w:r w:rsidRPr="00250D50">
        <w:rPr>
          <w:lang w:val="es-ES"/>
        </w:rPr>
        <w:t xml:space="preserve"> de </w:t>
      </w:r>
      <w:proofErr w:type="spellStart"/>
      <w:r w:rsidRPr="00250D50">
        <w:rPr>
          <w:lang w:val="es-ES"/>
        </w:rPr>
        <w:t>Wi</w:t>
      </w:r>
      <w:proofErr w:type="spellEnd"/>
      <w:r w:rsidRPr="00250D50">
        <w:rPr>
          <w:lang w:val="es-ES"/>
        </w:rPr>
        <w:t xml:space="preserve">-Fi </w:t>
      </w:r>
      <w:proofErr w:type="spellStart"/>
      <w:r w:rsidRPr="00250D50">
        <w:rPr>
          <w:lang w:val="es-ES"/>
        </w:rPr>
        <w:t>nas</w:t>
      </w:r>
      <w:proofErr w:type="spellEnd"/>
      <w:r w:rsidRPr="00250D50">
        <w:rPr>
          <w:lang w:val="es-ES"/>
        </w:rPr>
        <w:t xml:space="preserve"> áreas </w:t>
      </w:r>
      <w:proofErr w:type="spellStart"/>
      <w:r w:rsidRPr="00250D50">
        <w:rPr>
          <w:lang w:val="es-ES"/>
        </w:rPr>
        <w:t>comuns</w:t>
      </w:r>
      <w:proofErr w:type="spellEnd"/>
      <w:r w:rsidRPr="00250D50">
        <w:rPr>
          <w:lang w:val="es-ES"/>
        </w:rPr>
        <w:t xml:space="preserve">, </w:t>
      </w:r>
      <w:proofErr w:type="spellStart"/>
      <w:r w:rsidRPr="00250D50">
        <w:rPr>
          <w:lang w:val="es-ES"/>
        </w:rPr>
        <w:t>vários</w:t>
      </w:r>
      <w:proofErr w:type="spellEnd"/>
      <w:r w:rsidRPr="00250D50">
        <w:rPr>
          <w:lang w:val="es-ES"/>
        </w:rPr>
        <w:t xml:space="preserve"> tipos de restaurantes e </w:t>
      </w:r>
      <w:proofErr w:type="spellStart"/>
      <w:r w:rsidRPr="00250D50">
        <w:rPr>
          <w:lang w:val="es-ES"/>
        </w:rPr>
        <w:t>cafeterias</w:t>
      </w:r>
      <w:proofErr w:type="spellEnd"/>
      <w:r w:rsidRPr="00250D50">
        <w:rPr>
          <w:lang w:val="es-ES"/>
        </w:rPr>
        <w:t xml:space="preserve">, discoteca e clube </w:t>
      </w:r>
      <w:proofErr w:type="spellStart"/>
      <w:r w:rsidRPr="00250D50">
        <w:rPr>
          <w:lang w:val="es-ES"/>
        </w:rPr>
        <w:t>noturno</w:t>
      </w:r>
      <w:proofErr w:type="spellEnd"/>
      <w:r w:rsidRPr="00250D50">
        <w:rPr>
          <w:lang w:val="es-ES"/>
        </w:rPr>
        <w:t xml:space="preserve"> </w:t>
      </w:r>
      <w:proofErr w:type="spellStart"/>
      <w:r w:rsidRPr="00250D50">
        <w:rPr>
          <w:lang w:val="es-ES"/>
        </w:rPr>
        <w:t>com</w:t>
      </w:r>
      <w:proofErr w:type="spellEnd"/>
      <w:r w:rsidRPr="00250D50">
        <w:rPr>
          <w:lang w:val="es-ES"/>
        </w:rPr>
        <w:t xml:space="preserve"> </w:t>
      </w:r>
      <w:proofErr w:type="spellStart"/>
      <w:r w:rsidRPr="00250D50">
        <w:rPr>
          <w:lang w:val="es-ES"/>
        </w:rPr>
        <w:t>animação</w:t>
      </w:r>
      <w:proofErr w:type="spellEnd"/>
      <w:r w:rsidRPr="00250D50">
        <w:rPr>
          <w:lang w:val="es-ES"/>
        </w:rPr>
        <w:t xml:space="preserve"> </w:t>
      </w:r>
      <w:proofErr w:type="spellStart"/>
      <w:r w:rsidRPr="00250D50">
        <w:rPr>
          <w:lang w:val="es-ES"/>
        </w:rPr>
        <w:t>ao</w:t>
      </w:r>
      <w:proofErr w:type="spellEnd"/>
      <w:r w:rsidRPr="00250D50">
        <w:rPr>
          <w:lang w:val="es-ES"/>
        </w:rPr>
        <w:t xml:space="preserve"> vivo, </w:t>
      </w:r>
      <w:proofErr w:type="spellStart"/>
      <w:r w:rsidRPr="00250D50">
        <w:rPr>
          <w:lang w:val="es-ES"/>
        </w:rPr>
        <w:t>além</w:t>
      </w:r>
      <w:proofErr w:type="spellEnd"/>
      <w:r w:rsidRPr="00250D50">
        <w:rPr>
          <w:lang w:val="es-ES"/>
        </w:rPr>
        <w:t xml:space="preserve"> de </w:t>
      </w:r>
      <w:proofErr w:type="spellStart"/>
      <w:r w:rsidRPr="00250D50">
        <w:rPr>
          <w:lang w:val="es-ES"/>
        </w:rPr>
        <w:t>lojas</w:t>
      </w:r>
      <w:proofErr w:type="spellEnd"/>
      <w:r w:rsidRPr="00250D50">
        <w:rPr>
          <w:lang w:val="es-ES"/>
        </w:rPr>
        <w:t xml:space="preserve">. Durante a </w:t>
      </w:r>
      <w:proofErr w:type="spellStart"/>
      <w:r w:rsidRPr="00250D50">
        <w:rPr>
          <w:lang w:val="es-ES"/>
        </w:rPr>
        <w:t>travessia</w:t>
      </w:r>
      <w:proofErr w:type="spellEnd"/>
      <w:r w:rsidRPr="00250D50">
        <w:rPr>
          <w:lang w:val="es-ES"/>
        </w:rPr>
        <w:t xml:space="preserve">, vale destacar a </w:t>
      </w:r>
      <w:proofErr w:type="spellStart"/>
      <w:r w:rsidRPr="00250D50">
        <w:rPr>
          <w:lang w:val="es-ES"/>
        </w:rPr>
        <w:t>bela</w:t>
      </w:r>
      <w:proofErr w:type="spellEnd"/>
      <w:r w:rsidRPr="00250D50">
        <w:rPr>
          <w:lang w:val="es-ES"/>
        </w:rPr>
        <w:t xml:space="preserve"> </w:t>
      </w:r>
      <w:proofErr w:type="spellStart"/>
      <w:r w:rsidRPr="00250D50">
        <w:rPr>
          <w:lang w:val="es-ES"/>
        </w:rPr>
        <w:t>paisagem</w:t>
      </w:r>
      <w:proofErr w:type="spellEnd"/>
      <w:r w:rsidRPr="00250D50">
        <w:rPr>
          <w:lang w:val="es-ES"/>
        </w:rPr>
        <w:t xml:space="preserve"> de </w:t>
      </w:r>
      <w:proofErr w:type="spellStart"/>
      <w:r w:rsidRPr="00250D50">
        <w:rPr>
          <w:lang w:val="es-ES"/>
        </w:rPr>
        <w:t>ilhotas</w:t>
      </w:r>
      <w:proofErr w:type="spellEnd"/>
      <w:r w:rsidRPr="00250D50">
        <w:rPr>
          <w:lang w:val="es-ES"/>
        </w:rPr>
        <w:t xml:space="preserve"> </w:t>
      </w:r>
      <w:proofErr w:type="spellStart"/>
      <w:r w:rsidRPr="00250D50">
        <w:rPr>
          <w:lang w:val="es-ES"/>
        </w:rPr>
        <w:t>na</w:t>
      </w:r>
      <w:proofErr w:type="spellEnd"/>
      <w:r w:rsidRPr="00250D50">
        <w:rPr>
          <w:lang w:val="es-ES"/>
        </w:rPr>
        <w:t xml:space="preserve"> </w:t>
      </w:r>
      <w:proofErr w:type="spellStart"/>
      <w:r w:rsidRPr="00250D50">
        <w:rPr>
          <w:lang w:val="es-ES"/>
        </w:rPr>
        <w:t>saída</w:t>
      </w:r>
      <w:proofErr w:type="spellEnd"/>
      <w:r w:rsidRPr="00250D50">
        <w:rPr>
          <w:lang w:val="es-ES"/>
        </w:rPr>
        <w:t xml:space="preserve"> do porto de </w:t>
      </w:r>
      <w:proofErr w:type="spellStart"/>
      <w:r w:rsidRPr="00250D50">
        <w:rPr>
          <w:lang w:val="es-ES"/>
        </w:rPr>
        <w:t>Helsinque</w:t>
      </w:r>
      <w:proofErr w:type="spellEnd"/>
      <w:r w:rsidRPr="00250D50">
        <w:rPr>
          <w:lang w:val="es-ES"/>
        </w:rPr>
        <w:t xml:space="preserve"> e o magnífico </w:t>
      </w:r>
      <w:proofErr w:type="spellStart"/>
      <w:r w:rsidRPr="00250D50">
        <w:rPr>
          <w:lang w:val="es-ES"/>
        </w:rPr>
        <w:t>arquipélago</w:t>
      </w:r>
      <w:proofErr w:type="spellEnd"/>
      <w:r w:rsidRPr="00250D50">
        <w:rPr>
          <w:lang w:val="es-ES"/>
        </w:rPr>
        <w:t xml:space="preserve"> sueco, </w:t>
      </w:r>
      <w:proofErr w:type="spellStart"/>
      <w:r w:rsidRPr="00250D50">
        <w:rPr>
          <w:lang w:val="es-ES"/>
        </w:rPr>
        <w:t>com</w:t>
      </w:r>
      <w:proofErr w:type="spellEnd"/>
      <w:r w:rsidRPr="00250D50">
        <w:rPr>
          <w:lang w:val="es-ES"/>
        </w:rPr>
        <w:t xml:space="preserve"> </w:t>
      </w:r>
      <w:proofErr w:type="spellStart"/>
      <w:r w:rsidRPr="00250D50">
        <w:rPr>
          <w:lang w:val="es-ES"/>
        </w:rPr>
        <w:t>mais</w:t>
      </w:r>
      <w:proofErr w:type="spellEnd"/>
      <w:r w:rsidRPr="00250D50">
        <w:rPr>
          <w:lang w:val="es-ES"/>
        </w:rPr>
        <w:t xml:space="preserve"> de 24.000 </w:t>
      </w:r>
      <w:proofErr w:type="spellStart"/>
      <w:r w:rsidRPr="00250D50">
        <w:rPr>
          <w:lang w:val="es-ES"/>
        </w:rPr>
        <w:t>ilhas</w:t>
      </w:r>
      <w:proofErr w:type="spellEnd"/>
      <w:r w:rsidRPr="00250D50">
        <w:rPr>
          <w:lang w:val="es-ES"/>
        </w:rPr>
        <w:t xml:space="preserve">. </w:t>
      </w:r>
      <w:proofErr w:type="spellStart"/>
      <w:r w:rsidRPr="00250D50">
        <w:rPr>
          <w:lang w:val="es-ES"/>
        </w:rPr>
        <w:t>Acomodação</w:t>
      </w:r>
      <w:proofErr w:type="spellEnd"/>
      <w:r w:rsidRPr="00250D50">
        <w:rPr>
          <w:lang w:val="es-ES"/>
        </w:rPr>
        <w:t xml:space="preserve"> em </w:t>
      </w:r>
      <w:proofErr w:type="spellStart"/>
      <w:r w:rsidRPr="00250D50">
        <w:rPr>
          <w:lang w:val="es-ES"/>
        </w:rPr>
        <w:t>cabines</w:t>
      </w:r>
      <w:proofErr w:type="spellEnd"/>
      <w:r w:rsidRPr="00250D50">
        <w:rPr>
          <w:lang w:val="es-ES"/>
        </w:rPr>
        <w:t xml:space="preserve"> externas duplas, </w:t>
      </w:r>
      <w:proofErr w:type="spellStart"/>
      <w:r w:rsidRPr="00250D50">
        <w:rPr>
          <w:lang w:val="es-ES"/>
        </w:rPr>
        <w:t>categoria</w:t>
      </w:r>
      <w:proofErr w:type="spellEnd"/>
      <w:r w:rsidRPr="00250D50">
        <w:rPr>
          <w:lang w:val="es-ES"/>
        </w:rPr>
        <w:t xml:space="preserve"> A. </w:t>
      </w:r>
      <w:proofErr w:type="spellStart"/>
      <w:r w:rsidRPr="00250D50">
        <w:rPr>
          <w:lang w:val="es-ES"/>
        </w:rPr>
        <w:t>Jantar</w:t>
      </w:r>
      <w:proofErr w:type="spellEnd"/>
      <w:r w:rsidRPr="00250D50">
        <w:rPr>
          <w:lang w:val="es-ES"/>
        </w:rPr>
        <w:t xml:space="preserve"> buffet </w:t>
      </w:r>
      <w:r w:rsidRPr="00250D50">
        <w:rPr>
          <w:lang w:val="es-ES"/>
        </w:rPr>
        <w:t>a bordo.</w:t>
      </w:r>
    </w:p>
    <w:p w14:paraId="7DC50828" w14:textId="77777777" w:rsidR="00673E13" w:rsidRPr="00250D50" w:rsidRDefault="00673E13">
      <w:pPr>
        <w:rPr>
          <w:lang w:val="es-ES"/>
        </w:rPr>
      </w:pPr>
    </w:p>
    <w:p w14:paraId="0AD6E1B8" w14:textId="77777777" w:rsidR="00673E13" w:rsidRPr="00250D50" w:rsidRDefault="00E67EF1">
      <w:pPr>
        <w:pStyle w:val="Ttulo2"/>
        <w:rPr>
          <w:lang w:val="es-ES"/>
        </w:rPr>
      </w:pPr>
      <w:r w:rsidRPr="00250D50">
        <w:rPr>
          <w:lang w:val="es-ES"/>
        </w:rPr>
        <w:t>DIA 3 SEX ESTOCOLMO</w:t>
      </w:r>
    </w:p>
    <w:p w14:paraId="709DF4A2" w14:textId="77777777" w:rsidR="00673E13" w:rsidRPr="00250D50" w:rsidRDefault="00E67EF1">
      <w:pPr>
        <w:rPr>
          <w:lang w:val="es-ES"/>
        </w:rPr>
      </w:pPr>
      <w:r w:rsidRPr="00250D50">
        <w:rPr>
          <w:lang w:val="es-ES"/>
        </w:rPr>
        <w:t xml:space="preserve">Café da </w:t>
      </w:r>
      <w:proofErr w:type="spellStart"/>
      <w:r w:rsidRPr="00250D50">
        <w:rPr>
          <w:lang w:val="es-ES"/>
        </w:rPr>
        <w:t>manhã</w:t>
      </w:r>
      <w:proofErr w:type="spellEnd"/>
      <w:r w:rsidRPr="00250D50">
        <w:rPr>
          <w:lang w:val="es-ES"/>
        </w:rPr>
        <w:t xml:space="preserve"> buffet a bordo e desembarque por volta das 09h45. </w:t>
      </w:r>
      <w:proofErr w:type="spellStart"/>
      <w:r w:rsidRPr="00250D50">
        <w:rPr>
          <w:lang w:val="es-ES"/>
        </w:rPr>
        <w:t>Na</w:t>
      </w:r>
      <w:proofErr w:type="spellEnd"/>
      <w:r w:rsidRPr="00250D50">
        <w:rPr>
          <w:lang w:val="es-ES"/>
        </w:rPr>
        <w:t xml:space="preserve"> </w:t>
      </w:r>
      <w:proofErr w:type="spellStart"/>
      <w:r w:rsidRPr="00250D50">
        <w:rPr>
          <w:lang w:val="es-ES"/>
        </w:rPr>
        <w:t>chegada</w:t>
      </w:r>
      <w:proofErr w:type="spellEnd"/>
      <w:r w:rsidRPr="00250D50">
        <w:rPr>
          <w:lang w:val="es-ES"/>
        </w:rPr>
        <w:t xml:space="preserve"> a Estocolmo, visita </w:t>
      </w:r>
      <w:proofErr w:type="spellStart"/>
      <w:r w:rsidRPr="00250D50">
        <w:rPr>
          <w:lang w:val="es-ES"/>
        </w:rPr>
        <w:t>panorâmica</w:t>
      </w:r>
      <w:proofErr w:type="spellEnd"/>
      <w:r w:rsidRPr="00250D50">
        <w:rPr>
          <w:lang w:val="es-ES"/>
        </w:rPr>
        <w:t xml:space="preserve"> pela </w:t>
      </w:r>
      <w:proofErr w:type="spellStart"/>
      <w:r w:rsidRPr="00250D50">
        <w:rPr>
          <w:lang w:val="es-ES"/>
        </w:rPr>
        <w:t>cidade</w:t>
      </w:r>
      <w:proofErr w:type="spellEnd"/>
      <w:r w:rsidRPr="00250D50">
        <w:rPr>
          <w:lang w:val="es-ES"/>
        </w:rPr>
        <w:t xml:space="preserve">. A capital sueca é </w:t>
      </w:r>
      <w:proofErr w:type="spellStart"/>
      <w:r w:rsidRPr="00250D50">
        <w:rPr>
          <w:lang w:val="es-ES"/>
        </w:rPr>
        <w:t>conhecida</w:t>
      </w:r>
      <w:proofErr w:type="spellEnd"/>
      <w:r w:rsidRPr="00250D50">
        <w:rPr>
          <w:lang w:val="es-ES"/>
        </w:rPr>
        <w:t xml:space="preserve"> mundialmente como "a </w:t>
      </w:r>
      <w:proofErr w:type="spellStart"/>
      <w:r w:rsidRPr="00250D50">
        <w:rPr>
          <w:lang w:val="es-ES"/>
        </w:rPr>
        <w:t>Rainha</w:t>
      </w:r>
      <w:proofErr w:type="spellEnd"/>
      <w:r w:rsidRPr="00250D50">
        <w:rPr>
          <w:lang w:val="es-ES"/>
        </w:rPr>
        <w:t xml:space="preserve"> das </w:t>
      </w:r>
      <w:proofErr w:type="spellStart"/>
      <w:r w:rsidRPr="00250D50">
        <w:rPr>
          <w:lang w:val="es-ES"/>
        </w:rPr>
        <w:t>Águas</w:t>
      </w:r>
      <w:proofErr w:type="spellEnd"/>
      <w:r w:rsidRPr="00250D50">
        <w:rPr>
          <w:lang w:val="es-ES"/>
        </w:rPr>
        <w:t xml:space="preserve">" e está </w:t>
      </w:r>
      <w:proofErr w:type="spellStart"/>
      <w:r w:rsidRPr="00250D50">
        <w:rPr>
          <w:lang w:val="es-ES"/>
        </w:rPr>
        <w:t>assentada</w:t>
      </w:r>
      <w:proofErr w:type="spellEnd"/>
      <w:r w:rsidRPr="00250D50">
        <w:rPr>
          <w:lang w:val="es-ES"/>
        </w:rPr>
        <w:t xml:space="preserve"> em 14 </w:t>
      </w:r>
      <w:proofErr w:type="spellStart"/>
      <w:r w:rsidRPr="00250D50">
        <w:rPr>
          <w:lang w:val="es-ES"/>
        </w:rPr>
        <w:t>maravilhosas</w:t>
      </w:r>
      <w:proofErr w:type="spellEnd"/>
      <w:r w:rsidRPr="00250D50">
        <w:rPr>
          <w:lang w:val="es-ES"/>
        </w:rPr>
        <w:t xml:space="preserve"> </w:t>
      </w:r>
      <w:proofErr w:type="spellStart"/>
      <w:r w:rsidRPr="00250D50">
        <w:rPr>
          <w:lang w:val="es-ES"/>
        </w:rPr>
        <w:t>ilha</w:t>
      </w:r>
      <w:r w:rsidRPr="00250D50">
        <w:rPr>
          <w:lang w:val="es-ES"/>
        </w:rPr>
        <w:t>s</w:t>
      </w:r>
      <w:proofErr w:type="spellEnd"/>
      <w:r w:rsidRPr="00250D50">
        <w:rPr>
          <w:lang w:val="es-ES"/>
        </w:rPr>
        <w:t xml:space="preserve"> conectadas por </w:t>
      </w:r>
      <w:proofErr w:type="spellStart"/>
      <w:r w:rsidRPr="00250D50">
        <w:rPr>
          <w:lang w:val="es-ES"/>
        </w:rPr>
        <w:t>pontes</w:t>
      </w:r>
      <w:proofErr w:type="spellEnd"/>
      <w:r w:rsidRPr="00250D50">
        <w:rPr>
          <w:lang w:val="es-ES"/>
        </w:rPr>
        <w:t xml:space="preserve">. A </w:t>
      </w:r>
      <w:proofErr w:type="spellStart"/>
      <w:r w:rsidRPr="00250D50">
        <w:rPr>
          <w:lang w:val="es-ES"/>
        </w:rPr>
        <w:t>ilha</w:t>
      </w:r>
      <w:proofErr w:type="spellEnd"/>
      <w:r w:rsidRPr="00250D50">
        <w:rPr>
          <w:lang w:val="es-ES"/>
        </w:rPr>
        <w:t xml:space="preserve"> </w:t>
      </w:r>
      <w:proofErr w:type="spellStart"/>
      <w:r w:rsidRPr="00250D50">
        <w:rPr>
          <w:lang w:val="es-ES"/>
        </w:rPr>
        <w:t>mais</w:t>
      </w:r>
      <w:proofErr w:type="spellEnd"/>
      <w:r w:rsidRPr="00250D50">
        <w:rPr>
          <w:lang w:val="es-ES"/>
        </w:rPr>
        <w:t xml:space="preserve"> </w:t>
      </w:r>
      <w:proofErr w:type="spellStart"/>
      <w:r w:rsidRPr="00250D50">
        <w:rPr>
          <w:lang w:val="es-ES"/>
        </w:rPr>
        <w:t>antiga</w:t>
      </w:r>
      <w:proofErr w:type="spellEnd"/>
      <w:r w:rsidRPr="00250D50">
        <w:rPr>
          <w:lang w:val="es-ES"/>
        </w:rPr>
        <w:t xml:space="preserve">, onde está localizada a </w:t>
      </w:r>
      <w:proofErr w:type="spellStart"/>
      <w:r w:rsidRPr="00250D50">
        <w:rPr>
          <w:lang w:val="es-ES"/>
        </w:rPr>
        <w:t>cidade</w:t>
      </w:r>
      <w:proofErr w:type="spellEnd"/>
      <w:r w:rsidRPr="00250D50">
        <w:rPr>
          <w:lang w:val="es-ES"/>
        </w:rPr>
        <w:t xml:space="preserve"> </w:t>
      </w:r>
      <w:proofErr w:type="spellStart"/>
      <w:r w:rsidRPr="00250D50">
        <w:rPr>
          <w:lang w:val="es-ES"/>
        </w:rPr>
        <w:t>antiga</w:t>
      </w:r>
      <w:proofErr w:type="spellEnd"/>
      <w:r w:rsidRPr="00250D50">
        <w:rPr>
          <w:lang w:val="es-ES"/>
        </w:rPr>
        <w:t>, "</w:t>
      </w:r>
      <w:proofErr w:type="spellStart"/>
      <w:r w:rsidRPr="00250D50">
        <w:rPr>
          <w:lang w:val="es-ES"/>
        </w:rPr>
        <w:t>Gamla</w:t>
      </w:r>
      <w:proofErr w:type="spellEnd"/>
      <w:r w:rsidRPr="00250D50">
        <w:rPr>
          <w:lang w:val="es-ES"/>
        </w:rPr>
        <w:t xml:space="preserve"> Stan", abriga grande parte dos </w:t>
      </w:r>
      <w:proofErr w:type="spellStart"/>
      <w:r w:rsidRPr="00250D50">
        <w:rPr>
          <w:lang w:val="es-ES"/>
        </w:rPr>
        <w:t>edifícios</w:t>
      </w:r>
      <w:proofErr w:type="spellEnd"/>
      <w:r w:rsidRPr="00250D50">
        <w:rPr>
          <w:lang w:val="es-ES"/>
        </w:rPr>
        <w:t xml:space="preserve"> </w:t>
      </w:r>
      <w:proofErr w:type="spellStart"/>
      <w:r w:rsidRPr="00250D50">
        <w:rPr>
          <w:lang w:val="es-ES"/>
        </w:rPr>
        <w:t>mais</w:t>
      </w:r>
      <w:proofErr w:type="spellEnd"/>
      <w:r w:rsidRPr="00250D50">
        <w:rPr>
          <w:lang w:val="es-ES"/>
        </w:rPr>
        <w:t xml:space="preserve"> emblemáticos e das </w:t>
      </w:r>
      <w:proofErr w:type="spellStart"/>
      <w:r w:rsidRPr="00250D50">
        <w:rPr>
          <w:lang w:val="es-ES"/>
        </w:rPr>
        <w:t>estruturas</w:t>
      </w:r>
      <w:proofErr w:type="spellEnd"/>
      <w:r w:rsidRPr="00250D50">
        <w:rPr>
          <w:lang w:val="es-ES"/>
        </w:rPr>
        <w:t xml:space="preserve"> </w:t>
      </w:r>
      <w:proofErr w:type="spellStart"/>
      <w:r w:rsidRPr="00250D50">
        <w:rPr>
          <w:lang w:val="es-ES"/>
        </w:rPr>
        <w:t>arquitetônicas</w:t>
      </w:r>
      <w:proofErr w:type="spellEnd"/>
      <w:r w:rsidRPr="00250D50">
        <w:rPr>
          <w:lang w:val="es-ES"/>
        </w:rPr>
        <w:t xml:space="preserve"> </w:t>
      </w:r>
      <w:proofErr w:type="spellStart"/>
      <w:r w:rsidRPr="00250D50">
        <w:rPr>
          <w:lang w:val="es-ES"/>
        </w:rPr>
        <w:t>mais</w:t>
      </w:r>
      <w:proofErr w:type="spellEnd"/>
      <w:r w:rsidRPr="00250D50">
        <w:rPr>
          <w:lang w:val="es-ES"/>
        </w:rPr>
        <w:t xml:space="preserve"> importantes da </w:t>
      </w:r>
      <w:proofErr w:type="spellStart"/>
      <w:r w:rsidRPr="00250D50">
        <w:rPr>
          <w:lang w:val="es-ES"/>
        </w:rPr>
        <w:t>cidade</w:t>
      </w:r>
      <w:proofErr w:type="spellEnd"/>
      <w:r w:rsidRPr="00250D50">
        <w:rPr>
          <w:lang w:val="es-ES"/>
        </w:rPr>
        <w:t xml:space="preserve">. </w:t>
      </w:r>
      <w:proofErr w:type="spellStart"/>
      <w:r w:rsidRPr="00250D50">
        <w:rPr>
          <w:lang w:val="es-ES"/>
        </w:rPr>
        <w:t>Acomodação</w:t>
      </w:r>
      <w:proofErr w:type="spellEnd"/>
      <w:r w:rsidRPr="00250D50">
        <w:rPr>
          <w:lang w:val="es-ES"/>
        </w:rPr>
        <w:t xml:space="preserve"> em Estocolmo.</w:t>
      </w:r>
    </w:p>
    <w:p w14:paraId="76BECBCE" w14:textId="77777777" w:rsidR="00673E13" w:rsidRPr="00250D50" w:rsidRDefault="00673E13">
      <w:pPr>
        <w:rPr>
          <w:lang w:val="es-ES"/>
        </w:rPr>
      </w:pPr>
    </w:p>
    <w:p w14:paraId="109D9FD7" w14:textId="77777777" w:rsidR="00673E13" w:rsidRPr="00250D50" w:rsidRDefault="00E67EF1">
      <w:pPr>
        <w:pStyle w:val="Ttulo2"/>
        <w:rPr>
          <w:lang w:val="es-ES"/>
        </w:rPr>
      </w:pPr>
      <w:r w:rsidRPr="00250D50">
        <w:rPr>
          <w:lang w:val="es-ES"/>
        </w:rPr>
        <w:t>DIA 4 SAB ESTOCOLMO</w:t>
      </w:r>
    </w:p>
    <w:p w14:paraId="0A09B448" w14:textId="77777777" w:rsidR="00673E13" w:rsidRPr="00250D50" w:rsidRDefault="00E67EF1">
      <w:pPr>
        <w:rPr>
          <w:lang w:val="es-ES"/>
        </w:rPr>
      </w:pPr>
      <w:r w:rsidRPr="00250D50">
        <w:rPr>
          <w:lang w:val="es-ES"/>
        </w:rPr>
        <w:t>C</w:t>
      </w:r>
      <w:r w:rsidRPr="00250D50">
        <w:rPr>
          <w:lang w:val="es-ES"/>
        </w:rPr>
        <w:t xml:space="preserve">afé da </w:t>
      </w:r>
      <w:proofErr w:type="spellStart"/>
      <w:r w:rsidRPr="00250D50">
        <w:rPr>
          <w:lang w:val="es-ES"/>
        </w:rPr>
        <w:t>manhã</w:t>
      </w:r>
      <w:proofErr w:type="spellEnd"/>
      <w:r w:rsidRPr="00250D50">
        <w:rPr>
          <w:lang w:val="es-ES"/>
        </w:rPr>
        <w:t xml:space="preserve"> e </w:t>
      </w:r>
      <w:proofErr w:type="spellStart"/>
      <w:r w:rsidRPr="00250D50">
        <w:rPr>
          <w:lang w:val="es-ES"/>
        </w:rPr>
        <w:t>dia</w:t>
      </w:r>
      <w:proofErr w:type="spellEnd"/>
      <w:r w:rsidRPr="00250D50">
        <w:rPr>
          <w:lang w:val="es-ES"/>
        </w:rPr>
        <w:t xml:space="preserve"> </w:t>
      </w:r>
      <w:proofErr w:type="spellStart"/>
      <w:r w:rsidRPr="00250D50">
        <w:rPr>
          <w:lang w:val="es-ES"/>
        </w:rPr>
        <w:t>livre</w:t>
      </w:r>
      <w:proofErr w:type="spellEnd"/>
      <w:r w:rsidRPr="00250D50">
        <w:rPr>
          <w:lang w:val="es-ES"/>
        </w:rPr>
        <w:t xml:space="preserve">, durante o </w:t>
      </w:r>
      <w:proofErr w:type="spellStart"/>
      <w:r w:rsidRPr="00250D50">
        <w:rPr>
          <w:lang w:val="es-ES"/>
        </w:rPr>
        <w:t>qual</w:t>
      </w:r>
      <w:proofErr w:type="spellEnd"/>
      <w:r w:rsidRPr="00250D50">
        <w:rPr>
          <w:lang w:val="es-ES"/>
        </w:rPr>
        <w:t xml:space="preserve"> pode-se opcionalmente visitar o </w:t>
      </w:r>
      <w:proofErr w:type="spellStart"/>
      <w:r w:rsidRPr="00250D50">
        <w:rPr>
          <w:lang w:val="es-ES"/>
        </w:rPr>
        <w:t>Museu</w:t>
      </w:r>
      <w:proofErr w:type="spellEnd"/>
      <w:r w:rsidRPr="00250D50">
        <w:rPr>
          <w:lang w:val="es-ES"/>
        </w:rPr>
        <w:t xml:space="preserve"> Vasa e a </w:t>
      </w:r>
      <w:proofErr w:type="spellStart"/>
      <w:r w:rsidRPr="00250D50">
        <w:rPr>
          <w:lang w:val="es-ES"/>
        </w:rPr>
        <w:t>Prefeitura</w:t>
      </w:r>
      <w:proofErr w:type="spellEnd"/>
      <w:r w:rsidRPr="00250D50">
        <w:rPr>
          <w:lang w:val="es-ES"/>
        </w:rPr>
        <w:t xml:space="preserve"> de Estocolmo (visitas </w:t>
      </w:r>
      <w:proofErr w:type="spellStart"/>
      <w:r w:rsidRPr="00250D50">
        <w:rPr>
          <w:lang w:val="es-ES"/>
        </w:rPr>
        <w:t>não</w:t>
      </w:r>
      <w:proofErr w:type="spellEnd"/>
      <w:r w:rsidRPr="00250D50">
        <w:rPr>
          <w:lang w:val="es-ES"/>
        </w:rPr>
        <w:t xml:space="preserve"> </w:t>
      </w:r>
      <w:proofErr w:type="spellStart"/>
      <w:r w:rsidRPr="00250D50">
        <w:rPr>
          <w:lang w:val="es-ES"/>
        </w:rPr>
        <w:t>incluídas</w:t>
      </w:r>
      <w:proofErr w:type="spellEnd"/>
      <w:r w:rsidRPr="00250D50">
        <w:rPr>
          <w:lang w:val="es-ES"/>
        </w:rPr>
        <w:t xml:space="preserve">). </w:t>
      </w:r>
      <w:proofErr w:type="spellStart"/>
      <w:r w:rsidRPr="00250D50">
        <w:rPr>
          <w:lang w:val="es-ES"/>
        </w:rPr>
        <w:t>Acomodação</w:t>
      </w:r>
      <w:proofErr w:type="spellEnd"/>
      <w:r w:rsidRPr="00250D50">
        <w:rPr>
          <w:lang w:val="es-ES"/>
        </w:rPr>
        <w:t xml:space="preserve"> em Estocolmo.</w:t>
      </w:r>
    </w:p>
    <w:p w14:paraId="3155D1F9" w14:textId="77777777" w:rsidR="00673E13" w:rsidRPr="00250D50" w:rsidRDefault="00673E13">
      <w:pPr>
        <w:rPr>
          <w:lang w:val="es-ES"/>
        </w:rPr>
      </w:pPr>
    </w:p>
    <w:p w14:paraId="4465108D" w14:textId="77777777" w:rsidR="00673E13" w:rsidRPr="00250D50" w:rsidRDefault="00E67EF1">
      <w:pPr>
        <w:pStyle w:val="Ttulo2"/>
        <w:rPr>
          <w:lang w:val="es-ES"/>
        </w:rPr>
      </w:pPr>
      <w:r w:rsidRPr="00250D50">
        <w:rPr>
          <w:lang w:val="es-ES"/>
        </w:rPr>
        <w:t>DIA 5 DOM ESTOCOLMO - LILLEHAMMER</w:t>
      </w:r>
    </w:p>
    <w:p w14:paraId="7438DBEB" w14:textId="77777777" w:rsidR="00673E13" w:rsidRPr="00250D50" w:rsidRDefault="00E67EF1">
      <w:pPr>
        <w:rPr>
          <w:lang w:val="es-ES"/>
        </w:rPr>
      </w:pPr>
      <w:r w:rsidRPr="00250D50">
        <w:rPr>
          <w:lang w:val="es-ES"/>
        </w:rPr>
        <w:t xml:space="preserve">Café da </w:t>
      </w:r>
      <w:proofErr w:type="spellStart"/>
      <w:r w:rsidRPr="00250D50">
        <w:rPr>
          <w:lang w:val="es-ES"/>
        </w:rPr>
        <w:t>manhã</w:t>
      </w:r>
      <w:proofErr w:type="spellEnd"/>
      <w:r w:rsidRPr="00250D50">
        <w:rPr>
          <w:lang w:val="es-ES"/>
        </w:rPr>
        <w:t xml:space="preserve"> e </w:t>
      </w:r>
      <w:proofErr w:type="spellStart"/>
      <w:r w:rsidRPr="00250D50">
        <w:rPr>
          <w:lang w:val="es-ES"/>
        </w:rPr>
        <w:t>saída</w:t>
      </w:r>
      <w:proofErr w:type="spellEnd"/>
      <w:r w:rsidRPr="00250D50">
        <w:rPr>
          <w:lang w:val="es-ES"/>
        </w:rPr>
        <w:t xml:space="preserve"> em </w:t>
      </w:r>
      <w:proofErr w:type="spellStart"/>
      <w:r w:rsidRPr="00250D50">
        <w:rPr>
          <w:lang w:val="es-ES"/>
        </w:rPr>
        <w:t>direção</w:t>
      </w:r>
      <w:proofErr w:type="spellEnd"/>
      <w:r w:rsidRPr="00250D50">
        <w:rPr>
          <w:lang w:val="es-ES"/>
        </w:rPr>
        <w:t xml:space="preserve"> à Noruega. </w:t>
      </w:r>
      <w:proofErr w:type="spellStart"/>
      <w:r w:rsidRPr="00250D50">
        <w:rPr>
          <w:lang w:val="es-ES"/>
        </w:rPr>
        <w:t>Percorreremos</w:t>
      </w:r>
      <w:proofErr w:type="spellEnd"/>
      <w:r w:rsidRPr="00250D50">
        <w:rPr>
          <w:lang w:val="es-ES"/>
        </w:rPr>
        <w:t xml:space="preserve"> o</w:t>
      </w:r>
      <w:r w:rsidRPr="00250D50">
        <w:rPr>
          <w:lang w:val="es-ES"/>
        </w:rPr>
        <w:t xml:space="preserve">s </w:t>
      </w:r>
      <w:proofErr w:type="spellStart"/>
      <w:r w:rsidRPr="00250D50">
        <w:rPr>
          <w:lang w:val="es-ES"/>
        </w:rPr>
        <w:t>belos</w:t>
      </w:r>
      <w:proofErr w:type="spellEnd"/>
      <w:r w:rsidRPr="00250D50">
        <w:rPr>
          <w:lang w:val="es-ES"/>
        </w:rPr>
        <w:t xml:space="preserve"> campos de </w:t>
      </w:r>
      <w:proofErr w:type="spellStart"/>
      <w:r w:rsidRPr="00250D50">
        <w:rPr>
          <w:lang w:val="es-ES"/>
        </w:rPr>
        <w:t>cereais</w:t>
      </w:r>
      <w:proofErr w:type="spellEnd"/>
      <w:r w:rsidRPr="00250D50">
        <w:rPr>
          <w:lang w:val="es-ES"/>
        </w:rPr>
        <w:t xml:space="preserve"> e lagos suecos até </w:t>
      </w:r>
      <w:proofErr w:type="spellStart"/>
      <w:r w:rsidRPr="00250D50">
        <w:rPr>
          <w:lang w:val="es-ES"/>
        </w:rPr>
        <w:t>chegar</w:t>
      </w:r>
      <w:proofErr w:type="spellEnd"/>
      <w:r w:rsidRPr="00250D50">
        <w:rPr>
          <w:lang w:val="es-ES"/>
        </w:rPr>
        <w:t xml:space="preserve"> </w:t>
      </w:r>
      <w:proofErr w:type="spellStart"/>
      <w:r w:rsidRPr="00250D50">
        <w:rPr>
          <w:lang w:val="es-ES"/>
        </w:rPr>
        <w:t>às</w:t>
      </w:r>
      <w:proofErr w:type="spellEnd"/>
      <w:r w:rsidRPr="00250D50">
        <w:rPr>
          <w:lang w:val="es-ES"/>
        </w:rPr>
        <w:t xml:space="preserve"> </w:t>
      </w:r>
      <w:proofErr w:type="spellStart"/>
      <w:r w:rsidRPr="00250D50">
        <w:rPr>
          <w:lang w:val="es-ES"/>
        </w:rPr>
        <w:t>impressionantes</w:t>
      </w:r>
      <w:proofErr w:type="spellEnd"/>
      <w:r w:rsidRPr="00250D50">
        <w:rPr>
          <w:lang w:val="es-ES"/>
        </w:rPr>
        <w:t xml:space="preserve"> </w:t>
      </w:r>
      <w:proofErr w:type="spellStart"/>
      <w:r w:rsidRPr="00250D50">
        <w:rPr>
          <w:lang w:val="es-ES"/>
        </w:rPr>
        <w:t>paisagens</w:t>
      </w:r>
      <w:proofErr w:type="spellEnd"/>
      <w:r w:rsidRPr="00250D50">
        <w:rPr>
          <w:lang w:val="es-ES"/>
        </w:rPr>
        <w:t xml:space="preserve"> de florestas e </w:t>
      </w:r>
      <w:proofErr w:type="spellStart"/>
      <w:r w:rsidRPr="00250D50">
        <w:rPr>
          <w:lang w:val="es-ES"/>
        </w:rPr>
        <w:t>montanhas</w:t>
      </w:r>
      <w:proofErr w:type="spellEnd"/>
      <w:r w:rsidRPr="00250D50">
        <w:rPr>
          <w:lang w:val="es-ES"/>
        </w:rPr>
        <w:t xml:space="preserve"> da Noruega. </w:t>
      </w:r>
      <w:proofErr w:type="spellStart"/>
      <w:r w:rsidRPr="00250D50">
        <w:rPr>
          <w:lang w:val="es-ES"/>
        </w:rPr>
        <w:t>Passaremos</w:t>
      </w:r>
      <w:proofErr w:type="spellEnd"/>
      <w:r w:rsidRPr="00250D50">
        <w:rPr>
          <w:lang w:val="es-ES"/>
        </w:rPr>
        <w:t xml:space="preserve"> por localidades como Hamar, onde </w:t>
      </w:r>
      <w:proofErr w:type="spellStart"/>
      <w:r w:rsidRPr="00250D50">
        <w:rPr>
          <w:lang w:val="es-ES"/>
        </w:rPr>
        <w:t>às</w:t>
      </w:r>
      <w:proofErr w:type="spellEnd"/>
      <w:r w:rsidRPr="00250D50">
        <w:rPr>
          <w:lang w:val="es-ES"/>
        </w:rPr>
        <w:t xml:space="preserve"> </w:t>
      </w:r>
      <w:proofErr w:type="spellStart"/>
      <w:r w:rsidRPr="00250D50">
        <w:rPr>
          <w:lang w:val="es-ES"/>
        </w:rPr>
        <w:t>margens</w:t>
      </w:r>
      <w:proofErr w:type="spellEnd"/>
      <w:r w:rsidRPr="00250D50">
        <w:rPr>
          <w:lang w:val="es-ES"/>
        </w:rPr>
        <w:t xml:space="preserve"> do lago </w:t>
      </w:r>
      <w:proofErr w:type="spellStart"/>
      <w:r w:rsidRPr="00250D50">
        <w:rPr>
          <w:lang w:val="es-ES"/>
        </w:rPr>
        <w:t>Mjøsa</w:t>
      </w:r>
      <w:proofErr w:type="spellEnd"/>
      <w:r w:rsidRPr="00250D50">
        <w:rPr>
          <w:lang w:val="es-ES"/>
        </w:rPr>
        <w:t xml:space="preserve"> se </w:t>
      </w:r>
      <w:proofErr w:type="spellStart"/>
      <w:r w:rsidRPr="00250D50">
        <w:rPr>
          <w:lang w:val="es-ES"/>
        </w:rPr>
        <w:t>encontra</w:t>
      </w:r>
      <w:proofErr w:type="spellEnd"/>
      <w:r w:rsidRPr="00250D50">
        <w:rPr>
          <w:lang w:val="es-ES"/>
        </w:rPr>
        <w:t xml:space="preserve"> o </w:t>
      </w:r>
      <w:proofErr w:type="spellStart"/>
      <w:r w:rsidRPr="00250D50">
        <w:rPr>
          <w:lang w:val="es-ES"/>
        </w:rPr>
        <w:t>edifício</w:t>
      </w:r>
      <w:proofErr w:type="spellEnd"/>
      <w:r w:rsidRPr="00250D50">
        <w:rPr>
          <w:lang w:val="es-ES"/>
        </w:rPr>
        <w:t xml:space="preserve"> em forma de barco </w:t>
      </w:r>
      <w:proofErr w:type="spellStart"/>
      <w:r w:rsidRPr="00250D50">
        <w:rPr>
          <w:lang w:val="es-ES"/>
        </w:rPr>
        <w:t>viking</w:t>
      </w:r>
      <w:proofErr w:type="spellEnd"/>
      <w:r w:rsidRPr="00250D50">
        <w:rPr>
          <w:lang w:val="es-ES"/>
        </w:rPr>
        <w:t xml:space="preserve"> invertido que </w:t>
      </w:r>
      <w:proofErr w:type="spellStart"/>
      <w:r w:rsidRPr="00250D50">
        <w:rPr>
          <w:lang w:val="es-ES"/>
        </w:rPr>
        <w:t>sediou</w:t>
      </w:r>
      <w:proofErr w:type="spellEnd"/>
      <w:r w:rsidRPr="00250D50">
        <w:rPr>
          <w:lang w:val="es-ES"/>
        </w:rPr>
        <w:t xml:space="preserve"> </w:t>
      </w:r>
      <w:r w:rsidRPr="00250D50">
        <w:rPr>
          <w:lang w:val="es-ES"/>
        </w:rPr>
        <w:t xml:space="preserve">as </w:t>
      </w:r>
      <w:proofErr w:type="spellStart"/>
      <w:r w:rsidRPr="00250D50">
        <w:rPr>
          <w:lang w:val="es-ES"/>
        </w:rPr>
        <w:t>provas</w:t>
      </w:r>
      <w:proofErr w:type="spellEnd"/>
      <w:r w:rsidRPr="00250D50">
        <w:rPr>
          <w:lang w:val="es-ES"/>
        </w:rPr>
        <w:t xml:space="preserve"> de </w:t>
      </w:r>
      <w:proofErr w:type="spellStart"/>
      <w:r w:rsidRPr="00250D50">
        <w:rPr>
          <w:lang w:val="es-ES"/>
        </w:rPr>
        <w:t>patinação</w:t>
      </w:r>
      <w:proofErr w:type="spellEnd"/>
      <w:r w:rsidRPr="00250D50">
        <w:rPr>
          <w:lang w:val="es-ES"/>
        </w:rPr>
        <w:t xml:space="preserve"> no </w:t>
      </w:r>
      <w:proofErr w:type="spellStart"/>
      <w:r w:rsidRPr="00250D50">
        <w:rPr>
          <w:lang w:val="es-ES"/>
        </w:rPr>
        <w:t>gelo</w:t>
      </w:r>
      <w:proofErr w:type="spellEnd"/>
      <w:r w:rsidRPr="00250D50">
        <w:rPr>
          <w:lang w:val="es-ES"/>
        </w:rPr>
        <w:t xml:space="preserve"> durante os </w:t>
      </w:r>
      <w:proofErr w:type="spellStart"/>
      <w:r w:rsidRPr="00250D50">
        <w:rPr>
          <w:lang w:val="es-ES"/>
        </w:rPr>
        <w:t>Jogos</w:t>
      </w:r>
      <w:proofErr w:type="spellEnd"/>
      <w:r w:rsidRPr="00250D50">
        <w:rPr>
          <w:lang w:val="es-ES"/>
        </w:rPr>
        <w:t xml:space="preserve"> Olímpicos de inverno de 1994. </w:t>
      </w:r>
      <w:proofErr w:type="spellStart"/>
      <w:r w:rsidRPr="00250D50">
        <w:rPr>
          <w:lang w:val="es-ES"/>
        </w:rPr>
        <w:t>Chegada</w:t>
      </w:r>
      <w:proofErr w:type="spellEnd"/>
      <w:r w:rsidRPr="00250D50">
        <w:rPr>
          <w:lang w:val="es-ES"/>
        </w:rPr>
        <w:t xml:space="preserve"> </w:t>
      </w:r>
      <w:proofErr w:type="spellStart"/>
      <w:r w:rsidRPr="00250D50">
        <w:rPr>
          <w:lang w:val="es-ES"/>
        </w:rPr>
        <w:t>ao</w:t>
      </w:r>
      <w:proofErr w:type="spellEnd"/>
      <w:r w:rsidRPr="00250D50">
        <w:rPr>
          <w:lang w:val="es-ES"/>
        </w:rPr>
        <w:t xml:space="preserve"> hotel e </w:t>
      </w:r>
      <w:proofErr w:type="spellStart"/>
      <w:r w:rsidRPr="00250D50">
        <w:rPr>
          <w:lang w:val="es-ES"/>
        </w:rPr>
        <w:t>hospedagem</w:t>
      </w:r>
      <w:proofErr w:type="spellEnd"/>
      <w:r w:rsidRPr="00250D50">
        <w:rPr>
          <w:lang w:val="es-ES"/>
        </w:rPr>
        <w:t xml:space="preserve"> em </w:t>
      </w:r>
      <w:proofErr w:type="spellStart"/>
      <w:r w:rsidRPr="00250D50">
        <w:rPr>
          <w:lang w:val="es-ES"/>
        </w:rPr>
        <w:t>Lillehammer</w:t>
      </w:r>
      <w:proofErr w:type="spellEnd"/>
      <w:r w:rsidRPr="00250D50">
        <w:rPr>
          <w:lang w:val="es-ES"/>
        </w:rPr>
        <w:t xml:space="preserve">, sede dos </w:t>
      </w:r>
      <w:proofErr w:type="spellStart"/>
      <w:r w:rsidRPr="00250D50">
        <w:rPr>
          <w:lang w:val="es-ES"/>
        </w:rPr>
        <w:t>Jogos</w:t>
      </w:r>
      <w:proofErr w:type="spellEnd"/>
      <w:r w:rsidRPr="00250D50">
        <w:rPr>
          <w:lang w:val="es-ES"/>
        </w:rPr>
        <w:t xml:space="preserve"> Olímpicos e </w:t>
      </w:r>
      <w:proofErr w:type="spellStart"/>
      <w:r w:rsidRPr="00250D50">
        <w:rPr>
          <w:lang w:val="es-ES"/>
        </w:rPr>
        <w:t>um</w:t>
      </w:r>
      <w:proofErr w:type="spellEnd"/>
      <w:r w:rsidRPr="00250D50">
        <w:rPr>
          <w:lang w:val="es-ES"/>
        </w:rPr>
        <w:t xml:space="preserve"> dos centros de </w:t>
      </w:r>
      <w:proofErr w:type="spellStart"/>
      <w:r w:rsidRPr="00250D50">
        <w:rPr>
          <w:lang w:val="es-ES"/>
        </w:rPr>
        <w:t>esportes</w:t>
      </w:r>
      <w:proofErr w:type="spellEnd"/>
      <w:r w:rsidRPr="00250D50">
        <w:rPr>
          <w:lang w:val="es-ES"/>
        </w:rPr>
        <w:t xml:space="preserve"> de inverno </w:t>
      </w:r>
      <w:proofErr w:type="spellStart"/>
      <w:r w:rsidRPr="00250D50">
        <w:rPr>
          <w:lang w:val="es-ES"/>
        </w:rPr>
        <w:t>mais</w:t>
      </w:r>
      <w:proofErr w:type="spellEnd"/>
      <w:r w:rsidRPr="00250D50">
        <w:rPr>
          <w:lang w:val="es-ES"/>
        </w:rPr>
        <w:t xml:space="preserve"> </w:t>
      </w:r>
      <w:proofErr w:type="spellStart"/>
      <w:r w:rsidRPr="00250D50">
        <w:rPr>
          <w:lang w:val="es-ES"/>
        </w:rPr>
        <w:t>conhecidos</w:t>
      </w:r>
      <w:proofErr w:type="spellEnd"/>
      <w:r w:rsidRPr="00250D50">
        <w:rPr>
          <w:lang w:val="es-ES"/>
        </w:rPr>
        <w:t xml:space="preserve"> do país.</w:t>
      </w:r>
    </w:p>
    <w:p w14:paraId="4459B963" w14:textId="77777777" w:rsidR="00673E13" w:rsidRPr="00250D50" w:rsidRDefault="00673E13">
      <w:pPr>
        <w:rPr>
          <w:lang w:val="es-ES"/>
        </w:rPr>
      </w:pPr>
    </w:p>
    <w:p w14:paraId="4129DDE9" w14:textId="77777777" w:rsidR="00673E13" w:rsidRPr="00250D50" w:rsidRDefault="00E67EF1">
      <w:pPr>
        <w:pStyle w:val="Ttulo2"/>
        <w:rPr>
          <w:lang w:val="de-AT"/>
        </w:rPr>
      </w:pPr>
      <w:r w:rsidRPr="00250D50">
        <w:rPr>
          <w:lang w:val="de-AT"/>
        </w:rPr>
        <w:t>DIA 6 SEG LILLEHAMMER - LOM - GEIRANGER -</w:t>
      </w:r>
      <w:r w:rsidRPr="00250D50">
        <w:rPr>
          <w:lang w:val="de-AT"/>
        </w:rPr>
        <w:t xml:space="preserve"> LOEN</w:t>
      </w:r>
    </w:p>
    <w:p w14:paraId="7E331067" w14:textId="77777777" w:rsidR="00673E13" w:rsidRPr="00250D50" w:rsidRDefault="00E67EF1">
      <w:pPr>
        <w:rPr>
          <w:lang w:val="es-ES"/>
        </w:rPr>
      </w:pPr>
      <w:r w:rsidRPr="00250D50">
        <w:rPr>
          <w:lang w:val="es-ES"/>
        </w:rPr>
        <w:t xml:space="preserve">Café da </w:t>
      </w:r>
      <w:proofErr w:type="spellStart"/>
      <w:r w:rsidRPr="00250D50">
        <w:rPr>
          <w:lang w:val="es-ES"/>
        </w:rPr>
        <w:t>manhã</w:t>
      </w:r>
      <w:proofErr w:type="spellEnd"/>
      <w:r w:rsidRPr="00250D50">
        <w:rPr>
          <w:lang w:val="es-ES"/>
        </w:rPr>
        <w:t xml:space="preserve"> e </w:t>
      </w:r>
      <w:proofErr w:type="spellStart"/>
      <w:r w:rsidRPr="00250D50">
        <w:rPr>
          <w:lang w:val="es-ES"/>
        </w:rPr>
        <w:t>saída</w:t>
      </w:r>
      <w:proofErr w:type="spellEnd"/>
      <w:r w:rsidRPr="00250D50">
        <w:rPr>
          <w:lang w:val="es-ES"/>
        </w:rPr>
        <w:t xml:space="preserve"> em </w:t>
      </w:r>
      <w:proofErr w:type="spellStart"/>
      <w:r w:rsidRPr="00250D50">
        <w:rPr>
          <w:lang w:val="es-ES"/>
        </w:rPr>
        <w:t>direção</w:t>
      </w:r>
      <w:proofErr w:type="spellEnd"/>
      <w:r w:rsidRPr="00250D50">
        <w:rPr>
          <w:lang w:val="es-ES"/>
        </w:rPr>
        <w:t xml:space="preserve"> a Lom, </w:t>
      </w:r>
      <w:proofErr w:type="spellStart"/>
      <w:r w:rsidRPr="00250D50">
        <w:rPr>
          <w:lang w:val="es-ES"/>
        </w:rPr>
        <w:t>pitoresca</w:t>
      </w:r>
      <w:proofErr w:type="spellEnd"/>
      <w:r w:rsidRPr="00250D50">
        <w:rPr>
          <w:lang w:val="es-ES"/>
        </w:rPr>
        <w:t xml:space="preserve"> </w:t>
      </w:r>
      <w:proofErr w:type="spellStart"/>
      <w:r w:rsidRPr="00250D50">
        <w:rPr>
          <w:lang w:val="es-ES"/>
        </w:rPr>
        <w:t>localidade</w:t>
      </w:r>
      <w:proofErr w:type="spellEnd"/>
      <w:r w:rsidRPr="00250D50">
        <w:rPr>
          <w:lang w:val="es-ES"/>
        </w:rPr>
        <w:t xml:space="preserve"> destacada por </w:t>
      </w:r>
      <w:proofErr w:type="spellStart"/>
      <w:r w:rsidRPr="00250D50">
        <w:rPr>
          <w:lang w:val="es-ES"/>
        </w:rPr>
        <w:t>sua</w:t>
      </w:r>
      <w:proofErr w:type="spellEnd"/>
      <w:r w:rsidRPr="00250D50">
        <w:rPr>
          <w:lang w:val="es-ES"/>
        </w:rPr>
        <w:t xml:space="preserve"> igreja medieval de madeira, </w:t>
      </w:r>
      <w:proofErr w:type="spellStart"/>
      <w:r w:rsidRPr="00250D50">
        <w:rPr>
          <w:lang w:val="es-ES"/>
        </w:rPr>
        <w:t>uma</w:t>
      </w:r>
      <w:proofErr w:type="spellEnd"/>
      <w:r w:rsidRPr="00250D50">
        <w:rPr>
          <w:lang w:val="es-ES"/>
        </w:rPr>
        <w:t xml:space="preserve"> das </w:t>
      </w:r>
      <w:proofErr w:type="spellStart"/>
      <w:r w:rsidRPr="00250D50">
        <w:rPr>
          <w:lang w:val="es-ES"/>
        </w:rPr>
        <w:t>maiores</w:t>
      </w:r>
      <w:proofErr w:type="spellEnd"/>
      <w:r w:rsidRPr="00250D50">
        <w:rPr>
          <w:lang w:val="es-ES"/>
        </w:rPr>
        <w:t xml:space="preserve"> e </w:t>
      </w:r>
      <w:proofErr w:type="spellStart"/>
      <w:r w:rsidRPr="00250D50">
        <w:rPr>
          <w:lang w:val="es-ES"/>
        </w:rPr>
        <w:t>uma</w:t>
      </w:r>
      <w:proofErr w:type="spellEnd"/>
      <w:r w:rsidRPr="00250D50">
        <w:rPr>
          <w:lang w:val="es-ES"/>
        </w:rPr>
        <w:t xml:space="preserve"> das </w:t>
      </w:r>
      <w:proofErr w:type="spellStart"/>
      <w:r w:rsidRPr="00250D50">
        <w:rPr>
          <w:lang w:val="es-ES"/>
        </w:rPr>
        <w:t>poucas</w:t>
      </w:r>
      <w:proofErr w:type="spellEnd"/>
      <w:r w:rsidRPr="00250D50">
        <w:rPr>
          <w:lang w:val="es-ES"/>
        </w:rPr>
        <w:t xml:space="preserve"> que conserva </w:t>
      </w:r>
      <w:proofErr w:type="spellStart"/>
      <w:r w:rsidRPr="00250D50">
        <w:rPr>
          <w:lang w:val="es-ES"/>
        </w:rPr>
        <w:t>cabeças</w:t>
      </w:r>
      <w:proofErr w:type="spellEnd"/>
      <w:r w:rsidRPr="00250D50">
        <w:rPr>
          <w:lang w:val="es-ES"/>
        </w:rPr>
        <w:t xml:space="preserve"> </w:t>
      </w:r>
      <w:proofErr w:type="spellStart"/>
      <w:r w:rsidRPr="00250D50">
        <w:rPr>
          <w:lang w:val="es-ES"/>
        </w:rPr>
        <w:t>originais</w:t>
      </w:r>
      <w:proofErr w:type="spellEnd"/>
      <w:r w:rsidRPr="00250D50">
        <w:rPr>
          <w:lang w:val="es-ES"/>
        </w:rPr>
        <w:t xml:space="preserve"> de </w:t>
      </w:r>
      <w:proofErr w:type="spellStart"/>
      <w:r w:rsidRPr="00250D50">
        <w:rPr>
          <w:lang w:val="es-ES"/>
        </w:rPr>
        <w:t>dragão</w:t>
      </w:r>
      <w:proofErr w:type="spellEnd"/>
      <w:r w:rsidRPr="00250D50">
        <w:rPr>
          <w:lang w:val="es-ES"/>
        </w:rPr>
        <w:t xml:space="preserve">. </w:t>
      </w:r>
      <w:proofErr w:type="spellStart"/>
      <w:r w:rsidRPr="00250D50">
        <w:rPr>
          <w:lang w:val="es-ES"/>
        </w:rPr>
        <w:t>Continuação</w:t>
      </w:r>
      <w:proofErr w:type="spellEnd"/>
      <w:r w:rsidRPr="00250D50">
        <w:rPr>
          <w:lang w:val="es-ES"/>
        </w:rPr>
        <w:t xml:space="preserve"> pela </w:t>
      </w:r>
      <w:proofErr w:type="spellStart"/>
      <w:r w:rsidRPr="00250D50">
        <w:rPr>
          <w:lang w:val="es-ES"/>
        </w:rPr>
        <w:t>espetacular</w:t>
      </w:r>
      <w:proofErr w:type="spellEnd"/>
      <w:r w:rsidRPr="00250D50">
        <w:rPr>
          <w:lang w:val="es-ES"/>
        </w:rPr>
        <w:t xml:space="preserve"> estrada de </w:t>
      </w:r>
      <w:proofErr w:type="spellStart"/>
      <w:r w:rsidRPr="00250D50">
        <w:rPr>
          <w:lang w:val="es-ES"/>
        </w:rPr>
        <w:t>Dalsnibba</w:t>
      </w:r>
      <w:proofErr w:type="spellEnd"/>
      <w:r w:rsidRPr="00250D50">
        <w:rPr>
          <w:lang w:val="es-ES"/>
        </w:rPr>
        <w:t xml:space="preserve">, que sobe a </w:t>
      </w:r>
      <w:proofErr w:type="spellStart"/>
      <w:r w:rsidRPr="00250D50">
        <w:rPr>
          <w:lang w:val="es-ES"/>
        </w:rPr>
        <w:t>mais</w:t>
      </w:r>
      <w:proofErr w:type="spellEnd"/>
      <w:r w:rsidRPr="00250D50">
        <w:rPr>
          <w:lang w:val="es-ES"/>
        </w:rPr>
        <w:t xml:space="preserve"> d</w:t>
      </w:r>
      <w:r w:rsidRPr="00250D50">
        <w:rPr>
          <w:lang w:val="es-ES"/>
        </w:rPr>
        <w:t xml:space="preserve">e 1.000 m e </w:t>
      </w:r>
      <w:proofErr w:type="spellStart"/>
      <w:r w:rsidRPr="00250D50">
        <w:rPr>
          <w:lang w:val="es-ES"/>
        </w:rPr>
        <w:t>oferece</w:t>
      </w:r>
      <w:proofErr w:type="spellEnd"/>
      <w:r w:rsidRPr="00250D50">
        <w:rPr>
          <w:lang w:val="es-ES"/>
        </w:rPr>
        <w:t xml:space="preserve"> </w:t>
      </w:r>
      <w:proofErr w:type="spellStart"/>
      <w:r w:rsidRPr="00250D50">
        <w:rPr>
          <w:lang w:val="es-ES"/>
        </w:rPr>
        <w:t>paisagens</w:t>
      </w:r>
      <w:proofErr w:type="spellEnd"/>
      <w:r w:rsidRPr="00250D50">
        <w:rPr>
          <w:lang w:val="es-ES"/>
        </w:rPr>
        <w:t xml:space="preserve"> fascinantes, até </w:t>
      </w:r>
      <w:proofErr w:type="spellStart"/>
      <w:r w:rsidRPr="00250D50">
        <w:rPr>
          <w:lang w:val="es-ES"/>
        </w:rPr>
        <w:t>chegar</w:t>
      </w:r>
      <w:proofErr w:type="spellEnd"/>
      <w:r w:rsidRPr="00250D50">
        <w:rPr>
          <w:lang w:val="es-ES"/>
        </w:rPr>
        <w:t xml:space="preserve"> a </w:t>
      </w:r>
      <w:proofErr w:type="spellStart"/>
      <w:r w:rsidRPr="00250D50">
        <w:rPr>
          <w:lang w:val="es-ES"/>
        </w:rPr>
        <w:t>Geiranger</w:t>
      </w:r>
      <w:proofErr w:type="spellEnd"/>
      <w:r w:rsidRPr="00250D50">
        <w:rPr>
          <w:lang w:val="es-ES"/>
        </w:rPr>
        <w:t xml:space="preserve">, onde realizaremos </w:t>
      </w:r>
      <w:proofErr w:type="spellStart"/>
      <w:r w:rsidRPr="00250D50">
        <w:rPr>
          <w:lang w:val="es-ES"/>
        </w:rPr>
        <w:t>um</w:t>
      </w:r>
      <w:proofErr w:type="spellEnd"/>
      <w:r w:rsidRPr="00250D50">
        <w:rPr>
          <w:lang w:val="es-ES"/>
        </w:rPr>
        <w:t xml:space="preserve"> cruzeiro de aproximadamente </w:t>
      </w:r>
      <w:proofErr w:type="spellStart"/>
      <w:r w:rsidRPr="00250D50">
        <w:rPr>
          <w:lang w:val="es-ES"/>
        </w:rPr>
        <w:t>uma</w:t>
      </w:r>
      <w:proofErr w:type="spellEnd"/>
      <w:r w:rsidRPr="00250D50">
        <w:rPr>
          <w:lang w:val="es-ES"/>
        </w:rPr>
        <w:t xml:space="preserve"> hora pelo </w:t>
      </w:r>
      <w:proofErr w:type="spellStart"/>
      <w:r w:rsidRPr="00250D50">
        <w:rPr>
          <w:lang w:val="es-ES"/>
        </w:rPr>
        <w:t>fiorde</w:t>
      </w:r>
      <w:proofErr w:type="spellEnd"/>
      <w:r w:rsidRPr="00250D50">
        <w:rPr>
          <w:lang w:val="es-ES"/>
        </w:rPr>
        <w:t xml:space="preserve"> de </w:t>
      </w:r>
      <w:proofErr w:type="spellStart"/>
      <w:r w:rsidRPr="00250D50">
        <w:rPr>
          <w:lang w:val="es-ES"/>
        </w:rPr>
        <w:t>Geiranger</w:t>
      </w:r>
      <w:proofErr w:type="spellEnd"/>
      <w:r w:rsidRPr="00250D50">
        <w:rPr>
          <w:lang w:val="es-ES"/>
        </w:rPr>
        <w:t xml:space="preserve">, </w:t>
      </w:r>
      <w:proofErr w:type="spellStart"/>
      <w:r w:rsidRPr="00250D50">
        <w:rPr>
          <w:lang w:val="es-ES"/>
        </w:rPr>
        <w:t>com</w:t>
      </w:r>
      <w:proofErr w:type="spellEnd"/>
      <w:r w:rsidRPr="00250D50">
        <w:rPr>
          <w:lang w:val="es-ES"/>
        </w:rPr>
        <w:t xml:space="preserve"> </w:t>
      </w:r>
      <w:proofErr w:type="spellStart"/>
      <w:r w:rsidRPr="00250D50">
        <w:rPr>
          <w:lang w:val="es-ES"/>
        </w:rPr>
        <w:t>suas</w:t>
      </w:r>
      <w:proofErr w:type="spellEnd"/>
      <w:r w:rsidRPr="00250D50">
        <w:rPr>
          <w:lang w:val="es-ES"/>
        </w:rPr>
        <w:t xml:space="preserve"> </w:t>
      </w:r>
      <w:proofErr w:type="spellStart"/>
      <w:r w:rsidRPr="00250D50">
        <w:rPr>
          <w:lang w:val="es-ES"/>
        </w:rPr>
        <w:t>cachoeiras</w:t>
      </w:r>
      <w:proofErr w:type="spellEnd"/>
      <w:r w:rsidRPr="00250D50">
        <w:rPr>
          <w:lang w:val="es-ES"/>
        </w:rPr>
        <w:t xml:space="preserve"> das Sete </w:t>
      </w:r>
      <w:proofErr w:type="spellStart"/>
      <w:r w:rsidRPr="00250D50">
        <w:rPr>
          <w:lang w:val="es-ES"/>
        </w:rPr>
        <w:t>Irmãs</w:t>
      </w:r>
      <w:proofErr w:type="spellEnd"/>
      <w:r w:rsidRPr="00250D50">
        <w:rPr>
          <w:lang w:val="es-ES"/>
        </w:rPr>
        <w:t xml:space="preserve"> e o </w:t>
      </w:r>
      <w:proofErr w:type="spellStart"/>
      <w:r w:rsidRPr="00250D50">
        <w:rPr>
          <w:lang w:val="es-ES"/>
        </w:rPr>
        <w:t>Pretendente</w:t>
      </w:r>
      <w:proofErr w:type="spellEnd"/>
      <w:r w:rsidRPr="00250D50">
        <w:rPr>
          <w:lang w:val="es-ES"/>
        </w:rPr>
        <w:t xml:space="preserve">. Desembarque em </w:t>
      </w:r>
      <w:proofErr w:type="spellStart"/>
      <w:r w:rsidRPr="00250D50">
        <w:rPr>
          <w:lang w:val="es-ES"/>
        </w:rPr>
        <w:t>Hellesylt</w:t>
      </w:r>
      <w:proofErr w:type="spellEnd"/>
      <w:r w:rsidRPr="00250D50">
        <w:rPr>
          <w:lang w:val="es-ES"/>
        </w:rPr>
        <w:t xml:space="preserve"> e </w:t>
      </w:r>
      <w:proofErr w:type="spellStart"/>
      <w:r w:rsidRPr="00250D50">
        <w:rPr>
          <w:lang w:val="es-ES"/>
        </w:rPr>
        <w:t>continuação</w:t>
      </w:r>
      <w:proofErr w:type="spellEnd"/>
      <w:r w:rsidRPr="00250D50">
        <w:rPr>
          <w:lang w:val="es-ES"/>
        </w:rPr>
        <w:t xml:space="preserve"> até Loen. </w:t>
      </w:r>
      <w:proofErr w:type="spellStart"/>
      <w:r w:rsidRPr="00250D50">
        <w:rPr>
          <w:lang w:val="es-ES"/>
        </w:rPr>
        <w:t>Jant</w:t>
      </w:r>
      <w:r w:rsidRPr="00250D50">
        <w:rPr>
          <w:lang w:val="es-ES"/>
        </w:rPr>
        <w:t>ar</w:t>
      </w:r>
      <w:proofErr w:type="spellEnd"/>
      <w:r w:rsidRPr="00250D50">
        <w:rPr>
          <w:lang w:val="es-ES"/>
        </w:rPr>
        <w:t xml:space="preserve"> buffet típico </w:t>
      </w:r>
      <w:proofErr w:type="spellStart"/>
      <w:r w:rsidRPr="00250D50">
        <w:rPr>
          <w:lang w:val="es-ES"/>
        </w:rPr>
        <w:t>norueguês</w:t>
      </w:r>
      <w:proofErr w:type="spellEnd"/>
      <w:r w:rsidRPr="00250D50">
        <w:rPr>
          <w:lang w:val="es-ES"/>
        </w:rPr>
        <w:t xml:space="preserve"> e </w:t>
      </w:r>
      <w:proofErr w:type="spellStart"/>
      <w:r w:rsidRPr="00250D50">
        <w:rPr>
          <w:lang w:val="es-ES"/>
        </w:rPr>
        <w:t>hospedagem</w:t>
      </w:r>
      <w:proofErr w:type="spellEnd"/>
      <w:r w:rsidRPr="00250D50">
        <w:rPr>
          <w:lang w:val="es-ES"/>
        </w:rPr>
        <w:t xml:space="preserve"> em Loen.</w:t>
      </w:r>
    </w:p>
    <w:p w14:paraId="08093AAE" w14:textId="77777777" w:rsidR="00673E13" w:rsidRPr="00250D50" w:rsidRDefault="00673E13">
      <w:pPr>
        <w:rPr>
          <w:lang w:val="es-ES"/>
        </w:rPr>
      </w:pPr>
    </w:p>
    <w:p w14:paraId="651CD10B" w14:textId="77777777" w:rsidR="00673E13" w:rsidRPr="00250D50" w:rsidRDefault="00E67EF1">
      <w:pPr>
        <w:pStyle w:val="Ttulo2"/>
        <w:rPr>
          <w:lang w:val="de-AT"/>
        </w:rPr>
      </w:pPr>
      <w:r w:rsidRPr="00250D50">
        <w:rPr>
          <w:lang w:val="de-AT"/>
        </w:rPr>
        <w:lastRenderedPageBreak/>
        <w:t>DIA 7 TER LOEN - FLAM - GUDVANGEN - BERGEN</w:t>
      </w:r>
    </w:p>
    <w:p w14:paraId="1D8C76CE" w14:textId="77777777" w:rsidR="00673E13" w:rsidRPr="00250D50" w:rsidRDefault="00E67EF1">
      <w:pPr>
        <w:rPr>
          <w:lang w:val="es-ES"/>
        </w:rPr>
      </w:pPr>
      <w:r w:rsidRPr="00250D50">
        <w:rPr>
          <w:lang w:val="es-ES"/>
        </w:rPr>
        <w:t xml:space="preserve">Café da </w:t>
      </w:r>
      <w:proofErr w:type="spellStart"/>
      <w:r w:rsidRPr="00250D50">
        <w:rPr>
          <w:lang w:val="es-ES"/>
        </w:rPr>
        <w:t>manhã</w:t>
      </w:r>
      <w:proofErr w:type="spellEnd"/>
      <w:r w:rsidRPr="00250D50">
        <w:rPr>
          <w:lang w:val="es-ES"/>
        </w:rPr>
        <w:t xml:space="preserve"> e </w:t>
      </w:r>
      <w:proofErr w:type="spellStart"/>
      <w:r w:rsidRPr="00250D50">
        <w:rPr>
          <w:lang w:val="es-ES"/>
        </w:rPr>
        <w:t>saída</w:t>
      </w:r>
      <w:proofErr w:type="spellEnd"/>
      <w:r w:rsidRPr="00250D50">
        <w:rPr>
          <w:lang w:val="es-ES"/>
        </w:rPr>
        <w:t xml:space="preserve"> em </w:t>
      </w:r>
      <w:proofErr w:type="spellStart"/>
      <w:r w:rsidRPr="00250D50">
        <w:rPr>
          <w:lang w:val="es-ES"/>
        </w:rPr>
        <w:t>direção</w:t>
      </w:r>
      <w:proofErr w:type="spellEnd"/>
      <w:r w:rsidRPr="00250D50">
        <w:rPr>
          <w:lang w:val="es-ES"/>
        </w:rPr>
        <w:t xml:space="preserve"> a </w:t>
      </w:r>
      <w:proofErr w:type="spellStart"/>
      <w:r w:rsidRPr="00250D50">
        <w:rPr>
          <w:lang w:val="es-ES"/>
        </w:rPr>
        <w:t>Flåm</w:t>
      </w:r>
      <w:proofErr w:type="spellEnd"/>
      <w:r w:rsidRPr="00250D50">
        <w:rPr>
          <w:lang w:val="es-ES"/>
        </w:rPr>
        <w:t xml:space="preserve">, onde embarcaremos em </w:t>
      </w:r>
      <w:proofErr w:type="spellStart"/>
      <w:r w:rsidRPr="00250D50">
        <w:rPr>
          <w:lang w:val="es-ES"/>
        </w:rPr>
        <w:t>um</w:t>
      </w:r>
      <w:proofErr w:type="spellEnd"/>
      <w:r w:rsidRPr="00250D50">
        <w:rPr>
          <w:lang w:val="es-ES"/>
        </w:rPr>
        <w:t xml:space="preserve"> ferry para </w:t>
      </w:r>
      <w:proofErr w:type="spellStart"/>
      <w:r w:rsidRPr="00250D50">
        <w:rPr>
          <w:lang w:val="es-ES"/>
        </w:rPr>
        <w:t>percorrer</w:t>
      </w:r>
      <w:proofErr w:type="spellEnd"/>
      <w:r w:rsidRPr="00250D50">
        <w:rPr>
          <w:lang w:val="es-ES"/>
        </w:rPr>
        <w:t xml:space="preserve"> o </w:t>
      </w:r>
      <w:proofErr w:type="spellStart"/>
      <w:r w:rsidRPr="00250D50">
        <w:rPr>
          <w:lang w:val="es-ES"/>
        </w:rPr>
        <w:t>fiorde</w:t>
      </w:r>
      <w:proofErr w:type="spellEnd"/>
      <w:r w:rsidRPr="00250D50">
        <w:rPr>
          <w:lang w:val="es-ES"/>
        </w:rPr>
        <w:t xml:space="preserve"> </w:t>
      </w:r>
      <w:proofErr w:type="spellStart"/>
      <w:r w:rsidRPr="00250D50">
        <w:rPr>
          <w:lang w:val="es-ES"/>
        </w:rPr>
        <w:t>mais</w:t>
      </w:r>
      <w:proofErr w:type="spellEnd"/>
      <w:r w:rsidRPr="00250D50">
        <w:rPr>
          <w:lang w:val="es-ES"/>
        </w:rPr>
        <w:t xml:space="preserve"> longo e profundo do país, o </w:t>
      </w:r>
      <w:proofErr w:type="spellStart"/>
      <w:r w:rsidRPr="00250D50">
        <w:rPr>
          <w:lang w:val="es-ES"/>
        </w:rPr>
        <w:t>Sognefjord</w:t>
      </w:r>
      <w:proofErr w:type="spellEnd"/>
      <w:r w:rsidRPr="00250D50">
        <w:rPr>
          <w:lang w:val="es-ES"/>
        </w:rPr>
        <w:t xml:space="preserve">. </w:t>
      </w:r>
      <w:proofErr w:type="spellStart"/>
      <w:r w:rsidRPr="00250D50">
        <w:rPr>
          <w:lang w:val="es-ES"/>
        </w:rPr>
        <w:t>Na</w:t>
      </w:r>
      <w:proofErr w:type="spellEnd"/>
      <w:r w:rsidRPr="00250D50">
        <w:rPr>
          <w:lang w:val="es-ES"/>
        </w:rPr>
        <w:t xml:space="preserve"> </w:t>
      </w:r>
      <w:proofErr w:type="spellStart"/>
      <w:r w:rsidRPr="00250D50">
        <w:rPr>
          <w:lang w:val="es-ES"/>
        </w:rPr>
        <w:t>chegada</w:t>
      </w:r>
      <w:proofErr w:type="spellEnd"/>
      <w:r w:rsidRPr="00250D50">
        <w:rPr>
          <w:lang w:val="es-ES"/>
        </w:rPr>
        <w:t xml:space="preserve"> a </w:t>
      </w:r>
      <w:proofErr w:type="spellStart"/>
      <w:r w:rsidRPr="00250D50">
        <w:rPr>
          <w:lang w:val="es-ES"/>
        </w:rPr>
        <w:t>Gudvangen</w:t>
      </w:r>
      <w:proofErr w:type="spellEnd"/>
      <w:r w:rsidRPr="00250D50">
        <w:rPr>
          <w:lang w:val="es-ES"/>
        </w:rPr>
        <w:t>,</w:t>
      </w:r>
      <w:r w:rsidRPr="00250D50">
        <w:rPr>
          <w:lang w:val="es-ES"/>
        </w:rPr>
        <w:t xml:space="preserve"> desembarque e </w:t>
      </w:r>
      <w:proofErr w:type="spellStart"/>
      <w:r w:rsidRPr="00250D50">
        <w:rPr>
          <w:lang w:val="es-ES"/>
        </w:rPr>
        <w:t>continuação</w:t>
      </w:r>
      <w:proofErr w:type="spellEnd"/>
      <w:r w:rsidRPr="00250D50">
        <w:rPr>
          <w:lang w:val="es-ES"/>
        </w:rPr>
        <w:t xml:space="preserve"> até Bergen. </w:t>
      </w:r>
      <w:proofErr w:type="spellStart"/>
      <w:r w:rsidRPr="00250D50">
        <w:rPr>
          <w:lang w:val="es-ES"/>
        </w:rPr>
        <w:t>Jantar</w:t>
      </w:r>
      <w:proofErr w:type="spellEnd"/>
      <w:r w:rsidRPr="00250D50">
        <w:rPr>
          <w:lang w:val="es-ES"/>
        </w:rPr>
        <w:t xml:space="preserve"> e </w:t>
      </w:r>
      <w:proofErr w:type="spellStart"/>
      <w:r w:rsidRPr="00250D50">
        <w:rPr>
          <w:lang w:val="es-ES"/>
        </w:rPr>
        <w:t>hospedagem</w:t>
      </w:r>
      <w:proofErr w:type="spellEnd"/>
      <w:r w:rsidRPr="00250D50">
        <w:rPr>
          <w:lang w:val="es-ES"/>
        </w:rPr>
        <w:t>.</w:t>
      </w:r>
    </w:p>
    <w:p w14:paraId="30B66E37" w14:textId="77777777" w:rsidR="00673E13" w:rsidRPr="00250D50" w:rsidRDefault="00673E13">
      <w:pPr>
        <w:rPr>
          <w:lang w:val="es-ES"/>
        </w:rPr>
      </w:pPr>
    </w:p>
    <w:p w14:paraId="61AF025B" w14:textId="77777777" w:rsidR="00673E13" w:rsidRPr="00250D50" w:rsidRDefault="00E67EF1">
      <w:pPr>
        <w:pStyle w:val="Ttulo2"/>
        <w:rPr>
          <w:lang w:val="es-ES"/>
        </w:rPr>
      </w:pPr>
      <w:r w:rsidRPr="00250D50">
        <w:rPr>
          <w:lang w:val="es-ES"/>
        </w:rPr>
        <w:t>DIA 8 QUA BERGEN</w:t>
      </w:r>
    </w:p>
    <w:p w14:paraId="11FA36C0" w14:textId="77777777" w:rsidR="00673E13" w:rsidRPr="00250D50" w:rsidRDefault="00E67EF1">
      <w:pPr>
        <w:rPr>
          <w:lang w:val="es-ES"/>
        </w:rPr>
      </w:pPr>
      <w:r w:rsidRPr="00250D50">
        <w:rPr>
          <w:lang w:val="es-ES"/>
        </w:rPr>
        <w:t xml:space="preserve">Café da </w:t>
      </w:r>
      <w:proofErr w:type="spellStart"/>
      <w:r w:rsidRPr="00250D50">
        <w:rPr>
          <w:lang w:val="es-ES"/>
        </w:rPr>
        <w:t>manhã</w:t>
      </w:r>
      <w:proofErr w:type="spellEnd"/>
      <w:r w:rsidRPr="00250D50">
        <w:rPr>
          <w:lang w:val="es-ES"/>
        </w:rPr>
        <w:t xml:space="preserve"> e visita </w:t>
      </w:r>
      <w:proofErr w:type="spellStart"/>
      <w:r w:rsidRPr="00250D50">
        <w:rPr>
          <w:lang w:val="es-ES"/>
        </w:rPr>
        <w:t>panorâmica</w:t>
      </w:r>
      <w:proofErr w:type="spellEnd"/>
      <w:r w:rsidRPr="00250D50">
        <w:rPr>
          <w:lang w:val="es-ES"/>
        </w:rPr>
        <w:t xml:space="preserve"> da capital dos </w:t>
      </w:r>
      <w:proofErr w:type="spellStart"/>
      <w:r w:rsidRPr="00250D50">
        <w:rPr>
          <w:lang w:val="es-ES"/>
        </w:rPr>
        <w:t>fiordes</w:t>
      </w:r>
      <w:proofErr w:type="spellEnd"/>
      <w:r w:rsidRPr="00250D50">
        <w:rPr>
          <w:lang w:val="es-ES"/>
        </w:rPr>
        <w:t xml:space="preserve">. </w:t>
      </w:r>
      <w:proofErr w:type="spellStart"/>
      <w:r w:rsidRPr="00250D50">
        <w:rPr>
          <w:lang w:val="es-ES"/>
        </w:rPr>
        <w:t>Sua</w:t>
      </w:r>
      <w:proofErr w:type="spellEnd"/>
      <w:r w:rsidRPr="00250D50">
        <w:rPr>
          <w:lang w:val="es-ES"/>
        </w:rPr>
        <w:t xml:space="preserve"> </w:t>
      </w:r>
      <w:proofErr w:type="spellStart"/>
      <w:r w:rsidRPr="00250D50">
        <w:rPr>
          <w:lang w:val="es-ES"/>
        </w:rPr>
        <w:t>localização</w:t>
      </w:r>
      <w:proofErr w:type="spellEnd"/>
      <w:r w:rsidRPr="00250D50">
        <w:rPr>
          <w:lang w:val="es-ES"/>
        </w:rPr>
        <w:t xml:space="preserve"> geográfica, cercada por sete colinas e </w:t>
      </w:r>
      <w:proofErr w:type="spellStart"/>
      <w:r w:rsidRPr="00250D50">
        <w:rPr>
          <w:lang w:val="es-ES"/>
        </w:rPr>
        <w:t>às</w:t>
      </w:r>
      <w:proofErr w:type="spellEnd"/>
      <w:r w:rsidRPr="00250D50">
        <w:rPr>
          <w:lang w:val="es-ES"/>
        </w:rPr>
        <w:t xml:space="preserve"> </w:t>
      </w:r>
      <w:proofErr w:type="spellStart"/>
      <w:r w:rsidRPr="00250D50">
        <w:rPr>
          <w:lang w:val="es-ES"/>
        </w:rPr>
        <w:t>margens</w:t>
      </w:r>
      <w:proofErr w:type="spellEnd"/>
      <w:r w:rsidRPr="00250D50">
        <w:rPr>
          <w:lang w:val="es-ES"/>
        </w:rPr>
        <w:t xml:space="preserve"> do mar do Norte, a torna </w:t>
      </w:r>
      <w:proofErr w:type="spellStart"/>
      <w:r w:rsidRPr="00250D50">
        <w:rPr>
          <w:lang w:val="es-ES"/>
        </w:rPr>
        <w:t>uma</w:t>
      </w:r>
      <w:proofErr w:type="spellEnd"/>
      <w:r w:rsidRPr="00250D50">
        <w:rPr>
          <w:lang w:val="es-ES"/>
        </w:rPr>
        <w:t xml:space="preserve"> das </w:t>
      </w:r>
      <w:proofErr w:type="spellStart"/>
      <w:r w:rsidRPr="00250D50">
        <w:rPr>
          <w:lang w:val="es-ES"/>
        </w:rPr>
        <w:t>cidades</w:t>
      </w:r>
      <w:proofErr w:type="spellEnd"/>
      <w:r w:rsidRPr="00250D50">
        <w:rPr>
          <w:lang w:val="es-ES"/>
        </w:rPr>
        <w:t xml:space="preserve"> </w:t>
      </w:r>
      <w:proofErr w:type="spellStart"/>
      <w:r w:rsidRPr="00250D50">
        <w:rPr>
          <w:lang w:val="es-ES"/>
        </w:rPr>
        <w:t>mais</w:t>
      </w:r>
      <w:proofErr w:type="spellEnd"/>
      <w:r w:rsidRPr="00250D50">
        <w:rPr>
          <w:lang w:val="es-ES"/>
        </w:rPr>
        <w:t xml:space="preserve"> </w:t>
      </w:r>
      <w:r w:rsidRPr="00250D50">
        <w:rPr>
          <w:lang w:val="es-ES"/>
        </w:rPr>
        <w:t xml:space="preserve">bonitas e </w:t>
      </w:r>
      <w:proofErr w:type="spellStart"/>
      <w:r w:rsidRPr="00250D50">
        <w:rPr>
          <w:lang w:val="es-ES"/>
        </w:rPr>
        <w:t>pitorescas</w:t>
      </w:r>
      <w:proofErr w:type="spellEnd"/>
      <w:r w:rsidRPr="00250D50">
        <w:rPr>
          <w:lang w:val="es-ES"/>
        </w:rPr>
        <w:t xml:space="preserve"> da </w:t>
      </w:r>
      <w:proofErr w:type="spellStart"/>
      <w:r w:rsidRPr="00250D50">
        <w:rPr>
          <w:lang w:val="es-ES"/>
        </w:rPr>
        <w:t>Escandinávia</w:t>
      </w:r>
      <w:proofErr w:type="spellEnd"/>
      <w:r w:rsidRPr="00250D50">
        <w:rPr>
          <w:lang w:val="es-ES"/>
        </w:rPr>
        <w:t xml:space="preserve">. Durante </w:t>
      </w:r>
      <w:proofErr w:type="spellStart"/>
      <w:r w:rsidRPr="00250D50">
        <w:rPr>
          <w:lang w:val="es-ES"/>
        </w:rPr>
        <w:t>a</w:t>
      </w:r>
      <w:proofErr w:type="spellEnd"/>
      <w:r w:rsidRPr="00250D50">
        <w:rPr>
          <w:lang w:val="es-ES"/>
        </w:rPr>
        <w:t xml:space="preserve"> visita </w:t>
      </w:r>
      <w:proofErr w:type="spellStart"/>
      <w:r w:rsidRPr="00250D50">
        <w:rPr>
          <w:lang w:val="es-ES"/>
        </w:rPr>
        <w:t>conheceremos</w:t>
      </w:r>
      <w:proofErr w:type="spellEnd"/>
      <w:r w:rsidRPr="00250D50">
        <w:rPr>
          <w:lang w:val="es-ES"/>
        </w:rPr>
        <w:t xml:space="preserve"> pontos de </w:t>
      </w:r>
      <w:proofErr w:type="spellStart"/>
      <w:r w:rsidRPr="00250D50">
        <w:rPr>
          <w:lang w:val="es-ES"/>
        </w:rPr>
        <w:t>interesse</w:t>
      </w:r>
      <w:proofErr w:type="spellEnd"/>
      <w:r w:rsidRPr="00250D50">
        <w:rPr>
          <w:lang w:val="es-ES"/>
        </w:rPr>
        <w:t xml:space="preserve"> como a Fortaleza, o </w:t>
      </w:r>
      <w:proofErr w:type="spellStart"/>
      <w:r w:rsidRPr="00250D50">
        <w:rPr>
          <w:lang w:val="es-ES"/>
        </w:rPr>
        <w:t>Bryggen</w:t>
      </w:r>
      <w:proofErr w:type="spellEnd"/>
      <w:r w:rsidRPr="00250D50">
        <w:rPr>
          <w:lang w:val="es-ES"/>
        </w:rPr>
        <w:t xml:space="preserve"> </w:t>
      </w:r>
      <w:proofErr w:type="spellStart"/>
      <w:r w:rsidRPr="00250D50">
        <w:rPr>
          <w:lang w:val="es-ES"/>
        </w:rPr>
        <w:t>com</w:t>
      </w:r>
      <w:proofErr w:type="spellEnd"/>
      <w:r w:rsidRPr="00250D50">
        <w:rPr>
          <w:lang w:val="es-ES"/>
        </w:rPr>
        <w:t xml:space="preserve"> </w:t>
      </w:r>
      <w:proofErr w:type="spellStart"/>
      <w:r w:rsidRPr="00250D50">
        <w:rPr>
          <w:lang w:val="es-ES"/>
        </w:rPr>
        <w:t>seu</w:t>
      </w:r>
      <w:proofErr w:type="spellEnd"/>
      <w:r w:rsidRPr="00250D50">
        <w:rPr>
          <w:lang w:val="es-ES"/>
        </w:rPr>
        <w:t xml:space="preserve"> famoso mercado de </w:t>
      </w:r>
      <w:proofErr w:type="spellStart"/>
      <w:r w:rsidRPr="00250D50">
        <w:rPr>
          <w:lang w:val="es-ES"/>
        </w:rPr>
        <w:t>peixe</w:t>
      </w:r>
      <w:proofErr w:type="spellEnd"/>
      <w:r w:rsidRPr="00250D50">
        <w:rPr>
          <w:lang w:val="es-ES"/>
        </w:rPr>
        <w:t xml:space="preserve">, a igreja de Maria, o </w:t>
      </w:r>
      <w:proofErr w:type="spellStart"/>
      <w:r w:rsidRPr="00250D50">
        <w:rPr>
          <w:lang w:val="es-ES"/>
        </w:rPr>
        <w:t>Grieghallen</w:t>
      </w:r>
      <w:proofErr w:type="spellEnd"/>
      <w:r w:rsidRPr="00250D50">
        <w:rPr>
          <w:lang w:val="es-ES"/>
        </w:rPr>
        <w:t xml:space="preserve"> e, naturalmente, o </w:t>
      </w:r>
      <w:proofErr w:type="spellStart"/>
      <w:r w:rsidRPr="00250D50">
        <w:rPr>
          <w:lang w:val="es-ES"/>
        </w:rPr>
        <w:t>bairro</w:t>
      </w:r>
      <w:proofErr w:type="spellEnd"/>
      <w:r w:rsidRPr="00250D50">
        <w:rPr>
          <w:lang w:val="es-ES"/>
        </w:rPr>
        <w:t xml:space="preserve"> hanseático. </w:t>
      </w:r>
      <w:proofErr w:type="spellStart"/>
      <w:r w:rsidRPr="00250D50">
        <w:rPr>
          <w:lang w:val="es-ES"/>
        </w:rPr>
        <w:t>Ao</w:t>
      </w:r>
      <w:proofErr w:type="spellEnd"/>
      <w:r w:rsidRPr="00250D50">
        <w:rPr>
          <w:lang w:val="es-ES"/>
        </w:rPr>
        <w:t xml:space="preserve"> final do </w:t>
      </w:r>
      <w:proofErr w:type="spellStart"/>
      <w:r w:rsidRPr="00250D50">
        <w:rPr>
          <w:lang w:val="es-ES"/>
        </w:rPr>
        <w:t>passeio</w:t>
      </w:r>
      <w:proofErr w:type="spellEnd"/>
      <w:r w:rsidRPr="00250D50">
        <w:rPr>
          <w:lang w:val="es-ES"/>
        </w:rPr>
        <w:t xml:space="preserve">, estará </w:t>
      </w:r>
      <w:proofErr w:type="spellStart"/>
      <w:r w:rsidRPr="00250D50">
        <w:rPr>
          <w:lang w:val="es-ES"/>
        </w:rPr>
        <w:t>incluída</w:t>
      </w:r>
      <w:proofErr w:type="spellEnd"/>
      <w:r w:rsidRPr="00250D50">
        <w:rPr>
          <w:lang w:val="es-ES"/>
        </w:rPr>
        <w:t xml:space="preserve"> a </w:t>
      </w:r>
      <w:proofErr w:type="spellStart"/>
      <w:r w:rsidRPr="00250D50">
        <w:rPr>
          <w:lang w:val="es-ES"/>
        </w:rPr>
        <w:t>experiência</w:t>
      </w:r>
      <w:proofErr w:type="spellEnd"/>
      <w:r w:rsidRPr="00250D50">
        <w:rPr>
          <w:lang w:val="es-ES"/>
        </w:rPr>
        <w:t xml:space="preserve"> de subir no famoso funicular de Bergen, de onde </w:t>
      </w:r>
      <w:proofErr w:type="spellStart"/>
      <w:r w:rsidRPr="00250D50">
        <w:rPr>
          <w:lang w:val="es-ES"/>
        </w:rPr>
        <w:t>desfrutarão</w:t>
      </w:r>
      <w:proofErr w:type="spellEnd"/>
      <w:r w:rsidRPr="00250D50">
        <w:rPr>
          <w:lang w:val="es-ES"/>
        </w:rPr>
        <w:t xml:space="preserve"> de vistas </w:t>
      </w:r>
      <w:proofErr w:type="spellStart"/>
      <w:r w:rsidRPr="00250D50">
        <w:rPr>
          <w:lang w:val="es-ES"/>
        </w:rPr>
        <w:t>espetaculares</w:t>
      </w:r>
      <w:proofErr w:type="spellEnd"/>
      <w:r w:rsidRPr="00250D50">
        <w:rPr>
          <w:lang w:val="es-ES"/>
        </w:rPr>
        <w:t xml:space="preserve">. Tarde </w:t>
      </w:r>
      <w:proofErr w:type="spellStart"/>
      <w:r w:rsidRPr="00250D50">
        <w:rPr>
          <w:lang w:val="es-ES"/>
        </w:rPr>
        <w:t>livre</w:t>
      </w:r>
      <w:proofErr w:type="spellEnd"/>
      <w:r w:rsidRPr="00250D50">
        <w:rPr>
          <w:lang w:val="es-ES"/>
        </w:rPr>
        <w:t xml:space="preserve"> e </w:t>
      </w:r>
      <w:proofErr w:type="spellStart"/>
      <w:r w:rsidRPr="00250D50">
        <w:rPr>
          <w:lang w:val="es-ES"/>
        </w:rPr>
        <w:t>hospedagem</w:t>
      </w:r>
      <w:proofErr w:type="spellEnd"/>
      <w:r w:rsidRPr="00250D50">
        <w:rPr>
          <w:lang w:val="es-ES"/>
        </w:rPr>
        <w:t>.</w:t>
      </w:r>
    </w:p>
    <w:p w14:paraId="4713277C" w14:textId="77777777" w:rsidR="00673E13" w:rsidRPr="00250D50" w:rsidRDefault="00673E13">
      <w:pPr>
        <w:rPr>
          <w:lang w:val="es-ES"/>
        </w:rPr>
      </w:pPr>
    </w:p>
    <w:p w14:paraId="44DEA1AE" w14:textId="77777777" w:rsidR="00673E13" w:rsidRPr="00250D50" w:rsidRDefault="00E67EF1">
      <w:pPr>
        <w:pStyle w:val="Ttulo2"/>
        <w:rPr>
          <w:lang w:val="es-ES"/>
        </w:rPr>
      </w:pPr>
      <w:r w:rsidRPr="00250D50">
        <w:rPr>
          <w:lang w:val="es-ES"/>
        </w:rPr>
        <w:t>DIA 9 QUI BERGEN - HARDANGER - OSLO</w:t>
      </w:r>
    </w:p>
    <w:p w14:paraId="2BED5DB0" w14:textId="77777777" w:rsidR="00673E13" w:rsidRPr="00250D50" w:rsidRDefault="00E67EF1">
      <w:pPr>
        <w:rPr>
          <w:lang w:val="es-ES"/>
        </w:rPr>
      </w:pPr>
      <w:r w:rsidRPr="00250D50">
        <w:rPr>
          <w:lang w:val="es-ES"/>
        </w:rPr>
        <w:t xml:space="preserve">Café da </w:t>
      </w:r>
      <w:proofErr w:type="spellStart"/>
      <w:r w:rsidRPr="00250D50">
        <w:rPr>
          <w:lang w:val="es-ES"/>
        </w:rPr>
        <w:t>manhã</w:t>
      </w:r>
      <w:proofErr w:type="spellEnd"/>
      <w:r w:rsidRPr="00250D50">
        <w:rPr>
          <w:lang w:val="es-ES"/>
        </w:rPr>
        <w:t xml:space="preserve">. Durante a etapa de </w:t>
      </w:r>
      <w:proofErr w:type="spellStart"/>
      <w:r w:rsidRPr="00250D50">
        <w:rPr>
          <w:lang w:val="es-ES"/>
        </w:rPr>
        <w:t>hoje</w:t>
      </w:r>
      <w:proofErr w:type="spellEnd"/>
      <w:r w:rsidRPr="00250D50">
        <w:rPr>
          <w:lang w:val="es-ES"/>
        </w:rPr>
        <w:t xml:space="preserve"> desfrutaremos dos contrastes da </w:t>
      </w:r>
      <w:proofErr w:type="spellStart"/>
      <w:r w:rsidRPr="00250D50">
        <w:rPr>
          <w:lang w:val="es-ES"/>
        </w:rPr>
        <w:t>paisagem</w:t>
      </w:r>
      <w:proofErr w:type="spellEnd"/>
      <w:r w:rsidRPr="00250D50">
        <w:rPr>
          <w:lang w:val="es-ES"/>
        </w:rPr>
        <w:t xml:space="preserve">, iniciando o </w:t>
      </w:r>
      <w:proofErr w:type="spellStart"/>
      <w:r w:rsidRPr="00250D50">
        <w:rPr>
          <w:lang w:val="es-ES"/>
        </w:rPr>
        <w:t>percurso</w:t>
      </w:r>
      <w:proofErr w:type="spellEnd"/>
      <w:r w:rsidRPr="00250D50">
        <w:rPr>
          <w:lang w:val="es-ES"/>
        </w:rPr>
        <w:t xml:space="preserve"> por </w:t>
      </w:r>
      <w:proofErr w:type="spellStart"/>
      <w:r w:rsidRPr="00250D50">
        <w:rPr>
          <w:lang w:val="es-ES"/>
        </w:rPr>
        <w:t>uma</w:t>
      </w:r>
      <w:proofErr w:type="spellEnd"/>
      <w:r w:rsidRPr="00250D50">
        <w:rPr>
          <w:lang w:val="es-ES"/>
        </w:rPr>
        <w:t xml:space="preserve"> das estradas </w:t>
      </w:r>
      <w:proofErr w:type="spellStart"/>
      <w:r w:rsidRPr="00250D50">
        <w:rPr>
          <w:lang w:val="es-ES"/>
        </w:rPr>
        <w:t>mais</w:t>
      </w:r>
      <w:proofErr w:type="spellEnd"/>
      <w:r w:rsidRPr="00250D50">
        <w:rPr>
          <w:lang w:val="es-ES"/>
        </w:rPr>
        <w:t xml:space="preserve"> bonitas e </w:t>
      </w:r>
      <w:proofErr w:type="spellStart"/>
      <w:r w:rsidRPr="00250D50">
        <w:rPr>
          <w:lang w:val="es-ES"/>
        </w:rPr>
        <w:t>panorâmicas</w:t>
      </w:r>
      <w:proofErr w:type="spellEnd"/>
      <w:r w:rsidRPr="00250D50">
        <w:rPr>
          <w:lang w:val="es-ES"/>
        </w:rPr>
        <w:t xml:space="preserve">. </w:t>
      </w:r>
      <w:proofErr w:type="spellStart"/>
      <w:r w:rsidRPr="00250D50">
        <w:rPr>
          <w:lang w:val="es-ES"/>
        </w:rPr>
        <w:t>Atravessaremos</w:t>
      </w:r>
      <w:proofErr w:type="spellEnd"/>
      <w:r w:rsidRPr="00250D50">
        <w:rPr>
          <w:lang w:val="es-ES"/>
        </w:rPr>
        <w:t xml:space="preserve"> o Parque Nacional de </w:t>
      </w:r>
      <w:proofErr w:type="spellStart"/>
      <w:r w:rsidRPr="00250D50">
        <w:rPr>
          <w:lang w:val="es-ES"/>
        </w:rPr>
        <w:t>Hardanger</w:t>
      </w:r>
      <w:proofErr w:type="spellEnd"/>
      <w:r w:rsidRPr="00250D50">
        <w:rPr>
          <w:lang w:val="es-ES"/>
        </w:rPr>
        <w:t xml:space="preserve">, </w:t>
      </w:r>
      <w:proofErr w:type="spellStart"/>
      <w:r w:rsidRPr="00250D50">
        <w:rPr>
          <w:lang w:val="es-ES"/>
        </w:rPr>
        <w:t>com</w:t>
      </w:r>
      <w:proofErr w:type="spellEnd"/>
      <w:r w:rsidRPr="00250D50">
        <w:rPr>
          <w:lang w:val="es-ES"/>
        </w:rPr>
        <w:t xml:space="preserve"> </w:t>
      </w:r>
      <w:proofErr w:type="spellStart"/>
      <w:r w:rsidRPr="00250D50">
        <w:rPr>
          <w:lang w:val="es-ES"/>
        </w:rPr>
        <w:t>seus</w:t>
      </w:r>
      <w:proofErr w:type="spellEnd"/>
      <w:r w:rsidRPr="00250D50">
        <w:rPr>
          <w:lang w:val="es-ES"/>
        </w:rPr>
        <w:t xml:space="preserve"> majestosos </w:t>
      </w:r>
      <w:proofErr w:type="spellStart"/>
      <w:r w:rsidRPr="00250D50">
        <w:rPr>
          <w:lang w:val="es-ES"/>
        </w:rPr>
        <w:t>fiordes</w:t>
      </w:r>
      <w:proofErr w:type="spellEnd"/>
      <w:r w:rsidRPr="00250D50">
        <w:rPr>
          <w:lang w:val="es-ES"/>
        </w:rPr>
        <w:t xml:space="preserve"> rodeados por florestas e </w:t>
      </w:r>
      <w:proofErr w:type="spellStart"/>
      <w:r w:rsidRPr="00250D50">
        <w:rPr>
          <w:lang w:val="es-ES"/>
        </w:rPr>
        <w:t>montanhas</w:t>
      </w:r>
      <w:proofErr w:type="spellEnd"/>
      <w:r w:rsidRPr="00250D50">
        <w:rPr>
          <w:lang w:val="es-ES"/>
        </w:rPr>
        <w:t xml:space="preserve">, para cruzar o </w:t>
      </w:r>
      <w:proofErr w:type="spellStart"/>
      <w:r w:rsidRPr="00250D50">
        <w:rPr>
          <w:lang w:val="es-ES"/>
        </w:rPr>
        <w:t>planalto</w:t>
      </w:r>
      <w:proofErr w:type="spellEnd"/>
      <w:r w:rsidRPr="00250D50">
        <w:rPr>
          <w:lang w:val="es-ES"/>
        </w:rPr>
        <w:t xml:space="preserve"> de </w:t>
      </w:r>
      <w:proofErr w:type="spellStart"/>
      <w:r w:rsidRPr="00250D50">
        <w:rPr>
          <w:lang w:val="es-ES"/>
        </w:rPr>
        <w:t>Hardangervidda</w:t>
      </w:r>
      <w:proofErr w:type="spellEnd"/>
      <w:r w:rsidRPr="00250D50">
        <w:rPr>
          <w:lang w:val="es-ES"/>
        </w:rPr>
        <w:t xml:space="preserve">, onde </w:t>
      </w:r>
      <w:proofErr w:type="spellStart"/>
      <w:r w:rsidRPr="00250D50">
        <w:rPr>
          <w:lang w:val="es-ES"/>
        </w:rPr>
        <w:t>faremos</w:t>
      </w:r>
      <w:proofErr w:type="spellEnd"/>
      <w:r w:rsidRPr="00250D50">
        <w:rPr>
          <w:lang w:val="es-ES"/>
        </w:rPr>
        <w:t xml:space="preserve"> </w:t>
      </w:r>
      <w:proofErr w:type="spellStart"/>
      <w:r w:rsidRPr="00250D50">
        <w:rPr>
          <w:lang w:val="es-ES"/>
        </w:rPr>
        <w:t>algumas</w:t>
      </w:r>
      <w:proofErr w:type="spellEnd"/>
      <w:r w:rsidRPr="00250D50">
        <w:rPr>
          <w:lang w:val="es-ES"/>
        </w:rPr>
        <w:t xml:space="preserve"> paradas para </w:t>
      </w:r>
      <w:proofErr w:type="spellStart"/>
      <w:r w:rsidRPr="00250D50">
        <w:rPr>
          <w:lang w:val="es-ES"/>
        </w:rPr>
        <w:t>fotografias</w:t>
      </w:r>
      <w:proofErr w:type="spellEnd"/>
      <w:r w:rsidRPr="00250D50">
        <w:rPr>
          <w:lang w:val="es-ES"/>
        </w:rPr>
        <w:t xml:space="preserve">. </w:t>
      </w:r>
      <w:proofErr w:type="spellStart"/>
      <w:r w:rsidRPr="00250D50">
        <w:rPr>
          <w:lang w:val="es-ES"/>
        </w:rPr>
        <w:t>Continuação</w:t>
      </w:r>
      <w:proofErr w:type="spellEnd"/>
      <w:r w:rsidRPr="00250D50">
        <w:rPr>
          <w:lang w:val="es-ES"/>
        </w:rPr>
        <w:t xml:space="preserve"> até Oslo e, </w:t>
      </w:r>
      <w:proofErr w:type="spellStart"/>
      <w:r w:rsidRPr="00250D50">
        <w:rPr>
          <w:lang w:val="es-ES"/>
        </w:rPr>
        <w:t>na</w:t>
      </w:r>
      <w:proofErr w:type="spellEnd"/>
      <w:r w:rsidRPr="00250D50">
        <w:rPr>
          <w:lang w:val="es-ES"/>
        </w:rPr>
        <w:t xml:space="preserve"> </w:t>
      </w:r>
      <w:proofErr w:type="spellStart"/>
      <w:r w:rsidRPr="00250D50">
        <w:rPr>
          <w:lang w:val="es-ES"/>
        </w:rPr>
        <w:t>chegada</w:t>
      </w:r>
      <w:proofErr w:type="spellEnd"/>
      <w:r w:rsidRPr="00250D50">
        <w:rPr>
          <w:lang w:val="es-ES"/>
        </w:rPr>
        <w:t xml:space="preserve">, visita </w:t>
      </w:r>
      <w:proofErr w:type="spellStart"/>
      <w:r w:rsidRPr="00250D50">
        <w:rPr>
          <w:lang w:val="es-ES"/>
        </w:rPr>
        <w:t>panorâmica</w:t>
      </w:r>
      <w:proofErr w:type="spellEnd"/>
      <w:r w:rsidRPr="00250D50">
        <w:rPr>
          <w:lang w:val="es-ES"/>
        </w:rPr>
        <w:t xml:space="preserve"> da capital da Noruega. </w:t>
      </w:r>
      <w:proofErr w:type="spellStart"/>
      <w:r w:rsidRPr="00250D50">
        <w:rPr>
          <w:lang w:val="es-ES"/>
        </w:rPr>
        <w:t>Conheceremos</w:t>
      </w:r>
      <w:proofErr w:type="spellEnd"/>
      <w:r w:rsidRPr="00250D50">
        <w:rPr>
          <w:lang w:val="es-ES"/>
        </w:rPr>
        <w:t xml:space="preserve"> o Parque </w:t>
      </w:r>
      <w:proofErr w:type="spellStart"/>
      <w:r w:rsidRPr="00250D50">
        <w:rPr>
          <w:lang w:val="es-ES"/>
        </w:rPr>
        <w:t>Vigeland</w:t>
      </w:r>
      <w:proofErr w:type="spellEnd"/>
      <w:r w:rsidRPr="00250D50">
        <w:rPr>
          <w:lang w:val="es-ES"/>
        </w:rPr>
        <w:t xml:space="preserve">, </w:t>
      </w:r>
      <w:proofErr w:type="spellStart"/>
      <w:r w:rsidRPr="00250D50">
        <w:rPr>
          <w:lang w:val="es-ES"/>
        </w:rPr>
        <w:t>com</w:t>
      </w:r>
      <w:proofErr w:type="spellEnd"/>
      <w:r w:rsidRPr="00250D50">
        <w:rPr>
          <w:lang w:val="es-ES"/>
        </w:rPr>
        <w:t xml:space="preserve"> </w:t>
      </w:r>
      <w:proofErr w:type="spellStart"/>
      <w:r w:rsidRPr="00250D50">
        <w:rPr>
          <w:lang w:val="es-ES"/>
        </w:rPr>
        <w:t>suas</w:t>
      </w:r>
      <w:proofErr w:type="spellEnd"/>
      <w:r w:rsidRPr="00250D50">
        <w:rPr>
          <w:lang w:val="es-ES"/>
        </w:rPr>
        <w:t xml:space="preserve"> famosas esculturas que </w:t>
      </w:r>
      <w:proofErr w:type="spellStart"/>
      <w:r w:rsidRPr="00250D50">
        <w:rPr>
          <w:lang w:val="es-ES"/>
        </w:rPr>
        <w:t>representam</w:t>
      </w:r>
      <w:proofErr w:type="spellEnd"/>
      <w:r w:rsidRPr="00250D50">
        <w:rPr>
          <w:lang w:val="es-ES"/>
        </w:rPr>
        <w:t xml:space="preserve"> o ciclo da vida humana, e o grande </w:t>
      </w:r>
      <w:proofErr w:type="spellStart"/>
      <w:r w:rsidRPr="00250D50">
        <w:rPr>
          <w:lang w:val="es-ES"/>
        </w:rPr>
        <w:t>monólito</w:t>
      </w:r>
      <w:proofErr w:type="spellEnd"/>
      <w:r w:rsidRPr="00250D50">
        <w:rPr>
          <w:lang w:val="es-ES"/>
        </w:rPr>
        <w:t xml:space="preserve"> </w:t>
      </w:r>
      <w:proofErr w:type="spellStart"/>
      <w:r w:rsidRPr="00250D50">
        <w:rPr>
          <w:lang w:val="es-ES"/>
        </w:rPr>
        <w:t>com</w:t>
      </w:r>
      <w:proofErr w:type="spellEnd"/>
      <w:r w:rsidRPr="00250D50">
        <w:rPr>
          <w:lang w:val="es-ES"/>
        </w:rPr>
        <w:t xml:space="preserve"> </w:t>
      </w:r>
      <w:proofErr w:type="spellStart"/>
      <w:r w:rsidRPr="00250D50">
        <w:rPr>
          <w:lang w:val="es-ES"/>
        </w:rPr>
        <w:t>seus</w:t>
      </w:r>
      <w:proofErr w:type="spellEnd"/>
      <w:r w:rsidRPr="00250D50">
        <w:rPr>
          <w:lang w:val="es-ES"/>
        </w:rPr>
        <w:t xml:space="preserve"> 212 </w:t>
      </w:r>
      <w:proofErr w:type="spellStart"/>
      <w:r w:rsidRPr="00250D50">
        <w:rPr>
          <w:lang w:val="es-ES"/>
        </w:rPr>
        <w:t>corpos</w:t>
      </w:r>
      <w:proofErr w:type="spellEnd"/>
      <w:r w:rsidRPr="00250D50">
        <w:rPr>
          <w:lang w:val="es-ES"/>
        </w:rPr>
        <w:t xml:space="preserve"> </w:t>
      </w:r>
      <w:proofErr w:type="spellStart"/>
      <w:r w:rsidRPr="00250D50">
        <w:rPr>
          <w:lang w:val="es-ES"/>
        </w:rPr>
        <w:t>entrelaçados</w:t>
      </w:r>
      <w:proofErr w:type="spellEnd"/>
      <w:r w:rsidRPr="00250D50">
        <w:rPr>
          <w:lang w:val="es-ES"/>
        </w:rPr>
        <w:t xml:space="preserve">. </w:t>
      </w:r>
      <w:proofErr w:type="spellStart"/>
      <w:r w:rsidRPr="00250D50">
        <w:rPr>
          <w:lang w:val="es-ES"/>
        </w:rPr>
        <w:t>Também</w:t>
      </w:r>
      <w:proofErr w:type="spellEnd"/>
      <w:r w:rsidRPr="00250D50">
        <w:rPr>
          <w:lang w:val="es-ES"/>
        </w:rPr>
        <w:t xml:space="preserve"> </w:t>
      </w:r>
      <w:proofErr w:type="spellStart"/>
      <w:r w:rsidRPr="00250D50">
        <w:rPr>
          <w:lang w:val="es-ES"/>
        </w:rPr>
        <w:t>passaremos</w:t>
      </w:r>
      <w:proofErr w:type="spellEnd"/>
      <w:r w:rsidRPr="00250D50">
        <w:rPr>
          <w:lang w:val="es-ES"/>
        </w:rPr>
        <w:t xml:space="preserve"> pela </w:t>
      </w:r>
      <w:r w:rsidRPr="00250D50">
        <w:rPr>
          <w:lang w:val="es-ES"/>
        </w:rPr>
        <w:t xml:space="preserve">Ópera, a </w:t>
      </w:r>
      <w:proofErr w:type="spellStart"/>
      <w:r w:rsidRPr="00250D50">
        <w:rPr>
          <w:lang w:val="es-ES"/>
        </w:rPr>
        <w:t>Prefeitura</w:t>
      </w:r>
      <w:proofErr w:type="spellEnd"/>
      <w:r w:rsidRPr="00250D50">
        <w:rPr>
          <w:lang w:val="es-ES"/>
        </w:rPr>
        <w:t xml:space="preserve">, o porto, o </w:t>
      </w:r>
      <w:proofErr w:type="spellStart"/>
      <w:r w:rsidRPr="00250D50">
        <w:rPr>
          <w:lang w:val="es-ES"/>
        </w:rPr>
        <w:t>Palácio</w:t>
      </w:r>
      <w:proofErr w:type="spellEnd"/>
      <w:r w:rsidRPr="00250D50">
        <w:rPr>
          <w:lang w:val="es-ES"/>
        </w:rPr>
        <w:t xml:space="preserve"> Real, o Parlamento e a Fortaleza de Akershus. </w:t>
      </w:r>
      <w:proofErr w:type="spellStart"/>
      <w:r w:rsidRPr="00250D50">
        <w:rPr>
          <w:lang w:val="es-ES"/>
        </w:rPr>
        <w:t>Hospedagem</w:t>
      </w:r>
      <w:proofErr w:type="spellEnd"/>
      <w:r w:rsidRPr="00250D50">
        <w:rPr>
          <w:lang w:val="es-ES"/>
        </w:rPr>
        <w:t xml:space="preserve"> em Oslo.</w:t>
      </w:r>
    </w:p>
    <w:p w14:paraId="4C2FFBBC" w14:textId="77777777" w:rsidR="00673E13" w:rsidRPr="00250D50" w:rsidRDefault="00673E13">
      <w:pPr>
        <w:rPr>
          <w:lang w:val="es-ES"/>
        </w:rPr>
      </w:pPr>
    </w:p>
    <w:p w14:paraId="67D92A1F" w14:textId="77777777" w:rsidR="00673E13" w:rsidRPr="00250D50" w:rsidRDefault="00E67EF1">
      <w:pPr>
        <w:pStyle w:val="Ttulo2"/>
        <w:rPr>
          <w:lang w:val="es-ES"/>
        </w:rPr>
      </w:pPr>
      <w:r w:rsidRPr="00250D50">
        <w:rPr>
          <w:lang w:val="es-ES"/>
        </w:rPr>
        <w:t>DIA 10 SEX OSLO - CRUZEIRO NORDIC - COPENHAGUE</w:t>
      </w:r>
    </w:p>
    <w:p w14:paraId="1131C467" w14:textId="77777777" w:rsidR="00673E13" w:rsidRPr="00250D50" w:rsidRDefault="00E67EF1">
      <w:pPr>
        <w:rPr>
          <w:lang w:val="es-ES"/>
        </w:rPr>
      </w:pPr>
      <w:r w:rsidRPr="00250D50">
        <w:rPr>
          <w:lang w:val="es-ES"/>
        </w:rPr>
        <w:t xml:space="preserve">Café da </w:t>
      </w:r>
      <w:proofErr w:type="spellStart"/>
      <w:r w:rsidRPr="00250D50">
        <w:rPr>
          <w:lang w:val="es-ES"/>
        </w:rPr>
        <w:t>manhã</w:t>
      </w:r>
      <w:proofErr w:type="spellEnd"/>
      <w:r w:rsidRPr="00250D50">
        <w:rPr>
          <w:lang w:val="es-ES"/>
        </w:rPr>
        <w:t xml:space="preserve"> e </w:t>
      </w:r>
      <w:proofErr w:type="spellStart"/>
      <w:r w:rsidRPr="00250D50">
        <w:rPr>
          <w:lang w:val="es-ES"/>
        </w:rPr>
        <w:t>manhã</w:t>
      </w:r>
      <w:proofErr w:type="spellEnd"/>
      <w:r w:rsidRPr="00250D50">
        <w:rPr>
          <w:lang w:val="es-ES"/>
        </w:rPr>
        <w:t xml:space="preserve"> </w:t>
      </w:r>
      <w:proofErr w:type="spellStart"/>
      <w:r w:rsidRPr="00250D50">
        <w:rPr>
          <w:lang w:val="es-ES"/>
        </w:rPr>
        <w:t>livre</w:t>
      </w:r>
      <w:proofErr w:type="spellEnd"/>
      <w:r w:rsidRPr="00250D50">
        <w:rPr>
          <w:lang w:val="es-ES"/>
        </w:rPr>
        <w:t xml:space="preserve"> até a </w:t>
      </w:r>
      <w:proofErr w:type="spellStart"/>
      <w:r w:rsidRPr="00250D50">
        <w:rPr>
          <w:lang w:val="es-ES"/>
        </w:rPr>
        <w:t>saída</w:t>
      </w:r>
      <w:proofErr w:type="spellEnd"/>
      <w:r w:rsidRPr="00250D50">
        <w:rPr>
          <w:lang w:val="es-ES"/>
        </w:rPr>
        <w:t xml:space="preserve"> em </w:t>
      </w:r>
      <w:proofErr w:type="spellStart"/>
      <w:r w:rsidRPr="00250D50">
        <w:rPr>
          <w:lang w:val="es-ES"/>
        </w:rPr>
        <w:t>direção</w:t>
      </w:r>
      <w:proofErr w:type="spellEnd"/>
      <w:r w:rsidRPr="00250D50">
        <w:rPr>
          <w:lang w:val="es-ES"/>
        </w:rPr>
        <w:t xml:space="preserve"> </w:t>
      </w:r>
      <w:proofErr w:type="spellStart"/>
      <w:r w:rsidRPr="00250D50">
        <w:rPr>
          <w:lang w:val="es-ES"/>
        </w:rPr>
        <w:t>ao</w:t>
      </w:r>
      <w:proofErr w:type="spellEnd"/>
      <w:r w:rsidRPr="00250D50">
        <w:rPr>
          <w:lang w:val="es-ES"/>
        </w:rPr>
        <w:t xml:space="preserve"> porto. </w:t>
      </w:r>
      <w:proofErr w:type="spellStart"/>
      <w:r w:rsidRPr="00250D50">
        <w:rPr>
          <w:lang w:val="es-ES"/>
        </w:rPr>
        <w:t>Às</w:t>
      </w:r>
      <w:proofErr w:type="spellEnd"/>
      <w:r w:rsidRPr="00250D50">
        <w:rPr>
          <w:lang w:val="es-ES"/>
        </w:rPr>
        <w:t xml:space="preserve"> 14:30 h, traslado para embarque no cru</w:t>
      </w:r>
      <w:r w:rsidRPr="00250D50">
        <w:rPr>
          <w:lang w:val="es-ES"/>
        </w:rPr>
        <w:t xml:space="preserve">zeiro </w:t>
      </w:r>
      <w:proofErr w:type="spellStart"/>
      <w:r w:rsidRPr="00250D50">
        <w:rPr>
          <w:lang w:val="es-ES"/>
        </w:rPr>
        <w:t>Nordic</w:t>
      </w:r>
      <w:proofErr w:type="spellEnd"/>
      <w:r w:rsidRPr="00250D50">
        <w:rPr>
          <w:lang w:val="es-ES"/>
        </w:rPr>
        <w:t xml:space="preserve">, navegando pelo mar do Norte </w:t>
      </w:r>
      <w:proofErr w:type="spellStart"/>
      <w:r w:rsidRPr="00250D50">
        <w:rPr>
          <w:lang w:val="es-ES"/>
        </w:rPr>
        <w:t>com</w:t>
      </w:r>
      <w:proofErr w:type="spellEnd"/>
      <w:r w:rsidRPr="00250D50">
        <w:rPr>
          <w:lang w:val="es-ES"/>
        </w:rPr>
        <w:t xml:space="preserve"> destino a Copenhague. </w:t>
      </w:r>
      <w:proofErr w:type="spellStart"/>
      <w:r w:rsidRPr="00250D50">
        <w:rPr>
          <w:lang w:val="es-ES"/>
        </w:rPr>
        <w:t>Hospedagem</w:t>
      </w:r>
      <w:proofErr w:type="spellEnd"/>
      <w:r w:rsidRPr="00250D50">
        <w:rPr>
          <w:lang w:val="es-ES"/>
        </w:rPr>
        <w:t xml:space="preserve"> em </w:t>
      </w:r>
      <w:proofErr w:type="spellStart"/>
      <w:r w:rsidRPr="00250D50">
        <w:rPr>
          <w:lang w:val="es-ES"/>
        </w:rPr>
        <w:t>cabine</w:t>
      </w:r>
      <w:proofErr w:type="spellEnd"/>
      <w:r w:rsidRPr="00250D50">
        <w:rPr>
          <w:lang w:val="es-ES"/>
        </w:rPr>
        <w:t xml:space="preserve"> externa </w:t>
      </w:r>
      <w:proofErr w:type="spellStart"/>
      <w:r w:rsidRPr="00250D50">
        <w:rPr>
          <w:lang w:val="es-ES"/>
        </w:rPr>
        <w:t>com</w:t>
      </w:r>
      <w:proofErr w:type="spellEnd"/>
      <w:r w:rsidRPr="00250D50">
        <w:rPr>
          <w:lang w:val="es-ES"/>
        </w:rPr>
        <w:t xml:space="preserve"> </w:t>
      </w:r>
      <w:proofErr w:type="spellStart"/>
      <w:r w:rsidRPr="00250D50">
        <w:rPr>
          <w:lang w:val="es-ES"/>
        </w:rPr>
        <w:t>janela</w:t>
      </w:r>
      <w:proofErr w:type="spellEnd"/>
      <w:r w:rsidRPr="00250D50">
        <w:rPr>
          <w:lang w:val="es-ES"/>
        </w:rPr>
        <w:t xml:space="preserve">. </w:t>
      </w:r>
      <w:proofErr w:type="spellStart"/>
      <w:r w:rsidRPr="00250D50">
        <w:rPr>
          <w:lang w:val="es-ES"/>
        </w:rPr>
        <w:t>Jantar</w:t>
      </w:r>
      <w:proofErr w:type="spellEnd"/>
      <w:r w:rsidRPr="00250D50">
        <w:rPr>
          <w:lang w:val="es-ES"/>
        </w:rPr>
        <w:t xml:space="preserve"> buffet a bordo.</w:t>
      </w:r>
    </w:p>
    <w:p w14:paraId="3D484E6D" w14:textId="77777777" w:rsidR="00673E13" w:rsidRPr="00250D50" w:rsidRDefault="00673E13">
      <w:pPr>
        <w:rPr>
          <w:lang w:val="es-ES"/>
        </w:rPr>
      </w:pPr>
    </w:p>
    <w:p w14:paraId="19F58F7B" w14:textId="77777777" w:rsidR="00673E13" w:rsidRPr="00250D50" w:rsidRDefault="00E67EF1">
      <w:pPr>
        <w:pStyle w:val="Ttulo2"/>
        <w:rPr>
          <w:lang w:val="es-ES"/>
        </w:rPr>
      </w:pPr>
      <w:r w:rsidRPr="00250D50">
        <w:rPr>
          <w:lang w:val="es-ES"/>
        </w:rPr>
        <w:lastRenderedPageBreak/>
        <w:t>DIA 11 SAB COPENHAGUE</w:t>
      </w:r>
    </w:p>
    <w:p w14:paraId="7C8E1A07" w14:textId="77777777" w:rsidR="00673E13" w:rsidRPr="00250D50" w:rsidRDefault="00E67EF1">
      <w:pPr>
        <w:rPr>
          <w:lang w:val="es-ES"/>
        </w:rPr>
      </w:pPr>
      <w:r w:rsidRPr="00250D50">
        <w:rPr>
          <w:lang w:val="es-ES"/>
        </w:rPr>
        <w:t xml:space="preserve">Café da </w:t>
      </w:r>
      <w:proofErr w:type="spellStart"/>
      <w:r w:rsidRPr="00250D50">
        <w:rPr>
          <w:lang w:val="es-ES"/>
        </w:rPr>
        <w:t>manhã</w:t>
      </w:r>
      <w:proofErr w:type="spellEnd"/>
      <w:r w:rsidRPr="00250D50">
        <w:rPr>
          <w:lang w:val="es-ES"/>
        </w:rPr>
        <w:t xml:space="preserve"> e </w:t>
      </w:r>
      <w:proofErr w:type="spellStart"/>
      <w:r w:rsidRPr="00250D50">
        <w:rPr>
          <w:lang w:val="es-ES"/>
        </w:rPr>
        <w:t>chegada</w:t>
      </w:r>
      <w:proofErr w:type="spellEnd"/>
      <w:r w:rsidRPr="00250D50">
        <w:rPr>
          <w:lang w:val="es-ES"/>
        </w:rPr>
        <w:t xml:space="preserve"> a Copenhague </w:t>
      </w:r>
      <w:proofErr w:type="spellStart"/>
      <w:r w:rsidRPr="00250D50">
        <w:rPr>
          <w:lang w:val="es-ES"/>
        </w:rPr>
        <w:t>às</w:t>
      </w:r>
      <w:proofErr w:type="spellEnd"/>
      <w:r w:rsidRPr="00250D50">
        <w:rPr>
          <w:lang w:val="es-ES"/>
        </w:rPr>
        <w:t xml:space="preserve"> 09:45 h. Desembarque e visita </w:t>
      </w:r>
      <w:proofErr w:type="spellStart"/>
      <w:r w:rsidRPr="00250D50">
        <w:rPr>
          <w:lang w:val="es-ES"/>
        </w:rPr>
        <w:t>panorâmica</w:t>
      </w:r>
      <w:proofErr w:type="spellEnd"/>
      <w:r w:rsidRPr="00250D50">
        <w:rPr>
          <w:lang w:val="es-ES"/>
        </w:rPr>
        <w:t xml:space="preserve"> da </w:t>
      </w:r>
      <w:proofErr w:type="spellStart"/>
      <w:r w:rsidRPr="00250D50">
        <w:rPr>
          <w:lang w:val="es-ES"/>
        </w:rPr>
        <w:t>cidade</w:t>
      </w:r>
      <w:proofErr w:type="spellEnd"/>
      <w:r w:rsidRPr="00250D50">
        <w:rPr>
          <w:lang w:val="es-ES"/>
        </w:rPr>
        <w:t xml:space="preserve">, </w:t>
      </w:r>
      <w:proofErr w:type="spellStart"/>
      <w:r w:rsidRPr="00250D50">
        <w:rPr>
          <w:lang w:val="es-ES"/>
        </w:rPr>
        <w:t>percorren</w:t>
      </w:r>
      <w:r w:rsidRPr="00250D50">
        <w:rPr>
          <w:lang w:val="es-ES"/>
        </w:rPr>
        <w:t>do</w:t>
      </w:r>
      <w:proofErr w:type="spellEnd"/>
      <w:r w:rsidRPr="00250D50">
        <w:rPr>
          <w:lang w:val="es-ES"/>
        </w:rPr>
        <w:t xml:space="preserve"> </w:t>
      </w:r>
      <w:proofErr w:type="spellStart"/>
      <w:r w:rsidRPr="00250D50">
        <w:rPr>
          <w:lang w:val="es-ES"/>
        </w:rPr>
        <w:t>seus</w:t>
      </w:r>
      <w:proofErr w:type="spellEnd"/>
      <w:r w:rsidRPr="00250D50">
        <w:rPr>
          <w:lang w:val="es-ES"/>
        </w:rPr>
        <w:t xml:space="preserve"> </w:t>
      </w:r>
      <w:proofErr w:type="spellStart"/>
      <w:r w:rsidRPr="00250D50">
        <w:rPr>
          <w:lang w:val="es-ES"/>
        </w:rPr>
        <w:t>principais</w:t>
      </w:r>
      <w:proofErr w:type="spellEnd"/>
      <w:r w:rsidRPr="00250D50">
        <w:rPr>
          <w:lang w:val="es-ES"/>
        </w:rPr>
        <w:t xml:space="preserve"> monumentos e </w:t>
      </w:r>
      <w:proofErr w:type="spellStart"/>
      <w:r w:rsidRPr="00250D50">
        <w:rPr>
          <w:lang w:val="es-ES"/>
        </w:rPr>
        <w:t>locais</w:t>
      </w:r>
      <w:proofErr w:type="spellEnd"/>
      <w:r w:rsidRPr="00250D50">
        <w:rPr>
          <w:lang w:val="es-ES"/>
        </w:rPr>
        <w:t xml:space="preserve"> históricos, como a </w:t>
      </w:r>
      <w:proofErr w:type="spellStart"/>
      <w:r w:rsidRPr="00250D50">
        <w:rPr>
          <w:lang w:val="es-ES"/>
        </w:rPr>
        <w:t>Praça</w:t>
      </w:r>
      <w:proofErr w:type="spellEnd"/>
      <w:r w:rsidRPr="00250D50">
        <w:rPr>
          <w:lang w:val="es-ES"/>
        </w:rPr>
        <w:t xml:space="preserve"> da </w:t>
      </w:r>
      <w:proofErr w:type="spellStart"/>
      <w:r w:rsidRPr="00250D50">
        <w:rPr>
          <w:lang w:val="es-ES"/>
        </w:rPr>
        <w:t>Prefeitura</w:t>
      </w:r>
      <w:proofErr w:type="spellEnd"/>
      <w:r w:rsidRPr="00250D50">
        <w:rPr>
          <w:lang w:val="es-ES"/>
        </w:rPr>
        <w:t xml:space="preserve">, o </w:t>
      </w:r>
      <w:proofErr w:type="spellStart"/>
      <w:r w:rsidRPr="00250D50">
        <w:rPr>
          <w:lang w:val="es-ES"/>
        </w:rPr>
        <w:t>Palácio</w:t>
      </w:r>
      <w:proofErr w:type="spellEnd"/>
      <w:r w:rsidRPr="00250D50">
        <w:rPr>
          <w:lang w:val="es-ES"/>
        </w:rPr>
        <w:t xml:space="preserve"> de </w:t>
      </w:r>
      <w:proofErr w:type="spellStart"/>
      <w:r w:rsidRPr="00250D50">
        <w:rPr>
          <w:lang w:val="es-ES"/>
        </w:rPr>
        <w:t>Christiansborg</w:t>
      </w:r>
      <w:proofErr w:type="spellEnd"/>
      <w:r w:rsidRPr="00250D50">
        <w:rPr>
          <w:lang w:val="es-ES"/>
        </w:rPr>
        <w:t xml:space="preserve"> (</w:t>
      </w:r>
      <w:proofErr w:type="spellStart"/>
      <w:r w:rsidRPr="00250D50">
        <w:rPr>
          <w:lang w:val="es-ES"/>
        </w:rPr>
        <w:t>atual</w:t>
      </w:r>
      <w:proofErr w:type="spellEnd"/>
      <w:r w:rsidRPr="00250D50">
        <w:rPr>
          <w:lang w:val="es-ES"/>
        </w:rPr>
        <w:t xml:space="preserve"> sede do Parlamento), a </w:t>
      </w:r>
      <w:proofErr w:type="spellStart"/>
      <w:r w:rsidRPr="00250D50">
        <w:rPr>
          <w:lang w:val="es-ES"/>
        </w:rPr>
        <w:t>Fonte</w:t>
      </w:r>
      <w:proofErr w:type="spellEnd"/>
      <w:r w:rsidRPr="00250D50">
        <w:rPr>
          <w:lang w:val="es-ES"/>
        </w:rPr>
        <w:t xml:space="preserve"> da </w:t>
      </w:r>
      <w:proofErr w:type="spellStart"/>
      <w:r w:rsidRPr="00250D50">
        <w:rPr>
          <w:lang w:val="es-ES"/>
        </w:rPr>
        <w:t>deusa</w:t>
      </w:r>
      <w:proofErr w:type="spellEnd"/>
      <w:r w:rsidRPr="00250D50">
        <w:rPr>
          <w:lang w:val="es-ES"/>
        </w:rPr>
        <w:t xml:space="preserve"> </w:t>
      </w:r>
      <w:proofErr w:type="spellStart"/>
      <w:r w:rsidRPr="00250D50">
        <w:rPr>
          <w:lang w:val="es-ES"/>
        </w:rPr>
        <w:t>Gefion</w:t>
      </w:r>
      <w:proofErr w:type="spellEnd"/>
      <w:r w:rsidRPr="00250D50">
        <w:rPr>
          <w:lang w:val="es-ES"/>
        </w:rPr>
        <w:t xml:space="preserve"> e o porto </w:t>
      </w:r>
      <w:proofErr w:type="spellStart"/>
      <w:r w:rsidRPr="00250D50">
        <w:rPr>
          <w:lang w:val="es-ES"/>
        </w:rPr>
        <w:t>Nyhavn</w:t>
      </w:r>
      <w:proofErr w:type="spellEnd"/>
      <w:r w:rsidRPr="00250D50">
        <w:rPr>
          <w:lang w:val="es-ES"/>
        </w:rPr>
        <w:t xml:space="preserve">, </w:t>
      </w:r>
      <w:proofErr w:type="spellStart"/>
      <w:r w:rsidRPr="00250D50">
        <w:rPr>
          <w:lang w:val="es-ES"/>
        </w:rPr>
        <w:t>com</w:t>
      </w:r>
      <w:proofErr w:type="spellEnd"/>
      <w:r w:rsidRPr="00250D50">
        <w:rPr>
          <w:lang w:val="es-ES"/>
        </w:rPr>
        <w:t xml:space="preserve"> </w:t>
      </w:r>
      <w:proofErr w:type="spellStart"/>
      <w:r w:rsidRPr="00250D50">
        <w:rPr>
          <w:lang w:val="es-ES"/>
        </w:rPr>
        <w:t>suas</w:t>
      </w:r>
      <w:proofErr w:type="spellEnd"/>
      <w:r w:rsidRPr="00250D50">
        <w:rPr>
          <w:lang w:val="es-ES"/>
        </w:rPr>
        <w:t xml:space="preserve"> </w:t>
      </w:r>
      <w:proofErr w:type="spellStart"/>
      <w:r w:rsidRPr="00250D50">
        <w:rPr>
          <w:lang w:val="es-ES"/>
        </w:rPr>
        <w:t>pitorescas</w:t>
      </w:r>
      <w:proofErr w:type="spellEnd"/>
      <w:r w:rsidRPr="00250D50">
        <w:rPr>
          <w:lang w:val="es-ES"/>
        </w:rPr>
        <w:t xml:space="preserve"> e coloridas casas do </w:t>
      </w:r>
      <w:proofErr w:type="spellStart"/>
      <w:r w:rsidRPr="00250D50">
        <w:rPr>
          <w:lang w:val="es-ES"/>
        </w:rPr>
        <w:t>século</w:t>
      </w:r>
      <w:proofErr w:type="spellEnd"/>
      <w:r w:rsidRPr="00250D50">
        <w:rPr>
          <w:lang w:val="es-ES"/>
        </w:rPr>
        <w:t xml:space="preserve"> XVII. E, claro, o símbolo da </w:t>
      </w:r>
      <w:proofErr w:type="spellStart"/>
      <w:r w:rsidRPr="00250D50">
        <w:rPr>
          <w:lang w:val="es-ES"/>
        </w:rPr>
        <w:t>ci</w:t>
      </w:r>
      <w:r w:rsidRPr="00250D50">
        <w:rPr>
          <w:lang w:val="es-ES"/>
        </w:rPr>
        <w:t>dade</w:t>
      </w:r>
      <w:proofErr w:type="spellEnd"/>
      <w:r w:rsidRPr="00250D50">
        <w:rPr>
          <w:lang w:val="es-ES"/>
        </w:rPr>
        <w:t xml:space="preserve">: a famosa </w:t>
      </w:r>
      <w:proofErr w:type="spellStart"/>
      <w:r w:rsidRPr="00250D50">
        <w:rPr>
          <w:lang w:val="es-ES"/>
        </w:rPr>
        <w:t>Pequena</w:t>
      </w:r>
      <w:proofErr w:type="spellEnd"/>
      <w:r w:rsidRPr="00250D50">
        <w:rPr>
          <w:lang w:val="es-ES"/>
        </w:rPr>
        <w:t xml:space="preserve"> </w:t>
      </w:r>
      <w:proofErr w:type="spellStart"/>
      <w:r w:rsidRPr="00250D50">
        <w:rPr>
          <w:lang w:val="es-ES"/>
        </w:rPr>
        <w:t>Sereia</w:t>
      </w:r>
      <w:proofErr w:type="spellEnd"/>
      <w:r w:rsidRPr="00250D50">
        <w:rPr>
          <w:lang w:val="es-ES"/>
        </w:rPr>
        <w:t xml:space="preserve">. Opcionalmente, </w:t>
      </w:r>
      <w:proofErr w:type="spellStart"/>
      <w:r w:rsidRPr="00250D50">
        <w:rPr>
          <w:lang w:val="es-ES"/>
        </w:rPr>
        <w:t>poderemos</w:t>
      </w:r>
      <w:proofErr w:type="spellEnd"/>
      <w:r w:rsidRPr="00250D50">
        <w:rPr>
          <w:lang w:val="es-ES"/>
        </w:rPr>
        <w:t xml:space="preserve"> visitar o majestoso Castelo Real de Frederiksborg, no norte da </w:t>
      </w:r>
      <w:proofErr w:type="spellStart"/>
      <w:r w:rsidRPr="00250D50">
        <w:rPr>
          <w:lang w:val="es-ES"/>
        </w:rPr>
        <w:t>Zelândia</w:t>
      </w:r>
      <w:proofErr w:type="spellEnd"/>
      <w:r w:rsidRPr="00250D50">
        <w:rPr>
          <w:lang w:val="es-ES"/>
        </w:rPr>
        <w:t xml:space="preserve">. </w:t>
      </w:r>
      <w:proofErr w:type="spellStart"/>
      <w:r w:rsidRPr="00250D50">
        <w:rPr>
          <w:lang w:val="es-ES"/>
        </w:rPr>
        <w:t>Hospedagem</w:t>
      </w:r>
      <w:proofErr w:type="spellEnd"/>
      <w:r w:rsidRPr="00250D50">
        <w:rPr>
          <w:lang w:val="es-ES"/>
        </w:rPr>
        <w:t>.</w:t>
      </w:r>
    </w:p>
    <w:p w14:paraId="72896F28" w14:textId="77777777" w:rsidR="00673E13" w:rsidRPr="00250D50" w:rsidRDefault="00673E13">
      <w:pPr>
        <w:rPr>
          <w:lang w:val="es-ES"/>
        </w:rPr>
      </w:pPr>
    </w:p>
    <w:p w14:paraId="1D7A5209" w14:textId="77777777" w:rsidR="00673E13" w:rsidRPr="00250D50" w:rsidRDefault="00E67EF1">
      <w:pPr>
        <w:pStyle w:val="Ttulo2"/>
        <w:rPr>
          <w:lang w:val="es-ES"/>
        </w:rPr>
      </w:pPr>
      <w:r w:rsidRPr="00250D50">
        <w:rPr>
          <w:lang w:val="es-ES"/>
        </w:rPr>
        <w:t>DIA 12 DOM COPENHAGUE</w:t>
      </w:r>
    </w:p>
    <w:p w14:paraId="78A9EA86" w14:textId="77777777" w:rsidR="00673E13" w:rsidRPr="00250D50" w:rsidRDefault="00E67EF1">
      <w:pPr>
        <w:rPr>
          <w:lang w:val="es-ES"/>
        </w:rPr>
      </w:pPr>
      <w:r w:rsidRPr="00250D50">
        <w:rPr>
          <w:lang w:val="es-ES"/>
        </w:rPr>
        <w:t xml:space="preserve">Café da </w:t>
      </w:r>
      <w:proofErr w:type="spellStart"/>
      <w:r w:rsidRPr="00250D50">
        <w:rPr>
          <w:lang w:val="es-ES"/>
        </w:rPr>
        <w:t>manhã</w:t>
      </w:r>
      <w:proofErr w:type="spellEnd"/>
      <w:r w:rsidRPr="00250D50">
        <w:rPr>
          <w:lang w:val="es-ES"/>
        </w:rPr>
        <w:t xml:space="preserve"> e </w:t>
      </w:r>
      <w:proofErr w:type="spellStart"/>
      <w:r w:rsidRPr="00250D50">
        <w:rPr>
          <w:lang w:val="es-ES"/>
        </w:rPr>
        <w:t>dia</w:t>
      </w:r>
      <w:proofErr w:type="spellEnd"/>
      <w:r w:rsidRPr="00250D50">
        <w:rPr>
          <w:lang w:val="es-ES"/>
        </w:rPr>
        <w:t xml:space="preserve"> </w:t>
      </w:r>
      <w:proofErr w:type="spellStart"/>
      <w:r w:rsidRPr="00250D50">
        <w:rPr>
          <w:lang w:val="es-ES"/>
        </w:rPr>
        <w:t>livre</w:t>
      </w:r>
      <w:proofErr w:type="spellEnd"/>
      <w:r w:rsidRPr="00250D50">
        <w:rPr>
          <w:lang w:val="es-ES"/>
        </w:rPr>
        <w:t xml:space="preserve">. </w:t>
      </w:r>
      <w:proofErr w:type="spellStart"/>
      <w:r w:rsidRPr="00250D50">
        <w:rPr>
          <w:lang w:val="es-ES"/>
        </w:rPr>
        <w:t>Acomodação</w:t>
      </w:r>
      <w:proofErr w:type="spellEnd"/>
      <w:r w:rsidRPr="00250D50">
        <w:rPr>
          <w:lang w:val="es-ES"/>
        </w:rPr>
        <w:t xml:space="preserve"> em Copenhague.</w:t>
      </w:r>
    </w:p>
    <w:p w14:paraId="29970CEB" w14:textId="77777777" w:rsidR="00673E13" w:rsidRPr="00250D50" w:rsidRDefault="00673E13">
      <w:pPr>
        <w:rPr>
          <w:lang w:val="es-ES"/>
        </w:rPr>
      </w:pPr>
    </w:p>
    <w:p w14:paraId="22D75F20" w14:textId="77777777" w:rsidR="00673E13" w:rsidRPr="00250D50" w:rsidRDefault="00E67EF1">
      <w:pPr>
        <w:pStyle w:val="Ttulo2"/>
        <w:rPr>
          <w:lang w:val="es-ES"/>
        </w:rPr>
      </w:pPr>
      <w:r w:rsidRPr="00250D50">
        <w:rPr>
          <w:lang w:val="es-ES"/>
        </w:rPr>
        <w:t>DIA 13 SEG COPENHAGUE</w:t>
      </w:r>
    </w:p>
    <w:p w14:paraId="3B691A9A" w14:textId="77777777" w:rsidR="00673E13" w:rsidRPr="00250D50" w:rsidRDefault="00E67EF1">
      <w:pPr>
        <w:rPr>
          <w:lang w:val="es-ES"/>
        </w:rPr>
      </w:pPr>
      <w:r w:rsidRPr="00250D50">
        <w:rPr>
          <w:lang w:val="es-ES"/>
        </w:rPr>
        <w:t xml:space="preserve">Café da </w:t>
      </w:r>
      <w:proofErr w:type="spellStart"/>
      <w:r w:rsidRPr="00250D50">
        <w:rPr>
          <w:lang w:val="es-ES"/>
        </w:rPr>
        <w:t>manhã</w:t>
      </w:r>
      <w:proofErr w:type="spellEnd"/>
      <w:r w:rsidRPr="00250D50">
        <w:rPr>
          <w:lang w:val="es-ES"/>
        </w:rPr>
        <w:t xml:space="preserve"> e </w:t>
      </w:r>
      <w:r w:rsidRPr="00250D50">
        <w:rPr>
          <w:lang w:val="es-ES"/>
        </w:rPr>
        <w:t xml:space="preserve">traslado de </w:t>
      </w:r>
      <w:proofErr w:type="spellStart"/>
      <w:r w:rsidRPr="00250D50">
        <w:rPr>
          <w:lang w:val="es-ES"/>
        </w:rPr>
        <w:t>saída</w:t>
      </w:r>
      <w:proofErr w:type="spellEnd"/>
      <w:r w:rsidRPr="00250D50">
        <w:rPr>
          <w:lang w:val="es-ES"/>
        </w:rPr>
        <w:t xml:space="preserve"> para o </w:t>
      </w:r>
      <w:proofErr w:type="spellStart"/>
      <w:r w:rsidRPr="00250D50">
        <w:rPr>
          <w:lang w:val="es-ES"/>
        </w:rPr>
        <w:t>aeroporto</w:t>
      </w:r>
      <w:proofErr w:type="spellEnd"/>
      <w:r w:rsidRPr="00250D50">
        <w:rPr>
          <w:lang w:val="es-ES"/>
        </w:rPr>
        <w:t>.</w:t>
      </w:r>
    </w:p>
    <w:sectPr w:rsidR="00673E13" w:rsidRPr="00250D50" w:rsidSect="00034616">
      <w:headerReference w:type="default" r:id="rId8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1D1435" w14:textId="77777777" w:rsidR="00250D50" w:rsidRDefault="00250D50" w:rsidP="00250D50">
      <w:pPr>
        <w:spacing w:after="0" w:line="240" w:lineRule="auto"/>
      </w:pPr>
      <w:r>
        <w:separator/>
      </w:r>
    </w:p>
  </w:endnote>
  <w:endnote w:type="continuationSeparator" w:id="0">
    <w:p w14:paraId="19E79A54" w14:textId="77777777" w:rsidR="00250D50" w:rsidRDefault="00250D50" w:rsidP="00250D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00000287" w:usb1="08070000" w:usb2="00000010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B0A7A2" w14:textId="77777777" w:rsidR="00250D50" w:rsidRDefault="00250D50" w:rsidP="00250D50">
      <w:pPr>
        <w:spacing w:after="0" w:line="240" w:lineRule="auto"/>
      </w:pPr>
      <w:r>
        <w:separator/>
      </w:r>
    </w:p>
  </w:footnote>
  <w:footnote w:type="continuationSeparator" w:id="0">
    <w:p w14:paraId="3453679C" w14:textId="77777777" w:rsidR="00250D50" w:rsidRDefault="00250D50" w:rsidP="00250D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0D5EFF" w14:textId="47C77B5F" w:rsidR="00250D50" w:rsidRDefault="00250D50">
    <w:pPr>
      <w:pStyle w:val="Encabezado"/>
    </w:pPr>
    <w:r>
      <w:rPr>
        <w:noProof/>
      </w:rPr>
      <w:drawing>
        <wp:inline distT="0" distB="0" distL="0" distR="0" wp14:anchorId="2A081F59" wp14:editId="55EEF3CD">
          <wp:extent cx="1181100" cy="1181100"/>
          <wp:effectExtent l="0" t="0" r="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81100" cy="1181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50D50"/>
    <w:rsid w:val="0029639D"/>
    <w:rsid w:val="00326F90"/>
    <w:rsid w:val="00673E13"/>
    <w:rsid w:val="00AA1D8D"/>
    <w:rsid w:val="00B47730"/>
    <w:rsid w:val="00CB0664"/>
    <w:rsid w:val="00E67EF1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12BA788"/>
  <w14:defaultImageDpi w14:val="300"/>
  <w15:docId w15:val="{0A062966-47D8-45FA-8DC3-3430D80825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rPr>
      <w:rFonts w:ascii="Arial" w:hAnsi="Arial"/>
    </w:rPr>
  </w:style>
  <w:style w:type="paragraph" w:styleId="Ttulo1">
    <w:name w:val="heading 1"/>
    <w:basedOn w:val="Normal"/>
    <w:next w:val="Normal"/>
    <w:link w:val="Ttulo1Car"/>
    <w:uiPriority w:val="9"/>
    <w:qFormat/>
    <w:rsid w:val="00FC693F"/>
    <w:pPr>
      <w:keepNext/>
      <w:keepLines/>
      <w:spacing w:before="240" w:after="120"/>
      <w:outlineLvl w:val="0"/>
    </w:pPr>
    <w:rPr>
      <w:rFonts w:asciiTheme="majorHAnsi" w:eastAsiaTheme="majorEastAsia" w:hAnsiTheme="majorHAnsi" w:cstheme="majorBidi"/>
      <w:b/>
      <w:bCs/>
      <w:color w:val="000000"/>
      <w:sz w:val="36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C693F"/>
    <w:pPr>
      <w:keepNext/>
      <w:keepLines/>
      <w:spacing w:before="200" w:after="80"/>
      <w:outlineLvl w:val="1"/>
    </w:pPr>
    <w:rPr>
      <w:rFonts w:asciiTheme="majorHAnsi" w:eastAsiaTheme="majorEastAsia" w:hAnsiTheme="majorHAnsi" w:cstheme="majorBidi"/>
      <w:b/>
      <w:bCs/>
      <w:color w:val="000000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18BF"/>
  </w:style>
  <w:style w:type="paragraph" w:styleId="Piedepgina">
    <w:name w:val="footer"/>
    <w:basedOn w:val="Normal"/>
    <w:link w:val="Piedepgina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18BF"/>
  </w:style>
  <w:style w:type="paragraph" w:styleId="Sinespaciad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rrafode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AA1D8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AA1D8D"/>
  </w:style>
  <w:style w:type="paragraph" w:styleId="Textoindependiente2">
    <w:name w:val="Body Text 2"/>
    <w:basedOn w:val="Normal"/>
    <w:link w:val="Textoindependiente2Car"/>
    <w:uiPriority w:val="99"/>
    <w:unhideWhenUsed/>
    <w:rsid w:val="00AA1D8D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AA1D8D"/>
  </w:style>
  <w:style w:type="paragraph" w:styleId="Textoindependiente3">
    <w:name w:val="Body Text 3"/>
    <w:basedOn w:val="Normal"/>
    <w:link w:val="Textoindependien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aconvieta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aconnme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aconnme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aconnme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Continuarlista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macro">
    <w:name w:val="macro"/>
    <w:link w:val="Texto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rsid w:val="0029639D"/>
    <w:rPr>
      <w:rFonts w:ascii="Courier" w:hAnsi="Courier"/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FC693F"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FC693F"/>
    <w:rPr>
      <w:i/>
      <w:iCs/>
      <w:color w:val="000000" w:themeColor="tex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Textoennegrita">
    <w:name w:val="Strong"/>
    <w:basedOn w:val="Fuentedeprrafopredeter"/>
    <w:uiPriority w:val="22"/>
    <w:qFormat/>
    <w:rsid w:val="00FC693F"/>
    <w:rPr>
      <w:b/>
      <w:bCs/>
    </w:rPr>
  </w:style>
  <w:style w:type="character" w:styleId="nfasis">
    <w:name w:val="Emphasis"/>
    <w:basedOn w:val="Fuentedeprrafopredeter"/>
    <w:uiPriority w:val="20"/>
    <w:qFormat/>
    <w:rsid w:val="00FC693F"/>
    <w:rPr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C693F"/>
    <w:rPr>
      <w:b/>
      <w:bCs/>
      <w:i/>
      <w:iCs/>
      <w:color w:val="4F81BD" w:themeColor="accent1"/>
    </w:rPr>
  </w:style>
  <w:style w:type="character" w:styleId="nfasissutil">
    <w:name w:val="Subtle Emphasis"/>
    <w:basedOn w:val="Fuentedeprrafopredeter"/>
    <w:uiPriority w:val="19"/>
    <w:qFormat/>
    <w:rsid w:val="00FC693F"/>
    <w:rPr>
      <w:i/>
      <w:iCs/>
      <w:color w:val="808080" w:themeColor="text1" w:themeTint="7F"/>
    </w:rPr>
  </w:style>
  <w:style w:type="character" w:styleId="nfasisintenso">
    <w:name w:val="Intense Emphasis"/>
    <w:basedOn w:val="Fuentedeprrafopredeter"/>
    <w:uiPriority w:val="21"/>
    <w:qFormat/>
    <w:rsid w:val="00FC693F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FC693F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FC693F"/>
    <w:rPr>
      <w:b/>
      <w:bCs/>
      <w:smallCaps/>
      <w:spacing w:val="5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laconcuadrcula">
    <w:name w:val="Table Grid"/>
    <w:basedOn w:val="Tab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">
    <w:name w:val="Light Shading"/>
    <w:basedOn w:val="Tab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doclaro-nfasis2">
    <w:name w:val="Light Shading Accent 2"/>
    <w:basedOn w:val="Tab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doclaro-nfasis3">
    <w:name w:val="Light Shading Accent 3"/>
    <w:basedOn w:val="Tab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doclaro-nfasis4">
    <w:name w:val="Light Shading Accent 4"/>
    <w:basedOn w:val="Tab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doclaro-nfasis5">
    <w:name w:val="Light Shading Accent 5"/>
    <w:basedOn w:val="Tab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doclaro-nfasis6">
    <w:name w:val="Light Shading Accent 6"/>
    <w:basedOn w:val="Tab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is2">
    <w:name w:val="Light List Accent 2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is3">
    <w:name w:val="Light List Accent 3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is4">
    <w:name w:val="Light List Accent 4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is5">
    <w:name w:val="Light List Accent 5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is6">
    <w:name w:val="Light List Accent 6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Cuadrculaclara">
    <w:name w:val="Light Grid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Cuadrculaclara-nfasis2">
    <w:name w:val="Light Grid Accent 2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Cuadrculaclara-nfasis3">
    <w:name w:val="Light Grid Accent 3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Cuadrculaclara-nfasis4">
    <w:name w:val="Light Grid Accent 4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Cuadrculaclara-nfasis5">
    <w:name w:val="Light Grid Accent 5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Cuadrculaclara-nfasis6">
    <w:name w:val="Light Grid Accent 6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domedio1">
    <w:name w:val="Medium Shading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edia1">
    <w:name w:val="Medium Lis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edia1-nfasis2">
    <w:name w:val="Medium List 1 Accent 2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edia1-nfasis3">
    <w:name w:val="Medium List 1 Accent 3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edia1-nfasis4">
    <w:name w:val="Medium List 1 Accent 4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edia1-nfasis5">
    <w:name w:val="Medium List 1 Accent 5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edia1-nfasis6">
    <w:name w:val="Medium List 1 Accent 6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edia2">
    <w:name w:val="Medium Lis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Cuadrculamedia1">
    <w:name w:val="Medium Grid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media1-nfasis2">
    <w:name w:val="Medium Grid 1 Accent 2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media1-nfasis3">
    <w:name w:val="Medium Grid 1 Accent 3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media1-nfasis4">
    <w:name w:val="Medium Grid 1 Accent 4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media1-nfasis5">
    <w:name w:val="Medium Grid 1 Accent 5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media1-nfasis6">
    <w:name w:val="Medium Grid 1 Accent 6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uadrculamedia2">
    <w:name w:val="Medium Grid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Cuadrculamedia3-nfasis2">
    <w:name w:val="Medium Grid 3 Accent 2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Cuadrculamedia3-nfasis3">
    <w:name w:val="Medium Grid 3 Accent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Cuadrculamedia3-nfasis4">
    <w:name w:val="Medium Grid 3 Accent 4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Cuadrculamedia3-nfasis5">
    <w:name w:val="Medium Grid 3 Accent 5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Cuadrculamedia3-nfasis6">
    <w:name w:val="Medium Grid 3 Accent 6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oscura">
    <w:name w:val="Dark List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oscura-nfasis2">
    <w:name w:val="Dark List Accent 2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oscura-nfasis3">
    <w:name w:val="Dark List Accent 3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oscura-nfasis4">
    <w:name w:val="Dark List Accent 4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oscura-nfasis5">
    <w:name w:val="Dark List Accent 5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oscura-nfasis6">
    <w:name w:val="Dark List Accent 6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dovistoso">
    <w:name w:val="Colorful Shading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vistosa">
    <w:name w:val="Colorful List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vistosa-nfasis2">
    <w:name w:val="Colorful List Accent 2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vistosa-nfasis3">
    <w:name w:val="Colorful List Accent 3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vistosa-nfasis4">
    <w:name w:val="Colorful List Accent 4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vistosa-nfasis5">
    <w:name w:val="Colorful List Accent 5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vistosa-nfasis6">
    <w:name w:val="Colorful List Accent 6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uadrculavistosa">
    <w:name w:val="Colorful Grid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1023</Words>
  <Characters>5631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6641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user24</cp:lastModifiedBy>
  <cp:revision>3</cp:revision>
  <dcterms:created xsi:type="dcterms:W3CDTF">2013-12-23T23:15:00Z</dcterms:created>
  <dcterms:modified xsi:type="dcterms:W3CDTF">2026-05-26T09:48:00Z</dcterms:modified>
  <cp:category/>
</cp:coreProperties>
</file>