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63AA31" w14:textId="77777777" w:rsidR="00FA1BCE" w:rsidRPr="00D64DC1" w:rsidRDefault="00D64DC1" w:rsidP="00D64DC1">
      <w:pPr>
        <w:spacing w:after="0" w:line="240" w:lineRule="auto"/>
        <w:jc w:val="center"/>
        <w:rPr>
          <w:rFonts w:ascii="Century Gothic" w:eastAsia="Times New Roman" w:hAnsi="Century Gothic" w:cs="Arial"/>
          <w:b/>
          <w:color w:val="CAA60C"/>
          <w:sz w:val="36"/>
          <w:szCs w:val="36"/>
          <w:lang w:val="pt-BR" w:eastAsia="de-DE"/>
        </w:rPr>
      </w:pPr>
      <w:r w:rsidRPr="00D64DC1">
        <w:rPr>
          <w:rFonts w:ascii="Century Gothic" w:eastAsia="Times New Roman" w:hAnsi="Century Gothic" w:cs="Arial"/>
          <w:b/>
          <w:color w:val="CAA60C"/>
          <w:sz w:val="36"/>
          <w:szCs w:val="36"/>
          <w:lang w:val="pt-BR" w:eastAsia="de-DE"/>
        </w:rPr>
        <w:t>IMPERIO VIKINGO Y BÁLTICO</w:t>
      </w:r>
    </w:p>
    <w:p w14:paraId="5C8508B1" w14:textId="77777777" w:rsidR="00FA1BCE" w:rsidRPr="00D64DC1" w:rsidRDefault="00D64DC1" w:rsidP="00D64DC1">
      <w:pPr>
        <w:spacing w:after="0" w:line="240" w:lineRule="auto"/>
        <w:jc w:val="center"/>
        <w:rPr>
          <w:rFonts w:ascii="Century Gothic" w:eastAsia="Times New Roman" w:hAnsi="Century Gothic" w:cs="Arial"/>
          <w:bCs/>
          <w:color w:val="CAA60C"/>
          <w:sz w:val="24"/>
          <w:szCs w:val="24"/>
          <w:lang w:val="pt-BR" w:eastAsia="de-DE"/>
        </w:rPr>
      </w:pPr>
      <w:r w:rsidRPr="00D64DC1">
        <w:rPr>
          <w:rFonts w:ascii="Century Gothic" w:eastAsia="Times New Roman" w:hAnsi="Century Gothic" w:cs="Arial"/>
          <w:bCs/>
          <w:color w:val="CAA60C"/>
          <w:sz w:val="24"/>
          <w:szCs w:val="24"/>
          <w:lang w:val="pt-BR" w:eastAsia="de-DE"/>
        </w:rPr>
        <w:t>Categoría: Premium</w:t>
      </w:r>
    </w:p>
    <w:p w14:paraId="76AB67E8" w14:textId="77777777" w:rsidR="00FA1BCE" w:rsidRPr="00D64DC1" w:rsidRDefault="00D64DC1" w:rsidP="00D64DC1">
      <w:pPr>
        <w:jc w:val="center"/>
        <w:rPr>
          <w:lang w:val="es-ES"/>
        </w:rPr>
      </w:pPr>
      <w:r w:rsidRPr="00D64DC1">
        <w:rPr>
          <w:lang w:val="es-ES"/>
        </w:rPr>
        <w:t>Código: COPWAW  |  21 Días</w:t>
      </w:r>
    </w:p>
    <w:p w14:paraId="28BE27EB" w14:textId="77777777" w:rsidR="00FA1BCE" w:rsidRPr="00D64DC1" w:rsidRDefault="00FA1BCE">
      <w:pPr>
        <w:rPr>
          <w:lang w:val="es-ES"/>
        </w:rPr>
      </w:pPr>
    </w:p>
    <w:p w14:paraId="220E26EF" w14:textId="77777777" w:rsidR="00FA1BCE" w:rsidRPr="00D64DC1" w:rsidRDefault="00D64DC1">
      <w:pPr>
        <w:pStyle w:val="Ttulo2"/>
        <w:rPr>
          <w:lang w:val="es-ES"/>
        </w:rPr>
      </w:pPr>
      <w:r w:rsidRPr="00D64DC1">
        <w:rPr>
          <w:lang w:val="es-ES"/>
        </w:rPr>
        <w:t>SALIDAS GARANTIZADAS 2027</w:t>
      </w:r>
    </w:p>
    <w:p w14:paraId="13F85A05" w14:textId="77777777" w:rsidR="00FA1BCE" w:rsidRPr="00D64DC1" w:rsidRDefault="00D64DC1">
      <w:pPr>
        <w:rPr>
          <w:lang w:val="es-ES"/>
        </w:rPr>
      </w:pPr>
      <w:r w:rsidRPr="00D64DC1">
        <w:rPr>
          <w:lang w:val="es-ES"/>
        </w:rPr>
        <w:t>ABRIL . . . . . . . . . . . . . . . . . . . . . . . . . . 30</w:t>
      </w:r>
    </w:p>
    <w:p w14:paraId="39A23853" w14:textId="77777777" w:rsidR="00FA1BCE" w:rsidRPr="00D64DC1" w:rsidRDefault="00D64DC1">
      <w:pPr>
        <w:rPr>
          <w:lang w:val="es-ES"/>
        </w:rPr>
      </w:pPr>
      <w:r w:rsidRPr="00D64DC1">
        <w:rPr>
          <w:lang w:val="es-ES"/>
        </w:rPr>
        <w:t>MAYO . . . . . . . . . . . . . . . . . . . . . . . . 14, 28</w:t>
      </w:r>
    </w:p>
    <w:p w14:paraId="1F579F12" w14:textId="77777777" w:rsidR="00FA1BCE" w:rsidRPr="00D64DC1" w:rsidRDefault="00D64DC1">
      <w:pPr>
        <w:rPr>
          <w:lang w:val="es-ES"/>
        </w:rPr>
      </w:pPr>
      <w:r w:rsidRPr="00D64DC1">
        <w:rPr>
          <w:lang w:val="es-ES"/>
        </w:rPr>
        <w:t xml:space="preserve">JUNIO . . . . . . . . . . . . . . </w:t>
      </w:r>
      <w:r w:rsidRPr="00D64DC1">
        <w:rPr>
          <w:lang w:val="es-ES"/>
        </w:rPr>
        <w:t>. . . . . . . . . . 11, 25</w:t>
      </w:r>
    </w:p>
    <w:p w14:paraId="7F7E43FC" w14:textId="77777777" w:rsidR="00FA1BCE" w:rsidRPr="00D64DC1" w:rsidRDefault="00D64DC1">
      <w:pPr>
        <w:rPr>
          <w:lang w:val="es-ES"/>
        </w:rPr>
      </w:pPr>
      <w:r w:rsidRPr="00D64DC1">
        <w:rPr>
          <w:lang w:val="es-ES"/>
        </w:rPr>
        <w:t>JULIO . . . . . . . . . . . . . . . . . . . . . . . . . 9, 23</w:t>
      </w:r>
    </w:p>
    <w:p w14:paraId="2A032192" w14:textId="77777777" w:rsidR="00FA1BCE" w:rsidRPr="00D64DC1" w:rsidRDefault="00D64DC1">
      <w:pPr>
        <w:rPr>
          <w:lang w:val="es-ES"/>
        </w:rPr>
      </w:pPr>
      <w:r w:rsidRPr="00D64DC1">
        <w:rPr>
          <w:lang w:val="es-ES"/>
        </w:rPr>
        <w:t>AGOSTO . . . . . . . . . . . . . . . . . . . . . . . . 6, 20</w:t>
      </w:r>
    </w:p>
    <w:p w14:paraId="552B9DCD" w14:textId="77777777" w:rsidR="00FA1BCE" w:rsidRPr="00D64DC1" w:rsidRDefault="00D64DC1">
      <w:pPr>
        <w:rPr>
          <w:lang w:val="es-ES"/>
        </w:rPr>
      </w:pPr>
      <w:r w:rsidRPr="00D64DC1">
        <w:rPr>
          <w:lang w:val="es-ES"/>
        </w:rPr>
        <w:t>SEPTIEMBRE . . . . . . . . . . . . . . . . . . . . 3, 17</w:t>
      </w:r>
    </w:p>
    <w:p w14:paraId="0551B16B" w14:textId="77777777" w:rsidR="00FA1BCE" w:rsidRPr="00D64DC1" w:rsidRDefault="00FA1BCE">
      <w:pPr>
        <w:rPr>
          <w:lang w:val="es-ES"/>
        </w:rPr>
      </w:pPr>
    </w:p>
    <w:p w14:paraId="2A101796" w14:textId="77777777" w:rsidR="00FA1BCE" w:rsidRPr="00D64DC1" w:rsidRDefault="00D64DC1">
      <w:pPr>
        <w:pStyle w:val="Ttulo2"/>
        <w:rPr>
          <w:lang w:val="es-ES"/>
        </w:rPr>
      </w:pPr>
      <w:r w:rsidRPr="00D64DC1">
        <w:rPr>
          <w:lang w:val="es-ES"/>
        </w:rPr>
        <w:t>HOTELES PREVISTOS</w:t>
      </w:r>
    </w:p>
    <w:p w14:paraId="4665946F" w14:textId="77777777" w:rsidR="00FA1BCE" w:rsidRPr="00D64DC1" w:rsidRDefault="00D64DC1">
      <w:pPr>
        <w:rPr>
          <w:lang w:val="es-ES"/>
        </w:rPr>
      </w:pPr>
      <w:r w:rsidRPr="00D64DC1">
        <w:rPr>
          <w:lang w:val="es-ES"/>
        </w:rPr>
        <w:t>(o similares en la categoría i</w:t>
      </w:r>
      <w:r w:rsidRPr="00D64DC1">
        <w:rPr>
          <w:lang w:val="es-ES"/>
        </w:rPr>
        <w:t>ndicada, según ciudad)</w:t>
      </w:r>
    </w:p>
    <w:p w14:paraId="41FC2FFB" w14:textId="77777777" w:rsidR="00FA1BCE" w:rsidRDefault="00D64DC1">
      <w:r>
        <w:rPr>
          <w:b/>
        </w:rPr>
        <w:t xml:space="preserve">COPENHAGUE: </w:t>
      </w:r>
      <w:r>
        <w:t>RADISSON SCANDINAVIA ★★★★(s)</w:t>
      </w:r>
    </w:p>
    <w:p w14:paraId="02C978DE" w14:textId="77777777" w:rsidR="00FA1BCE" w:rsidRDefault="00D64DC1">
      <w:r>
        <w:rPr>
          <w:b/>
        </w:rPr>
        <w:t xml:space="preserve">AARHUS: </w:t>
      </w:r>
      <w:r>
        <w:t>COMWELLAARHUS ★★★★(s)</w:t>
      </w:r>
    </w:p>
    <w:p w14:paraId="062E9779" w14:textId="77777777" w:rsidR="00FA1BCE" w:rsidRDefault="00D64DC1">
      <w:r>
        <w:rPr>
          <w:b/>
        </w:rPr>
        <w:t xml:space="preserve">STAVANGER: </w:t>
      </w:r>
      <w:r>
        <w:t>RADISSON ATLANTIC ★★★★(s)</w:t>
      </w:r>
    </w:p>
    <w:p w14:paraId="4475A0A0" w14:textId="77777777" w:rsidR="00FA1BCE" w:rsidRDefault="00D64DC1">
      <w:r>
        <w:rPr>
          <w:b/>
        </w:rPr>
        <w:t xml:space="preserve">BERGEN: </w:t>
      </w:r>
      <w:r>
        <w:t>HAVNEKONTORET ★★★★(s)</w:t>
      </w:r>
    </w:p>
    <w:p w14:paraId="6F9FF646" w14:textId="77777777" w:rsidR="00FA1BCE" w:rsidRDefault="00D64DC1">
      <w:r>
        <w:rPr>
          <w:b/>
        </w:rPr>
        <w:t xml:space="preserve">OSLO: </w:t>
      </w:r>
      <w:r>
        <w:t>CLARION THE HUB ★★★★(s)</w:t>
      </w:r>
    </w:p>
    <w:p w14:paraId="66B7DC61" w14:textId="77777777" w:rsidR="00FA1BCE" w:rsidRDefault="00D64DC1">
      <w:r>
        <w:rPr>
          <w:b/>
        </w:rPr>
        <w:t xml:space="preserve">ESTOCOLMO: </w:t>
      </w:r>
      <w:r>
        <w:t>RADISSON ROYAL VIKING ★★★★(s)  /  CLARION SIGN ★★★★</w:t>
      </w:r>
    </w:p>
    <w:p w14:paraId="368E664E" w14:textId="77777777" w:rsidR="00FA1BCE" w:rsidRDefault="00D64DC1">
      <w:r>
        <w:rPr>
          <w:b/>
        </w:rPr>
        <w:t>HE</w:t>
      </w:r>
      <w:r>
        <w:rPr>
          <w:b/>
        </w:rPr>
        <w:t xml:space="preserve">LSINKI: </w:t>
      </w:r>
      <w:r>
        <w:t>RADISSON BLU PLAZA ★★★★(s)</w:t>
      </w:r>
    </w:p>
    <w:p w14:paraId="0FF79BDA" w14:textId="77777777" w:rsidR="00FA1BCE" w:rsidRDefault="00D64DC1">
      <w:r>
        <w:rPr>
          <w:b/>
        </w:rPr>
        <w:t xml:space="preserve">TALLINN: </w:t>
      </w:r>
      <w:r>
        <w:t>MÖVENPICK ★★★★(s)</w:t>
      </w:r>
    </w:p>
    <w:p w14:paraId="2922A1AF" w14:textId="77777777" w:rsidR="00FA1BCE" w:rsidRDefault="00D64DC1">
      <w:r>
        <w:rPr>
          <w:b/>
        </w:rPr>
        <w:t xml:space="preserve">RIGA: </w:t>
      </w:r>
      <w:r>
        <w:t>GRAND POET BY SEMARAH ★★★★★</w:t>
      </w:r>
    </w:p>
    <w:p w14:paraId="30A185DA" w14:textId="77777777" w:rsidR="00FA1BCE" w:rsidRDefault="00D64DC1">
      <w:r>
        <w:rPr>
          <w:b/>
        </w:rPr>
        <w:t xml:space="preserve">VILNIUS: </w:t>
      </w:r>
      <w:r>
        <w:t>RADISSON ASTORIJA ★★★★★</w:t>
      </w:r>
    </w:p>
    <w:p w14:paraId="3F98B66A" w14:textId="77777777" w:rsidR="00FA1BCE" w:rsidRDefault="00D64DC1">
      <w:r>
        <w:rPr>
          <w:b/>
        </w:rPr>
        <w:lastRenderedPageBreak/>
        <w:t xml:space="preserve">VARSOVIA: </w:t>
      </w:r>
      <w:r>
        <w:t>PURO OLD TOWN ★★★★</w:t>
      </w:r>
    </w:p>
    <w:p w14:paraId="609ADF84" w14:textId="77777777" w:rsidR="00FA1BCE" w:rsidRDefault="00FA1BCE"/>
    <w:p w14:paraId="307DB115" w14:textId="77777777" w:rsidR="00FA1BCE" w:rsidRDefault="00D64DC1">
      <w:pPr>
        <w:pStyle w:val="Ttulo2"/>
      </w:pPr>
      <w:r>
        <w:t>SERVICIOS INCLUIDOS</w:t>
      </w:r>
    </w:p>
    <w:p w14:paraId="60FF3C35" w14:textId="77777777" w:rsidR="00FA1BCE" w:rsidRDefault="00D64DC1">
      <w:pPr>
        <w:pStyle w:val="Listaconvietas"/>
      </w:pPr>
      <w:r>
        <w:t>Guía exclusivo de habla hispana</w:t>
      </w:r>
    </w:p>
    <w:p w14:paraId="3AB5A554" w14:textId="77777777" w:rsidR="00FA1BCE" w:rsidRDefault="00D64DC1">
      <w:pPr>
        <w:pStyle w:val="Listaconvietas"/>
      </w:pPr>
      <w:r>
        <w:t xml:space="preserve">19 noches alojamiento con desayuno </w:t>
      </w:r>
      <w:r>
        <w:t>buffet</w:t>
      </w:r>
    </w:p>
    <w:p w14:paraId="65946CD1" w14:textId="77777777" w:rsidR="00FA1BCE" w:rsidRDefault="00D64DC1">
      <w:pPr>
        <w:pStyle w:val="Listaconvietas"/>
      </w:pPr>
      <w:r>
        <w:t>Travesía Hirtshals-Kristiansand</w:t>
      </w:r>
    </w:p>
    <w:p w14:paraId="0A1F7DF2" w14:textId="77777777" w:rsidR="00FA1BCE" w:rsidRPr="00D64DC1" w:rsidRDefault="00D64DC1">
      <w:pPr>
        <w:pStyle w:val="Listaconvietas"/>
        <w:rPr>
          <w:lang w:val="es-ES"/>
        </w:rPr>
      </w:pPr>
      <w:r w:rsidRPr="00D64DC1">
        <w:rPr>
          <w:lang w:val="es-ES"/>
        </w:rPr>
        <w:t>1 noche a bordo del crucero Silja Line, en camarote exterior, con cena buffet y desayuno</w:t>
      </w:r>
    </w:p>
    <w:p w14:paraId="752F7597" w14:textId="77777777" w:rsidR="00FA1BCE" w:rsidRDefault="00D64DC1">
      <w:pPr>
        <w:pStyle w:val="Listaconvietas"/>
      </w:pPr>
      <w:r>
        <w:t>Minicrucero Helsinki-Tallinn</w:t>
      </w:r>
    </w:p>
    <w:p w14:paraId="38BF2967" w14:textId="77777777" w:rsidR="00FA1BCE" w:rsidRDefault="00D64DC1">
      <w:pPr>
        <w:pStyle w:val="Listaconvietas"/>
      </w:pPr>
      <w:r>
        <w:t>Entradas y experiencias según itinerario</w:t>
      </w:r>
    </w:p>
    <w:p w14:paraId="6B33C6CE" w14:textId="77777777" w:rsidR="00FA1BCE" w:rsidRDefault="00FA1BCE"/>
    <w:p w14:paraId="3C5EBBA8" w14:textId="77777777" w:rsidR="00FA1BCE" w:rsidRPr="00D64DC1" w:rsidRDefault="00D64DC1">
      <w:pPr>
        <w:pStyle w:val="Ttulo2"/>
        <w:rPr>
          <w:lang w:val="es-ES"/>
        </w:rPr>
      </w:pPr>
      <w:r w:rsidRPr="00D64DC1">
        <w:rPr>
          <w:lang w:val="es-ES"/>
        </w:rPr>
        <w:t>PRECIOS EN EUROS</w:t>
      </w:r>
    </w:p>
    <w:p w14:paraId="1951E863" w14:textId="77777777" w:rsidR="00FA1BCE" w:rsidRPr="00D64DC1" w:rsidRDefault="00D64DC1">
      <w:pPr>
        <w:rPr>
          <w:lang w:val="es-ES"/>
        </w:rPr>
      </w:pPr>
      <w:r w:rsidRPr="00D64DC1">
        <w:rPr>
          <w:lang w:val="es-ES"/>
        </w:rPr>
        <w:t>€ 5.895,– por pe</w:t>
      </w:r>
      <w:r w:rsidRPr="00D64DC1">
        <w:rPr>
          <w:lang w:val="es-ES"/>
        </w:rPr>
        <w:t>rsona en doble</w:t>
      </w:r>
    </w:p>
    <w:p w14:paraId="764CD4F6" w14:textId="77777777" w:rsidR="00FA1BCE" w:rsidRPr="00D64DC1" w:rsidRDefault="00D64DC1">
      <w:pPr>
        <w:rPr>
          <w:lang w:val="es-ES"/>
        </w:rPr>
      </w:pPr>
      <w:r w:rsidRPr="00D64DC1">
        <w:rPr>
          <w:lang w:val="es-ES"/>
        </w:rPr>
        <w:t>€ 2.400,– suplemento individual</w:t>
      </w:r>
    </w:p>
    <w:p w14:paraId="7C92C7A4" w14:textId="37F8417E" w:rsidR="00FA1BCE" w:rsidRPr="00D64DC1" w:rsidRDefault="00D64DC1">
      <w:pPr>
        <w:rPr>
          <w:lang w:val="es-ES"/>
        </w:rPr>
      </w:pPr>
      <w:r w:rsidRPr="00D64DC1">
        <w:rPr>
          <w:lang w:val="es-ES"/>
        </w:rPr>
        <w:t xml:space="preserve">5% descuento para el tercer pasajero compartiendo con </w:t>
      </w:r>
      <w:r w:rsidRPr="00D64DC1">
        <w:rPr>
          <w:lang w:val="es-ES"/>
        </w:rPr>
        <w:t>2 personas (HABITACIÓN TRIPLE).</w:t>
      </w:r>
    </w:p>
    <w:p w14:paraId="2601DC89" w14:textId="77777777" w:rsidR="00FA1BCE" w:rsidRPr="00D64DC1" w:rsidRDefault="00FA1BCE">
      <w:pPr>
        <w:rPr>
          <w:lang w:val="es-ES"/>
        </w:rPr>
      </w:pPr>
    </w:p>
    <w:p w14:paraId="30763449" w14:textId="77777777" w:rsidR="00FA1BCE" w:rsidRPr="00D64DC1" w:rsidRDefault="00D64DC1">
      <w:pPr>
        <w:pStyle w:val="Ttulo1"/>
        <w:rPr>
          <w:lang w:val="es-ES"/>
        </w:rPr>
      </w:pPr>
      <w:r w:rsidRPr="00D64DC1">
        <w:rPr>
          <w:lang w:val="es-ES"/>
        </w:rPr>
        <w:t>ITINERARIO</w:t>
      </w:r>
    </w:p>
    <w:p w14:paraId="41C0970E" w14:textId="77777777" w:rsidR="00FA1BCE" w:rsidRPr="00D64DC1" w:rsidRDefault="00D64DC1">
      <w:pPr>
        <w:pStyle w:val="Ttulo2"/>
        <w:rPr>
          <w:lang w:val="es-ES"/>
        </w:rPr>
      </w:pPr>
      <w:r w:rsidRPr="00D64DC1">
        <w:rPr>
          <w:lang w:val="es-ES"/>
        </w:rPr>
        <w:t>DÍA 1 VIE COPENHAGUE</w:t>
      </w:r>
    </w:p>
    <w:p w14:paraId="146FD951" w14:textId="77777777" w:rsidR="00FA1BCE" w:rsidRPr="00D64DC1" w:rsidRDefault="00D64DC1">
      <w:pPr>
        <w:rPr>
          <w:lang w:val="es-ES"/>
        </w:rPr>
      </w:pPr>
      <w:r w:rsidRPr="00D64DC1">
        <w:rPr>
          <w:lang w:val="es-ES"/>
        </w:rPr>
        <w:t>Llegada al aeropuerto, traslado al hotel y alojamiento. A las 18:30h, reunión en el lobby</w:t>
      </w:r>
      <w:r w:rsidRPr="00D64DC1">
        <w:rPr>
          <w:lang w:val="es-ES"/>
        </w:rPr>
        <w:t xml:space="preserve"> del hotel con el guía.</w:t>
      </w:r>
    </w:p>
    <w:p w14:paraId="21F0BB1D" w14:textId="77777777" w:rsidR="00FA1BCE" w:rsidRPr="00D64DC1" w:rsidRDefault="00FA1BCE">
      <w:pPr>
        <w:rPr>
          <w:lang w:val="es-ES"/>
        </w:rPr>
      </w:pPr>
    </w:p>
    <w:p w14:paraId="2B471457" w14:textId="77777777" w:rsidR="00FA1BCE" w:rsidRPr="00D64DC1" w:rsidRDefault="00D64DC1">
      <w:pPr>
        <w:pStyle w:val="Ttulo2"/>
        <w:rPr>
          <w:lang w:val="es-ES"/>
        </w:rPr>
      </w:pPr>
      <w:r w:rsidRPr="00D64DC1">
        <w:rPr>
          <w:lang w:val="es-ES"/>
        </w:rPr>
        <w:t>DÍA 2 SAB COPENHAGUE</w:t>
      </w:r>
    </w:p>
    <w:p w14:paraId="60E4080C" w14:textId="77777777" w:rsidR="00FA1BCE" w:rsidRPr="00D64DC1" w:rsidRDefault="00D64DC1">
      <w:pPr>
        <w:rPr>
          <w:lang w:val="es-ES"/>
        </w:rPr>
      </w:pPr>
      <w:r w:rsidRPr="00D64DC1">
        <w:rPr>
          <w:lang w:val="es-ES"/>
        </w:rPr>
        <w:t>Desayuno y visita panorámica de la ciudad, recorriendo sus principales monumentos y lugares históricos, como la Plaza del Ayuntamiento, el Palacio de Christiansborg (actual sede del Parlamento), la Fuente de la</w:t>
      </w:r>
      <w:r w:rsidRPr="00D64DC1">
        <w:rPr>
          <w:lang w:val="es-ES"/>
        </w:rPr>
        <w:t xml:space="preserve"> diosa Gefion y el puerto Nyhavn, con sus pintorescas y coloridas casas del siglo XVII. Y, cómo no, el emblema de la ciudad: la famosa Sirenita. Opcionalmente, podremos visitar el majestuoso Castillo Real de Frederiksborg, en el norte de Selandia. Tarde li</w:t>
      </w:r>
      <w:r w:rsidRPr="00D64DC1">
        <w:rPr>
          <w:lang w:val="es-ES"/>
        </w:rPr>
        <w:t>bre. Alojamiento.</w:t>
      </w:r>
    </w:p>
    <w:p w14:paraId="2715A846" w14:textId="77777777" w:rsidR="00FA1BCE" w:rsidRPr="00D64DC1" w:rsidRDefault="00FA1BCE">
      <w:pPr>
        <w:rPr>
          <w:lang w:val="es-ES"/>
        </w:rPr>
      </w:pPr>
    </w:p>
    <w:p w14:paraId="04E55F33" w14:textId="77777777" w:rsidR="00FA1BCE" w:rsidRPr="00D64DC1" w:rsidRDefault="00D64DC1">
      <w:pPr>
        <w:pStyle w:val="Ttulo2"/>
        <w:rPr>
          <w:lang w:val="es-ES"/>
        </w:rPr>
      </w:pPr>
      <w:r w:rsidRPr="00D64DC1">
        <w:rPr>
          <w:lang w:val="es-ES"/>
        </w:rPr>
        <w:t>DÍA 3 DOM COPENHAGUE-ODENSE - AARHUS</w:t>
      </w:r>
    </w:p>
    <w:p w14:paraId="6E81CBDD" w14:textId="77777777" w:rsidR="00FA1BCE" w:rsidRPr="00D64DC1" w:rsidRDefault="00D64DC1">
      <w:pPr>
        <w:rPr>
          <w:lang w:val="es-ES"/>
        </w:rPr>
      </w:pPr>
      <w:r w:rsidRPr="00D64DC1">
        <w:rPr>
          <w:lang w:val="es-ES"/>
        </w:rPr>
        <w:t>Por la mañana, salida hacia la ciudad de Odense cruzando el estrecho del Gran Belt a través de una de las obras más importantes de la ingeniería danesa: los impresionantes puentes que unen las islas d</w:t>
      </w:r>
      <w:r w:rsidRPr="00D64DC1">
        <w:rPr>
          <w:lang w:val="es-ES"/>
        </w:rPr>
        <w:t>e Selandia y Fionia. Breve parada en la ciudad de Odense, mundialmente conocida por ser la cuna del danés más universal, el popular escritor de cuentos infantiles Hans Christian Andersen. Continuación hacia Aarhus, la segunda ciudad más grande de Dinamarca</w:t>
      </w:r>
      <w:r w:rsidRPr="00D64DC1">
        <w:rPr>
          <w:lang w:val="es-ES"/>
        </w:rPr>
        <w:t xml:space="preserve"> y una de las más antiguas del país. Tiempo libre y alojamiento.</w:t>
      </w:r>
    </w:p>
    <w:p w14:paraId="0476E12A" w14:textId="77777777" w:rsidR="00FA1BCE" w:rsidRPr="00D64DC1" w:rsidRDefault="00FA1BCE">
      <w:pPr>
        <w:rPr>
          <w:lang w:val="es-ES"/>
        </w:rPr>
      </w:pPr>
    </w:p>
    <w:p w14:paraId="5FA8AFBE" w14:textId="77777777" w:rsidR="00FA1BCE" w:rsidRPr="00D64DC1" w:rsidRDefault="00D64DC1">
      <w:pPr>
        <w:pStyle w:val="Ttulo2"/>
        <w:rPr>
          <w:lang w:val="es-ES"/>
        </w:rPr>
      </w:pPr>
      <w:r w:rsidRPr="00D64DC1">
        <w:rPr>
          <w:lang w:val="es-ES"/>
        </w:rPr>
        <w:t>DÍA 4 LUN AARHUS - KRISTIANSAND - STAVANGER</w:t>
      </w:r>
    </w:p>
    <w:p w14:paraId="656B01A9" w14:textId="77777777" w:rsidR="00FA1BCE" w:rsidRPr="00D64DC1" w:rsidRDefault="00D64DC1">
      <w:pPr>
        <w:rPr>
          <w:lang w:val="es-ES"/>
        </w:rPr>
      </w:pPr>
      <w:r w:rsidRPr="00D64DC1">
        <w:rPr>
          <w:lang w:val="es-ES"/>
        </w:rPr>
        <w:t xml:space="preserve">Desayuno y salida hacia Hirtshals, donde embarcamos en un ferry hacia Noruega atravesando el mar del Norte hasta Kristiansand. Continuación hasta </w:t>
      </w:r>
      <w:r w:rsidRPr="00D64DC1">
        <w:rPr>
          <w:lang w:val="es-ES"/>
        </w:rPr>
        <w:t>Stavanger, famoso por su barrio antiguo, compuesto por 173 casas de madera, la mayoría de color blanco y algunas pintadas en diversos colores, lo que le otorga un encanto muy especial a la ciudad. Alojamiento en Stavanger.</w:t>
      </w:r>
    </w:p>
    <w:p w14:paraId="552B90FA" w14:textId="77777777" w:rsidR="00FA1BCE" w:rsidRPr="00D64DC1" w:rsidRDefault="00FA1BCE">
      <w:pPr>
        <w:rPr>
          <w:lang w:val="es-ES"/>
        </w:rPr>
      </w:pPr>
    </w:p>
    <w:p w14:paraId="0365A5D5" w14:textId="77777777" w:rsidR="00FA1BCE" w:rsidRPr="00D64DC1" w:rsidRDefault="00D64DC1">
      <w:pPr>
        <w:pStyle w:val="Ttulo2"/>
        <w:rPr>
          <w:lang w:val="es-ES"/>
        </w:rPr>
      </w:pPr>
      <w:r w:rsidRPr="00D64DC1">
        <w:rPr>
          <w:lang w:val="es-ES"/>
        </w:rPr>
        <w:t>DÍA 5 MAR STAVANGER</w:t>
      </w:r>
    </w:p>
    <w:p w14:paraId="6D979C24" w14:textId="77777777" w:rsidR="00FA1BCE" w:rsidRPr="00D64DC1" w:rsidRDefault="00D64DC1">
      <w:pPr>
        <w:rPr>
          <w:lang w:val="es-ES"/>
        </w:rPr>
      </w:pPr>
      <w:r w:rsidRPr="00D64DC1">
        <w:rPr>
          <w:lang w:val="es-ES"/>
        </w:rPr>
        <w:t>Desayuno y salida hacia el puerto de Stavanger, desde donde embarcaremos para disfrutar de los encantadores paisajes naturales, con una geología espectacular y curiosidades que ofrece el fiordo de Lyse o "fiordo claro", cuyo nombre se debe al color del gra</w:t>
      </w:r>
      <w:r w:rsidRPr="00D64DC1">
        <w:rPr>
          <w:lang w:val="es-ES"/>
        </w:rPr>
        <w:t>nito de sus montañas. Durante la travesía en barco podremos admirar una de las formaciones rocosas más famosas del país, llamada Preikestolen o el «Púlpito», que tiene una caída vertical de 604 m y fue escenario de una de las tomas de la película Misión Im</w:t>
      </w:r>
      <w:r w:rsidRPr="00D64DC1">
        <w:rPr>
          <w:lang w:val="es-ES"/>
        </w:rPr>
        <w:t>posible. A nuestro regreso a la ciudad, les recomendamos visitar en su tiempo libre el interesante Museo del Petróleo. Alojamiento en Stavanger.</w:t>
      </w:r>
    </w:p>
    <w:p w14:paraId="6C4E0105" w14:textId="77777777" w:rsidR="00FA1BCE" w:rsidRPr="00D64DC1" w:rsidRDefault="00FA1BCE">
      <w:pPr>
        <w:rPr>
          <w:lang w:val="es-ES"/>
        </w:rPr>
      </w:pPr>
    </w:p>
    <w:p w14:paraId="078A050C" w14:textId="77777777" w:rsidR="00FA1BCE" w:rsidRPr="00D64DC1" w:rsidRDefault="00D64DC1">
      <w:pPr>
        <w:pStyle w:val="Ttulo2"/>
        <w:rPr>
          <w:lang w:val="es-ES"/>
        </w:rPr>
      </w:pPr>
      <w:r w:rsidRPr="00D64DC1">
        <w:rPr>
          <w:lang w:val="es-ES"/>
        </w:rPr>
        <w:t>DÍA 6 MIE STAVANGER – BERGEN</w:t>
      </w:r>
    </w:p>
    <w:p w14:paraId="54F043F2" w14:textId="77777777" w:rsidR="00FA1BCE" w:rsidRPr="00D64DC1" w:rsidRDefault="00D64DC1">
      <w:pPr>
        <w:rPr>
          <w:lang w:val="es-ES"/>
        </w:rPr>
      </w:pPr>
      <w:r w:rsidRPr="00D64DC1">
        <w:rPr>
          <w:lang w:val="es-ES"/>
        </w:rPr>
        <w:t xml:space="preserve">Desayuno y salida hacia Bergen, recorriendo la costa noruega y sus fiordos a </w:t>
      </w:r>
      <w:r w:rsidRPr="00D64DC1">
        <w:rPr>
          <w:lang w:val="es-ES"/>
        </w:rPr>
        <w:t xml:space="preserve">través de túneles, puentes y tramos en barco. Llegada a Bergen y alojamiento. A continuación, visita panorámica de Bergen, una de las ciudades más antiguas de Noruega, situada en un promontorio a orillas del mar del Norte. Entre sus principales atractivos </w:t>
      </w:r>
      <w:r w:rsidRPr="00D64DC1">
        <w:rPr>
          <w:lang w:val="es-ES"/>
        </w:rPr>
        <w:t xml:space="preserve">destacan la Fortaleza, el Håkonshallen, el Bryggen (instalaciones portuarias del siglo XVI) y la </w:t>
      </w:r>
      <w:r w:rsidRPr="00D64DC1">
        <w:rPr>
          <w:lang w:val="es-ES"/>
        </w:rPr>
        <w:lastRenderedPageBreak/>
        <w:t xml:space="preserve">iglesia de María, de estilo románico. Al final del recorrido por la ciudad tendrán incluida la experiencia de subir al famoso funicular de Bergen, desde donde </w:t>
      </w:r>
      <w:r w:rsidRPr="00D64DC1">
        <w:rPr>
          <w:lang w:val="es-ES"/>
        </w:rPr>
        <w:t>disfrutarán de unas espectaculares vistas. Alojamiento en Bergen.</w:t>
      </w:r>
    </w:p>
    <w:p w14:paraId="206B89A9" w14:textId="77777777" w:rsidR="00FA1BCE" w:rsidRPr="00D64DC1" w:rsidRDefault="00FA1BCE">
      <w:pPr>
        <w:rPr>
          <w:lang w:val="es-ES"/>
        </w:rPr>
      </w:pPr>
    </w:p>
    <w:p w14:paraId="588CDDB4" w14:textId="77777777" w:rsidR="00FA1BCE" w:rsidRPr="00D64DC1" w:rsidRDefault="00D64DC1">
      <w:pPr>
        <w:pStyle w:val="Ttulo2"/>
        <w:rPr>
          <w:lang w:val="es-ES"/>
        </w:rPr>
      </w:pPr>
      <w:r w:rsidRPr="00D64DC1">
        <w:rPr>
          <w:lang w:val="es-ES"/>
        </w:rPr>
        <w:t>DÍA 7 JUE BERGEN - GUDVANGEN - FLAM - OSLO</w:t>
      </w:r>
    </w:p>
    <w:p w14:paraId="2F221CE8" w14:textId="77777777" w:rsidR="00FA1BCE" w:rsidRPr="00D64DC1" w:rsidRDefault="00D64DC1">
      <w:pPr>
        <w:rPr>
          <w:lang w:val="es-ES"/>
        </w:rPr>
      </w:pPr>
      <w:r w:rsidRPr="00D64DC1">
        <w:rPr>
          <w:lang w:val="es-ES"/>
        </w:rPr>
        <w:t>Desayuno y salida hacia Gudvangen a través de un cautivador paisaje de bosques, ríos, cascadas y lagos rodeados de montañas. En Gudvangen tomaremo</w:t>
      </w:r>
      <w:r w:rsidRPr="00D64DC1">
        <w:rPr>
          <w:lang w:val="es-ES"/>
        </w:rPr>
        <w:t>s un ferry hacia Flåm, atravesando la parte más bonita y espectacular del «Fiordo de los Sueños». Desembarque y continuación en autocar a través del encantador paisaje noruego. Llegada a Oslo. Alojamiento.</w:t>
      </w:r>
    </w:p>
    <w:p w14:paraId="4ABBB3F1" w14:textId="77777777" w:rsidR="00FA1BCE" w:rsidRPr="00D64DC1" w:rsidRDefault="00FA1BCE">
      <w:pPr>
        <w:rPr>
          <w:lang w:val="es-ES"/>
        </w:rPr>
      </w:pPr>
    </w:p>
    <w:p w14:paraId="1DF2FF37" w14:textId="77777777" w:rsidR="00FA1BCE" w:rsidRPr="00D64DC1" w:rsidRDefault="00D64DC1">
      <w:pPr>
        <w:pStyle w:val="Ttulo2"/>
        <w:rPr>
          <w:lang w:val="es-ES"/>
        </w:rPr>
      </w:pPr>
      <w:r w:rsidRPr="00D64DC1">
        <w:rPr>
          <w:lang w:val="es-ES"/>
        </w:rPr>
        <w:t>DÍA 8 VIE OSLO</w:t>
      </w:r>
    </w:p>
    <w:p w14:paraId="0E35B295" w14:textId="77777777" w:rsidR="00FA1BCE" w:rsidRPr="00D64DC1" w:rsidRDefault="00D64DC1">
      <w:pPr>
        <w:rPr>
          <w:lang w:val="es-ES"/>
        </w:rPr>
      </w:pPr>
      <w:r w:rsidRPr="00D64DC1">
        <w:rPr>
          <w:lang w:val="es-ES"/>
        </w:rPr>
        <w:t>Desayuno y visita de la "capital v</w:t>
      </w:r>
      <w:r w:rsidRPr="00D64DC1">
        <w:rPr>
          <w:lang w:val="es-ES"/>
        </w:rPr>
        <w:t>ikinga", situada al fondo del fiordo homónimo, pasando por el Ayuntamiento, el Castillo de Akershus, el Palacio Real, el Parlamento y el Parque Vigeland, con las famosas esculturas de bronce de Gustav Vigeland que simbolizan el ciclo de la vida del ser hum</w:t>
      </w:r>
      <w:r w:rsidRPr="00D64DC1">
        <w:rPr>
          <w:lang w:val="es-ES"/>
        </w:rPr>
        <w:t>ano, así como el gran monolito con sus 121 cuerpos entrelazados. Tarde libre para conocer la ciudad. Alojamiento.</w:t>
      </w:r>
    </w:p>
    <w:p w14:paraId="3D10AA30" w14:textId="77777777" w:rsidR="00FA1BCE" w:rsidRPr="00D64DC1" w:rsidRDefault="00FA1BCE">
      <w:pPr>
        <w:rPr>
          <w:lang w:val="es-ES"/>
        </w:rPr>
      </w:pPr>
    </w:p>
    <w:p w14:paraId="435DC5C9" w14:textId="77777777" w:rsidR="00FA1BCE" w:rsidRPr="00D64DC1" w:rsidRDefault="00D64DC1">
      <w:pPr>
        <w:pStyle w:val="Ttulo2"/>
        <w:rPr>
          <w:lang w:val="es-ES"/>
        </w:rPr>
      </w:pPr>
      <w:r w:rsidRPr="00D64DC1">
        <w:rPr>
          <w:lang w:val="es-ES"/>
        </w:rPr>
        <w:t>DÍA 9 SAB OSLO – ESTOCOLMO</w:t>
      </w:r>
    </w:p>
    <w:p w14:paraId="7F797B65" w14:textId="77777777" w:rsidR="00FA1BCE" w:rsidRPr="00D64DC1" w:rsidRDefault="00D64DC1">
      <w:pPr>
        <w:rPr>
          <w:lang w:val="es-ES"/>
        </w:rPr>
      </w:pPr>
      <w:r w:rsidRPr="00D64DC1">
        <w:rPr>
          <w:lang w:val="es-ES"/>
        </w:rPr>
        <w:t>Desayuno y salida hacia Estocolmo. En la ruta atravesaremos los interesantes paisajes de Värmland, una de las 21 p</w:t>
      </w:r>
      <w:r w:rsidRPr="00D64DC1">
        <w:rPr>
          <w:lang w:val="es-ES"/>
        </w:rPr>
        <w:t>rovincias que conforman Suecia, con lagos y bosques. Llegada por la tarde a Estocolmo y alojamiento.</w:t>
      </w:r>
    </w:p>
    <w:p w14:paraId="727FC78D" w14:textId="77777777" w:rsidR="00FA1BCE" w:rsidRPr="00D64DC1" w:rsidRDefault="00FA1BCE">
      <w:pPr>
        <w:rPr>
          <w:lang w:val="es-ES"/>
        </w:rPr>
      </w:pPr>
    </w:p>
    <w:p w14:paraId="2B1761C9" w14:textId="77777777" w:rsidR="00FA1BCE" w:rsidRPr="00D64DC1" w:rsidRDefault="00D64DC1">
      <w:pPr>
        <w:pStyle w:val="Ttulo2"/>
        <w:rPr>
          <w:lang w:val="es-ES"/>
        </w:rPr>
      </w:pPr>
      <w:r w:rsidRPr="00D64DC1">
        <w:rPr>
          <w:lang w:val="es-ES"/>
        </w:rPr>
        <w:t>DÍA 10 DOM ESTOCOLMO</w:t>
      </w:r>
    </w:p>
    <w:p w14:paraId="3B0F35B6" w14:textId="77777777" w:rsidR="00FA1BCE" w:rsidRPr="00D64DC1" w:rsidRDefault="00D64DC1">
      <w:pPr>
        <w:rPr>
          <w:lang w:val="es-ES"/>
        </w:rPr>
      </w:pPr>
      <w:r w:rsidRPr="00D64DC1">
        <w:rPr>
          <w:lang w:val="es-ES"/>
        </w:rPr>
        <w:t>Desayuno y visita de la ciudad. Pasearemos por la ciudad antigua, Gamla Stan, donde se encuentran algunos de los edificios más releva</w:t>
      </w:r>
      <w:r w:rsidRPr="00D64DC1">
        <w:rPr>
          <w:lang w:val="es-ES"/>
        </w:rPr>
        <w:t>ntes de su historia, como el Palacio Real, la Casa de la Nobleza y el Museo Nobel. Llegaremos hasta la isla de Södermalm, asentada sobre varias colinas, lo que nos permitirá disfrutar de unas vistas espectaculares desde "El Mirador" hacia la zona norte del</w:t>
      </w:r>
      <w:r w:rsidRPr="00D64DC1">
        <w:rPr>
          <w:lang w:val="es-ES"/>
        </w:rPr>
        <w:t xml:space="preserve"> centro de Estocolmo. Conoceremos su interesante centro histórico y comercial, para lo cual cruzaremos algunas de sus islas. La ciudad se encuentra asentada sobre 14 islas unidas por 57 puentes. Tarde libre. Alojamiento.</w:t>
      </w:r>
    </w:p>
    <w:p w14:paraId="518C4ADA" w14:textId="77777777" w:rsidR="00FA1BCE" w:rsidRPr="00D64DC1" w:rsidRDefault="00FA1BCE">
      <w:pPr>
        <w:rPr>
          <w:lang w:val="es-ES"/>
        </w:rPr>
      </w:pPr>
    </w:p>
    <w:p w14:paraId="0E206ED5" w14:textId="77777777" w:rsidR="00FA1BCE" w:rsidRPr="00D64DC1" w:rsidRDefault="00D64DC1">
      <w:pPr>
        <w:pStyle w:val="Ttulo2"/>
        <w:rPr>
          <w:lang w:val="es-ES"/>
        </w:rPr>
      </w:pPr>
      <w:r w:rsidRPr="00D64DC1">
        <w:rPr>
          <w:lang w:val="es-ES"/>
        </w:rPr>
        <w:t>DÍA 11 LUN ESTOCOLMO - CRUCERO - H</w:t>
      </w:r>
      <w:r w:rsidRPr="00D64DC1">
        <w:rPr>
          <w:lang w:val="es-ES"/>
        </w:rPr>
        <w:t>ELSINKI</w:t>
      </w:r>
    </w:p>
    <w:p w14:paraId="0D48887F" w14:textId="77777777" w:rsidR="00FA1BCE" w:rsidRPr="00D64DC1" w:rsidRDefault="00D64DC1">
      <w:pPr>
        <w:rPr>
          <w:lang w:val="es-ES"/>
        </w:rPr>
      </w:pPr>
      <w:r w:rsidRPr="00D64DC1">
        <w:rPr>
          <w:lang w:val="es-ES"/>
        </w:rPr>
        <w:t>Desayuno y mañana libre hasta las 15:00 h, momento en el que nos trasladaremos al puerto para embarcar en el crucero con destino a Helsinki. Les recomendamos disfrutar de las vistas a la salida del puerto y de la posterior navegación por el archipi</w:t>
      </w:r>
      <w:r w:rsidRPr="00D64DC1">
        <w:rPr>
          <w:lang w:val="es-ES"/>
        </w:rPr>
        <w:t>élago de más de 24.000 islas. El barco dispone de wifi en zonas comunes, diferentes tipos de restaurantes y cafeterías, club nocturno con discoteca, espectáculos en directo y tiendas libres de impuestos. Alojamiento en camarotes dobles exteriores categoría</w:t>
      </w:r>
      <w:r w:rsidRPr="00D64DC1">
        <w:rPr>
          <w:lang w:val="es-ES"/>
        </w:rPr>
        <w:t xml:space="preserve"> A. Cena buffet a bordo.</w:t>
      </w:r>
    </w:p>
    <w:p w14:paraId="32A91C92" w14:textId="77777777" w:rsidR="00FA1BCE" w:rsidRPr="00D64DC1" w:rsidRDefault="00FA1BCE">
      <w:pPr>
        <w:rPr>
          <w:lang w:val="es-ES"/>
        </w:rPr>
      </w:pPr>
    </w:p>
    <w:p w14:paraId="1CB9DBDE" w14:textId="77777777" w:rsidR="00FA1BCE" w:rsidRPr="00D64DC1" w:rsidRDefault="00D64DC1">
      <w:pPr>
        <w:pStyle w:val="Ttulo2"/>
        <w:rPr>
          <w:lang w:val="es-ES"/>
        </w:rPr>
      </w:pPr>
      <w:r w:rsidRPr="00D64DC1">
        <w:rPr>
          <w:lang w:val="es-ES"/>
        </w:rPr>
        <w:t>DÍA 12 MAR HELSINKI</w:t>
      </w:r>
    </w:p>
    <w:p w14:paraId="21348A6C" w14:textId="77777777" w:rsidR="00FA1BCE" w:rsidRPr="00D64DC1" w:rsidRDefault="00D64DC1">
      <w:pPr>
        <w:rPr>
          <w:lang w:val="es-ES"/>
        </w:rPr>
      </w:pPr>
      <w:r w:rsidRPr="00D64DC1">
        <w:rPr>
          <w:lang w:val="es-ES"/>
        </w:rPr>
        <w:t>Desayuno buffet a bordo y llegada a Helsinki a las 10:00 h. Desembarque y visita panorámica de la capital de Finlandia, también conocida como «la Ciudad Blanca del Norte». Pasaremos por la Iglesia Ortodoxa de l</w:t>
      </w:r>
      <w:r w:rsidRPr="00D64DC1">
        <w:rPr>
          <w:lang w:val="es-ES"/>
        </w:rPr>
        <w:t>a Trinidad, vestigio del dominio ruso, la Plaza del Senado y la Temppeliaukio Kirkko, iglesia luterana de planta circular excavada en la roca, cuya cúpula tiene forma de una gigantesca espiral de hilos de cobre. Tarde libre y alojamiento.</w:t>
      </w:r>
    </w:p>
    <w:p w14:paraId="77AF229A" w14:textId="77777777" w:rsidR="00FA1BCE" w:rsidRPr="00D64DC1" w:rsidRDefault="00FA1BCE">
      <w:pPr>
        <w:rPr>
          <w:lang w:val="es-ES"/>
        </w:rPr>
      </w:pPr>
    </w:p>
    <w:p w14:paraId="14CF7831" w14:textId="77777777" w:rsidR="00FA1BCE" w:rsidRPr="00D64DC1" w:rsidRDefault="00D64DC1">
      <w:pPr>
        <w:pStyle w:val="Ttulo2"/>
        <w:rPr>
          <w:lang w:val="es-ES"/>
        </w:rPr>
      </w:pPr>
      <w:r w:rsidRPr="00D64DC1">
        <w:rPr>
          <w:lang w:val="es-ES"/>
        </w:rPr>
        <w:t>DÍA 13 MIE HELSI</w:t>
      </w:r>
      <w:r w:rsidRPr="00D64DC1">
        <w:rPr>
          <w:lang w:val="es-ES"/>
        </w:rPr>
        <w:t>NKI - CRUCERO - TALLINN</w:t>
      </w:r>
    </w:p>
    <w:p w14:paraId="7642A838" w14:textId="77777777" w:rsidR="00FA1BCE" w:rsidRPr="00D64DC1" w:rsidRDefault="00D64DC1">
      <w:pPr>
        <w:rPr>
          <w:lang w:val="es-ES"/>
        </w:rPr>
      </w:pPr>
      <w:r w:rsidRPr="00D64DC1">
        <w:rPr>
          <w:lang w:val="es-ES"/>
        </w:rPr>
        <w:t>Desayuno en el hotel, tiempo libre para actividades personales. A las 15.00 hrs traslado al puerto para salir con el express ferry a Tallinn atravesando el Mar Báltico. Alojamiento en Tallinn.</w:t>
      </w:r>
    </w:p>
    <w:p w14:paraId="763C63ED" w14:textId="77777777" w:rsidR="00FA1BCE" w:rsidRPr="00D64DC1" w:rsidRDefault="00FA1BCE">
      <w:pPr>
        <w:rPr>
          <w:lang w:val="es-ES"/>
        </w:rPr>
      </w:pPr>
    </w:p>
    <w:p w14:paraId="05D27768" w14:textId="77777777" w:rsidR="00FA1BCE" w:rsidRPr="00D64DC1" w:rsidRDefault="00D64DC1">
      <w:pPr>
        <w:pStyle w:val="Ttulo2"/>
        <w:rPr>
          <w:lang w:val="es-ES"/>
        </w:rPr>
      </w:pPr>
      <w:r w:rsidRPr="00D64DC1">
        <w:rPr>
          <w:lang w:val="es-ES"/>
        </w:rPr>
        <w:t>DÍA 14 JUE TALLINN</w:t>
      </w:r>
    </w:p>
    <w:p w14:paraId="763B9171" w14:textId="77777777" w:rsidR="00FA1BCE" w:rsidRPr="00D64DC1" w:rsidRDefault="00D64DC1">
      <w:pPr>
        <w:rPr>
          <w:lang w:val="es-ES"/>
        </w:rPr>
      </w:pPr>
      <w:r w:rsidRPr="00D64DC1">
        <w:rPr>
          <w:lang w:val="es-ES"/>
        </w:rPr>
        <w:t>Desayuno y visita d</w:t>
      </w:r>
      <w:r w:rsidRPr="00D64DC1">
        <w:rPr>
          <w:lang w:val="es-ES"/>
        </w:rPr>
        <w:t xml:space="preserve">e la ciudad, con sus reminiscencias hanseáticas, destacando el «Kiek in de Kök», una de las torres defensivas más imponentes de la región del mar Báltico. También veremos la iglesia de San Nicolás (siglos XIII–XV) y la Catedral de Santa María (Toomkirik), </w:t>
      </w:r>
      <w:r w:rsidRPr="00D64DC1">
        <w:rPr>
          <w:lang w:val="es-ES"/>
        </w:rPr>
        <w:t>de estilo gótico con reformas posteriores. Alojamiento en Tallinn.</w:t>
      </w:r>
    </w:p>
    <w:p w14:paraId="664792E3" w14:textId="77777777" w:rsidR="00FA1BCE" w:rsidRPr="00D64DC1" w:rsidRDefault="00FA1BCE">
      <w:pPr>
        <w:rPr>
          <w:lang w:val="es-ES"/>
        </w:rPr>
      </w:pPr>
    </w:p>
    <w:p w14:paraId="62DAEB99" w14:textId="77777777" w:rsidR="00FA1BCE" w:rsidRPr="00D64DC1" w:rsidRDefault="00D64DC1">
      <w:pPr>
        <w:pStyle w:val="Ttulo2"/>
        <w:rPr>
          <w:lang w:val="es-ES"/>
        </w:rPr>
      </w:pPr>
      <w:r w:rsidRPr="00D64DC1">
        <w:rPr>
          <w:lang w:val="es-ES"/>
        </w:rPr>
        <w:lastRenderedPageBreak/>
        <w:t>DÍA 15 VIE TALLINN - SIGULDA - RIGA</w:t>
      </w:r>
    </w:p>
    <w:p w14:paraId="038D4452" w14:textId="77777777" w:rsidR="00FA1BCE" w:rsidRPr="00D64DC1" w:rsidRDefault="00D64DC1">
      <w:pPr>
        <w:rPr>
          <w:lang w:val="es-ES"/>
        </w:rPr>
      </w:pPr>
      <w:r w:rsidRPr="00D64DC1">
        <w:rPr>
          <w:lang w:val="es-ES"/>
        </w:rPr>
        <w:t xml:space="preserve">Desayuno y salida hacia Sigulda, situada en el Parque Nacional de Gauja, una zona salpicada de castillos y grutas. Visita de las ruinas del Castillo de </w:t>
      </w:r>
      <w:r w:rsidRPr="00D64DC1">
        <w:rPr>
          <w:lang w:val="es-ES"/>
        </w:rPr>
        <w:t>Sigulda, construido en 1207 por los Caballeros de la Cruz, y del Castillo de Turaida, desde donde se aprecia una vista impresionante del encantador entorno. Continuación hacia Riga. Alojamiento.</w:t>
      </w:r>
    </w:p>
    <w:p w14:paraId="5D82BB4E" w14:textId="77777777" w:rsidR="00FA1BCE" w:rsidRPr="00D64DC1" w:rsidRDefault="00FA1BCE">
      <w:pPr>
        <w:rPr>
          <w:lang w:val="es-ES"/>
        </w:rPr>
      </w:pPr>
    </w:p>
    <w:p w14:paraId="7B587E0B" w14:textId="77777777" w:rsidR="00FA1BCE" w:rsidRPr="00D64DC1" w:rsidRDefault="00D64DC1">
      <w:pPr>
        <w:pStyle w:val="Ttulo2"/>
        <w:rPr>
          <w:lang w:val="es-ES"/>
        </w:rPr>
      </w:pPr>
      <w:r w:rsidRPr="00D64DC1">
        <w:rPr>
          <w:lang w:val="es-ES"/>
        </w:rPr>
        <w:t>DÍA 16 SAB RIGA</w:t>
      </w:r>
    </w:p>
    <w:p w14:paraId="0CE85C9E" w14:textId="77777777" w:rsidR="00FA1BCE" w:rsidRPr="00D64DC1" w:rsidRDefault="00D64DC1">
      <w:pPr>
        <w:rPr>
          <w:lang w:val="es-ES"/>
        </w:rPr>
      </w:pPr>
      <w:r w:rsidRPr="00D64DC1">
        <w:rPr>
          <w:lang w:val="es-ES"/>
        </w:rPr>
        <w:t xml:space="preserve">Desayuno y visita de la ciudad, </w:t>
      </w:r>
      <w:r w:rsidRPr="00D64DC1">
        <w:rPr>
          <w:lang w:val="es-ES"/>
        </w:rPr>
        <w:t>también llamada «el París del Norte», cuya fundación se remonta al siglo XII. Paseando por el casco antiguo, con sus estrechas callejuelas y casas típicas, veremos la Catedral, la Casa de los Tres Hermanos, la Plaza del Ayuntamiento y el Monumento a la Lib</w:t>
      </w:r>
      <w:r w:rsidRPr="00D64DC1">
        <w:rPr>
          <w:lang w:val="es-ES"/>
        </w:rPr>
        <w:t>ertad. Continuación por el centro y su impresionante colección de edificios art nouveau, construidos en su mayoría entre 1904 y 1914, época en la que destacó como una de las ciudades más prósperas del Imperio ruso. Alojamiento.</w:t>
      </w:r>
    </w:p>
    <w:p w14:paraId="4935CD2C" w14:textId="77777777" w:rsidR="00FA1BCE" w:rsidRPr="00D64DC1" w:rsidRDefault="00FA1BCE">
      <w:pPr>
        <w:rPr>
          <w:lang w:val="es-ES"/>
        </w:rPr>
      </w:pPr>
    </w:p>
    <w:p w14:paraId="300CFE88" w14:textId="77777777" w:rsidR="00FA1BCE" w:rsidRPr="00D64DC1" w:rsidRDefault="00D64DC1">
      <w:pPr>
        <w:pStyle w:val="Ttulo2"/>
        <w:rPr>
          <w:lang w:val="es-ES"/>
        </w:rPr>
      </w:pPr>
      <w:r w:rsidRPr="00D64DC1">
        <w:rPr>
          <w:lang w:val="es-ES"/>
        </w:rPr>
        <w:t>DÍA 17 DOM RIGA - RUNDALE -</w:t>
      </w:r>
      <w:r w:rsidRPr="00D64DC1">
        <w:rPr>
          <w:lang w:val="es-ES"/>
        </w:rPr>
        <w:t xml:space="preserve"> COLINA DE LAS CRUCES - VILNIUS</w:t>
      </w:r>
    </w:p>
    <w:p w14:paraId="7D8D704F" w14:textId="77777777" w:rsidR="00FA1BCE" w:rsidRPr="00D64DC1" w:rsidRDefault="00D64DC1">
      <w:pPr>
        <w:rPr>
          <w:lang w:val="es-ES"/>
        </w:rPr>
      </w:pPr>
      <w:r w:rsidRPr="00D64DC1">
        <w:rPr>
          <w:lang w:val="es-ES"/>
        </w:rPr>
        <w:t>Desayuno y salida hacia Rundale para visitar el castillo barroco construido por el famoso arquitecto Francesco Rastrelli. Continuación hacia Šiauliai, «la Ciudad del Sol», cuarta ciudad de Lituania, cuyos orígenes se remonta</w:t>
      </w:r>
      <w:r w:rsidRPr="00D64DC1">
        <w:rPr>
          <w:lang w:val="es-ES"/>
        </w:rPr>
        <w:t xml:space="preserve">n a más de 2.500 años. La fama de esta ciudad se basa en la «colina de las cruces», que también fue visitada por el papa Juan Pablo II. En esta colina se encuentran al menos 10.000 cruces de diferentes tamaños, que simbolizan el deseo inquebrantable de la </w:t>
      </w:r>
      <w:r w:rsidRPr="00D64DC1">
        <w:rPr>
          <w:lang w:val="es-ES"/>
        </w:rPr>
        <w:t>población por su libertad. Proseguimos el viaje hacia Vilnius, capital de Lituania. Alojamiento en Vilnius.</w:t>
      </w:r>
    </w:p>
    <w:p w14:paraId="361A7CCA" w14:textId="77777777" w:rsidR="00FA1BCE" w:rsidRPr="00D64DC1" w:rsidRDefault="00FA1BCE">
      <w:pPr>
        <w:rPr>
          <w:lang w:val="es-ES"/>
        </w:rPr>
      </w:pPr>
    </w:p>
    <w:p w14:paraId="31320F0D" w14:textId="77777777" w:rsidR="00FA1BCE" w:rsidRPr="00D64DC1" w:rsidRDefault="00D64DC1">
      <w:pPr>
        <w:pStyle w:val="Ttulo2"/>
        <w:rPr>
          <w:lang w:val="es-ES"/>
        </w:rPr>
      </w:pPr>
      <w:r w:rsidRPr="00D64DC1">
        <w:rPr>
          <w:lang w:val="es-ES"/>
        </w:rPr>
        <w:t>DÍA 18 LUN VILNIUS - TRAKAI - VILNIUS</w:t>
      </w:r>
    </w:p>
    <w:p w14:paraId="68782C01" w14:textId="77777777" w:rsidR="00FA1BCE" w:rsidRPr="00D64DC1" w:rsidRDefault="00D64DC1">
      <w:pPr>
        <w:rPr>
          <w:lang w:val="es-ES"/>
        </w:rPr>
      </w:pPr>
      <w:r w:rsidRPr="00D64DC1">
        <w:rPr>
          <w:lang w:val="es-ES"/>
        </w:rPr>
        <w:t>Desayuno y visita panorámica de la ciudad, también llamada «la Jerusalén de Lituania», con una población hete</w:t>
      </w:r>
      <w:r w:rsidRPr="00D64DC1">
        <w:rPr>
          <w:lang w:val="es-ES"/>
        </w:rPr>
        <w:t>rogénea que agrupa a personas de 92 nacionalidades diferentes. Entre sus múltiples obras sacras destacan la iglesia de San Pedro y San Pablo, construida en 1668 sobre los restos arquitectónicos de un templo pagano dedicado a Milda, diosa del amor; la igles</w:t>
      </w:r>
      <w:r w:rsidRPr="00D64DC1">
        <w:rPr>
          <w:lang w:val="es-ES"/>
        </w:rPr>
        <w:t>ia de Santa Ana, con el adyacente monasterio de las Bernardinas; la iglesia de San Casimiro, fundada por los jesuitas y dedicada a san Casimiro Jagiellon, hijo del rey de Polonia; y la iglesia de San Miguel, obra renacentista construida en 1594. Por la tar</w:t>
      </w:r>
      <w:r w:rsidRPr="00D64DC1">
        <w:rPr>
          <w:lang w:val="es-ES"/>
        </w:rPr>
        <w:t>de, excursión a Trakai, muy famoso por su castillo del siglo XIV, rodeado de 10 pequeños lagos. Alojamiento.</w:t>
      </w:r>
    </w:p>
    <w:p w14:paraId="653D0ABD" w14:textId="77777777" w:rsidR="00FA1BCE" w:rsidRPr="00D64DC1" w:rsidRDefault="00FA1BCE">
      <w:pPr>
        <w:rPr>
          <w:lang w:val="es-ES"/>
        </w:rPr>
      </w:pPr>
    </w:p>
    <w:p w14:paraId="71D1CF78" w14:textId="77777777" w:rsidR="00FA1BCE" w:rsidRPr="00D64DC1" w:rsidRDefault="00D64DC1">
      <w:pPr>
        <w:pStyle w:val="Ttulo2"/>
        <w:rPr>
          <w:lang w:val="es-ES"/>
        </w:rPr>
      </w:pPr>
      <w:r w:rsidRPr="00D64DC1">
        <w:rPr>
          <w:lang w:val="es-ES"/>
        </w:rPr>
        <w:t>DÍA 19 MAR VILNIUS - VARSOVIA</w:t>
      </w:r>
    </w:p>
    <w:p w14:paraId="1911347E" w14:textId="77777777" w:rsidR="00FA1BCE" w:rsidRPr="00D64DC1" w:rsidRDefault="00D64DC1">
      <w:pPr>
        <w:rPr>
          <w:lang w:val="es-ES"/>
        </w:rPr>
      </w:pPr>
      <w:r w:rsidRPr="00D64DC1">
        <w:rPr>
          <w:lang w:val="es-ES"/>
        </w:rPr>
        <w:t>Desayuno y salida hacia Varsovia, capital de Polonia. En nuestra ruta pasaremos a 17 km de la frontera con Bielorrus</w:t>
      </w:r>
      <w:r w:rsidRPr="00D64DC1">
        <w:rPr>
          <w:lang w:val="es-ES"/>
        </w:rPr>
        <w:t>ia, donde confluyen los ríos Neris y Vilna. Disfrutaremos de los bellos paisajes de las pequeñas poblaciones rurales de Polonia hasta llegar por la tarde a Varsovia. Alojamiento.</w:t>
      </w:r>
    </w:p>
    <w:p w14:paraId="44179007" w14:textId="77777777" w:rsidR="00FA1BCE" w:rsidRPr="00D64DC1" w:rsidRDefault="00FA1BCE">
      <w:pPr>
        <w:rPr>
          <w:lang w:val="es-ES"/>
        </w:rPr>
      </w:pPr>
    </w:p>
    <w:p w14:paraId="56FD369B" w14:textId="77777777" w:rsidR="00FA1BCE" w:rsidRPr="00D64DC1" w:rsidRDefault="00D64DC1">
      <w:pPr>
        <w:pStyle w:val="Ttulo2"/>
        <w:rPr>
          <w:lang w:val="es-ES"/>
        </w:rPr>
      </w:pPr>
      <w:r w:rsidRPr="00D64DC1">
        <w:rPr>
          <w:lang w:val="es-ES"/>
        </w:rPr>
        <w:t>DÍA 20 MIE VARSOVIA</w:t>
      </w:r>
    </w:p>
    <w:p w14:paraId="4B24BEE3" w14:textId="77777777" w:rsidR="00FA1BCE" w:rsidRPr="00D64DC1" w:rsidRDefault="00D64DC1">
      <w:pPr>
        <w:rPr>
          <w:lang w:val="es-ES"/>
        </w:rPr>
      </w:pPr>
      <w:r w:rsidRPr="00D64DC1">
        <w:rPr>
          <w:lang w:val="es-ES"/>
        </w:rPr>
        <w:t>Desayuno y visita de la ciudad siguiendo el recorrido de</w:t>
      </w:r>
      <w:r w:rsidRPr="00D64DC1">
        <w:rPr>
          <w:lang w:val="es-ES"/>
        </w:rPr>
        <w:t xml:space="preserve"> la Ruta Real, que abarca también el casco antiguo, el Parque Real de Łazienki, con su monumento a Chopin, y la iglesia de Santa Ana. Tarde libre. Alojamiento.</w:t>
      </w:r>
    </w:p>
    <w:p w14:paraId="5BBBD77D" w14:textId="77777777" w:rsidR="00FA1BCE" w:rsidRPr="00D64DC1" w:rsidRDefault="00FA1BCE">
      <w:pPr>
        <w:rPr>
          <w:lang w:val="es-ES"/>
        </w:rPr>
      </w:pPr>
    </w:p>
    <w:p w14:paraId="5046CC1F" w14:textId="77777777" w:rsidR="00FA1BCE" w:rsidRPr="00D64DC1" w:rsidRDefault="00D64DC1">
      <w:pPr>
        <w:pStyle w:val="Ttulo2"/>
        <w:rPr>
          <w:lang w:val="es-ES"/>
        </w:rPr>
      </w:pPr>
      <w:r w:rsidRPr="00D64DC1">
        <w:rPr>
          <w:lang w:val="es-ES"/>
        </w:rPr>
        <w:t>DÍA 21 JUE VARSOVIA</w:t>
      </w:r>
    </w:p>
    <w:p w14:paraId="4711A8D0" w14:textId="77777777" w:rsidR="00FA1BCE" w:rsidRPr="00D64DC1" w:rsidRDefault="00D64DC1">
      <w:pPr>
        <w:rPr>
          <w:lang w:val="es-ES"/>
        </w:rPr>
      </w:pPr>
      <w:r w:rsidRPr="00D64DC1">
        <w:rPr>
          <w:lang w:val="es-ES"/>
        </w:rPr>
        <w:t>Desayuno y traslado al aeropuerto.</w:t>
      </w:r>
    </w:p>
    <w:p w14:paraId="0B860E74" w14:textId="77777777" w:rsidR="00FA1BCE" w:rsidRPr="00D64DC1" w:rsidRDefault="00FA1BCE">
      <w:pPr>
        <w:rPr>
          <w:lang w:val="es-ES"/>
        </w:rPr>
      </w:pPr>
    </w:p>
    <w:sectPr w:rsidR="00FA1BCE" w:rsidRPr="00D64DC1"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A3CE94" w14:textId="77777777" w:rsidR="00D64DC1" w:rsidRDefault="00D64DC1" w:rsidP="00D64DC1">
      <w:pPr>
        <w:spacing w:after="0" w:line="240" w:lineRule="auto"/>
      </w:pPr>
      <w:r>
        <w:separator/>
      </w:r>
    </w:p>
  </w:endnote>
  <w:endnote w:type="continuationSeparator" w:id="0">
    <w:p w14:paraId="51E051B1" w14:textId="77777777" w:rsidR="00D64DC1" w:rsidRDefault="00D64DC1" w:rsidP="00D64D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DB6A52" w14:textId="77777777" w:rsidR="00D64DC1" w:rsidRDefault="00D64DC1" w:rsidP="00D64DC1">
      <w:pPr>
        <w:spacing w:after="0" w:line="240" w:lineRule="auto"/>
      </w:pPr>
      <w:r>
        <w:separator/>
      </w:r>
    </w:p>
  </w:footnote>
  <w:footnote w:type="continuationSeparator" w:id="0">
    <w:p w14:paraId="4FA7A4B8" w14:textId="77777777" w:rsidR="00D64DC1" w:rsidRDefault="00D64DC1" w:rsidP="00D64D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338294" w14:textId="3B9B9B02" w:rsidR="00D64DC1" w:rsidRDefault="00D64DC1">
    <w:pPr>
      <w:pStyle w:val="Encabezado"/>
    </w:pPr>
    <w:r>
      <w:rPr>
        <w:noProof/>
      </w:rPr>
      <w:drawing>
        <wp:inline distT="0" distB="0" distL="0" distR="0" wp14:anchorId="5B966CDF" wp14:editId="34DB9C5A">
          <wp:extent cx="1162050" cy="11620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2050" cy="11620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AA1D8D"/>
    <w:rsid w:val="00B47730"/>
    <w:rsid w:val="00CB0664"/>
    <w:rsid w:val="00D64DC1"/>
    <w:rsid w:val="00FA1BC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4ACE836"/>
  <w14:defaultImageDpi w14:val="300"/>
  <w15:docId w15:val="{3E828C73-D2C6-4938-8AC3-ADD563427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1638</Words>
  <Characters>9010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10627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2</cp:revision>
  <dcterms:created xsi:type="dcterms:W3CDTF">2013-12-23T23:15:00Z</dcterms:created>
  <dcterms:modified xsi:type="dcterms:W3CDTF">2026-05-28T09:30:00Z</dcterms:modified>
  <cp:category/>
</cp:coreProperties>
</file>