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D43B7A" w14:textId="77777777" w:rsidR="00916096" w:rsidRPr="005B5834" w:rsidRDefault="005B5834" w:rsidP="005B5834">
      <w:pPr>
        <w:spacing w:after="0" w:line="240" w:lineRule="auto"/>
        <w:jc w:val="center"/>
        <w:rPr>
          <w:rFonts w:ascii="Century Gothic" w:eastAsia="Times New Roman" w:hAnsi="Century Gothic" w:cs="Arial"/>
          <w:b/>
          <w:color w:val="CAA60C"/>
          <w:sz w:val="36"/>
          <w:szCs w:val="36"/>
          <w:lang w:val="pt-BR" w:eastAsia="de-DE"/>
        </w:rPr>
      </w:pPr>
      <w:r w:rsidRPr="005B5834">
        <w:rPr>
          <w:rFonts w:ascii="Century Gothic" w:eastAsia="Times New Roman" w:hAnsi="Century Gothic" w:cs="Arial"/>
          <w:b/>
          <w:color w:val="CAA60C"/>
          <w:sz w:val="36"/>
          <w:szCs w:val="36"/>
          <w:lang w:val="pt-BR" w:eastAsia="de-DE"/>
        </w:rPr>
        <w:t>IMPERIO VIKINGO</w:t>
      </w:r>
    </w:p>
    <w:p w14:paraId="7CFA8E3C" w14:textId="4E6825E1" w:rsidR="00916096" w:rsidRDefault="005B5834" w:rsidP="005B5834">
      <w:pPr>
        <w:spacing w:after="0" w:line="240" w:lineRule="auto"/>
        <w:jc w:val="center"/>
        <w:rPr>
          <w:rFonts w:ascii="Century Gothic" w:eastAsia="Times New Roman" w:hAnsi="Century Gothic" w:cs="Arial"/>
          <w:bCs/>
          <w:color w:val="CAA60C"/>
          <w:sz w:val="24"/>
          <w:szCs w:val="24"/>
          <w:lang w:val="pt-BR" w:eastAsia="de-DE"/>
        </w:rPr>
      </w:pPr>
      <w:proofErr w:type="spellStart"/>
      <w:r w:rsidRPr="005B5834">
        <w:rPr>
          <w:rFonts w:ascii="Century Gothic" w:eastAsia="Times New Roman" w:hAnsi="Century Gothic" w:cs="Arial"/>
          <w:bCs/>
          <w:color w:val="CAA60C"/>
          <w:sz w:val="24"/>
          <w:szCs w:val="24"/>
          <w:lang w:val="pt-BR" w:eastAsia="de-DE"/>
        </w:rPr>
        <w:t>Categoría</w:t>
      </w:r>
      <w:proofErr w:type="spellEnd"/>
      <w:r w:rsidRPr="005B5834">
        <w:rPr>
          <w:rFonts w:ascii="Century Gothic" w:eastAsia="Times New Roman" w:hAnsi="Century Gothic" w:cs="Arial"/>
          <w:bCs/>
          <w:color w:val="CAA60C"/>
          <w:sz w:val="24"/>
          <w:szCs w:val="24"/>
          <w:lang w:val="pt-BR" w:eastAsia="de-DE"/>
        </w:rPr>
        <w:t>: Premium</w:t>
      </w:r>
    </w:p>
    <w:p w14:paraId="0C820CFF" w14:textId="77777777" w:rsidR="005B5834" w:rsidRPr="005B5834" w:rsidRDefault="005B5834" w:rsidP="005B5834">
      <w:pPr>
        <w:spacing w:after="0" w:line="240" w:lineRule="auto"/>
        <w:jc w:val="center"/>
        <w:rPr>
          <w:rFonts w:ascii="Century Gothic" w:eastAsia="Times New Roman" w:hAnsi="Century Gothic" w:cs="Arial"/>
          <w:bCs/>
          <w:color w:val="CAA60C"/>
          <w:sz w:val="24"/>
          <w:szCs w:val="24"/>
          <w:lang w:val="pt-BR" w:eastAsia="de-DE"/>
        </w:rPr>
      </w:pPr>
    </w:p>
    <w:p w14:paraId="332F889C" w14:textId="77777777" w:rsidR="00916096" w:rsidRPr="005B5834" w:rsidRDefault="005B5834" w:rsidP="005B5834">
      <w:pPr>
        <w:jc w:val="center"/>
        <w:rPr>
          <w:lang w:val="es-ES"/>
        </w:rPr>
      </w:pPr>
      <w:r w:rsidRPr="005B5834">
        <w:rPr>
          <w:lang w:val="es-ES"/>
        </w:rPr>
        <w:t>Código: 3</w:t>
      </w:r>
      <w:proofErr w:type="gramStart"/>
      <w:r w:rsidRPr="005B5834">
        <w:rPr>
          <w:lang w:val="es-ES"/>
        </w:rPr>
        <w:t>CAP  |</w:t>
      </w:r>
      <w:proofErr w:type="gramEnd"/>
      <w:r w:rsidRPr="005B5834">
        <w:rPr>
          <w:lang w:val="es-ES"/>
        </w:rPr>
        <w:t xml:space="preserve">  11 Días</w:t>
      </w:r>
    </w:p>
    <w:p w14:paraId="4198A968" w14:textId="77777777" w:rsidR="00916096" w:rsidRPr="005B5834" w:rsidRDefault="00916096">
      <w:pPr>
        <w:rPr>
          <w:lang w:val="es-ES"/>
        </w:rPr>
      </w:pPr>
    </w:p>
    <w:p w14:paraId="18A7C15E" w14:textId="77777777" w:rsidR="00916096" w:rsidRPr="005B5834" w:rsidRDefault="005B5834">
      <w:pPr>
        <w:pStyle w:val="Ttulo2"/>
        <w:rPr>
          <w:lang w:val="es-ES"/>
        </w:rPr>
      </w:pPr>
      <w:r w:rsidRPr="005B5834">
        <w:rPr>
          <w:lang w:val="es-ES"/>
        </w:rPr>
        <w:t>SALIDAS GARANTIZADAS 2027</w:t>
      </w:r>
    </w:p>
    <w:p w14:paraId="76B1EAAB" w14:textId="77777777" w:rsidR="00916096" w:rsidRPr="005B5834" w:rsidRDefault="005B5834">
      <w:pPr>
        <w:rPr>
          <w:lang w:val="es-ES"/>
        </w:rPr>
      </w:pPr>
      <w:r w:rsidRPr="005B5834">
        <w:rPr>
          <w:lang w:val="es-ES"/>
        </w:rPr>
        <w:t xml:space="preserve">ABRIL . . . . . . . . . . . . . . . . . . . . . </w:t>
      </w:r>
      <w:proofErr w:type="gramStart"/>
      <w:r w:rsidRPr="005B5834">
        <w:rPr>
          <w:lang w:val="es-ES"/>
        </w:rPr>
        <w:t>. . . .</w:t>
      </w:r>
      <w:proofErr w:type="gramEnd"/>
      <w:r w:rsidRPr="005B5834">
        <w:rPr>
          <w:lang w:val="es-ES"/>
        </w:rPr>
        <w:t xml:space="preserve"> . 30</w:t>
      </w:r>
    </w:p>
    <w:p w14:paraId="228492D1" w14:textId="77777777" w:rsidR="00916096" w:rsidRPr="005B5834" w:rsidRDefault="005B5834">
      <w:pPr>
        <w:rPr>
          <w:lang w:val="es-ES"/>
        </w:rPr>
      </w:pPr>
      <w:r w:rsidRPr="005B5834">
        <w:rPr>
          <w:lang w:val="es-ES"/>
        </w:rPr>
        <w:t>MAYO . . . . . . . . . . . . . . . . . . . . . . . . 14, 28</w:t>
      </w:r>
    </w:p>
    <w:p w14:paraId="53011698" w14:textId="77777777" w:rsidR="00916096" w:rsidRPr="005B5834" w:rsidRDefault="005B5834">
      <w:pPr>
        <w:rPr>
          <w:lang w:val="es-ES"/>
        </w:rPr>
      </w:pPr>
      <w:r w:rsidRPr="005B5834">
        <w:rPr>
          <w:lang w:val="es-ES"/>
        </w:rPr>
        <w:t xml:space="preserve">JUNIO . . . . . . . . . . . . . . . . . . . . </w:t>
      </w:r>
      <w:r w:rsidRPr="005B5834">
        <w:rPr>
          <w:lang w:val="es-ES"/>
        </w:rPr>
        <w:t>. . . . 11, 25</w:t>
      </w:r>
    </w:p>
    <w:p w14:paraId="6BCCA7AC" w14:textId="77777777" w:rsidR="00916096" w:rsidRPr="005B5834" w:rsidRDefault="005B5834">
      <w:pPr>
        <w:rPr>
          <w:lang w:val="es-ES"/>
        </w:rPr>
      </w:pPr>
      <w:r w:rsidRPr="005B5834">
        <w:rPr>
          <w:lang w:val="es-ES"/>
        </w:rPr>
        <w:t xml:space="preserve">JULIO . . . . . . . . . . . . . . . . . . . . . </w:t>
      </w:r>
      <w:proofErr w:type="gramStart"/>
      <w:r w:rsidRPr="005B5834">
        <w:rPr>
          <w:lang w:val="es-ES"/>
        </w:rPr>
        <w:t>. . . .</w:t>
      </w:r>
      <w:proofErr w:type="gramEnd"/>
      <w:r w:rsidRPr="005B5834">
        <w:rPr>
          <w:lang w:val="es-ES"/>
        </w:rPr>
        <w:t xml:space="preserve"> 9, 23</w:t>
      </w:r>
    </w:p>
    <w:p w14:paraId="25496540" w14:textId="77777777" w:rsidR="00916096" w:rsidRPr="005B5834" w:rsidRDefault="005B5834">
      <w:pPr>
        <w:rPr>
          <w:lang w:val="es-ES"/>
        </w:rPr>
      </w:pPr>
      <w:r w:rsidRPr="005B5834">
        <w:rPr>
          <w:lang w:val="es-ES"/>
        </w:rPr>
        <w:t>AGOSTO . . . . . . . . . . . . . . . . . . . . . . . . 6, 20</w:t>
      </w:r>
    </w:p>
    <w:p w14:paraId="0BBE1428" w14:textId="77777777" w:rsidR="00916096" w:rsidRPr="005B5834" w:rsidRDefault="005B5834">
      <w:pPr>
        <w:rPr>
          <w:lang w:val="es-ES"/>
        </w:rPr>
      </w:pPr>
      <w:r w:rsidRPr="005B5834">
        <w:rPr>
          <w:lang w:val="es-ES"/>
        </w:rPr>
        <w:t xml:space="preserve">SEPTIEMBRE . . . . . . . . . . . . . . . </w:t>
      </w:r>
      <w:proofErr w:type="gramStart"/>
      <w:r w:rsidRPr="005B5834">
        <w:rPr>
          <w:lang w:val="es-ES"/>
        </w:rPr>
        <w:t>. . . .</w:t>
      </w:r>
      <w:proofErr w:type="gramEnd"/>
      <w:r w:rsidRPr="005B5834">
        <w:rPr>
          <w:lang w:val="es-ES"/>
        </w:rPr>
        <w:t xml:space="preserve"> . 3, 17</w:t>
      </w:r>
    </w:p>
    <w:p w14:paraId="1617F616" w14:textId="77777777" w:rsidR="00916096" w:rsidRPr="005B5834" w:rsidRDefault="00916096">
      <w:pPr>
        <w:rPr>
          <w:lang w:val="es-ES"/>
        </w:rPr>
      </w:pPr>
    </w:p>
    <w:p w14:paraId="30485C45" w14:textId="77777777" w:rsidR="00916096" w:rsidRPr="005B5834" w:rsidRDefault="005B5834">
      <w:pPr>
        <w:pStyle w:val="Ttulo2"/>
        <w:rPr>
          <w:lang w:val="es-ES"/>
        </w:rPr>
      </w:pPr>
      <w:r w:rsidRPr="005B5834">
        <w:rPr>
          <w:lang w:val="es-ES"/>
        </w:rPr>
        <w:t>HOTELES PREVISTOS</w:t>
      </w:r>
    </w:p>
    <w:p w14:paraId="63089855" w14:textId="77777777" w:rsidR="00916096" w:rsidRPr="005B5834" w:rsidRDefault="005B5834">
      <w:pPr>
        <w:rPr>
          <w:lang w:val="es-ES"/>
        </w:rPr>
      </w:pPr>
      <w:r w:rsidRPr="005B5834">
        <w:rPr>
          <w:lang w:val="es-ES"/>
        </w:rPr>
        <w:t>(o similares en la categoría indicada, seg</w:t>
      </w:r>
      <w:r w:rsidRPr="005B5834">
        <w:rPr>
          <w:lang w:val="es-ES"/>
        </w:rPr>
        <w:t>ún ciudad)</w:t>
      </w:r>
    </w:p>
    <w:p w14:paraId="5BC8E9D7" w14:textId="77777777" w:rsidR="00916096" w:rsidRDefault="005B5834">
      <w:r>
        <w:rPr>
          <w:b/>
        </w:rPr>
        <w:t xml:space="preserve">COPENHAGUE: </w:t>
      </w:r>
      <w:r>
        <w:t>RADISSON SCANDINAVIA ★★★★(s)</w:t>
      </w:r>
    </w:p>
    <w:p w14:paraId="45BFCBB3" w14:textId="77777777" w:rsidR="00916096" w:rsidRDefault="005B5834">
      <w:r>
        <w:rPr>
          <w:b/>
        </w:rPr>
        <w:t xml:space="preserve">AARHUS: </w:t>
      </w:r>
      <w:r>
        <w:t>COMWELL AARHUS ★★★★(s)</w:t>
      </w:r>
    </w:p>
    <w:p w14:paraId="69F66FC3" w14:textId="77777777" w:rsidR="00916096" w:rsidRDefault="005B5834">
      <w:r>
        <w:rPr>
          <w:b/>
        </w:rPr>
        <w:t xml:space="preserve">STAVANGER: </w:t>
      </w:r>
      <w:r>
        <w:t>RADISSON ATLANTIC ★★★★(s)</w:t>
      </w:r>
    </w:p>
    <w:p w14:paraId="2E2A6E99" w14:textId="77777777" w:rsidR="00916096" w:rsidRDefault="005B5834">
      <w:r>
        <w:rPr>
          <w:b/>
        </w:rPr>
        <w:t xml:space="preserve">BERGEN: </w:t>
      </w:r>
      <w:r>
        <w:t>HAVNEKONTORET ★★★★(s)</w:t>
      </w:r>
    </w:p>
    <w:p w14:paraId="2CE1A67F" w14:textId="77777777" w:rsidR="00916096" w:rsidRDefault="005B5834">
      <w:r>
        <w:rPr>
          <w:b/>
        </w:rPr>
        <w:t xml:space="preserve">OSLO: </w:t>
      </w:r>
      <w:r>
        <w:t>CLARION THE HUB ★★★★(s)</w:t>
      </w:r>
    </w:p>
    <w:p w14:paraId="67BD117A" w14:textId="77777777" w:rsidR="00916096" w:rsidRDefault="005B5834">
      <w:r>
        <w:rPr>
          <w:b/>
        </w:rPr>
        <w:t xml:space="preserve">ESTOCOLMO: </w:t>
      </w:r>
      <w:r>
        <w:t>RADISSON ROYAL VIKING ★★★★(s)  /  CLARION SIGN ★★★★</w:t>
      </w:r>
    </w:p>
    <w:p w14:paraId="5B547020" w14:textId="77777777" w:rsidR="00916096" w:rsidRDefault="00916096"/>
    <w:p w14:paraId="515E70AA" w14:textId="77777777" w:rsidR="00916096" w:rsidRDefault="005B5834">
      <w:pPr>
        <w:pStyle w:val="Ttulo2"/>
      </w:pPr>
      <w:r>
        <w:t>SERVICIOS IN</w:t>
      </w:r>
      <w:r>
        <w:t>CLUIDOS</w:t>
      </w:r>
    </w:p>
    <w:p w14:paraId="2F14F8F5" w14:textId="77777777" w:rsidR="00916096" w:rsidRDefault="005B5834">
      <w:pPr>
        <w:pStyle w:val="Listaconvietas"/>
      </w:pPr>
      <w:r>
        <w:t>Guía exclusivo de habla hispana</w:t>
      </w:r>
    </w:p>
    <w:p w14:paraId="529FA89E" w14:textId="77777777" w:rsidR="00916096" w:rsidRDefault="005B5834">
      <w:pPr>
        <w:pStyle w:val="Listaconvietas"/>
      </w:pPr>
      <w:r>
        <w:t>10 noches alojamiento con desayuno buffet</w:t>
      </w:r>
    </w:p>
    <w:p w14:paraId="52149887" w14:textId="77777777" w:rsidR="00916096" w:rsidRDefault="005B5834">
      <w:pPr>
        <w:pStyle w:val="Listaconvietas"/>
      </w:pPr>
      <w:r>
        <w:t>Travesía Hirtshals - Kristiansand</w:t>
      </w:r>
    </w:p>
    <w:p w14:paraId="7B2C58CB" w14:textId="77777777" w:rsidR="00916096" w:rsidRDefault="005B5834">
      <w:pPr>
        <w:pStyle w:val="Listaconvietas"/>
      </w:pPr>
      <w:r>
        <w:lastRenderedPageBreak/>
        <w:t>Entradas y experiencias según itinerario</w:t>
      </w:r>
    </w:p>
    <w:p w14:paraId="6F575735" w14:textId="77777777" w:rsidR="00916096" w:rsidRDefault="005B5834">
      <w:r>
        <w:rPr>
          <w:b/>
        </w:rPr>
        <w:t xml:space="preserve">Incluye: </w:t>
      </w:r>
      <w:r>
        <w:t>1 MINICRUCERO</w:t>
      </w:r>
    </w:p>
    <w:p w14:paraId="04B98903" w14:textId="77777777" w:rsidR="00916096" w:rsidRDefault="00916096"/>
    <w:p w14:paraId="5CC9FC33" w14:textId="77777777" w:rsidR="00916096" w:rsidRDefault="005B5834">
      <w:pPr>
        <w:pStyle w:val="Ttulo2"/>
      </w:pPr>
      <w:r>
        <w:t>PRECIOS EN EUROS</w:t>
      </w:r>
    </w:p>
    <w:p w14:paraId="4BDD0EA3" w14:textId="77777777" w:rsidR="00916096" w:rsidRDefault="005B5834">
      <w:r>
        <w:t>€ 3.295,– por persona en doble</w:t>
      </w:r>
    </w:p>
    <w:p w14:paraId="7A876272" w14:textId="77777777" w:rsidR="00916096" w:rsidRDefault="005B5834">
      <w:r>
        <w:t xml:space="preserve">€ 1.500,– </w:t>
      </w:r>
      <w:r>
        <w:t>suplemento individual</w:t>
      </w:r>
    </w:p>
    <w:p w14:paraId="36D8AA72" w14:textId="77777777" w:rsidR="00916096" w:rsidRPr="005B5834" w:rsidRDefault="005B5834">
      <w:pPr>
        <w:rPr>
          <w:lang w:val="es-ES"/>
        </w:rPr>
      </w:pPr>
      <w:r w:rsidRPr="005B5834">
        <w:rPr>
          <w:lang w:val="es-ES"/>
        </w:rPr>
        <w:t>5% descuento para el tercer pasajero compartiendo con +2 personas (HABITACIÓN TRIPLE).</w:t>
      </w:r>
    </w:p>
    <w:p w14:paraId="310FBB25" w14:textId="77777777" w:rsidR="00916096" w:rsidRPr="005B5834" w:rsidRDefault="00916096">
      <w:pPr>
        <w:rPr>
          <w:lang w:val="es-ES"/>
        </w:rPr>
      </w:pPr>
    </w:p>
    <w:p w14:paraId="438B4B37" w14:textId="77777777" w:rsidR="00916096" w:rsidRPr="005B5834" w:rsidRDefault="005B5834">
      <w:pPr>
        <w:pStyle w:val="Ttulo1"/>
        <w:rPr>
          <w:lang w:val="es-ES"/>
        </w:rPr>
      </w:pPr>
      <w:r w:rsidRPr="005B5834">
        <w:rPr>
          <w:lang w:val="es-ES"/>
        </w:rPr>
        <w:t>ITINERARIO</w:t>
      </w:r>
    </w:p>
    <w:p w14:paraId="51D14F7A" w14:textId="77777777" w:rsidR="00916096" w:rsidRPr="005B5834" w:rsidRDefault="005B5834">
      <w:pPr>
        <w:pStyle w:val="Ttulo2"/>
        <w:rPr>
          <w:lang w:val="es-ES"/>
        </w:rPr>
      </w:pPr>
      <w:r w:rsidRPr="005B5834">
        <w:rPr>
          <w:lang w:val="es-ES"/>
        </w:rPr>
        <w:t>DÍA 1 VIE COPENHAGUE</w:t>
      </w:r>
    </w:p>
    <w:p w14:paraId="65E2D4A2" w14:textId="77777777" w:rsidR="00916096" w:rsidRPr="005B5834" w:rsidRDefault="005B5834">
      <w:pPr>
        <w:rPr>
          <w:lang w:val="es-ES"/>
        </w:rPr>
      </w:pPr>
      <w:r w:rsidRPr="005B5834">
        <w:rPr>
          <w:lang w:val="es-ES"/>
        </w:rPr>
        <w:t>Llegada al aeropuerto, traslado al hotel y alojamiento. A las 18:30h, reunión en el lobby del hotel con el guía.</w:t>
      </w:r>
    </w:p>
    <w:p w14:paraId="4A043879" w14:textId="77777777" w:rsidR="00916096" w:rsidRPr="005B5834" w:rsidRDefault="00916096">
      <w:pPr>
        <w:rPr>
          <w:lang w:val="es-ES"/>
        </w:rPr>
      </w:pPr>
    </w:p>
    <w:p w14:paraId="1EF749D5" w14:textId="77777777" w:rsidR="00916096" w:rsidRPr="005B5834" w:rsidRDefault="005B5834">
      <w:pPr>
        <w:pStyle w:val="Ttulo2"/>
        <w:rPr>
          <w:lang w:val="es-ES"/>
        </w:rPr>
      </w:pPr>
      <w:r w:rsidRPr="005B5834">
        <w:rPr>
          <w:lang w:val="es-ES"/>
        </w:rPr>
        <w:t>DÍA 2 SAB COPENHAGUE</w:t>
      </w:r>
    </w:p>
    <w:p w14:paraId="0FD83BFC" w14:textId="77777777" w:rsidR="00916096" w:rsidRPr="005B5834" w:rsidRDefault="005B5834">
      <w:pPr>
        <w:rPr>
          <w:lang w:val="es-ES"/>
        </w:rPr>
      </w:pPr>
      <w:r w:rsidRPr="005B5834">
        <w:rPr>
          <w:lang w:val="es-ES"/>
        </w:rPr>
        <w:t xml:space="preserve">Desayuno y visita panorámica de la ciudad, recorriendo sus principales monumentos y lugares históricos, como la Plaza del Ayuntamiento, el Palacio de </w:t>
      </w:r>
      <w:proofErr w:type="spellStart"/>
      <w:r w:rsidRPr="005B5834">
        <w:rPr>
          <w:lang w:val="es-ES"/>
        </w:rPr>
        <w:t>Christiansborg</w:t>
      </w:r>
      <w:proofErr w:type="spellEnd"/>
      <w:r w:rsidRPr="005B5834">
        <w:rPr>
          <w:lang w:val="es-ES"/>
        </w:rPr>
        <w:t xml:space="preserve"> (actual sede del Parlamento), la Fuente de la diosa </w:t>
      </w:r>
      <w:proofErr w:type="spellStart"/>
      <w:r w:rsidRPr="005B5834">
        <w:rPr>
          <w:lang w:val="es-ES"/>
        </w:rPr>
        <w:t>Gefion</w:t>
      </w:r>
      <w:proofErr w:type="spellEnd"/>
      <w:r w:rsidRPr="005B5834">
        <w:rPr>
          <w:lang w:val="es-ES"/>
        </w:rPr>
        <w:t xml:space="preserve"> y el puerto</w:t>
      </w:r>
      <w:r w:rsidRPr="005B5834">
        <w:rPr>
          <w:lang w:val="es-ES"/>
        </w:rPr>
        <w:t xml:space="preserve"> </w:t>
      </w:r>
      <w:proofErr w:type="spellStart"/>
      <w:r w:rsidRPr="005B5834">
        <w:rPr>
          <w:lang w:val="es-ES"/>
        </w:rPr>
        <w:t>Nyhavn</w:t>
      </w:r>
      <w:proofErr w:type="spellEnd"/>
      <w:r w:rsidRPr="005B5834">
        <w:rPr>
          <w:lang w:val="es-ES"/>
        </w:rPr>
        <w:t xml:space="preserve">, con sus pintorescas y coloridas casas del siglo XVII. Y, cómo no, el emblema de la ciudad: la famosa Sirenita. Opcionalmente, podremos visitar el majestuoso Castillo Real de Frederiksborg, en el norte de </w:t>
      </w:r>
      <w:proofErr w:type="spellStart"/>
      <w:r w:rsidRPr="005B5834">
        <w:rPr>
          <w:lang w:val="es-ES"/>
        </w:rPr>
        <w:t>Selandia</w:t>
      </w:r>
      <w:proofErr w:type="spellEnd"/>
      <w:r w:rsidRPr="005B5834">
        <w:rPr>
          <w:lang w:val="es-ES"/>
        </w:rPr>
        <w:t>. Tarde libre. Alojamiento.</w:t>
      </w:r>
    </w:p>
    <w:p w14:paraId="7581F096" w14:textId="77777777" w:rsidR="00916096" w:rsidRPr="005B5834" w:rsidRDefault="00916096">
      <w:pPr>
        <w:rPr>
          <w:lang w:val="es-ES"/>
        </w:rPr>
      </w:pPr>
    </w:p>
    <w:p w14:paraId="14F7939F" w14:textId="77777777" w:rsidR="00916096" w:rsidRPr="005B5834" w:rsidRDefault="005B5834">
      <w:pPr>
        <w:pStyle w:val="Ttulo2"/>
        <w:rPr>
          <w:lang w:val="es-ES"/>
        </w:rPr>
      </w:pPr>
      <w:r w:rsidRPr="005B5834">
        <w:rPr>
          <w:lang w:val="es-ES"/>
        </w:rPr>
        <w:t xml:space="preserve">DÍA 3 </w:t>
      </w:r>
      <w:r w:rsidRPr="005B5834">
        <w:rPr>
          <w:lang w:val="es-ES"/>
        </w:rPr>
        <w:t>DOM COPENHAGUE-ODENSE - AARHUS</w:t>
      </w:r>
    </w:p>
    <w:p w14:paraId="78E6E83D" w14:textId="77777777" w:rsidR="00916096" w:rsidRPr="005B5834" w:rsidRDefault="005B5834">
      <w:pPr>
        <w:rPr>
          <w:lang w:val="es-ES"/>
        </w:rPr>
      </w:pPr>
      <w:r w:rsidRPr="005B5834">
        <w:rPr>
          <w:lang w:val="es-ES"/>
        </w:rPr>
        <w:t xml:space="preserve">Por la mañana, salida hacia la ciudad de Odense cruzando el estrecho del Gran </w:t>
      </w:r>
      <w:proofErr w:type="spellStart"/>
      <w:r w:rsidRPr="005B5834">
        <w:rPr>
          <w:lang w:val="es-ES"/>
        </w:rPr>
        <w:t>Belt</w:t>
      </w:r>
      <w:proofErr w:type="spellEnd"/>
      <w:r w:rsidRPr="005B5834">
        <w:rPr>
          <w:lang w:val="es-ES"/>
        </w:rPr>
        <w:t xml:space="preserve"> a través de una de las obras más importantes de la ingeniería danesa: los impresionantes puentes que unen las islas de </w:t>
      </w:r>
      <w:proofErr w:type="spellStart"/>
      <w:r w:rsidRPr="005B5834">
        <w:rPr>
          <w:lang w:val="es-ES"/>
        </w:rPr>
        <w:t>Selandia</w:t>
      </w:r>
      <w:proofErr w:type="spellEnd"/>
      <w:r w:rsidRPr="005B5834">
        <w:rPr>
          <w:lang w:val="es-ES"/>
        </w:rPr>
        <w:t xml:space="preserve"> y Fionia. Brev</w:t>
      </w:r>
      <w:r w:rsidRPr="005B5834">
        <w:rPr>
          <w:lang w:val="es-ES"/>
        </w:rPr>
        <w:t>e parada en la ciudad de Odense, mundialmente conocida por ser la cuna del danés más universal, el popular escritor de cuentos infantiles Hans Christian Andersen. Continuación hacia Aarhus, la segunda ciudad más grande de Dinamarca y una de las más antigua</w:t>
      </w:r>
      <w:r w:rsidRPr="005B5834">
        <w:rPr>
          <w:lang w:val="es-ES"/>
        </w:rPr>
        <w:t>s del país. Tiempo libre y alojamiento.</w:t>
      </w:r>
    </w:p>
    <w:p w14:paraId="4D68762D" w14:textId="77777777" w:rsidR="00916096" w:rsidRPr="005B5834" w:rsidRDefault="00916096">
      <w:pPr>
        <w:rPr>
          <w:lang w:val="es-ES"/>
        </w:rPr>
      </w:pPr>
    </w:p>
    <w:p w14:paraId="3B8A8CAA" w14:textId="77777777" w:rsidR="00916096" w:rsidRPr="005B5834" w:rsidRDefault="005B5834">
      <w:pPr>
        <w:pStyle w:val="Ttulo2"/>
        <w:rPr>
          <w:lang w:val="es-ES"/>
        </w:rPr>
      </w:pPr>
      <w:r w:rsidRPr="005B5834">
        <w:rPr>
          <w:lang w:val="es-ES"/>
        </w:rPr>
        <w:t>DÍA 4 LUN AARHUS - KRISTIANSAND - STAVANGER</w:t>
      </w:r>
    </w:p>
    <w:p w14:paraId="4D433A50" w14:textId="77777777" w:rsidR="00916096" w:rsidRPr="005B5834" w:rsidRDefault="005B5834">
      <w:pPr>
        <w:rPr>
          <w:lang w:val="es-ES"/>
        </w:rPr>
      </w:pPr>
      <w:r w:rsidRPr="005B5834">
        <w:rPr>
          <w:lang w:val="es-ES"/>
        </w:rPr>
        <w:t xml:space="preserve">Desayuno y salida hacia </w:t>
      </w:r>
      <w:proofErr w:type="spellStart"/>
      <w:r w:rsidRPr="005B5834">
        <w:rPr>
          <w:lang w:val="es-ES"/>
        </w:rPr>
        <w:t>Hirtshals</w:t>
      </w:r>
      <w:proofErr w:type="spellEnd"/>
      <w:r w:rsidRPr="005B5834">
        <w:rPr>
          <w:lang w:val="es-ES"/>
        </w:rPr>
        <w:t xml:space="preserve">, donde embarcamos en un ferry hacia Noruega atravesando el mar del Norte hasta Kristiansand. Continuación hasta Stavanger, famoso por su </w:t>
      </w:r>
      <w:r w:rsidRPr="005B5834">
        <w:rPr>
          <w:lang w:val="es-ES"/>
        </w:rPr>
        <w:t>barrio antiguo, compuesto por 173 casas de madera, la mayoría de color blanco y algunas pintadas en diversos colores, lo que le otorga un encanto muy especial a la ciudad. Alojamiento en Stavanger.</w:t>
      </w:r>
    </w:p>
    <w:p w14:paraId="2720DFC3" w14:textId="77777777" w:rsidR="00916096" w:rsidRPr="005B5834" w:rsidRDefault="00916096">
      <w:pPr>
        <w:rPr>
          <w:lang w:val="es-ES"/>
        </w:rPr>
      </w:pPr>
    </w:p>
    <w:p w14:paraId="3335075E" w14:textId="77777777" w:rsidR="00916096" w:rsidRPr="005B5834" w:rsidRDefault="005B5834">
      <w:pPr>
        <w:pStyle w:val="Ttulo2"/>
        <w:rPr>
          <w:lang w:val="es-ES"/>
        </w:rPr>
      </w:pPr>
      <w:r w:rsidRPr="005B5834">
        <w:rPr>
          <w:lang w:val="es-ES"/>
        </w:rPr>
        <w:t>DÍA 5 MAR STAVANGER</w:t>
      </w:r>
    </w:p>
    <w:p w14:paraId="14687E96" w14:textId="77777777" w:rsidR="00916096" w:rsidRPr="005B5834" w:rsidRDefault="005B5834">
      <w:pPr>
        <w:rPr>
          <w:lang w:val="es-ES"/>
        </w:rPr>
      </w:pPr>
      <w:r w:rsidRPr="005B5834">
        <w:rPr>
          <w:lang w:val="es-ES"/>
        </w:rPr>
        <w:t xml:space="preserve">Desayuno y salida hacia el puerto de </w:t>
      </w:r>
      <w:r w:rsidRPr="005B5834">
        <w:rPr>
          <w:lang w:val="es-ES"/>
        </w:rPr>
        <w:t xml:space="preserve">Stavanger, desde donde embarcaremos para disfrutar de los encantadores paisajes naturales, con una geología espectacular y curiosidades que ofrece el fiordo de </w:t>
      </w:r>
      <w:proofErr w:type="spellStart"/>
      <w:r w:rsidRPr="005B5834">
        <w:rPr>
          <w:lang w:val="es-ES"/>
        </w:rPr>
        <w:t>Lyse</w:t>
      </w:r>
      <w:proofErr w:type="spellEnd"/>
      <w:r w:rsidRPr="005B5834">
        <w:rPr>
          <w:lang w:val="es-ES"/>
        </w:rPr>
        <w:t xml:space="preserve"> o "fiordo claro", cuyo nombre se debe al color del granito de sus montañas. Durante la trav</w:t>
      </w:r>
      <w:r w:rsidRPr="005B5834">
        <w:rPr>
          <w:lang w:val="es-ES"/>
        </w:rPr>
        <w:t xml:space="preserve">esía en barco podremos admirar una de las formaciones rocosas más famosas del país, llamada </w:t>
      </w:r>
      <w:proofErr w:type="spellStart"/>
      <w:r w:rsidRPr="005B5834">
        <w:rPr>
          <w:lang w:val="es-ES"/>
        </w:rPr>
        <w:t>Preikestolen</w:t>
      </w:r>
      <w:proofErr w:type="spellEnd"/>
      <w:r w:rsidRPr="005B5834">
        <w:rPr>
          <w:lang w:val="es-ES"/>
        </w:rPr>
        <w:t xml:space="preserve"> o el «Púlpito», que tiene una caída vertical de 604 m y fue escenario de una de las tomas de la película Misión Imposible. A nuestro regreso a la ciuda</w:t>
      </w:r>
      <w:r w:rsidRPr="005B5834">
        <w:rPr>
          <w:lang w:val="es-ES"/>
        </w:rPr>
        <w:t>d, les recomendamos visitar en su tiempo libre el interesante Museo del Petróleo. Alojamiento en Stavanger.</w:t>
      </w:r>
    </w:p>
    <w:p w14:paraId="07CD0761" w14:textId="77777777" w:rsidR="00916096" w:rsidRPr="005B5834" w:rsidRDefault="00916096">
      <w:pPr>
        <w:rPr>
          <w:lang w:val="es-ES"/>
        </w:rPr>
      </w:pPr>
    </w:p>
    <w:p w14:paraId="5FA0C145" w14:textId="77777777" w:rsidR="00916096" w:rsidRPr="005B5834" w:rsidRDefault="005B5834">
      <w:pPr>
        <w:pStyle w:val="Ttulo2"/>
        <w:rPr>
          <w:lang w:val="es-ES"/>
        </w:rPr>
      </w:pPr>
      <w:r w:rsidRPr="005B5834">
        <w:rPr>
          <w:lang w:val="es-ES"/>
        </w:rPr>
        <w:t>DÍA 6 MIE STAVANGER – BERGEN</w:t>
      </w:r>
    </w:p>
    <w:p w14:paraId="35235446" w14:textId="77777777" w:rsidR="00916096" w:rsidRPr="005B5834" w:rsidRDefault="005B5834">
      <w:pPr>
        <w:rPr>
          <w:lang w:val="es-ES"/>
        </w:rPr>
      </w:pPr>
      <w:r w:rsidRPr="005B5834">
        <w:rPr>
          <w:lang w:val="es-ES"/>
        </w:rPr>
        <w:t>Desayuno y salida hacia Bergen, recorriendo la costa noruega y sus fiordos a través de túneles, puentes y tramos en ba</w:t>
      </w:r>
      <w:r w:rsidRPr="005B5834">
        <w:rPr>
          <w:lang w:val="es-ES"/>
        </w:rPr>
        <w:t xml:space="preserve">rco. Llegada a Bergen y alojamiento. A continuación, visita panorámica de Bergen, una de las ciudades más antiguas de Noruega, situada en un promontorio a orillas del mar del Norte. Entre sus principales atractivos destacan la Fortaleza, el </w:t>
      </w:r>
      <w:proofErr w:type="spellStart"/>
      <w:r w:rsidRPr="005B5834">
        <w:rPr>
          <w:lang w:val="es-ES"/>
        </w:rPr>
        <w:t>Håkonshallen</w:t>
      </w:r>
      <w:proofErr w:type="spellEnd"/>
      <w:r w:rsidRPr="005B5834">
        <w:rPr>
          <w:lang w:val="es-ES"/>
        </w:rPr>
        <w:t>, e</w:t>
      </w:r>
      <w:r w:rsidRPr="005B5834">
        <w:rPr>
          <w:lang w:val="es-ES"/>
        </w:rPr>
        <w:t xml:space="preserve">l </w:t>
      </w:r>
      <w:proofErr w:type="spellStart"/>
      <w:r w:rsidRPr="005B5834">
        <w:rPr>
          <w:lang w:val="es-ES"/>
        </w:rPr>
        <w:t>Bryggen</w:t>
      </w:r>
      <w:proofErr w:type="spellEnd"/>
      <w:r w:rsidRPr="005B5834">
        <w:rPr>
          <w:lang w:val="es-ES"/>
        </w:rPr>
        <w:t xml:space="preserve"> (instalaciones portuarias del siglo XVI) y la iglesia de María, de estilo románico. Al final del recorrido por la ciudad tendrán incluida la experiencia de subir al famoso funicular de Bergen, desde donde disfrutarán de unas espectaculares vistas</w:t>
      </w:r>
      <w:r w:rsidRPr="005B5834">
        <w:rPr>
          <w:lang w:val="es-ES"/>
        </w:rPr>
        <w:t>. Alojamiento en Bergen.</w:t>
      </w:r>
    </w:p>
    <w:p w14:paraId="2764E3F6" w14:textId="77777777" w:rsidR="00916096" w:rsidRPr="005B5834" w:rsidRDefault="00916096">
      <w:pPr>
        <w:rPr>
          <w:lang w:val="es-ES"/>
        </w:rPr>
      </w:pPr>
    </w:p>
    <w:p w14:paraId="648A28BC" w14:textId="77777777" w:rsidR="00916096" w:rsidRPr="005B5834" w:rsidRDefault="005B5834">
      <w:pPr>
        <w:pStyle w:val="Ttulo2"/>
        <w:rPr>
          <w:lang w:val="es-ES"/>
        </w:rPr>
      </w:pPr>
      <w:r w:rsidRPr="005B5834">
        <w:rPr>
          <w:lang w:val="es-ES"/>
        </w:rPr>
        <w:t>DÍA 7 JUE BERGEN - GUDVANGEN - FLAM - OSLO</w:t>
      </w:r>
    </w:p>
    <w:p w14:paraId="2349A25E" w14:textId="77777777" w:rsidR="00916096" w:rsidRPr="005B5834" w:rsidRDefault="005B5834">
      <w:pPr>
        <w:rPr>
          <w:lang w:val="es-ES"/>
        </w:rPr>
      </w:pPr>
      <w:r w:rsidRPr="005B5834">
        <w:rPr>
          <w:lang w:val="es-ES"/>
        </w:rPr>
        <w:t xml:space="preserve">Desayuno y salida hacia </w:t>
      </w:r>
      <w:proofErr w:type="spellStart"/>
      <w:r w:rsidRPr="005B5834">
        <w:rPr>
          <w:lang w:val="es-ES"/>
        </w:rPr>
        <w:t>Gudvangen</w:t>
      </w:r>
      <w:proofErr w:type="spellEnd"/>
      <w:r w:rsidRPr="005B5834">
        <w:rPr>
          <w:lang w:val="es-ES"/>
        </w:rPr>
        <w:t xml:space="preserve"> a través de un cautivador paisaje de bosques, ríos, cascadas y lagos rodeados de montañas. En </w:t>
      </w:r>
      <w:proofErr w:type="spellStart"/>
      <w:r w:rsidRPr="005B5834">
        <w:rPr>
          <w:lang w:val="es-ES"/>
        </w:rPr>
        <w:t>Gudvangen</w:t>
      </w:r>
      <w:proofErr w:type="spellEnd"/>
      <w:r w:rsidRPr="005B5834">
        <w:rPr>
          <w:lang w:val="es-ES"/>
        </w:rPr>
        <w:t xml:space="preserve"> tomaremos un ferry hacia </w:t>
      </w:r>
      <w:proofErr w:type="spellStart"/>
      <w:r w:rsidRPr="005B5834">
        <w:rPr>
          <w:lang w:val="es-ES"/>
        </w:rPr>
        <w:t>Flåm</w:t>
      </w:r>
      <w:proofErr w:type="spellEnd"/>
      <w:r w:rsidRPr="005B5834">
        <w:rPr>
          <w:lang w:val="es-ES"/>
        </w:rPr>
        <w:t>, atravesando la par</w:t>
      </w:r>
      <w:r w:rsidRPr="005B5834">
        <w:rPr>
          <w:lang w:val="es-ES"/>
        </w:rPr>
        <w:t>te más bonita y espectacular del «Fiordo de los Sueños». Desembarque y continuación en autocar a través del encantador paisaje noruego. Llegada a Oslo. Alojamiento.</w:t>
      </w:r>
    </w:p>
    <w:p w14:paraId="5AE6C378" w14:textId="77777777" w:rsidR="00916096" w:rsidRPr="005B5834" w:rsidRDefault="00916096">
      <w:pPr>
        <w:rPr>
          <w:lang w:val="es-ES"/>
        </w:rPr>
      </w:pPr>
    </w:p>
    <w:p w14:paraId="61E5ABD5" w14:textId="77777777" w:rsidR="00916096" w:rsidRPr="005B5834" w:rsidRDefault="005B5834">
      <w:pPr>
        <w:pStyle w:val="Ttulo2"/>
        <w:rPr>
          <w:lang w:val="es-ES"/>
        </w:rPr>
      </w:pPr>
      <w:r w:rsidRPr="005B5834">
        <w:rPr>
          <w:lang w:val="es-ES"/>
        </w:rPr>
        <w:t>DÍA 8 VIE OSLO</w:t>
      </w:r>
    </w:p>
    <w:p w14:paraId="42FDF108" w14:textId="77777777" w:rsidR="00916096" w:rsidRPr="005B5834" w:rsidRDefault="005B5834">
      <w:pPr>
        <w:rPr>
          <w:lang w:val="es-ES"/>
        </w:rPr>
      </w:pPr>
      <w:r w:rsidRPr="005B5834">
        <w:rPr>
          <w:lang w:val="es-ES"/>
        </w:rPr>
        <w:t>Desayuno y visita de la "capital vikinga", situada al fondo del fiordo homó</w:t>
      </w:r>
      <w:r w:rsidRPr="005B5834">
        <w:rPr>
          <w:lang w:val="es-ES"/>
        </w:rPr>
        <w:t xml:space="preserve">nimo, pasando por el Ayuntamiento, el Castillo de Akershus, el Palacio Real, el Parlamento y el Parque </w:t>
      </w:r>
      <w:proofErr w:type="spellStart"/>
      <w:r w:rsidRPr="005B5834">
        <w:rPr>
          <w:lang w:val="es-ES"/>
        </w:rPr>
        <w:t>Vigeland</w:t>
      </w:r>
      <w:proofErr w:type="spellEnd"/>
      <w:r w:rsidRPr="005B5834">
        <w:rPr>
          <w:lang w:val="es-ES"/>
        </w:rPr>
        <w:t xml:space="preserve">, con las famosas esculturas de bronce de Gustav </w:t>
      </w:r>
      <w:proofErr w:type="spellStart"/>
      <w:r w:rsidRPr="005B5834">
        <w:rPr>
          <w:lang w:val="es-ES"/>
        </w:rPr>
        <w:t>Vigeland</w:t>
      </w:r>
      <w:proofErr w:type="spellEnd"/>
      <w:r w:rsidRPr="005B5834">
        <w:rPr>
          <w:lang w:val="es-ES"/>
        </w:rPr>
        <w:t xml:space="preserve"> que simbolizan el ciclo de la vida del ser humano, así como el gran monolito con sus 12</w:t>
      </w:r>
      <w:r w:rsidRPr="005B5834">
        <w:rPr>
          <w:lang w:val="es-ES"/>
        </w:rPr>
        <w:t>1 cuerpos entrelazados. Tarde libre para conocer la ciudad. Alojamiento.</w:t>
      </w:r>
    </w:p>
    <w:p w14:paraId="231493E7" w14:textId="77777777" w:rsidR="00916096" w:rsidRPr="005B5834" w:rsidRDefault="00916096">
      <w:pPr>
        <w:rPr>
          <w:lang w:val="es-ES"/>
        </w:rPr>
      </w:pPr>
    </w:p>
    <w:p w14:paraId="677AD025" w14:textId="77777777" w:rsidR="00916096" w:rsidRPr="005B5834" w:rsidRDefault="005B5834">
      <w:pPr>
        <w:pStyle w:val="Ttulo2"/>
        <w:rPr>
          <w:lang w:val="es-ES"/>
        </w:rPr>
      </w:pPr>
      <w:r w:rsidRPr="005B5834">
        <w:rPr>
          <w:lang w:val="es-ES"/>
        </w:rPr>
        <w:t>DÍA 9 SAB OSLO – ESTOCOLMO</w:t>
      </w:r>
    </w:p>
    <w:p w14:paraId="6D90035D" w14:textId="77777777" w:rsidR="00916096" w:rsidRPr="005B5834" w:rsidRDefault="005B5834">
      <w:pPr>
        <w:rPr>
          <w:lang w:val="es-ES"/>
        </w:rPr>
      </w:pPr>
      <w:r w:rsidRPr="005B5834">
        <w:rPr>
          <w:lang w:val="es-ES"/>
        </w:rPr>
        <w:t xml:space="preserve">Desayuno y salida hacia Estocolmo. En la ruta atravesaremos los interesantes paisajes de Värmland, una de las 21 provincias que conforman Suecia, con </w:t>
      </w:r>
      <w:r w:rsidRPr="005B5834">
        <w:rPr>
          <w:lang w:val="es-ES"/>
        </w:rPr>
        <w:t>lagos y bosques. Llegada por la tarde a Estocolmo y alojamiento.</w:t>
      </w:r>
    </w:p>
    <w:p w14:paraId="48DE0484" w14:textId="77777777" w:rsidR="00916096" w:rsidRPr="005B5834" w:rsidRDefault="00916096">
      <w:pPr>
        <w:rPr>
          <w:lang w:val="es-ES"/>
        </w:rPr>
      </w:pPr>
    </w:p>
    <w:p w14:paraId="08600E01" w14:textId="77777777" w:rsidR="00916096" w:rsidRPr="005B5834" w:rsidRDefault="005B5834">
      <w:pPr>
        <w:pStyle w:val="Ttulo2"/>
        <w:rPr>
          <w:lang w:val="es-ES"/>
        </w:rPr>
      </w:pPr>
      <w:r w:rsidRPr="005B5834">
        <w:rPr>
          <w:lang w:val="es-ES"/>
        </w:rPr>
        <w:t>DÍA 10 DOM ESTOCOLMO</w:t>
      </w:r>
    </w:p>
    <w:p w14:paraId="6805EBDE" w14:textId="77777777" w:rsidR="00916096" w:rsidRPr="005B5834" w:rsidRDefault="005B5834">
      <w:pPr>
        <w:rPr>
          <w:lang w:val="es-ES"/>
        </w:rPr>
      </w:pPr>
      <w:r w:rsidRPr="005B5834">
        <w:rPr>
          <w:lang w:val="es-ES"/>
        </w:rPr>
        <w:t xml:space="preserve">Desayuno y visita de la ciudad. Pasearemos por la ciudad antigua, </w:t>
      </w:r>
      <w:proofErr w:type="spellStart"/>
      <w:r w:rsidRPr="005B5834">
        <w:rPr>
          <w:lang w:val="es-ES"/>
        </w:rPr>
        <w:t>Gamla</w:t>
      </w:r>
      <w:proofErr w:type="spellEnd"/>
      <w:r w:rsidRPr="005B5834">
        <w:rPr>
          <w:lang w:val="es-ES"/>
        </w:rPr>
        <w:t xml:space="preserve"> Stan, donde se encuentran algunos de los edificios más relevantes de su historia, como el Palacio</w:t>
      </w:r>
      <w:r w:rsidRPr="005B5834">
        <w:rPr>
          <w:lang w:val="es-ES"/>
        </w:rPr>
        <w:t xml:space="preserve"> Real, la Casa de la Nobleza y el Museo Nobel. Llegaremos hasta la isla de </w:t>
      </w:r>
      <w:proofErr w:type="spellStart"/>
      <w:r w:rsidRPr="005B5834">
        <w:rPr>
          <w:lang w:val="es-ES"/>
        </w:rPr>
        <w:t>Södermalm</w:t>
      </w:r>
      <w:proofErr w:type="spellEnd"/>
      <w:r w:rsidRPr="005B5834">
        <w:rPr>
          <w:lang w:val="es-ES"/>
        </w:rPr>
        <w:t>, asentada sobre varias colinas, lo que nos permitirá disfrutar de unas vistas espectaculares desde "El Mirador" hacia la zona norte del centro de Estocolmo. Conoceremos su</w:t>
      </w:r>
      <w:r w:rsidRPr="005B5834">
        <w:rPr>
          <w:lang w:val="es-ES"/>
        </w:rPr>
        <w:t xml:space="preserve"> interesante centro histórico y comercial, para lo cual cruzaremos algunas de sus islas. La ciudad se encuentra asentada sobre 14 islas unidas por 57 puentes. Tarde libre. Alojamiento.</w:t>
      </w:r>
    </w:p>
    <w:p w14:paraId="463683A2" w14:textId="77777777" w:rsidR="00916096" w:rsidRPr="005B5834" w:rsidRDefault="00916096">
      <w:pPr>
        <w:rPr>
          <w:lang w:val="es-ES"/>
        </w:rPr>
      </w:pPr>
    </w:p>
    <w:p w14:paraId="3464AB7A" w14:textId="77777777" w:rsidR="00916096" w:rsidRPr="005B5834" w:rsidRDefault="005B5834">
      <w:pPr>
        <w:pStyle w:val="Ttulo2"/>
        <w:rPr>
          <w:lang w:val="es-ES"/>
        </w:rPr>
      </w:pPr>
      <w:r w:rsidRPr="005B5834">
        <w:rPr>
          <w:lang w:val="es-ES"/>
        </w:rPr>
        <w:t>DÍA 11 LUN ESTOCOLMO</w:t>
      </w:r>
    </w:p>
    <w:p w14:paraId="1513480E" w14:textId="77777777" w:rsidR="00916096" w:rsidRPr="005B5834" w:rsidRDefault="005B5834">
      <w:pPr>
        <w:rPr>
          <w:lang w:val="es-ES"/>
        </w:rPr>
      </w:pPr>
      <w:r w:rsidRPr="005B5834">
        <w:rPr>
          <w:lang w:val="es-ES"/>
        </w:rPr>
        <w:t>Desayuno y traslado al aeropuerto.</w:t>
      </w:r>
    </w:p>
    <w:sectPr w:rsidR="00916096" w:rsidRPr="005B5834" w:rsidSect="00034616">
      <w:headerReference w:type="default" r:id="rId8"/>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989F8E" w14:textId="77777777" w:rsidR="005B5834" w:rsidRDefault="005B5834" w:rsidP="005B5834">
      <w:pPr>
        <w:spacing w:after="0" w:line="240" w:lineRule="auto"/>
      </w:pPr>
      <w:r>
        <w:separator/>
      </w:r>
    </w:p>
  </w:endnote>
  <w:endnote w:type="continuationSeparator" w:id="0">
    <w:p w14:paraId="5E5AF62C" w14:textId="77777777" w:rsidR="005B5834" w:rsidRDefault="005B5834" w:rsidP="005B583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4A1A79" w14:textId="77777777" w:rsidR="005B5834" w:rsidRDefault="005B5834" w:rsidP="005B5834">
      <w:pPr>
        <w:spacing w:after="0" w:line="240" w:lineRule="auto"/>
      </w:pPr>
      <w:r>
        <w:separator/>
      </w:r>
    </w:p>
  </w:footnote>
  <w:footnote w:type="continuationSeparator" w:id="0">
    <w:p w14:paraId="7BEC5FE1" w14:textId="77777777" w:rsidR="005B5834" w:rsidRDefault="005B5834" w:rsidP="005B583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55FCB1" w14:textId="2A9130F4" w:rsidR="005B5834" w:rsidRDefault="005B5834">
    <w:pPr>
      <w:pStyle w:val="Encabezado"/>
    </w:pPr>
    <w:r>
      <w:rPr>
        <w:noProof/>
      </w:rPr>
      <w:drawing>
        <wp:inline distT="0" distB="0" distL="0" distR="0" wp14:anchorId="1F0FD72F" wp14:editId="3DBEF80C">
          <wp:extent cx="1019175" cy="1019175"/>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19175" cy="101917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aconnmeros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aconnmeros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aconvietas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aconvietas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aconnmeros"/>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aconvietas"/>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29639D"/>
    <w:rsid w:val="00326F90"/>
    <w:rsid w:val="005B5834"/>
    <w:rsid w:val="00916096"/>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4F30902"/>
  <w14:defaultImageDpi w14:val="300"/>
  <w15:docId w15:val="{2865D719-CA4B-43FC-8941-011C456ECB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rFonts w:ascii="Arial" w:hAnsi="Arial"/>
    </w:rPr>
  </w:style>
  <w:style w:type="paragraph" w:styleId="Ttulo1">
    <w:name w:val="heading 1"/>
    <w:basedOn w:val="Normal"/>
    <w:next w:val="Normal"/>
    <w:link w:val="Ttulo1Car"/>
    <w:uiPriority w:val="9"/>
    <w:qFormat/>
    <w:rsid w:val="00FC693F"/>
    <w:pPr>
      <w:keepNext/>
      <w:keepLines/>
      <w:spacing w:before="240" w:after="120"/>
      <w:outlineLvl w:val="0"/>
    </w:pPr>
    <w:rPr>
      <w:rFonts w:asciiTheme="majorHAnsi" w:eastAsiaTheme="majorEastAsia" w:hAnsiTheme="majorHAnsi" w:cstheme="majorBidi"/>
      <w:b/>
      <w:bCs/>
      <w:color w:val="000000"/>
      <w:sz w:val="36"/>
      <w:szCs w:val="28"/>
    </w:rPr>
  </w:style>
  <w:style w:type="paragraph" w:styleId="Ttulo2">
    <w:name w:val="heading 2"/>
    <w:basedOn w:val="Normal"/>
    <w:next w:val="Normal"/>
    <w:link w:val="Ttulo2Car"/>
    <w:uiPriority w:val="9"/>
    <w:unhideWhenUsed/>
    <w:qFormat/>
    <w:rsid w:val="00FC693F"/>
    <w:pPr>
      <w:keepNext/>
      <w:keepLines/>
      <w:spacing w:before="200" w:after="80"/>
      <w:outlineLvl w:val="1"/>
    </w:pPr>
    <w:rPr>
      <w:rFonts w:asciiTheme="majorHAnsi" w:eastAsiaTheme="majorEastAsia" w:hAnsiTheme="majorHAnsi" w:cstheme="majorBidi"/>
      <w:b/>
      <w:bCs/>
      <w:color w:val="000000"/>
      <w:sz w:val="26"/>
      <w:szCs w:val="26"/>
    </w:rPr>
  </w:style>
  <w:style w:type="paragraph" w:styleId="Ttulo3">
    <w:name w:val="heading 3"/>
    <w:basedOn w:val="Normal"/>
    <w:next w:val="Normal"/>
    <w:link w:val="Ttulo3C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Ttulo5">
    <w:name w:val="heading 5"/>
    <w:basedOn w:val="Normal"/>
    <w:next w:val="Normal"/>
    <w:link w:val="Ttulo5C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Ttulo6">
    <w:name w:val="heading 6"/>
    <w:basedOn w:val="Normal"/>
    <w:next w:val="Normal"/>
    <w:link w:val="Ttulo6C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Ttulo7">
    <w:name w:val="heading 7"/>
    <w:basedOn w:val="Normal"/>
    <w:next w:val="Normal"/>
    <w:link w:val="Ttulo7C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Ttulo9">
    <w:name w:val="heading 9"/>
    <w:basedOn w:val="Normal"/>
    <w:next w:val="Normal"/>
    <w:link w:val="Ttulo9C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18BF"/>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E618BF"/>
  </w:style>
  <w:style w:type="paragraph" w:styleId="Piedepgina">
    <w:name w:val="footer"/>
    <w:basedOn w:val="Normal"/>
    <w:link w:val="PiedepginaCar"/>
    <w:uiPriority w:val="99"/>
    <w:unhideWhenUsed/>
    <w:rsid w:val="00E618BF"/>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E618BF"/>
  </w:style>
  <w:style w:type="paragraph" w:styleId="Sinespaciado">
    <w:name w:val="No Spacing"/>
    <w:uiPriority w:val="1"/>
    <w:qFormat/>
    <w:rsid w:val="00FC693F"/>
    <w:pPr>
      <w:spacing w:after="0" w:line="240" w:lineRule="auto"/>
    </w:pPr>
  </w:style>
  <w:style w:type="character" w:customStyle="1" w:styleId="Ttulo1Car">
    <w:name w:val="Título 1 Car"/>
    <w:basedOn w:val="Fuentedeprrafopredeter"/>
    <w:link w:val="Ttulo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FC693F"/>
    <w:rPr>
      <w:rFonts w:asciiTheme="majorHAnsi" w:eastAsiaTheme="majorEastAsia" w:hAnsiTheme="majorHAnsi" w:cstheme="majorBidi"/>
      <w:b/>
      <w:bCs/>
      <w:color w:val="4F81BD" w:themeColor="accent1"/>
      <w:sz w:val="26"/>
      <w:szCs w:val="26"/>
    </w:rPr>
  </w:style>
  <w:style w:type="character" w:customStyle="1" w:styleId="Ttulo3Car">
    <w:name w:val="Título 3 Car"/>
    <w:basedOn w:val="Fuentedeprrafopredeter"/>
    <w:link w:val="Ttulo3"/>
    <w:uiPriority w:val="9"/>
    <w:rsid w:val="00FC693F"/>
    <w:rPr>
      <w:rFonts w:asciiTheme="majorHAnsi" w:eastAsiaTheme="majorEastAsia" w:hAnsiTheme="majorHAnsi" w:cstheme="majorBidi"/>
      <w:b/>
      <w:bCs/>
      <w:color w:val="4F81BD" w:themeColor="accent1"/>
    </w:rPr>
  </w:style>
  <w:style w:type="paragraph" w:styleId="Ttulo">
    <w:name w:val="Title"/>
    <w:basedOn w:val="Normal"/>
    <w:next w:val="Normal"/>
    <w:link w:val="TtuloC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tulo">
    <w:name w:val="Subtitle"/>
    <w:basedOn w:val="Normal"/>
    <w:next w:val="Normal"/>
    <w:link w:val="SubttuloC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tuloCar">
    <w:name w:val="Subtítulo Car"/>
    <w:basedOn w:val="Fuentedeprrafopredeter"/>
    <w:link w:val="Subttulo"/>
    <w:uiPriority w:val="11"/>
    <w:rsid w:val="00FC693F"/>
    <w:rPr>
      <w:rFonts w:asciiTheme="majorHAnsi" w:eastAsiaTheme="majorEastAsia" w:hAnsiTheme="majorHAnsi" w:cstheme="majorBidi"/>
      <w:i/>
      <w:iCs/>
      <w:color w:val="4F81BD" w:themeColor="accent1"/>
      <w:spacing w:val="15"/>
      <w:sz w:val="24"/>
      <w:szCs w:val="24"/>
    </w:rPr>
  </w:style>
  <w:style w:type="paragraph" w:styleId="Prrafodelista">
    <w:name w:val="List Paragraph"/>
    <w:basedOn w:val="Normal"/>
    <w:uiPriority w:val="34"/>
    <w:qFormat/>
    <w:rsid w:val="00FC693F"/>
    <w:pPr>
      <w:ind w:left="720"/>
      <w:contextualSpacing/>
    </w:pPr>
  </w:style>
  <w:style w:type="paragraph" w:styleId="Textoindependiente">
    <w:name w:val="Body Text"/>
    <w:basedOn w:val="Normal"/>
    <w:link w:val="TextoindependienteCar"/>
    <w:uiPriority w:val="99"/>
    <w:unhideWhenUsed/>
    <w:rsid w:val="00AA1D8D"/>
    <w:pPr>
      <w:spacing w:after="120"/>
    </w:pPr>
  </w:style>
  <w:style w:type="character" w:customStyle="1" w:styleId="TextoindependienteCar">
    <w:name w:val="Texto independiente Car"/>
    <w:basedOn w:val="Fuentedeprrafopredeter"/>
    <w:link w:val="Textoindependiente"/>
    <w:uiPriority w:val="99"/>
    <w:rsid w:val="00AA1D8D"/>
  </w:style>
  <w:style w:type="paragraph" w:styleId="Textoindependiente2">
    <w:name w:val="Body Text 2"/>
    <w:basedOn w:val="Normal"/>
    <w:link w:val="Textoindependiente2Car"/>
    <w:uiPriority w:val="99"/>
    <w:unhideWhenUsed/>
    <w:rsid w:val="00AA1D8D"/>
    <w:pPr>
      <w:spacing w:after="120" w:line="480" w:lineRule="auto"/>
    </w:pPr>
  </w:style>
  <w:style w:type="character" w:customStyle="1" w:styleId="Textoindependiente2Car">
    <w:name w:val="Texto independiente 2 Car"/>
    <w:basedOn w:val="Fuentedeprrafopredeter"/>
    <w:link w:val="Textoindependiente2"/>
    <w:uiPriority w:val="99"/>
    <w:rsid w:val="00AA1D8D"/>
  </w:style>
  <w:style w:type="paragraph" w:styleId="Textoindependiente3">
    <w:name w:val="Body Text 3"/>
    <w:basedOn w:val="Normal"/>
    <w:link w:val="Textoindependiente3Car"/>
    <w:uiPriority w:val="99"/>
    <w:unhideWhenUsed/>
    <w:rsid w:val="00AA1D8D"/>
    <w:pPr>
      <w:spacing w:after="120"/>
    </w:pPr>
    <w:rPr>
      <w:sz w:val="16"/>
      <w:szCs w:val="16"/>
    </w:rPr>
  </w:style>
  <w:style w:type="character" w:customStyle="1" w:styleId="Textoindependiente3Car">
    <w:name w:val="Texto independiente 3 Car"/>
    <w:basedOn w:val="Fuentedeprrafopredeter"/>
    <w:link w:val="Textoindependiente3"/>
    <w:uiPriority w:val="99"/>
    <w:rsid w:val="00AA1D8D"/>
    <w:rPr>
      <w:sz w:val="16"/>
      <w:szCs w:val="16"/>
    </w:rPr>
  </w:style>
  <w:style w:type="paragraph" w:styleId="Lista">
    <w:name w:val="List"/>
    <w:basedOn w:val="Normal"/>
    <w:uiPriority w:val="99"/>
    <w:unhideWhenUsed/>
    <w:rsid w:val="00AA1D8D"/>
    <w:pPr>
      <w:ind w:left="360" w:hanging="360"/>
      <w:contextualSpacing/>
    </w:pPr>
  </w:style>
  <w:style w:type="paragraph" w:styleId="Lista2">
    <w:name w:val="List 2"/>
    <w:basedOn w:val="Normal"/>
    <w:uiPriority w:val="99"/>
    <w:unhideWhenUsed/>
    <w:rsid w:val="00326F90"/>
    <w:pPr>
      <w:ind w:left="720" w:hanging="360"/>
      <w:contextualSpacing/>
    </w:pPr>
  </w:style>
  <w:style w:type="paragraph" w:styleId="Lista3">
    <w:name w:val="List 3"/>
    <w:basedOn w:val="Normal"/>
    <w:uiPriority w:val="99"/>
    <w:unhideWhenUsed/>
    <w:rsid w:val="00326F90"/>
    <w:pPr>
      <w:ind w:left="1080" w:hanging="360"/>
      <w:contextualSpacing/>
    </w:pPr>
  </w:style>
  <w:style w:type="paragraph" w:styleId="Listaconvietas">
    <w:name w:val="List Bullet"/>
    <w:basedOn w:val="Normal"/>
    <w:uiPriority w:val="99"/>
    <w:unhideWhenUsed/>
    <w:rsid w:val="00326F90"/>
    <w:pPr>
      <w:numPr>
        <w:numId w:val="1"/>
      </w:numPr>
      <w:contextualSpacing/>
    </w:pPr>
  </w:style>
  <w:style w:type="paragraph" w:styleId="Listaconvietas2">
    <w:name w:val="List Bullet 2"/>
    <w:basedOn w:val="Normal"/>
    <w:uiPriority w:val="99"/>
    <w:unhideWhenUsed/>
    <w:rsid w:val="00326F90"/>
    <w:pPr>
      <w:numPr>
        <w:numId w:val="2"/>
      </w:numPr>
      <w:contextualSpacing/>
    </w:pPr>
  </w:style>
  <w:style w:type="paragraph" w:styleId="Listaconvietas3">
    <w:name w:val="List Bullet 3"/>
    <w:basedOn w:val="Normal"/>
    <w:uiPriority w:val="99"/>
    <w:unhideWhenUsed/>
    <w:rsid w:val="00326F90"/>
    <w:pPr>
      <w:numPr>
        <w:numId w:val="3"/>
      </w:numPr>
      <w:contextualSpacing/>
    </w:pPr>
  </w:style>
  <w:style w:type="paragraph" w:styleId="Listaconnmeros">
    <w:name w:val="List Number"/>
    <w:basedOn w:val="Normal"/>
    <w:uiPriority w:val="99"/>
    <w:unhideWhenUsed/>
    <w:rsid w:val="00326F90"/>
    <w:pPr>
      <w:numPr>
        <w:numId w:val="5"/>
      </w:numPr>
      <w:contextualSpacing/>
    </w:pPr>
  </w:style>
  <w:style w:type="paragraph" w:styleId="Listaconnmeros2">
    <w:name w:val="List Number 2"/>
    <w:basedOn w:val="Normal"/>
    <w:uiPriority w:val="99"/>
    <w:unhideWhenUsed/>
    <w:rsid w:val="0029639D"/>
    <w:pPr>
      <w:numPr>
        <w:numId w:val="6"/>
      </w:numPr>
      <w:contextualSpacing/>
    </w:pPr>
  </w:style>
  <w:style w:type="paragraph" w:styleId="Listaconnmeros3">
    <w:name w:val="List Number 3"/>
    <w:basedOn w:val="Normal"/>
    <w:uiPriority w:val="99"/>
    <w:unhideWhenUsed/>
    <w:rsid w:val="0029639D"/>
    <w:pPr>
      <w:numPr>
        <w:numId w:val="7"/>
      </w:numPr>
      <w:contextualSpacing/>
    </w:pPr>
  </w:style>
  <w:style w:type="paragraph" w:styleId="Continuarlista">
    <w:name w:val="List Continue"/>
    <w:basedOn w:val="Normal"/>
    <w:uiPriority w:val="99"/>
    <w:unhideWhenUsed/>
    <w:rsid w:val="0029639D"/>
    <w:pPr>
      <w:spacing w:after="120"/>
      <w:ind w:left="360"/>
      <w:contextualSpacing/>
    </w:pPr>
  </w:style>
  <w:style w:type="paragraph" w:styleId="Continuarlista2">
    <w:name w:val="List Continue 2"/>
    <w:basedOn w:val="Normal"/>
    <w:uiPriority w:val="99"/>
    <w:unhideWhenUsed/>
    <w:rsid w:val="0029639D"/>
    <w:pPr>
      <w:spacing w:after="120"/>
      <w:ind w:left="720"/>
      <w:contextualSpacing/>
    </w:pPr>
  </w:style>
  <w:style w:type="paragraph" w:styleId="Continuarlista3">
    <w:name w:val="List Continue 3"/>
    <w:basedOn w:val="Normal"/>
    <w:uiPriority w:val="99"/>
    <w:unhideWhenUsed/>
    <w:rsid w:val="0029639D"/>
    <w:pPr>
      <w:spacing w:after="120"/>
      <w:ind w:left="1080"/>
      <w:contextualSpacing/>
    </w:pPr>
  </w:style>
  <w:style w:type="paragraph" w:styleId="Textomacro">
    <w:name w:val="macro"/>
    <w:link w:val="TextomacroC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TextomacroCar">
    <w:name w:val="Texto macro Car"/>
    <w:basedOn w:val="Fuentedeprrafopredeter"/>
    <w:link w:val="Textomacro"/>
    <w:uiPriority w:val="99"/>
    <w:rsid w:val="0029639D"/>
    <w:rPr>
      <w:rFonts w:ascii="Courier" w:hAnsi="Courier"/>
      <w:sz w:val="20"/>
      <w:szCs w:val="20"/>
    </w:rPr>
  </w:style>
  <w:style w:type="paragraph" w:styleId="Cita">
    <w:name w:val="Quote"/>
    <w:basedOn w:val="Normal"/>
    <w:next w:val="Normal"/>
    <w:link w:val="CitaCar"/>
    <w:uiPriority w:val="29"/>
    <w:qFormat/>
    <w:rsid w:val="00FC693F"/>
    <w:rPr>
      <w:i/>
      <w:iCs/>
      <w:color w:val="000000" w:themeColor="text1"/>
    </w:rPr>
  </w:style>
  <w:style w:type="character" w:customStyle="1" w:styleId="CitaCar">
    <w:name w:val="Cita Car"/>
    <w:basedOn w:val="Fuentedeprrafopredeter"/>
    <w:link w:val="Cita"/>
    <w:uiPriority w:val="29"/>
    <w:rsid w:val="00FC693F"/>
    <w:rPr>
      <w:i/>
      <w:iCs/>
      <w:color w:val="000000" w:themeColor="text1"/>
    </w:rPr>
  </w:style>
  <w:style w:type="character" w:customStyle="1" w:styleId="Ttulo4Car">
    <w:name w:val="Título 4 Car"/>
    <w:basedOn w:val="Fuentedeprrafopredeter"/>
    <w:link w:val="Ttulo4"/>
    <w:uiPriority w:val="9"/>
    <w:semiHidden/>
    <w:rsid w:val="00FC693F"/>
    <w:rPr>
      <w:rFonts w:asciiTheme="majorHAnsi" w:eastAsiaTheme="majorEastAsia" w:hAnsiTheme="majorHAnsi" w:cstheme="majorBidi"/>
      <w:b/>
      <w:bCs/>
      <w:i/>
      <w:iCs/>
      <w:color w:val="4F81BD" w:themeColor="accent1"/>
    </w:rPr>
  </w:style>
  <w:style w:type="character" w:customStyle="1" w:styleId="Ttulo5Car">
    <w:name w:val="Título 5 Car"/>
    <w:basedOn w:val="Fuentedeprrafopredeter"/>
    <w:link w:val="Ttulo5"/>
    <w:uiPriority w:val="9"/>
    <w:semiHidden/>
    <w:rsid w:val="00FC693F"/>
    <w:rPr>
      <w:rFonts w:asciiTheme="majorHAnsi" w:eastAsiaTheme="majorEastAsia" w:hAnsiTheme="majorHAnsi" w:cstheme="majorBidi"/>
      <w:color w:val="243F60" w:themeColor="accent1" w:themeShade="7F"/>
    </w:rPr>
  </w:style>
  <w:style w:type="character" w:customStyle="1" w:styleId="Ttulo6Car">
    <w:name w:val="Título 6 Car"/>
    <w:basedOn w:val="Fuentedeprrafopredeter"/>
    <w:link w:val="Ttulo6"/>
    <w:uiPriority w:val="9"/>
    <w:semiHidden/>
    <w:rsid w:val="00FC693F"/>
    <w:rPr>
      <w:rFonts w:asciiTheme="majorHAnsi" w:eastAsiaTheme="majorEastAsia" w:hAnsiTheme="majorHAnsi" w:cstheme="majorBidi"/>
      <w:i/>
      <w:iCs/>
      <w:color w:val="243F60" w:themeColor="accent1" w:themeShade="7F"/>
    </w:rPr>
  </w:style>
  <w:style w:type="character" w:customStyle="1" w:styleId="Ttulo7Car">
    <w:name w:val="Título 7 Car"/>
    <w:basedOn w:val="Fuentedeprrafopredeter"/>
    <w:link w:val="Ttulo7"/>
    <w:uiPriority w:val="9"/>
    <w:semiHidden/>
    <w:rsid w:val="00FC693F"/>
    <w:rPr>
      <w:rFonts w:asciiTheme="majorHAnsi" w:eastAsiaTheme="majorEastAsia" w:hAnsiTheme="majorHAnsi" w:cstheme="majorBidi"/>
      <w:i/>
      <w:iCs/>
      <w:color w:val="404040" w:themeColor="text1" w:themeTint="BF"/>
    </w:rPr>
  </w:style>
  <w:style w:type="character" w:customStyle="1" w:styleId="Ttulo8Car">
    <w:name w:val="Título 8 Car"/>
    <w:basedOn w:val="Fuentedeprrafopredeter"/>
    <w:link w:val="Ttulo8"/>
    <w:uiPriority w:val="9"/>
    <w:semiHidden/>
    <w:rsid w:val="00FC693F"/>
    <w:rPr>
      <w:rFonts w:asciiTheme="majorHAnsi" w:eastAsiaTheme="majorEastAsia" w:hAnsiTheme="majorHAnsi" w:cstheme="majorBidi"/>
      <w:color w:val="4F81BD" w:themeColor="accent1"/>
      <w:sz w:val="20"/>
      <w:szCs w:val="20"/>
    </w:rPr>
  </w:style>
  <w:style w:type="character" w:customStyle="1" w:styleId="Ttulo9Car">
    <w:name w:val="Título 9 Car"/>
    <w:basedOn w:val="Fuentedeprrafopredeter"/>
    <w:link w:val="Ttulo9"/>
    <w:uiPriority w:val="9"/>
    <w:semiHidden/>
    <w:rsid w:val="00FC693F"/>
    <w:rPr>
      <w:rFonts w:asciiTheme="majorHAnsi" w:eastAsiaTheme="majorEastAsia" w:hAnsiTheme="majorHAnsi" w:cstheme="majorBidi"/>
      <w:i/>
      <w:iCs/>
      <w:color w:val="404040" w:themeColor="text1" w:themeTint="BF"/>
      <w:sz w:val="20"/>
      <w:szCs w:val="20"/>
    </w:rPr>
  </w:style>
  <w:style w:type="paragraph" w:styleId="Descripci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Textoennegrita">
    <w:name w:val="Strong"/>
    <w:basedOn w:val="Fuentedeprrafopredeter"/>
    <w:uiPriority w:val="22"/>
    <w:qFormat/>
    <w:rsid w:val="00FC693F"/>
    <w:rPr>
      <w:b/>
      <w:bCs/>
    </w:rPr>
  </w:style>
  <w:style w:type="character" w:styleId="nfasis">
    <w:name w:val="Emphasis"/>
    <w:basedOn w:val="Fuentedeprrafopredeter"/>
    <w:uiPriority w:val="20"/>
    <w:qFormat/>
    <w:rsid w:val="00FC693F"/>
    <w:rPr>
      <w:i/>
      <w:iCs/>
    </w:rPr>
  </w:style>
  <w:style w:type="paragraph" w:styleId="Citadestacada">
    <w:name w:val="Intense Quote"/>
    <w:basedOn w:val="Normal"/>
    <w:next w:val="Normal"/>
    <w:link w:val="CitadestacadaC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FC693F"/>
    <w:rPr>
      <w:b/>
      <w:bCs/>
      <w:i/>
      <w:iCs/>
      <w:color w:val="4F81BD" w:themeColor="accent1"/>
    </w:rPr>
  </w:style>
  <w:style w:type="character" w:styleId="nfasissutil">
    <w:name w:val="Subtle Emphasis"/>
    <w:basedOn w:val="Fuentedeprrafopredeter"/>
    <w:uiPriority w:val="19"/>
    <w:qFormat/>
    <w:rsid w:val="00FC693F"/>
    <w:rPr>
      <w:i/>
      <w:iCs/>
      <w:color w:val="808080" w:themeColor="text1" w:themeTint="7F"/>
    </w:rPr>
  </w:style>
  <w:style w:type="character" w:styleId="nfasisintenso">
    <w:name w:val="Intense Emphasis"/>
    <w:basedOn w:val="Fuentedeprrafopredeter"/>
    <w:uiPriority w:val="21"/>
    <w:qFormat/>
    <w:rsid w:val="00FC693F"/>
    <w:rPr>
      <w:b/>
      <w:bCs/>
      <w:i/>
      <w:iCs/>
      <w:color w:val="4F81BD" w:themeColor="accent1"/>
    </w:rPr>
  </w:style>
  <w:style w:type="character" w:styleId="Referenciasutil">
    <w:name w:val="Subtle Reference"/>
    <w:basedOn w:val="Fuentedeprrafopredeter"/>
    <w:uiPriority w:val="31"/>
    <w:qFormat/>
    <w:rsid w:val="00FC693F"/>
    <w:rPr>
      <w:smallCaps/>
      <w:color w:val="C0504D" w:themeColor="accent2"/>
      <w:u w:val="single"/>
    </w:rPr>
  </w:style>
  <w:style w:type="character" w:styleId="Referenciaintensa">
    <w:name w:val="Intense Reference"/>
    <w:basedOn w:val="Fuentedeprrafopredeter"/>
    <w:uiPriority w:val="32"/>
    <w:qFormat/>
    <w:rsid w:val="00FC693F"/>
    <w:rPr>
      <w:b/>
      <w:bCs/>
      <w:smallCaps/>
      <w:color w:val="C0504D" w:themeColor="accent2"/>
      <w:spacing w:val="5"/>
      <w:u w:val="single"/>
    </w:rPr>
  </w:style>
  <w:style w:type="character" w:styleId="Ttulodellibro">
    <w:name w:val="Book Title"/>
    <w:basedOn w:val="Fuentedeprrafopredeter"/>
    <w:uiPriority w:val="33"/>
    <w:qFormat/>
    <w:rsid w:val="00FC693F"/>
    <w:rPr>
      <w:b/>
      <w:bCs/>
      <w:smallCaps/>
      <w:spacing w:val="5"/>
    </w:rPr>
  </w:style>
  <w:style w:type="paragraph" w:styleId="TtuloTDC">
    <w:name w:val="TOC Heading"/>
    <w:basedOn w:val="Ttulo1"/>
    <w:next w:val="Normal"/>
    <w:uiPriority w:val="39"/>
    <w:semiHidden/>
    <w:unhideWhenUsed/>
    <w:qFormat/>
    <w:rsid w:val="00FC693F"/>
    <w:pPr>
      <w:outlineLvl w:val="9"/>
    </w:pPr>
  </w:style>
  <w:style w:type="table" w:styleId="Tablaconcuadrcula">
    <w:name w:val="Table Grid"/>
    <w:basedOn w:val="Tabla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doclaro">
    <w:name w:val="Light Shading"/>
    <w:basedOn w:val="Tabla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ombreadoclaro-nfasis1">
    <w:name w:val="Light Shading Accent 1"/>
    <w:basedOn w:val="Tabla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Sombreadoclaro-nfasis2">
    <w:name w:val="Light Shading Accent 2"/>
    <w:basedOn w:val="Tabla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Sombreadoclaro-nfasis3">
    <w:name w:val="Light Shading Accent 3"/>
    <w:basedOn w:val="Tabla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Sombreadoclaro-nfasis4">
    <w:name w:val="Light Shading Accent 4"/>
    <w:basedOn w:val="Tabla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Sombreadoclaro-nfasis5">
    <w:name w:val="Light Shading Accent 5"/>
    <w:basedOn w:val="Tabla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Sombreadoclaro-nfasis6">
    <w:name w:val="Light Shading Accent 6"/>
    <w:basedOn w:val="Tabla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staclara">
    <w:name w:val="Light List"/>
    <w:basedOn w:val="Tabla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staclara-nfasis1">
    <w:name w:val="Light List Accent 1"/>
    <w:basedOn w:val="Tabla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staclara-nfasis2">
    <w:name w:val="Light List Accent 2"/>
    <w:basedOn w:val="Tabla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staclara-nfasis3">
    <w:name w:val="Light List Accent 3"/>
    <w:basedOn w:val="Tabla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staclara-nfasis4">
    <w:name w:val="Light List Accent 4"/>
    <w:basedOn w:val="Tabla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staclara-nfasis5">
    <w:name w:val="Light List Accent 5"/>
    <w:basedOn w:val="Tabla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staclara-nfasis6">
    <w:name w:val="Light List Accent 6"/>
    <w:basedOn w:val="Tabla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Cuadrculaclara">
    <w:name w:val="Light Grid"/>
    <w:basedOn w:val="Tabla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Cuadrculaclara-nfasis1">
    <w:name w:val="Light Grid Accent 1"/>
    <w:basedOn w:val="Tabla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Cuadrculaclara-nfasis2">
    <w:name w:val="Light Grid Accent 2"/>
    <w:basedOn w:val="Tabla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Cuadrculaclara-nfasis3">
    <w:name w:val="Light Grid Accent 3"/>
    <w:basedOn w:val="Tabla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Cuadrculaclara-nfasis4">
    <w:name w:val="Light Grid Accent 4"/>
    <w:basedOn w:val="Tabla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Cuadrculaclara-nfasis5">
    <w:name w:val="Light Grid Accent 5"/>
    <w:basedOn w:val="Tabla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Cuadrculaclara-nfasis6">
    <w:name w:val="Light Grid Accent 6"/>
    <w:basedOn w:val="Tabla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Sombreadomedio1">
    <w:name w:val="Medium Shading 1"/>
    <w:basedOn w:val="Tabla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Sombreadomedio1-nfasis1">
    <w:name w:val="Medium Shading 1 Accent 1"/>
    <w:basedOn w:val="Tabla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Sombreadomedio1-nfasis2">
    <w:name w:val="Medium Shading 1 Accent 2"/>
    <w:basedOn w:val="Tabla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Sombreadomedio1-nfasis3">
    <w:name w:val="Medium Shading 1 Accent 3"/>
    <w:basedOn w:val="Tabla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Sombreadomedio1-nfasis4">
    <w:name w:val="Medium Shading 1 Accent 4"/>
    <w:basedOn w:val="Tabla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Sombreadomedio1-nfasis5">
    <w:name w:val="Medium Shading 1 Accent 5"/>
    <w:basedOn w:val="Tabla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Sombreadomedio1-nfasis6">
    <w:name w:val="Medium Shading 1 Accent 6"/>
    <w:basedOn w:val="Tabla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Sombreadomedio2">
    <w:name w:val="Medium Shading 2"/>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1">
    <w:name w:val="Medium Shading 2 Accent 1"/>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2">
    <w:name w:val="Medium Shading 2 Accent 2"/>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3">
    <w:name w:val="Medium Shading 2 Accent 3"/>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4">
    <w:name w:val="Medium Shading 2 Accent 4"/>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5">
    <w:name w:val="Medium Shading 2 Accent 5"/>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6">
    <w:name w:val="Medium Shading 2 Accent 6"/>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Listamedia1">
    <w:name w:val="Medium List 1"/>
    <w:basedOn w:val="Tabla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Listamedia1-nfasis1">
    <w:name w:val="Medium List 1 Accent 1"/>
    <w:basedOn w:val="Tabla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Listamedia1-nfasis2">
    <w:name w:val="Medium List 1 Accent 2"/>
    <w:basedOn w:val="Tabla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Listamedia1-nfasis3">
    <w:name w:val="Medium List 1 Accent 3"/>
    <w:basedOn w:val="Tabla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Listamedia1-nfasis4">
    <w:name w:val="Medium List 1 Accent 4"/>
    <w:basedOn w:val="Tabla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Listamedia1-nfasis5">
    <w:name w:val="Medium List 1 Accent 5"/>
    <w:basedOn w:val="Tabla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Listamedia1-nfasis6">
    <w:name w:val="Medium List 1 Accent 6"/>
    <w:basedOn w:val="Tabla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Listamedia2">
    <w:name w:val="Medium List 2"/>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1">
    <w:name w:val="Medium List 2 Accent 1"/>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2">
    <w:name w:val="Medium List 2 Accent 2"/>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3">
    <w:name w:val="Medium List 2 Accent 3"/>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4">
    <w:name w:val="Medium List 2 Accent 4"/>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5">
    <w:name w:val="Medium List 2 Accent 5"/>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6">
    <w:name w:val="Medium List 2 Accent 6"/>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Cuadrculamedia1">
    <w:name w:val="Medium Grid 1"/>
    <w:basedOn w:val="Tabla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media1-nfasis1">
    <w:name w:val="Medium Grid 1 Accent 1"/>
    <w:basedOn w:val="Tabla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uadrculamedia1-nfasis2">
    <w:name w:val="Medium Grid 1 Accent 2"/>
    <w:basedOn w:val="Tabla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uadrculamedia1-nfasis3">
    <w:name w:val="Medium Grid 1 Accent 3"/>
    <w:basedOn w:val="Tabla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uadrculamedia1-nfasis4">
    <w:name w:val="Medium Grid 1 Accent 4"/>
    <w:basedOn w:val="Tabla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uadrculamedia1-nfasis5">
    <w:name w:val="Medium Grid 1 Accent 5"/>
    <w:basedOn w:val="Tabla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uadrculamedia1-nfasis6">
    <w:name w:val="Medium Grid 1 Accent 6"/>
    <w:basedOn w:val="Tabla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Cuadrculamedia2">
    <w:name w:val="Medium Grid 2"/>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Cuadrculamedia2-nfasis1">
    <w:name w:val="Medium Grid 2 Accent 1"/>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Cuadrculamedia2-nfasis2">
    <w:name w:val="Medium Grid 2 Accent 2"/>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Cuadrculamedia2-nfasis3">
    <w:name w:val="Medium Grid 2 Accent 3"/>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Cuadrculamedia2-nfasis4">
    <w:name w:val="Medium Grid 2 Accent 4"/>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Cuadrculamedia2-nfasis5">
    <w:name w:val="Medium Grid 2 Accent 5"/>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Cuadrculamedia2-nfasis6">
    <w:name w:val="Medium Grid 2 Accent 6"/>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Cuadrculamedia3">
    <w:name w:val="Medium Grid 3"/>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Cuadrculamedia3-nfasis1">
    <w:name w:val="Medium Grid 3 Accent 1"/>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Cuadrculamedia3-nfasis2">
    <w:name w:val="Medium Grid 3 Accent 2"/>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Cuadrculamedia3-nfasis3">
    <w:name w:val="Medium Grid 3 Accent 3"/>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Cuadrculamedia3-nfasis4">
    <w:name w:val="Medium Grid 3 Accent 4"/>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Cuadrculamedia3-nfasis5">
    <w:name w:val="Medium Grid 3 Accent 5"/>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Cuadrculamedia3-nfasis6">
    <w:name w:val="Medium Grid 3 Accent 6"/>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Listaoscura">
    <w:name w:val="Dark List"/>
    <w:basedOn w:val="Tabla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Listaoscura-nfasis1">
    <w:name w:val="Dark List Accent 1"/>
    <w:basedOn w:val="Tabla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Listaoscura-nfasis2">
    <w:name w:val="Dark List Accent 2"/>
    <w:basedOn w:val="Tabla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Listaoscura-nfasis3">
    <w:name w:val="Dark List Accent 3"/>
    <w:basedOn w:val="Tabla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Listaoscura-nfasis4">
    <w:name w:val="Dark List Accent 4"/>
    <w:basedOn w:val="Tabla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Listaoscura-nfasis5">
    <w:name w:val="Dark List Accent 5"/>
    <w:basedOn w:val="Tabla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Listaoscura-nfasis6">
    <w:name w:val="Dark List Accent 6"/>
    <w:basedOn w:val="Tabla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Sombreadovistoso">
    <w:name w:val="Colorful Shading"/>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Sombreadovistoso-nfasis1">
    <w:name w:val="Colorful Shading Accent 1"/>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Sombreadovistoso-nfasis2">
    <w:name w:val="Colorful Shading Accent 2"/>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Sombreadovistoso-nfasis3">
    <w:name w:val="Colorful Shading Accent 3"/>
    <w:basedOn w:val="Tabla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Sombreadovistoso-nfasis4">
    <w:name w:val="Colorful Shading Accent 4"/>
    <w:basedOn w:val="Tabla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Sombreadovistoso-nfasis5">
    <w:name w:val="Colorful Shading Accent 5"/>
    <w:basedOn w:val="Tabla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Sombreadovistoso-nfasis6">
    <w:name w:val="Colorful Shading Accent 6"/>
    <w:basedOn w:val="Tabla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Listavistosa">
    <w:name w:val="Colorful List"/>
    <w:basedOn w:val="Tabla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Listavistosa-nfasis1">
    <w:name w:val="Colorful List Accent 1"/>
    <w:basedOn w:val="Tabla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Listavistosa-nfasis2">
    <w:name w:val="Colorful List Accent 2"/>
    <w:basedOn w:val="Tabla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Listavistosa-nfasis3">
    <w:name w:val="Colorful List Accent 3"/>
    <w:basedOn w:val="Tabla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Listavistosa-nfasis4">
    <w:name w:val="Colorful List Accent 4"/>
    <w:basedOn w:val="Tabla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Listavistosa-nfasis5">
    <w:name w:val="Colorful List Accent 5"/>
    <w:basedOn w:val="Tabla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Listavistosa-nfasis6">
    <w:name w:val="Colorful List Accent 6"/>
    <w:basedOn w:val="Tabla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uadrculavistosa">
    <w:name w:val="Colorful Grid"/>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vistosa-nfasis1">
    <w:name w:val="Colorful Grid Accent 1"/>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uadrculavistosa-nfasis2">
    <w:name w:val="Colorful Grid Accent 2"/>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uadrculavistosa-nfasis3">
    <w:name w:val="Colorful Grid Accent 3"/>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uadrculavistosa-nfasis4">
    <w:name w:val="Colorful Grid Accent 4"/>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uadrculavistosa-nfasis5">
    <w:name w:val="Colorful Grid Accent 5"/>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uadrculavistosa-nfasis6">
    <w:name w:val="Colorful Grid Accent 6"/>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900</Words>
  <Characters>4951</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5840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user24</cp:lastModifiedBy>
  <cp:revision>2</cp:revision>
  <dcterms:created xsi:type="dcterms:W3CDTF">2013-12-23T23:15:00Z</dcterms:created>
  <dcterms:modified xsi:type="dcterms:W3CDTF">2026-05-28T09:40:00Z</dcterms:modified>
  <cp:category/>
</cp:coreProperties>
</file>