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1B7CBF" w14:textId="77777777" w:rsidR="00CE3A55" w:rsidRPr="00CC1719" w:rsidRDefault="00006A86" w:rsidP="00CC1719">
      <w:pPr>
        <w:spacing w:after="60"/>
        <w:jc w:val="center"/>
        <w:rPr>
          <w:color w:val="E36C0A" w:themeColor="accent6" w:themeShade="BF"/>
          <w:lang w:val="es-ES"/>
        </w:rPr>
      </w:pPr>
      <w:r w:rsidRPr="00CC1719">
        <w:rPr>
          <w:rFonts w:ascii="Calibri" w:hAnsi="Calibri"/>
          <w:b/>
          <w:color w:val="E36C0A" w:themeColor="accent6" w:themeShade="BF"/>
          <w:sz w:val="36"/>
          <w:lang w:val="es-ES"/>
        </w:rPr>
        <w:t>LESTE EUROPEU AO SEU ALCANCE</w:t>
      </w:r>
    </w:p>
    <w:p w14:paraId="518DAA9D" w14:textId="77777777" w:rsidR="00CE3A55" w:rsidRPr="00CC1719" w:rsidRDefault="00006A86" w:rsidP="00CC1719">
      <w:pPr>
        <w:spacing w:after="20"/>
        <w:jc w:val="center"/>
        <w:rPr>
          <w:color w:val="E36C0A" w:themeColor="accent6" w:themeShade="BF"/>
          <w:lang w:val="es-ES"/>
        </w:rPr>
      </w:pPr>
      <w:proofErr w:type="spellStart"/>
      <w:r w:rsidRPr="00CC1719">
        <w:rPr>
          <w:rFonts w:ascii="Calibri" w:hAnsi="Calibri"/>
          <w:b/>
          <w:color w:val="E36C0A" w:themeColor="accent6" w:themeShade="BF"/>
          <w:sz w:val="24"/>
          <w:lang w:val="es-ES"/>
        </w:rPr>
        <w:t>Categoria</w:t>
      </w:r>
      <w:proofErr w:type="spellEnd"/>
      <w:r w:rsidRPr="00CC1719">
        <w:rPr>
          <w:rFonts w:ascii="Calibri" w:hAnsi="Calibri"/>
          <w:b/>
          <w:color w:val="E36C0A" w:themeColor="accent6" w:themeShade="BF"/>
          <w:sz w:val="24"/>
          <w:lang w:val="es-ES"/>
        </w:rPr>
        <w:t xml:space="preserve">: </w:t>
      </w:r>
      <w:proofErr w:type="spellStart"/>
      <w:r w:rsidRPr="00CC1719">
        <w:rPr>
          <w:rFonts w:ascii="Calibri" w:hAnsi="Calibri"/>
          <w:color w:val="E36C0A" w:themeColor="accent6" w:themeShade="BF"/>
          <w:sz w:val="24"/>
          <w:lang w:val="es-ES"/>
        </w:rPr>
        <w:t>Tudo</w:t>
      </w:r>
      <w:proofErr w:type="spellEnd"/>
      <w:r w:rsidRPr="00CC1719">
        <w:rPr>
          <w:rFonts w:ascii="Calibri" w:hAnsi="Calibri"/>
          <w:color w:val="E36C0A" w:themeColor="accent6" w:themeShade="BF"/>
          <w:sz w:val="24"/>
          <w:lang w:val="es-ES"/>
        </w:rPr>
        <w:t xml:space="preserve"> </w:t>
      </w:r>
      <w:proofErr w:type="spellStart"/>
      <w:r w:rsidRPr="00CC1719">
        <w:rPr>
          <w:rFonts w:ascii="Calibri" w:hAnsi="Calibri"/>
          <w:color w:val="E36C0A" w:themeColor="accent6" w:themeShade="BF"/>
          <w:sz w:val="24"/>
          <w:lang w:val="es-ES"/>
        </w:rPr>
        <w:t>Incluído</w:t>
      </w:r>
      <w:proofErr w:type="spellEnd"/>
    </w:p>
    <w:p w14:paraId="42D7335C" w14:textId="77777777" w:rsidR="00CE3A55" w:rsidRPr="00CC1719" w:rsidRDefault="00006A86" w:rsidP="00CC1719">
      <w:pPr>
        <w:spacing w:after="80"/>
        <w:jc w:val="center"/>
        <w:rPr>
          <w:lang w:val="es-ES"/>
        </w:rPr>
      </w:pPr>
      <w:r w:rsidRPr="00CC1719">
        <w:rPr>
          <w:rFonts w:ascii="Calibri" w:hAnsi="Calibri"/>
          <w:sz w:val="21"/>
          <w:lang w:val="es-ES"/>
        </w:rPr>
        <w:t xml:space="preserve">Código: TICENT  |  11 </w:t>
      </w:r>
      <w:proofErr w:type="spellStart"/>
      <w:r w:rsidRPr="00CC1719">
        <w:rPr>
          <w:rFonts w:ascii="Calibri" w:hAnsi="Calibri"/>
          <w:sz w:val="21"/>
          <w:lang w:val="es-ES"/>
        </w:rPr>
        <w:t>Dias</w:t>
      </w:r>
      <w:proofErr w:type="spellEnd"/>
    </w:p>
    <w:p w14:paraId="54DA2098" w14:textId="77777777" w:rsidR="00CE3A55" w:rsidRPr="00CC1719" w:rsidRDefault="00CE3A55">
      <w:pPr>
        <w:spacing w:after="80"/>
        <w:rPr>
          <w:lang w:val="es-ES"/>
        </w:rPr>
      </w:pPr>
    </w:p>
    <w:p w14:paraId="4F214EB2" w14:textId="77777777" w:rsidR="00CE3A55" w:rsidRPr="00CC1719" w:rsidRDefault="00006A86">
      <w:pPr>
        <w:pStyle w:val="Ttulo2"/>
        <w:spacing w:before="120" w:after="60"/>
        <w:rPr>
          <w:lang w:val="es-ES"/>
        </w:rPr>
      </w:pPr>
      <w:r w:rsidRPr="00CC1719">
        <w:rPr>
          <w:rFonts w:ascii="Calibri" w:hAnsi="Calibri"/>
          <w:sz w:val="22"/>
          <w:lang w:val="es-ES"/>
        </w:rPr>
        <w:t>SAÍDAS GARANTIDAS 2027</w:t>
      </w:r>
    </w:p>
    <w:p w14:paraId="4BD4D695" w14:textId="77777777" w:rsidR="00CE3A55" w:rsidRPr="00CC1719" w:rsidRDefault="00006A86">
      <w:pPr>
        <w:spacing w:after="80"/>
        <w:rPr>
          <w:lang w:val="es-ES"/>
        </w:rPr>
      </w:pPr>
      <w:r w:rsidRPr="00CC1719">
        <w:rPr>
          <w:rFonts w:ascii="Calibri" w:hAnsi="Calibri"/>
          <w:sz w:val="21"/>
          <w:lang w:val="es-ES"/>
        </w:rPr>
        <w:t>ABRIL ................... 1, 8, 15, 22, 29</w:t>
      </w:r>
    </w:p>
    <w:p w14:paraId="3F38FCC1" w14:textId="77777777" w:rsidR="00CE3A55" w:rsidRPr="00CC1719" w:rsidRDefault="00006A86">
      <w:pPr>
        <w:spacing w:after="80"/>
        <w:rPr>
          <w:lang w:val="es-ES"/>
        </w:rPr>
      </w:pPr>
      <w:r w:rsidRPr="00CC1719">
        <w:rPr>
          <w:rFonts w:ascii="Calibri" w:hAnsi="Calibri"/>
          <w:sz w:val="21"/>
          <w:lang w:val="es-ES"/>
        </w:rPr>
        <w:t xml:space="preserve">MAIO .................... 6, 13, </w:t>
      </w:r>
      <w:r w:rsidRPr="00B37188">
        <w:rPr>
          <w:rFonts w:ascii="Calibri" w:hAnsi="Calibri"/>
          <w:color w:val="00B050"/>
          <w:sz w:val="21"/>
          <w:lang w:val="es-ES"/>
        </w:rPr>
        <w:t>20</w:t>
      </w:r>
      <w:r w:rsidRPr="00CC1719">
        <w:rPr>
          <w:rFonts w:ascii="Calibri" w:hAnsi="Calibri"/>
          <w:sz w:val="21"/>
          <w:lang w:val="es-ES"/>
        </w:rPr>
        <w:t>, 27</w:t>
      </w:r>
    </w:p>
    <w:p w14:paraId="08453DCD" w14:textId="77777777" w:rsidR="00CE3A55" w:rsidRPr="00CC1719" w:rsidRDefault="00006A86">
      <w:pPr>
        <w:spacing w:after="80"/>
        <w:rPr>
          <w:lang w:val="es-ES"/>
        </w:rPr>
      </w:pPr>
      <w:r w:rsidRPr="00CC1719">
        <w:rPr>
          <w:rFonts w:ascii="Calibri" w:hAnsi="Calibri"/>
          <w:sz w:val="21"/>
          <w:lang w:val="es-ES"/>
        </w:rPr>
        <w:t xml:space="preserve">JUNHO ................... 3, </w:t>
      </w:r>
      <w:r w:rsidRPr="00B37188">
        <w:rPr>
          <w:rFonts w:ascii="Calibri" w:hAnsi="Calibri"/>
          <w:color w:val="00B050"/>
          <w:sz w:val="21"/>
          <w:lang w:val="es-ES"/>
        </w:rPr>
        <w:t>10</w:t>
      </w:r>
      <w:r w:rsidRPr="00CC1719">
        <w:rPr>
          <w:rFonts w:ascii="Calibri" w:hAnsi="Calibri"/>
          <w:sz w:val="21"/>
          <w:lang w:val="es-ES"/>
        </w:rPr>
        <w:t>, 17, 24</w:t>
      </w:r>
    </w:p>
    <w:p w14:paraId="63609219" w14:textId="77777777" w:rsidR="00CE3A55" w:rsidRPr="00CC1719" w:rsidRDefault="00006A86">
      <w:pPr>
        <w:spacing w:after="80"/>
        <w:rPr>
          <w:lang w:val="es-ES"/>
        </w:rPr>
      </w:pPr>
      <w:r w:rsidRPr="00CC1719">
        <w:rPr>
          <w:rFonts w:ascii="Calibri" w:hAnsi="Calibri"/>
          <w:sz w:val="21"/>
          <w:lang w:val="es-ES"/>
        </w:rPr>
        <w:t xml:space="preserve">JULHO </w:t>
      </w:r>
      <w:r w:rsidRPr="00CC1719">
        <w:rPr>
          <w:rFonts w:ascii="Calibri" w:hAnsi="Calibri"/>
          <w:sz w:val="21"/>
          <w:lang w:val="es-ES"/>
        </w:rPr>
        <w:t>................... 1, 8, 15, 22, 29</w:t>
      </w:r>
    </w:p>
    <w:p w14:paraId="0AD1C4DE" w14:textId="77777777" w:rsidR="00CE3A55" w:rsidRPr="00CC1719" w:rsidRDefault="00006A86">
      <w:pPr>
        <w:spacing w:after="80"/>
        <w:rPr>
          <w:lang w:val="es-ES"/>
        </w:rPr>
      </w:pPr>
      <w:r w:rsidRPr="00CC1719">
        <w:rPr>
          <w:rFonts w:ascii="Calibri" w:hAnsi="Calibri"/>
          <w:sz w:val="21"/>
          <w:lang w:val="es-ES"/>
        </w:rPr>
        <w:t>AGOSTO .................... 5, 12, 19, 26</w:t>
      </w:r>
    </w:p>
    <w:p w14:paraId="2C7A2ED3" w14:textId="77777777" w:rsidR="00CE3A55" w:rsidRPr="00CC1719" w:rsidRDefault="00006A86">
      <w:pPr>
        <w:spacing w:after="80"/>
        <w:rPr>
          <w:lang w:val="es-ES"/>
        </w:rPr>
      </w:pPr>
      <w:r w:rsidRPr="00CC1719">
        <w:rPr>
          <w:rFonts w:ascii="Calibri" w:hAnsi="Calibri"/>
          <w:sz w:val="21"/>
          <w:lang w:val="es-ES"/>
        </w:rPr>
        <w:t xml:space="preserve">SETEMBRO ................ </w:t>
      </w:r>
      <w:r w:rsidRPr="00B37188">
        <w:rPr>
          <w:rFonts w:ascii="Calibri" w:hAnsi="Calibri"/>
          <w:color w:val="00B050"/>
          <w:sz w:val="21"/>
          <w:lang w:val="es-ES"/>
        </w:rPr>
        <w:t>2</w:t>
      </w:r>
      <w:r w:rsidRPr="00CC1719">
        <w:rPr>
          <w:rFonts w:ascii="Calibri" w:hAnsi="Calibri"/>
          <w:sz w:val="21"/>
          <w:lang w:val="es-ES"/>
        </w:rPr>
        <w:t xml:space="preserve">, 9, 16, 23, </w:t>
      </w:r>
      <w:r w:rsidRPr="00B37188">
        <w:rPr>
          <w:rFonts w:ascii="Calibri" w:hAnsi="Calibri"/>
          <w:color w:val="00B050"/>
          <w:sz w:val="21"/>
          <w:lang w:val="es-ES"/>
        </w:rPr>
        <w:t>30</w:t>
      </w:r>
    </w:p>
    <w:p w14:paraId="666314A4" w14:textId="77777777" w:rsidR="00CE3A55" w:rsidRPr="00CC1719" w:rsidRDefault="00006A86">
      <w:pPr>
        <w:spacing w:after="80"/>
        <w:rPr>
          <w:lang w:val="es-ES"/>
        </w:rPr>
      </w:pPr>
      <w:r w:rsidRPr="00CC1719">
        <w:rPr>
          <w:rFonts w:ascii="Calibri" w:hAnsi="Calibri"/>
          <w:sz w:val="21"/>
          <w:lang w:val="es-ES"/>
        </w:rPr>
        <w:t>OUTUBRO .................. 7, 14, 21, 28</w:t>
      </w:r>
    </w:p>
    <w:p w14:paraId="021BB611" w14:textId="77777777" w:rsidR="00CE3A55" w:rsidRPr="00B37188" w:rsidRDefault="00006A86">
      <w:pPr>
        <w:spacing w:after="80"/>
        <w:rPr>
          <w:color w:val="00B050"/>
          <w:lang w:val="es-ES"/>
        </w:rPr>
      </w:pPr>
      <w:r w:rsidRPr="00B37188">
        <w:rPr>
          <w:rFonts w:ascii="Calibri" w:hAnsi="Calibri"/>
          <w:color w:val="00B050"/>
          <w:sz w:val="21"/>
          <w:lang w:val="es-ES"/>
        </w:rPr>
        <w:t xml:space="preserve">4 </w:t>
      </w:r>
      <w:proofErr w:type="spellStart"/>
      <w:r w:rsidRPr="00B37188">
        <w:rPr>
          <w:rFonts w:ascii="Calibri" w:hAnsi="Calibri"/>
          <w:color w:val="00B050"/>
          <w:sz w:val="21"/>
          <w:lang w:val="es-ES"/>
        </w:rPr>
        <w:t>saídas</w:t>
      </w:r>
      <w:proofErr w:type="spellEnd"/>
      <w:r w:rsidRPr="00B37188">
        <w:rPr>
          <w:rFonts w:ascii="Calibri" w:hAnsi="Calibri"/>
          <w:color w:val="00B050"/>
          <w:sz w:val="21"/>
          <w:lang w:val="es-ES"/>
        </w:rPr>
        <w:t xml:space="preserve"> exclusivas </w:t>
      </w:r>
      <w:proofErr w:type="spellStart"/>
      <w:r w:rsidRPr="00B37188">
        <w:rPr>
          <w:rFonts w:ascii="Calibri" w:hAnsi="Calibri"/>
          <w:color w:val="00B050"/>
          <w:sz w:val="21"/>
          <w:lang w:val="es-ES"/>
        </w:rPr>
        <w:t>com</w:t>
      </w:r>
      <w:proofErr w:type="spellEnd"/>
      <w:r w:rsidRPr="00B37188">
        <w:rPr>
          <w:rFonts w:ascii="Calibri" w:hAnsi="Calibri"/>
          <w:color w:val="00B050"/>
          <w:sz w:val="21"/>
          <w:lang w:val="es-ES"/>
        </w:rPr>
        <w:t xml:space="preserve"> GUIA BRASILEIRO: </w:t>
      </w:r>
      <w:proofErr w:type="spellStart"/>
      <w:r w:rsidRPr="00B37188">
        <w:rPr>
          <w:rFonts w:ascii="Calibri" w:hAnsi="Calibri"/>
          <w:color w:val="00B050"/>
          <w:sz w:val="21"/>
          <w:lang w:val="es-ES"/>
        </w:rPr>
        <w:t>Maio</w:t>
      </w:r>
      <w:proofErr w:type="spellEnd"/>
      <w:r w:rsidRPr="00B37188">
        <w:rPr>
          <w:rFonts w:ascii="Calibri" w:hAnsi="Calibri"/>
          <w:color w:val="00B050"/>
          <w:sz w:val="21"/>
          <w:lang w:val="es-ES"/>
        </w:rPr>
        <w:t xml:space="preserve"> 20, </w:t>
      </w:r>
      <w:proofErr w:type="spellStart"/>
      <w:r w:rsidRPr="00B37188">
        <w:rPr>
          <w:rFonts w:ascii="Calibri" w:hAnsi="Calibri"/>
          <w:color w:val="00B050"/>
          <w:sz w:val="21"/>
          <w:lang w:val="es-ES"/>
        </w:rPr>
        <w:t>Junho</w:t>
      </w:r>
      <w:proofErr w:type="spellEnd"/>
      <w:r w:rsidRPr="00B37188">
        <w:rPr>
          <w:rFonts w:ascii="Calibri" w:hAnsi="Calibri"/>
          <w:color w:val="00B050"/>
          <w:sz w:val="21"/>
          <w:lang w:val="es-ES"/>
        </w:rPr>
        <w:t xml:space="preserve"> 10, </w:t>
      </w:r>
      <w:proofErr w:type="spellStart"/>
      <w:r w:rsidRPr="00B37188">
        <w:rPr>
          <w:rFonts w:ascii="Calibri" w:hAnsi="Calibri"/>
          <w:color w:val="00B050"/>
          <w:sz w:val="21"/>
          <w:lang w:val="es-ES"/>
        </w:rPr>
        <w:t>Setembro</w:t>
      </w:r>
      <w:proofErr w:type="spellEnd"/>
      <w:r w:rsidRPr="00B37188">
        <w:rPr>
          <w:rFonts w:ascii="Calibri" w:hAnsi="Calibri"/>
          <w:color w:val="00B050"/>
          <w:sz w:val="21"/>
          <w:lang w:val="es-ES"/>
        </w:rPr>
        <w:t xml:space="preserve"> 2 e 30</w:t>
      </w:r>
    </w:p>
    <w:p w14:paraId="7C245F85" w14:textId="77777777" w:rsidR="00CE3A55" w:rsidRPr="00CC1719" w:rsidRDefault="00CE3A55">
      <w:pPr>
        <w:spacing w:after="80"/>
        <w:rPr>
          <w:lang w:val="es-ES"/>
        </w:rPr>
      </w:pPr>
    </w:p>
    <w:p w14:paraId="1A717E1D" w14:textId="77777777" w:rsidR="00CE3A55" w:rsidRPr="00CC1719" w:rsidRDefault="00006A86">
      <w:pPr>
        <w:pStyle w:val="Ttulo2"/>
        <w:spacing w:before="120" w:after="60"/>
        <w:rPr>
          <w:lang w:val="es-ES"/>
        </w:rPr>
      </w:pPr>
      <w:r w:rsidRPr="00CC1719">
        <w:rPr>
          <w:rFonts w:ascii="Calibri" w:hAnsi="Calibri"/>
          <w:sz w:val="22"/>
          <w:lang w:val="es-ES"/>
        </w:rPr>
        <w:t>HOTÉIS PREVISTOS</w:t>
      </w:r>
    </w:p>
    <w:p w14:paraId="0EFFCE45" w14:textId="77777777" w:rsidR="00CE3A55" w:rsidRPr="00CC1719" w:rsidRDefault="00006A86">
      <w:pPr>
        <w:spacing w:after="80"/>
        <w:rPr>
          <w:lang w:val="es-ES"/>
        </w:rPr>
      </w:pPr>
      <w:r w:rsidRPr="00CC1719">
        <w:rPr>
          <w:rFonts w:ascii="Calibri" w:hAnsi="Calibri"/>
          <w:sz w:val="21"/>
          <w:lang w:val="es-ES"/>
        </w:rPr>
        <w:t>(</w:t>
      </w:r>
      <w:proofErr w:type="spellStart"/>
      <w:r w:rsidRPr="00CC1719">
        <w:rPr>
          <w:rFonts w:ascii="Calibri" w:hAnsi="Calibri"/>
          <w:sz w:val="21"/>
          <w:lang w:val="es-ES"/>
        </w:rPr>
        <w:t>ou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similares </w:t>
      </w:r>
      <w:proofErr w:type="spellStart"/>
      <w:r w:rsidRPr="00CC1719">
        <w:rPr>
          <w:rFonts w:ascii="Calibri" w:hAnsi="Calibri"/>
          <w:sz w:val="21"/>
          <w:lang w:val="es-ES"/>
        </w:rPr>
        <w:t>na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categoria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indicada, conforme a </w:t>
      </w:r>
      <w:proofErr w:type="spellStart"/>
      <w:r w:rsidRPr="00CC1719">
        <w:rPr>
          <w:rFonts w:ascii="Calibri" w:hAnsi="Calibri"/>
          <w:sz w:val="21"/>
          <w:lang w:val="es-ES"/>
        </w:rPr>
        <w:t>cidade</w:t>
      </w:r>
      <w:proofErr w:type="spellEnd"/>
      <w:r w:rsidRPr="00CC1719">
        <w:rPr>
          <w:rFonts w:ascii="Calibri" w:hAnsi="Calibri"/>
          <w:sz w:val="21"/>
          <w:lang w:val="es-ES"/>
        </w:rPr>
        <w:t>)</w:t>
      </w:r>
    </w:p>
    <w:p w14:paraId="0698D53B" w14:textId="77777777" w:rsidR="00CE3A55" w:rsidRPr="00CC1719" w:rsidRDefault="00006A86">
      <w:pPr>
        <w:spacing w:after="20"/>
        <w:rPr>
          <w:lang w:val="es-ES"/>
        </w:rPr>
      </w:pPr>
      <w:r w:rsidRPr="00CC1719">
        <w:rPr>
          <w:rFonts w:ascii="Calibri" w:hAnsi="Calibri"/>
          <w:b/>
          <w:sz w:val="21"/>
          <w:lang w:val="es-ES"/>
        </w:rPr>
        <w:t xml:space="preserve">VIENA: </w:t>
      </w:r>
      <w:r w:rsidRPr="00CC1719">
        <w:rPr>
          <w:rFonts w:ascii="Calibri" w:hAnsi="Calibri"/>
          <w:sz w:val="21"/>
          <w:lang w:val="es-ES"/>
        </w:rPr>
        <w:t>PARKHOTEL SCHÖNBRUNN ★★★★  /  ROOMZ PRATER ★★★★</w:t>
      </w:r>
    </w:p>
    <w:p w14:paraId="3038F9B3" w14:textId="77777777" w:rsidR="00CE3A55" w:rsidRPr="00CC1719" w:rsidRDefault="00006A86">
      <w:pPr>
        <w:spacing w:after="20"/>
        <w:rPr>
          <w:lang w:val="es-ES"/>
        </w:rPr>
      </w:pPr>
      <w:r w:rsidRPr="00CC1719">
        <w:rPr>
          <w:rFonts w:ascii="Calibri" w:hAnsi="Calibri"/>
          <w:b/>
          <w:sz w:val="21"/>
          <w:lang w:val="es-ES"/>
        </w:rPr>
        <w:t xml:space="preserve">BUDAPESTE: </w:t>
      </w:r>
      <w:r w:rsidRPr="00CC1719">
        <w:rPr>
          <w:rFonts w:ascii="Calibri" w:hAnsi="Calibri"/>
          <w:sz w:val="21"/>
          <w:lang w:val="es-ES"/>
        </w:rPr>
        <w:t>MERCURE KORONA ★★★★</w:t>
      </w:r>
    </w:p>
    <w:p w14:paraId="14D00386" w14:textId="77777777" w:rsidR="00CE3A55" w:rsidRPr="00CC1719" w:rsidRDefault="00006A86">
      <w:pPr>
        <w:spacing w:after="20"/>
        <w:rPr>
          <w:lang w:val="es-ES"/>
        </w:rPr>
      </w:pPr>
      <w:r w:rsidRPr="00CC1719">
        <w:rPr>
          <w:rFonts w:ascii="Calibri" w:hAnsi="Calibri"/>
          <w:b/>
          <w:sz w:val="21"/>
          <w:lang w:val="es-ES"/>
        </w:rPr>
        <w:t xml:space="preserve">PRAGA: </w:t>
      </w:r>
      <w:r w:rsidRPr="00CC1719">
        <w:rPr>
          <w:rFonts w:ascii="Calibri" w:hAnsi="Calibri"/>
          <w:sz w:val="21"/>
          <w:lang w:val="es-ES"/>
        </w:rPr>
        <w:t>HERMITAGE ★★★★</w:t>
      </w:r>
    </w:p>
    <w:p w14:paraId="0B23E7B3" w14:textId="77777777" w:rsidR="00CE3A55" w:rsidRPr="00CC1719" w:rsidRDefault="00006A86">
      <w:pPr>
        <w:spacing w:after="20"/>
        <w:rPr>
          <w:lang w:val="es-ES"/>
        </w:rPr>
      </w:pPr>
      <w:r w:rsidRPr="00CC1719">
        <w:rPr>
          <w:rFonts w:ascii="Calibri" w:hAnsi="Calibri"/>
          <w:b/>
          <w:sz w:val="21"/>
          <w:lang w:val="es-ES"/>
        </w:rPr>
        <w:t xml:space="preserve">BERLIM: </w:t>
      </w:r>
      <w:r w:rsidRPr="00CC1719">
        <w:rPr>
          <w:rFonts w:ascii="Calibri" w:hAnsi="Calibri"/>
          <w:sz w:val="21"/>
          <w:lang w:val="es-ES"/>
        </w:rPr>
        <w:t>SHERATON ★★★★</w:t>
      </w:r>
    </w:p>
    <w:p w14:paraId="7B7C8475" w14:textId="77777777" w:rsidR="00CE3A55" w:rsidRPr="00CC1719" w:rsidRDefault="00CE3A55">
      <w:pPr>
        <w:spacing w:after="80"/>
        <w:rPr>
          <w:lang w:val="es-ES"/>
        </w:rPr>
      </w:pPr>
    </w:p>
    <w:p w14:paraId="72F272D0" w14:textId="77777777" w:rsidR="00CE3A55" w:rsidRPr="00CC1719" w:rsidRDefault="00006A86">
      <w:pPr>
        <w:pStyle w:val="Ttulo2"/>
        <w:spacing w:before="120" w:after="60"/>
        <w:rPr>
          <w:lang w:val="es-ES"/>
        </w:rPr>
      </w:pPr>
      <w:r w:rsidRPr="00CC1719">
        <w:rPr>
          <w:rFonts w:ascii="Calibri" w:hAnsi="Calibri"/>
          <w:sz w:val="22"/>
          <w:lang w:val="es-ES"/>
        </w:rPr>
        <w:t>SERVIÇOS INCLUÍDOS</w:t>
      </w:r>
    </w:p>
    <w:p w14:paraId="5A2B8E92" w14:textId="77777777" w:rsidR="00CE3A55" w:rsidRDefault="00006A86">
      <w:pPr>
        <w:pStyle w:val="Listaconvietas"/>
        <w:spacing w:after="0"/>
      </w:pPr>
      <w:proofErr w:type="spellStart"/>
      <w:r>
        <w:rPr>
          <w:rFonts w:ascii="Calibri" w:hAnsi="Calibri"/>
          <w:sz w:val="21"/>
        </w:rPr>
        <w:t>Guia</w:t>
      </w:r>
      <w:proofErr w:type="spellEnd"/>
      <w:r>
        <w:rPr>
          <w:rFonts w:ascii="Calibri" w:hAnsi="Calibri"/>
          <w:sz w:val="21"/>
        </w:rPr>
        <w:t xml:space="preserve"> </w:t>
      </w:r>
      <w:proofErr w:type="spellStart"/>
      <w:r>
        <w:rPr>
          <w:rFonts w:ascii="Calibri" w:hAnsi="Calibri"/>
          <w:sz w:val="21"/>
        </w:rPr>
        <w:t>acompanhante</w:t>
      </w:r>
      <w:proofErr w:type="spellEnd"/>
      <w:r>
        <w:rPr>
          <w:rFonts w:ascii="Calibri" w:hAnsi="Calibri"/>
          <w:sz w:val="21"/>
        </w:rPr>
        <w:t xml:space="preserve"> </w:t>
      </w:r>
      <w:proofErr w:type="spellStart"/>
      <w:r>
        <w:rPr>
          <w:rFonts w:ascii="Calibri" w:hAnsi="Calibri"/>
          <w:sz w:val="21"/>
        </w:rPr>
        <w:t>em</w:t>
      </w:r>
      <w:proofErr w:type="spellEnd"/>
      <w:r>
        <w:rPr>
          <w:rFonts w:ascii="Calibri" w:hAnsi="Calibri"/>
          <w:sz w:val="21"/>
        </w:rPr>
        <w:t xml:space="preserve"> </w:t>
      </w:r>
      <w:proofErr w:type="spellStart"/>
      <w:r>
        <w:rPr>
          <w:rFonts w:ascii="Calibri" w:hAnsi="Calibri"/>
          <w:sz w:val="21"/>
        </w:rPr>
        <w:t>espanhol</w:t>
      </w:r>
      <w:proofErr w:type="spellEnd"/>
    </w:p>
    <w:p w14:paraId="54095E5D" w14:textId="77777777" w:rsidR="00CE3A55" w:rsidRPr="00CC1719" w:rsidRDefault="00006A86">
      <w:pPr>
        <w:pStyle w:val="Listaconvietas"/>
        <w:spacing w:after="0"/>
        <w:rPr>
          <w:lang w:val="es-ES"/>
        </w:rPr>
      </w:pPr>
      <w:r w:rsidRPr="00CC1719">
        <w:rPr>
          <w:rFonts w:ascii="Calibri" w:hAnsi="Calibri"/>
          <w:sz w:val="21"/>
          <w:lang w:val="es-ES"/>
        </w:rPr>
        <w:t xml:space="preserve">10 </w:t>
      </w:r>
      <w:proofErr w:type="spellStart"/>
      <w:r w:rsidRPr="00CC1719">
        <w:rPr>
          <w:rFonts w:ascii="Calibri" w:hAnsi="Calibri"/>
          <w:sz w:val="21"/>
          <w:lang w:val="es-ES"/>
        </w:rPr>
        <w:t>noites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com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café </w:t>
      </w:r>
      <w:r w:rsidRPr="00CC1719">
        <w:rPr>
          <w:rFonts w:ascii="Calibri" w:hAnsi="Calibri"/>
          <w:sz w:val="21"/>
          <w:lang w:val="es-ES"/>
        </w:rPr>
        <w:t xml:space="preserve">da </w:t>
      </w:r>
      <w:proofErr w:type="spellStart"/>
      <w:r w:rsidRPr="00CC1719">
        <w:rPr>
          <w:rFonts w:ascii="Calibri" w:hAnsi="Calibri"/>
          <w:sz w:val="21"/>
          <w:lang w:val="es-ES"/>
        </w:rPr>
        <w:t>manhã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tipo buffet</w:t>
      </w:r>
    </w:p>
    <w:p w14:paraId="06760223" w14:textId="77777777" w:rsidR="00CE3A55" w:rsidRPr="00CC1719" w:rsidRDefault="00006A86">
      <w:pPr>
        <w:pStyle w:val="Listaconvietas"/>
        <w:spacing w:after="0"/>
        <w:rPr>
          <w:lang w:val="es-ES"/>
        </w:rPr>
      </w:pPr>
      <w:r w:rsidRPr="00CC1719">
        <w:rPr>
          <w:rFonts w:ascii="Calibri" w:hAnsi="Calibri"/>
          <w:sz w:val="21"/>
          <w:lang w:val="es-ES"/>
        </w:rPr>
        <w:t xml:space="preserve">Entradas e </w:t>
      </w:r>
      <w:proofErr w:type="spellStart"/>
      <w:r w:rsidRPr="00CC1719">
        <w:rPr>
          <w:rFonts w:ascii="Calibri" w:hAnsi="Calibri"/>
          <w:sz w:val="21"/>
          <w:lang w:val="es-ES"/>
        </w:rPr>
        <w:t>experiências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conforme o </w:t>
      </w:r>
      <w:proofErr w:type="spellStart"/>
      <w:r w:rsidRPr="00CC1719">
        <w:rPr>
          <w:rFonts w:ascii="Calibri" w:hAnsi="Calibri"/>
          <w:sz w:val="21"/>
          <w:lang w:val="es-ES"/>
        </w:rPr>
        <w:t>itinerário</w:t>
      </w:r>
      <w:proofErr w:type="spellEnd"/>
    </w:p>
    <w:p w14:paraId="783C9EDA" w14:textId="77777777" w:rsidR="00CE3A55" w:rsidRDefault="00006A86">
      <w:pPr>
        <w:pStyle w:val="Listaconvietas"/>
        <w:spacing w:after="0"/>
      </w:pPr>
      <w:r>
        <w:rPr>
          <w:rFonts w:ascii="Calibri" w:hAnsi="Calibri"/>
          <w:sz w:val="21"/>
        </w:rPr>
        <w:t xml:space="preserve">9 </w:t>
      </w:r>
      <w:proofErr w:type="spellStart"/>
      <w:r>
        <w:rPr>
          <w:rFonts w:ascii="Calibri" w:hAnsi="Calibri"/>
          <w:sz w:val="21"/>
        </w:rPr>
        <w:t>refeições</w:t>
      </w:r>
      <w:proofErr w:type="spellEnd"/>
      <w:r>
        <w:rPr>
          <w:rFonts w:ascii="Calibri" w:hAnsi="Calibri"/>
          <w:sz w:val="21"/>
        </w:rPr>
        <w:t xml:space="preserve"> e </w:t>
      </w:r>
      <w:proofErr w:type="spellStart"/>
      <w:r>
        <w:rPr>
          <w:rFonts w:ascii="Calibri" w:hAnsi="Calibri"/>
          <w:sz w:val="21"/>
        </w:rPr>
        <w:t>serviços</w:t>
      </w:r>
      <w:proofErr w:type="spellEnd"/>
      <w:r>
        <w:rPr>
          <w:rFonts w:ascii="Calibri" w:hAnsi="Calibri"/>
          <w:sz w:val="21"/>
        </w:rPr>
        <w:t xml:space="preserve"> conforme itinerário</w:t>
      </w:r>
    </w:p>
    <w:p w14:paraId="48A6FC7E" w14:textId="77777777" w:rsidR="00CE3A55" w:rsidRDefault="00CE3A55">
      <w:pPr>
        <w:spacing w:after="80"/>
      </w:pPr>
    </w:p>
    <w:p w14:paraId="49314BCF" w14:textId="77777777" w:rsidR="00CE3A55" w:rsidRDefault="00006A86">
      <w:pPr>
        <w:pStyle w:val="Ttulo2"/>
        <w:spacing w:before="120" w:after="60"/>
      </w:pPr>
      <w:r>
        <w:rPr>
          <w:rFonts w:ascii="Calibri" w:hAnsi="Calibri"/>
          <w:sz w:val="22"/>
        </w:rPr>
        <w:t>TARIFAS EM EUROS</w:t>
      </w:r>
    </w:p>
    <w:p w14:paraId="03361C78" w14:textId="77777777" w:rsidR="00CE3A55" w:rsidRDefault="00006A86">
      <w:pPr>
        <w:spacing w:after="80"/>
      </w:pPr>
      <w:r>
        <w:rPr>
          <w:rFonts w:ascii="Calibri" w:hAnsi="Calibri"/>
          <w:sz w:val="21"/>
        </w:rPr>
        <w:t>€ 2.840,– por pessoa em apto. duplo</w:t>
      </w:r>
    </w:p>
    <w:p w14:paraId="4DEEDA05" w14:textId="77777777" w:rsidR="00CE3A55" w:rsidRDefault="00006A86">
      <w:pPr>
        <w:spacing w:after="80"/>
      </w:pPr>
      <w:r>
        <w:rPr>
          <w:rFonts w:ascii="Calibri" w:hAnsi="Calibri"/>
          <w:sz w:val="21"/>
        </w:rPr>
        <w:t>€ 1.100,– suplemento individual</w:t>
      </w:r>
    </w:p>
    <w:p w14:paraId="3419A869" w14:textId="77777777" w:rsidR="00CE3A55" w:rsidRDefault="00CE3A55">
      <w:pPr>
        <w:spacing w:after="80"/>
      </w:pPr>
    </w:p>
    <w:p w14:paraId="575E9BA9" w14:textId="77777777" w:rsidR="00CE3A55" w:rsidRDefault="00006A86">
      <w:pPr>
        <w:pStyle w:val="Ttulo1"/>
        <w:spacing w:before="200" w:after="60"/>
      </w:pPr>
      <w:r>
        <w:rPr>
          <w:rFonts w:ascii="Calibri" w:hAnsi="Calibri"/>
          <w:sz w:val="28"/>
        </w:rPr>
        <w:lastRenderedPageBreak/>
        <w:t>ITINERÁRIO</w:t>
      </w:r>
    </w:p>
    <w:p w14:paraId="6386823A" w14:textId="77777777" w:rsidR="00CE3A55" w:rsidRDefault="00006A86">
      <w:pPr>
        <w:pStyle w:val="Ttulo2"/>
        <w:spacing w:before="120" w:after="60"/>
      </w:pPr>
      <w:r>
        <w:rPr>
          <w:rFonts w:ascii="Calibri" w:hAnsi="Calibri"/>
          <w:sz w:val="22"/>
        </w:rPr>
        <w:t>DIA 1 QUI VIENA</w:t>
      </w:r>
    </w:p>
    <w:p w14:paraId="3A3ED120" w14:textId="77777777" w:rsidR="00CE3A55" w:rsidRPr="00CC1719" w:rsidRDefault="00006A86">
      <w:pPr>
        <w:spacing w:after="80"/>
        <w:rPr>
          <w:lang w:val="es-ES"/>
        </w:rPr>
      </w:pPr>
      <w:proofErr w:type="spellStart"/>
      <w:r w:rsidRPr="00CC1719">
        <w:rPr>
          <w:rFonts w:ascii="Calibri" w:hAnsi="Calibri"/>
          <w:sz w:val="21"/>
          <w:lang w:val="es-ES"/>
        </w:rPr>
        <w:t>Chegada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ao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aeroporto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Viena, onde </w:t>
      </w:r>
      <w:proofErr w:type="spellStart"/>
      <w:r w:rsidRPr="00CC1719">
        <w:rPr>
          <w:rFonts w:ascii="Calibri" w:hAnsi="Calibri"/>
          <w:sz w:val="21"/>
          <w:lang w:val="es-ES"/>
        </w:rPr>
        <w:t>nosso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motorista o levará </w:t>
      </w:r>
      <w:proofErr w:type="spellStart"/>
      <w:r w:rsidRPr="00CC1719">
        <w:rPr>
          <w:rFonts w:ascii="Calibri" w:hAnsi="Calibri"/>
          <w:sz w:val="21"/>
          <w:lang w:val="es-ES"/>
        </w:rPr>
        <w:t>ao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seu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hotel. À </w:t>
      </w:r>
      <w:proofErr w:type="spellStart"/>
      <w:r w:rsidRPr="00CC1719">
        <w:rPr>
          <w:rFonts w:ascii="Calibri" w:hAnsi="Calibri"/>
          <w:sz w:val="21"/>
          <w:lang w:val="es-ES"/>
        </w:rPr>
        <w:t>noite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</w:t>
      </w:r>
      <w:proofErr w:type="spellStart"/>
      <w:r w:rsidRPr="00CC1719">
        <w:rPr>
          <w:rFonts w:ascii="Calibri" w:hAnsi="Calibri"/>
          <w:sz w:val="21"/>
          <w:lang w:val="es-ES"/>
        </w:rPr>
        <w:t>conhecerá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seus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companheiros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</w:t>
      </w:r>
      <w:proofErr w:type="spellStart"/>
      <w:r w:rsidRPr="00CC1719">
        <w:rPr>
          <w:rFonts w:ascii="Calibri" w:hAnsi="Calibri"/>
          <w:sz w:val="21"/>
          <w:lang w:val="es-ES"/>
        </w:rPr>
        <w:t>viagem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em </w:t>
      </w:r>
      <w:proofErr w:type="spellStart"/>
      <w:r w:rsidRPr="00CC1719">
        <w:rPr>
          <w:rFonts w:ascii="Calibri" w:hAnsi="Calibri"/>
          <w:sz w:val="21"/>
          <w:lang w:val="es-ES"/>
        </w:rPr>
        <w:t>um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típico </w:t>
      </w:r>
      <w:proofErr w:type="spellStart"/>
      <w:r w:rsidRPr="00CC1719">
        <w:rPr>
          <w:rFonts w:ascii="Calibri" w:hAnsi="Calibri"/>
          <w:sz w:val="21"/>
          <w:lang w:val="es-ES"/>
        </w:rPr>
        <w:t>jantar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austríaco de boas-</w:t>
      </w:r>
      <w:proofErr w:type="spellStart"/>
      <w:r w:rsidRPr="00CC1719">
        <w:rPr>
          <w:rFonts w:ascii="Calibri" w:hAnsi="Calibri"/>
          <w:sz w:val="21"/>
          <w:lang w:val="es-ES"/>
        </w:rPr>
        <w:t>vindas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no restaurante </w:t>
      </w:r>
      <w:proofErr w:type="spellStart"/>
      <w:r w:rsidRPr="00CC1719">
        <w:rPr>
          <w:rFonts w:ascii="Calibri" w:hAnsi="Calibri"/>
          <w:sz w:val="21"/>
          <w:lang w:val="es-ES"/>
        </w:rPr>
        <w:t>Marchfelderhof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</w:t>
      </w:r>
      <w:proofErr w:type="spellStart"/>
      <w:r w:rsidRPr="00CC1719">
        <w:rPr>
          <w:rFonts w:ascii="Calibri" w:hAnsi="Calibri"/>
          <w:sz w:val="21"/>
          <w:lang w:val="es-ES"/>
        </w:rPr>
        <w:t>muito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conhecido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al</w:t>
      </w:r>
      <w:r w:rsidRPr="00CC1719">
        <w:rPr>
          <w:rFonts w:ascii="Calibri" w:hAnsi="Calibri"/>
          <w:sz w:val="21"/>
          <w:lang w:val="es-ES"/>
        </w:rPr>
        <w:t>ém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CC1719">
        <w:rPr>
          <w:rFonts w:ascii="Calibri" w:hAnsi="Calibri"/>
          <w:sz w:val="21"/>
          <w:lang w:val="es-ES"/>
        </w:rPr>
        <w:t>fronteiras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 país. </w:t>
      </w:r>
      <w:proofErr w:type="spellStart"/>
      <w:r w:rsidRPr="00CC1719">
        <w:rPr>
          <w:rFonts w:ascii="Calibri" w:hAnsi="Calibri"/>
          <w:sz w:val="21"/>
          <w:lang w:val="es-ES"/>
        </w:rPr>
        <w:t>Neste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ambiente realmente único, </w:t>
      </w:r>
      <w:proofErr w:type="spellStart"/>
      <w:r w:rsidRPr="00CC1719">
        <w:rPr>
          <w:rFonts w:ascii="Calibri" w:hAnsi="Calibri"/>
          <w:sz w:val="21"/>
          <w:lang w:val="es-ES"/>
        </w:rPr>
        <w:t>rapidamente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terá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 </w:t>
      </w:r>
      <w:proofErr w:type="spellStart"/>
      <w:r w:rsidRPr="00CC1719">
        <w:rPr>
          <w:rFonts w:ascii="Calibri" w:hAnsi="Calibri"/>
          <w:sz w:val="21"/>
          <w:lang w:val="es-ES"/>
        </w:rPr>
        <w:t>sensação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que a </w:t>
      </w:r>
      <w:proofErr w:type="spellStart"/>
      <w:r w:rsidRPr="00CC1719">
        <w:rPr>
          <w:rFonts w:ascii="Calibri" w:hAnsi="Calibri"/>
          <w:sz w:val="21"/>
          <w:lang w:val="es-ES"/>
        </w:rPr>
        <w:t>imperatriz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Sissi está sentada </w:t>
      </w:r>
      <w:proofErr w:type="spellStart"/>
      <w:r w:rsidRPr="00CC1719">
        <w:rPr>
          <w:rFonts w:ascii="Calibri" w:hAnsi="Calibri"/>
          <w:sz w:val="21"/>
          <w:lang w:val="es-ES"/>
        </w:rPr>
        <w:t>ao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seu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lado à mesa. Naturalmente, as bebidas </w:t>
      </w:r>
      <w:proofErr w:type="spellStart"/>
      <w:r w:rsidRPr="00CC1719">
        <w:rPr>
          <w:rFonts w:ascii="Calibri" w:hAnsi="Calibri"/>
          <w:sz w:val="21"/>
          <w:lang w:val="es-ES"/>
        </w:rPr>
        <w:t>também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estão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incluídas</w:t>
      </w:r>
      <w:proofErr w:type="spellEnd"/>
      <w:r w:rsidRPr="00CC1719">
        <w:rPr>
          <w:rFonts w:ascii="Calibri" w:hAnsi="Calibri"/>
          <w:sz w:val="21"/>
          <w:lang w:val="es-ES"/>
        </w:rPr>
        <w:t>.</w:t>
      </w:r>
    </w:p>
    <w:p w14:paraId="16E97B3D" w14:textId="77777777" w:rsidR="00CE3A55" w:rsidRPr="00CC1719" w:rsidRDefault="00CE3A55">
      <w:pPr>
        <w:spacing w:after="80"/>
        <w:rPr>
          <w:lang w:val="es-ES"/>
        </w:rPr>
      </w:pPr>
    </w:p>
    <w:p w14:paraId="162998FF" w14:textId="77777777" w:rsidR="00CE3A55" w:rsidRPr="00CC1719" w:rsidRDefault="00006A86">
      <w:pPr>
        <w:pStyle w:val="Ttulo2"/>
        <w:spacing w:before="120" w:after="60"/>
        <w:rPr>
          <w:lang w:val="es-ES"/>
        </w:rPr>
      </w:pPr>
      <w:r w:rsidRPr="00CC1719">
        <w:rPr>
          <w:rFonts w:ascii="Calibri" w:hAnsi="Calibri"/>
          <w:sz w:val="22"/>
          <w:lang w:val="es-ES"/>
        </w:rPr>
        <w:t>DIA 2 SEX VIENA</w:t>
      </w:r>
    </w:p>
    <w:p w14:paraId="54DF2D33" w14:textId="77777777" w:rsidR="00CE3A55" w:rsidRPr="00CC1719" w:rsidRDefault="00006A86">
      <w:pPr>
        <w:spacing w:after="80"/>
        <w:rPr>
          <w:lang w:val="es-ES"/>
        </w:rPr>
      </w:pPr>
      <w:proofErr w:type="spellStart"/>
      <w:r w:rsidRPr="00CC1719">
        <w:rPr>
          <w:rFonts w:ascii="Calibri" w:hAnsi="Calibri"/>
          <w:sz w:val="21"/>
          <w:lang w:val="es-ES"/>
        </w:rPr>
        <w:t>Após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o café da </w:t>
      </w:r>
      <w:proofErr w:type="spellStart"/>
      <w:r w:rsidRPr="00CC1719">
        <w:rPr>
          <w:rFonts w:ascii="Calibri" w:hAnsi="Calibri"/>
          <w:sz w:val="21"/>
          <w:lang w:val="es-ES"/>
        </w:rPr>
        <w:t>manhã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no hotel, realizaremos </w:t>
      </w:r>
      <w:proofErr w:type="spellStart"/>
      <w:r w:rsidRPr="00CC1719">
        <w:rPr>
          <w:rFonts w:ascii="Calibri" w:hAnsi="Calibri"/>
          <w:sz w:val="21"/>
          <w:lang w:val="es-ES"/>
        </w:rPr>
        <w:t>uma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visita </w:t>
      </w:r>
      <w:proofErr w:type="spellStart"/>
      <w:r w:rsidRPr="00CC1719">
        <w:rPr>
          <w:rFonts w:ascii="Calibri" w:hAnsi="Calibri"/>
          <w:sz w:val="21"/>
          <w:lang w:val="es-ES"/>
        </w:rPr>
        <w:t>panorâmica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da </w:t>
      </w:r>
      <w:proofErr w:type="spellStart"/>
      <w:r w:rsidRPr="00CC1719">
        <w:rPr>
          <w:rFonts w:ascii="Calibri" w:hAnsi="Calibri"/>
          <w:sz w:val="21"/>
          <w:lang w:val="es-ES"/>
        </w:rPr>
        <w:t>cidade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que </w:t>
      </w:r>
      <w:proofErr w:type="spellStart"/>
      <w:r w:rsidRPr="00CC1719">
        <w:rPr>
          <w:rFonts w:ascii="Calibri" w:hAnsi="Calibri"/>
          <w:sz w:val="21"/>
          <w:lang w:val="es-ES"/>
        </w:rPr>
        <w:t>oferece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uma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excelente </w:t>
      </w:r>
      <w:proofErr w:type="spellStart"/>
      <w:r w:rsidRPr="00CC1719">
        <w:rPr>
          <w:rFonts w:ascii="Calibri" w:hAnsi="Calibri"/>
          <w:sz w:val="21"/>
          <w:lang w:val="es-ES"/>
        </w:rPr>
        <w:t>impressão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dos numerosos pontos de </w:t>
      </w:r>
      <w:proofErr w:type="spellStart"/>
      <w:r w:rsidRPr="00CC1719">
        <w:rPr>
          <w:rFonts w:ascii="Calibri" w:hAnsi="Calibri"/>
          <w:sz w:val="21"/>
          <w:lang w:val="es-ES"/>
        </w:rPr>
        <w:t>interesse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Viena. Visitaremos os </w:t>
      </w:r>
      <w:proofErr w:type="spellStart"/>
      <w:r w:rsidRPr="00CC1719">
        <w:rPr>
          <w:rFonts w:ascii="Calibri" w:hAnsi="Calibri"/>
          <w:sz w:val="21"/>
          <w:lang w:val="es-ES"/>
        </w:rPr>
        <w:t>jardins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 histórico </w:t>
      </w:r>
      <w:proofErr w:type="spellStart"/>
      <w:r w:rsidRPr="00CC1719">
        <w:rPr>
          <w:rFonts w:ascii="Calibri" w:hAnsi="Calibri"/>
          <w:sz w:val="21"/>
          <w:lang w:val="es-ES"/>
        </w:rPr>
        <w:t>Palácio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Belvedere, </w:t>
      </w:r>
      <w:proofErr w:type="spellStart"/>
      <w:r w:rsidRPr="00CC1719">
        <w:rPr>
          <w:rFonts w:ascii="Calibri" w:hAnsi="Calibri"/>
          <w:sz w:val="21"/>
          <w:lang w:val="es-ES"/>
        </w:rPr>
        <w:t>antigo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palácio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</w:t>
      </w:r>
      <w:proofErr w:type="spellStart"/>
      <w:r w:rsidRPr="00CC1719">
        <w:rPr>
          <w:rFonts w:ascii="Calibri" w:hAnsi="Calibri"/>
          <w:sz w:val="21"/>
          <w:lang w:val="es-ES"/>
        </w:rPr>
        <w:t>verão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 príncipe </w:t>
      </w:r>
      <w:proofErr w:type="spellStart"/>
      <w:r w:rsidRPr="00CC1719">
        <w:rPr>
          <w:rFonts w:ascii="Calibri" w:hAnsi="Calibri"/>
          <w:sz w:val="21"/>
          <w:lang w:val="es-ES"/>
        </w:rPr>
        <w:t>Eugênio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</w:t>
      </w:r>
      <w:proofErr w:type="spellStart"/>
      <w:r w:rsidRPr="00CC1719">
        <w:rPr>
          <w:rFonts w:ascii="Calibri" w:hAnsi="Calibri"/>
          <w:sz w:val="21"/>
          <w:lang w:val="es-ES"/>
        </w:rPr>
        <w:t>Saboia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de onde </w:t>
      </w:r>
      <w:proofErr w:type="spellStart"/>
      <w:r w:rsidRPr="00CC1719">
        <w:rPr>
          <w:rFonts w:ascii="Calibri" w:hAnsi="Calibri"/>
          <w:sz w:val="21"/>
          <w:lang w:val="es-ES"/>
        </w:rPr>
        <w:t>poderá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desfrutar de </w:t>
      </w:r>
      <w:proofErr w:type="spellStart"/>
      <w:r w:rsidRPr="00CC1719">
        <w:rPr>
          <w:rFonts w:ascii="Calibri" w:hAnsi="Calibri"/>
          <w:sz w:val="21"/>
          <w:lang w:val="es-ES"/>
        </w:rPr>
        <w:t>uma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m</w:t>
      </w:r>
      <w:r w:rsidRPr="00CC1719">
        <w:rPr>
          <w:rFonts w:ascii="Calibri" w:hAnsi="Calibri"/>
          <w:sz w:val="21"/>
          <w:lang w:val="es-ES"/>
        </w:rPr>
        <w:t xml:space="preserve">agnífica vista da </w:t>
      </w:r>
      <w:proofErr w:type="spellStart"/>
      <w:r w:rsidRPr="00CC1719">
        <w:rPr>
          <w:rFonts w:ascii="Calibri" w:hAnsi="Calibri"/>
          <w:sz w:val="21"/>
          <w:lang w:val="es-ES"/>
        </w:rPr>
        <w:t>cidade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</w:t>
      </w:r>
      <w:proofErr w:type="spellStart"/>
      <w:r w:rsidRPr="00CC1719">
        <w:rPr>
          <w:rFonts w:ascii="Calibri" w:hAnsi="Calibri"/>
          <w:sz w:val="21"/>
          <w:lang w:val="es-ES"/>
        </w:rPr>
        <w:t>imortalizada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pelo artista Giovanni Antonio Canal em </w:t>
      </w:r>
      <w:proofErr w:type="spellStart"/>
      <w:r w:rsidRPr="00CC1719">
        <w:rPr>
          <w:rFonts w:ascii="Calibri" w:hAnsi="Calibri"/>
          <w:sz w:val="21"/>
          <w:lang w:val="es-ES"/>
        </w:rPr>
        <w:t>suas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pinturas de Viena. Continuaremos pela </w:t>
      </w:r>
      <w:proofErr w:type="spellStart"/>
      <w:r w:rsidRPr="00CC1719">
        <w:rPr>
          <w:rFonts w:ascii="Calibri" w:hAnsi="Calibri"/>
          <w:sz w:val="21"/>
          <w:lang w:val="es-ES"/>
        </w:rPr>
        <w:t>Ringstrasse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</w:t>
      </w:r>
      <w:proofErr w:type="spellStart"/>
      <w:r w:rsidRPr="00CC1719">
        <w:rPr>
          <w:rFonts w:ascii="Calibri" w:hAnsi="Calibri"/>
          <w:sz w:val="21"/>
          <w:lang w:val="es-ES"/>
        </w:rPr>
        <w:t>com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seus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magníficos </w:t>
      </w:r>
      <w:proofErr w:type="spellStart"/>
      <w:r w:rsidRPr="00CC1719">
        <w:rPr>
          <w:rFonts w:ascii="Calibri" w:hAnsi="Calibri"/>
          <w:sz w:val="21"/>
          <w:lang w:val="es-ES"/>
        </w:rPr>
        <w:t>edifícios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como a Ópera Estatal, o </w:t>
      </w:r>
      <w:proofErr w:type="spellStart"/>
      <w:r w:rsidRPr="00CC1719">
        <w:rPr>
          <w:rFonts w:ascii="Calibri" w:hAnsi="Calibri"/>
          <w:sz w:val="21"/>
          <w:lang w:val="es-ES"/>
        </w:rPr>
        <w:t>Museu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</w:t>
      </w:r>
      <w:proofErr w:type="spellStart"/>
      <w:r w:rsidRPr="00CC1719">
        <w:rPr>
          <w:rFonts w:ascii="Calibri" w:hAnsi="Calibri"/>
          <w:sz w:val="21"/>
          <w:lang w:val="es-ES"/>
        </w:rPr>
        <w:t>Ciências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Naturais</w:t>
      </w:r>
      <w:proofErr w:type="spellEnd"/>
      <w:r w:rsidRPr="00CC1719">
        <w:rPr>
          <w:rFonts w:ascii="Calibri" w:hAnsi="Calibri"/>
          <w:sz w:val="21"/>
          <w:lang w:val="es-ES"/>
        </w:rPr>
        <w:t>, o Monumento a Maria Teresa, o Parlamento</w:t>
      </w:r>
      <w:r w:rsidRPr="00CC1719">
        <w:rPr>
          <w:rFonts w:ascii="Calibri" w:hAnsi="Calibri"/>
          <w:sz w:val="21"/>
          <w:lang w:val="es-ES"/>
        </w:rPr>
        <w:t xml:space="preserve"> austríaco, a </w:t>
      </w:r>
      <w:proofErr w:type="spellStart"/>
      <w:r w:rsidRPr="00CC1719">
        <w:rPr>
          <w:rFonts w:ascii="Calibri" w:hAnsi="Calibri"/>
          <w:sz w:val="21"/>
          <w:lang w:val="es-ES"/>
        </w:rPr>
        <w:t>Prefeitura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Viena, o Teatro Nacional e o </w:t>
      </w:r>
      <w:proofErr w:type="spellStart"/>
      <w:r w:rsidRPr="00CC1719">
        <w:rPr>
          <w:rFonts w:ascii="Calibri" w:hAnsi="Calibri"/>
          <w:sz w:val="21"/>
          <w:lang w:val="es-ES"/>
        </w:rPr>
        <w:t>Hofburg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sede do </w:t>
      </w:r>
      <w:proofErr w:type="spellStart"/>
      <w:r w:rsidRPr="00CC1719">
        <w:rPr>
          <w:rFonts w:ascii="Calibri" w:hAnsi="Calibri"/>
          <w:sz w:val="21"/>
          <w:lang w:val="es-ES"/>
        </w:rPr>
        <w:t>nosso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Presidente Federal. </w:t>
      </w:r>
      <w:proofErr w:type="spellStart"/>
      <w:r w:rsidRPr="00CC1719">
        <w:rPr>
          <w:rFonts w:ascii="Calibri" w:hAnsi="Calibri"/>
          <w:sz w:val="21"/>
          <w:lang w:val="es-ES"/>
        </w:rPr>
        <w:t>Passearemos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pelas </w:t>
      </w:r>
      <w:proofErr w:type="spellStart"/>
      <w:r w:rsidRPr="00CC1719">
        <w:rPr>
          <w:rFonts w:ascii="Calibri" w:hAnsi="Calibri"/>
          <w:sz w:val="21"/>
          <w:lang w:val="es-ES"/>
        </w:rPr>
        <w:t>pequenas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 idílicas </w:t>
      </w:r>
      <w:proofErr w:type="spellStart"/>
      <w:r w:rsidRPr="00CC1719">
        <w:rPr>
          <w:rFonts w:ascii="Calibri" w:hAnsi="Calibri"/>
          <w:sz w:val="21"/>
          <w:lang w:val="es-ES"/>
        </w:rPr>
        <w:t>ruas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 centro histórico de Viena e visitaremos o interior da Catedral de Santo Estêvão, a </w:t>
      </w:r>
      <w:proofErr w:type="spellStart"/>
      <w:r w:rsidRPr="00CC1719">
        <w:rPr>
          <w:rFonts w:ascii="Calibri" w:hAnsi="Calibri"/>
          <w:sz w:val="21"/>
          <w:lang w:val="es-ES"/>
        </w:rPr>
        <w:t>maior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da </w:t>
      </w:r>
      <w:proofErr w:type="spellStart"/>
      <w:r w:rsidRPr="00CC1719">
        <w:rPr>
          <w:rFonts w:ascii="Calibri" w:hAnsi="Calibri"/>
          <w:sz w:val="21"/>
          <w:lang w:val="es-ES"/>
        </w:rPr>
        <w:t>cidade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</w:t>
      </w:r>
      <w:proofErr w:type="spellStart"/>
      <w:r w:rsidRPr="00CC1719">
        <w:rPr>
          <w:rFonts w:ascii="Calibri" w:hAnsi="Calibri"/>
          <w:sz w:val="21"/>
          <w:lang w:val="es-ES"/>
        </w:rPr>
        <w:t>Também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pas</w:t>
      </w:r>
      <w:r w:rsidRPr="00CC1719">
        <w:rPr>
          <w:rFonts w:ascii="Calibri" w:hAnsi="Calibri"/>
          <w:sz w:val="21"/>
          <w:lang w:val="es-ES"/>
        </w:rPr>
        <w:t>saremos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CC1719">
        <w:rPr>
          <w:rFonts w:ascii="Calibri" w:hAnsi="Calibri"/>
          <w:sz w:val="21"/>
          <w:lang w:val="es-ES"/>
        </w:rPr>
        <w:t>Relógio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Anker e pelo </w:t>
      </w:r>
      <w:proofErr w:type="spellStart"/>
      <w:r w:rsidRPr="00CC1719">
        <w:rPr>
          <w:rFonts w:ascii="Calibri" w:hAnsi="Calibri"/>
          <w:sz w:val="21"/>
          <w:lang w:val="es-ES"/>
        </w:rPr>
        <w:t>bairro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judeu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O </w:t>
      </w:r>
      <w:proofErr w:type="spellStart"/>
      <w:r w:rsidRPr="00CC1719">
        <w:rPr>
          <w:rFonts w:ascii="Calibri" w:hAnsi="Calibri"/>
          <w:sz w:val="21"/>
          <w:lang w:val="es-ES"/>
        </w:rPr>
        <w:t>percurso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termina no centro, </w:t>
      </w:r>
      <w:proofErr w:type="spellStart"/>
      <w:r w:rsidRPr="00CC1719">
        <w:rPr>
          <w:rFonts w:ascii="Calibri" w:hAnsi="Calibri"/>
          <w:sz w:val="21"/>
          <w:lang w:val="es-ES"/>
        </w:rPr>
        <w:t>na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Maria-</w:t>
      </w:r>
      <w:proofErr w:type="spellStart"/>
      <w:r w:rsidRPr="00CC1719">
        <w:rPr>
          <w:rFonts w:ascii="Calibri" w:hAnsi="Calibri"/>
          <w:sz w:val="21"/>
          <w:lang w:val="es-ES"/>
        </w:rPr>
        <w:t>Theresien</w:t>
      </w:r>
      <w:proofErr w:type="spellEnd"/>
      <w:r w:rsidRPr="00CC1719">
        <w:rPr>
          <w:rFonts w:ascii="Calibri" w:hAnsi="Calibri"/>
          <w:sz w:val="21"/>
          <w:lang w:val="es-ES"/>
        </w:rPr>
        <w:t>-</w:t>
      </w:r>
      <w:proofErr w:type="spellStart"/>
      <w:r w:rsidRPr="00CC1719">
        <w:rPr>
          <w:rFonts w:ascii="Calibri" w:hAnsi="Calibri"/>
          <w:sz w:val="21"/>
          <w:lang w:val="es-ES"/>
        </w:rPr>
        <w:t>Platz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Em seguida, visitaremos o interior do </w:t>
      </w:r>
      <w:proofErr w:type="spellStart"/>
      <w:r w:rsidRPr="00CC1719">
        <w:rPr>
          <w:rFonts w:ascii="Calibri" w:hAnsi="Calibri"/>
          <w:sz w:val="21"/>
          <w:lang w:val="es-ES"/>
        </w:rPr>
        <w:t>Palácio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</w:t>
      </w:r>
      <w:proofErr w:type="spellStart"/>
      <w:r w:rsidRPr="00CC1719">
        <w:rPr>
          <w:rFonts w:ascii="Calibri" w:hAnsi="Calibri"/>
          <w:sz w:val="21"/>
          <w:lang w:val="es-ES"/>
        </w:rPr>
        <w:t>Schönbrunn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</w:t>
      </w:r>
      <w:proofErr w:type="spellStart"/>
      <w:r w:rsidRPr="00CC1719">
        <w:rPr>
          <w:rFonts w:ascii="Calibri" w:hAnsi="Calibri"/>
          <w:sz w:val="21"/>
          <w:lang w:val="es-ES"/>
        </w:rPr>
        <w:t>residência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</w:t>
      </w:r>
      <w:proofErr w:type="spellStart"/>
      <w:r w:rsidRPr="00CC1719">
        <w:rPr>
          <w:rFonts w:ascii="Calibri" w:hAnsi="Calibri"/>
          <w:sz w:val="21"/>
          <w:lang w:val="es-ES"/>
        </w:rPr>
        <w:t>verão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dos Habsburgo. À </w:t>
      </w:r>
      <w:proofErr w:type="spellStart"/>
      <w:r w:rsidRPr="00CC1719">
        <w:rPr>
          <w:rFonts w:ascii="Calibri" w:hAnsi="Calibri"/>
          <w:sz w:val="21"/>
          <w:lang w:val="es-ES"/>
        </w:rPr>
        <w:t>noite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</w:t>
      </w:r>
      <w:proofErr w:type="spellStart"/>
      <w:r w:rsidRPr="00CC1719">
        <w:rPr>
          <w:rFonts w:ascii="Calibri" w:hAnsi="Calibri"/>
          <w:sz w:val="21"/>
          <w:lang w:val="es-ES"/>
        </w:rPr>
        <w:t>assistiremos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 </w:t>
      </w:r>
      <w:proofErr w:type="spellStart"/>
      <w:r w:rsidRPr="00CC1719">
        <w:rPr>
          <w:rFonts w:ascii="Calibri" w:hAnsi="Calibri"/>
          <w:sz w:val="21"/>
          <w:lang w:val="es-ES"/>
        </w:rPr>
        <w:t>um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inesquecível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concerto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músi</w:t>
      </w:r>
      <w:r w:rsidRPr="00CC1719">
        <w:rPr>
          <w:rFonts w:ascii="Calibri" w:hAnsi="Calibri"/>
          <w:sz w:val="21"/>
          <w:lang w:val="es-ES"/>
        </w:rPr>
        <w:t xml:space="preserve">ca </w:t>
      </w:r>
      <w:proofErr w:type="spellStart"/>
      <w:r w:rsidRPr="00CC1719">
        <w:rPr>
          <w:rFonts w:ascii="Calibri" w:hAnsi="Calibri"/>
          <w:sz w:val="21"/>
          <w:lang w:val="es-ES"/>
        </w:rPr>
        <w:t>clássica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em </w:t>
      </w:r>
      <w:proofErr w:type="spellStart"/>
      <w:r w:rsidRPr="00CC1719">
        <w:rPr>
          <w:rFonts w:ascii="Calibri" w:hAnsi="Calibri"/>
          <w:sz w:val="21"/>
          <w:lang w:val="es-ES"/>
        </w:rPr>
        <w:t>um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dos palacetes </w:t>
      </w:r>
      <w:proofErr w:type="spellStart"/>
      <w:r w:rsidRPr="00CC1719">
        <w:rPr>
          <w:rFonts w:ascii="Calibri" w:hAnsi="Calibri"/>
          <w:sz w:val="21"/>
          <w:lang w:val="es-ES"/>
        </w:rPr>
        <w:t>mais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prestigiados de Viena.</w:t>
      </w:r>
    </w:p>
    <w:p w14:paraId="10D5F112" w14:textId="77777777" w:rsidR="00CE3A55" w:rsidRPr="00CC1719" w:rsidRDefault="00CE3A55">
      <w:pPr>
        <w:spacing w:after="80"/>
        <w:rPr>
          <w:lang w:val="es-ES"/>
        </w:rPr>
      </w:pPr>
    </w:p>
    <w:p w14:paraId="7A8DF675" w14:textId="77777777" w:rsidR="00CE3A55" w:rsidRPr="00CC1719" w:rsidRDefault="00006A86">
      <w:pPr>
        <w:pStyle w:val="Ttulo2"/>
        <w:spacing w:before="120" w:after="60"/>
        <w:rPr>
          <w:lang w:val="es-ES"/>
        </w:rPr>
      </w:pPr>
      <w:r w:rsidRPr="00CC1719">
        <w:rPr>
          <w:rFonts w:ascii="Calibri" w:hAnsi="Calibri"/>
          <w:sz w:val="22"/>
          <w:lang w:val="es-ES"/>
        </w:rPr>
        <w:t>DIA 3 SAB VIENA</w:t>
      </w:r>
    </w:p>
    <w:p w14:paraId="3334EC2D" w14:textId="77777777" w:rsidR="00CE3A55" w:rsidRPr="00CC1719" w:rsidRDefault="00006A86">
      <w:pPr>
        <w:spacing w:after="80"/>
        <w:rPr>
          <w:lang w:val="es-ES"/>
        </w:rPr>
      </w:pPr>
      <w:proofErr w:type="spellStart"/>
      <w:r w:rsidRPr="00CC1719">
        <w:rPr>
          <w:rFonts w:ascii="Calibri" w:hAnsi="Calibri"/>
          <w:sz w:val="21"/>
          <w:lang w:val="es-ES"/>
        </w:rPr>
        <w:t>Começaremos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o </w:t>
      </w:r>
      <w:proofErr w:type="spellStart"/>
      <w:r w:rsidRPr="00CC1719">
        <w:rPr>
          <w:rFonts w:ascii="Calibri" w:hAnsi="Calibri"/>
          <w:sz w:val="21"/>
          <w:lang w:val="es-ES"/>
        </w:rPr>
        <w:t>dia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com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uma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excursão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</w:t>
      </w:r>
      <w:proofErr w:type="spellStart"/>
      <w:r w:rsidRPr="00CC1719">
        <w:rPr>
          <w:rFonts w:ascii="Calibri" w:hAnsi="Calibri"/>
          <w:sz w:val="21"/>
          <w:lang w:val="es-ES"/>
        </w:rPr>
        <w:t>dia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completo </w:t>
      </w:r>
      <w:proofErr w:type="spellStart"/>
      <w:r w:rsidRPr="00CC1719">
        <w:rPr>
          <w:rFonts w:ascii="Calibri" w:hAnsi="Calibri"/>
          <w:sz w:val="21"/>
          <w:lang w:val="es-ES"/>
        </w:rPr>
        <w:t>ao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Vale do </w:t>
      </w:r>
      <w:proofErr w:type="spellStart"/>
      <w:r w:rsidRPr="00CC1719">
        <w:rPr>
          <w:rFonts w:ascii="Calibri" w:hAnsi="Calibri"/>
          <w:sz w:val="21"/>
          <w:lang w:val="es-ES"/>
        </w:rPr>
        <w:t>Danúbio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</w:t>
      </w:r>
      <w:proofErr w:type="spellStart"/>
      <w:r w:rsidRPr="00CC1719">
        <w:rPr>
          <w:rFonts w:ascii="Calibri" w:hAnsi="Calibri"/>
          <w:sz w:val="21"/>
          <w:lang w:val="es-ES"/>
        </w:rPr>
        <w:t>Patrimônio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Cultural da </w:t>
      </w:r>
      <w:proofErr w:type="spellStart"/>
      <w:r w:rsidRPr="00CC1719">
        <w:rPr>
          <w:rFonts w:ascii="Calibri" w:hAnsi="Calibri"/>
          <w:sz w:val="21"/>
          <w:lang w:val="es-ES"/>
        </w:rPr>
        <w:t>Humanidade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</w:t>
      </w:r>
      <w:proofErr w:type="spellStart"/>
      <w:r w:rsidRPr="00CC1719">
        <w:rPr>
          <w:rFonts w:ascii="Calibri" w:hAnsi="Calibri"/>
          <w:sz w:val="21"/>
          <w:lang w:val="es-ES"/>
        </w:rPr>
        <w:t>Passearemos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por </w:t>
      </w:r>
      <w:proofErr w:type="spellStart"/>
      <w:r w:rsidRPr="00CC1719">
        <w:rPr>
          <w:rFonts w:ascii="Calibri" w:hAnsi="Calibri"/>
          <w:sz w:val="21"/>
          <w:lang w:val="es-ES"/>
        </w:rPr>
        <w:t>Dürnstein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</w:t>
      </w:r>
      <w:proofErr w:type="spellStart"/>
      <w:r w:rsidRPr="00CC1719">
        <w:rPr>
          <w:rFonts w:ascii="Calibri" w:hAnsi="Calibri"/>
          <w:sz w:val="21"/>
          <w:lang w:val="es-ES"/>
        </w:rPr>
        <w:t>pitoresco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povoado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medieval onde o </w:t>
      </w:r>
      <w:proofErr w:type="spellStart"/>
      <w:r w:rsidRPr="00CC1719">
        <w:rPr>
          <w:rFonts w:ascii="Calibri" w:hAnsi="Calibri"/>
          <w:sz w:val="21"/>
          <w:lang w:val="es-ES"/>
        </w:rPr>
        <w:t>rei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Ricardo </w:t>
      </w:r>
      <w:proofErr w:type="spellStart"/>
      <w:r w:rsidRPr="00CC1719">
        <w:rPr>
          <w:rFonts w:ascii="Calibri" w:hAnsi="Calibri"/>
          <w:sz w:val="21"/>
          <w:lang w:val="es-ES"/>
        </w:rPr>
        <w:t>Coração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</w:t>
      </w:r>
      <w:proofErr w:type="spellStart"/>
      <w:r w:rsidRPr="00CC1719">
        <w:rPr>
          <w:rFonts w:ascii="Calibri" w:hAnsi="Calibri"/>
          <w:sz w:val="21"/>
          <w:lang w:val="es-ES"/>
        </w:rPr>
        <w:t>Leão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esteve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prisioneiro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Em seguida, desfrutaremos de </w:t>
      </w:r>
      <w:proofErr w:type="spellStart"/>
      <w:r w:rsidRPr="00CC1719">
        <w:rPr>
          <w:rFonts w:ascii="Calibri" w:hAnsi="Calibri"/>
          <w:sz w:val="21"/>
          <w:lang w:val="es-ES"/>
        </w:rPr>
        <w:t>um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relaxante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cruzeiro pelo </w:t>
      </w:r>
      <w:proofErr w:type="spellStart"/>
      <w:r w:rsidRPr="00CC1719">
        <w:rPr>
          <w:rFonts w:ascii="Calibri" w:hAnsi="Calibri"/>
          <w:sz w:val="21"/>
          <w:lang w:val="es-ES"/>
        </w:rPr>
        <w:t>Danúbio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</w:t>
      </w:r>
      <w:proofErr w:type="spellStart"/>
      <w:r w:rsidRPr="00CC1719">
        <w:rPr>
          <w:rFonts w:ascii="Calibri" w:hAnsi="Calibri"/>
          <w:sz w:val="21"/>
          <w:lang w:val="es-ES"/>
        </w:rPr>
        <w:t>atravessando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uma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encantadora </w:t>
      </w:r>
      <w:proofErr w:type="spellStart"/>
      <w:r w:rsidRPr="00CC1719">
        <w:rPr>
          <w:rFonts w:ascii="Calibri" w:hAnsi="Calibri"/>
          <w:sz w:val="21"/>
          <w:lang w:val="es-ES"/>
        </w:rPr>
        <w:t>paisagem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</w:t>
      </w:r>
      <w:proofErr w:type="spellStart"/>
      <w:r w:rsidRPr="00CC1719">
        <w:rPr>
          <w:rFonts w:ascii="Calibri" w:hAnsi="Calibri"/>
          <w:sz w:val="21"/>
          <w:lang w:val="es-ES"/>
        </w:rPr>
        <w:t>vinhedos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 </w:t>
      </w:r>
      <w:proofErr w:type="spellStart"/>
      <w:r w:rsidRPr="00CC1719">
        <w:rPr>
          <w:rFonts w:ascii="Calibri" w:hAnsi="Calibri"/>
          <w:sz w:val="21"/>
          <w:lang w:val="es-ES"/>
        </w:rPr>
        <w:t>pequenos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povoados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Durante o </w:t>
      </w:r>
      <w:proofErr w:type="spellStart"/>
      <w:r w:rsidRPr="00CC1719">
        <w:rPr>
          <w:rFonts w:ascii="Calibri" w:hAnsi="Calibri"/>
          <w:sz w:val="21"/>
          <w:lang w:val="es-ES"/>
        </w:rPr>
        <w:t>percurso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será servido </w:t>
      </w:r>
      <w:proofErr w:type="spellStart"/>
      <w:r w:rsidRPr="00CC1719">
        <w:rPr>
          <w:rFonts w:ascii="Calibri" w:hAnsi="Calibri"/>
          <w:sz w:val="21"/>
          <w:lang w:val="es-ES"/>
        </w:rPr>
        <w:t>um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almoço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 bordo. Desembarcaremos em </w:t>
      </w:r>
      <w:proofErr w:type="spellStart"/>
      <w:r w:rsidRPr="00CC1719">
        <w:rPr>
          <w:rFonts w:ascii="Calibri" w:hAnsi="Calibri"/>
          <w:sz w:val="21"/>
          <w:lang w:val="es-ES"/>
        </w:rPr>
        <w:t>Melk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para vis</w:t>
      </w:r>
      <w:r w:rsidRPr="00CC1719">
        <w:rPr>
          <w:rFonts w:ascii="Calibri" w:hAnsi="Calibri"/>
          <w:sz w:val="21"/>
          <w:lang w:val="es-ES"/>
        </w:rPr>
        <w:t xml:space="preserve">itar </w:t>
      </w:r>
      <w:proofErr w:type="spellStart"/>
      <w:r w:rsidRPr="00CC1719">
        <w:rPr>
          <w:rFonts w:ascii="Calibri" w:hAnsi="Calibri"/>
          <w:sz w:val="21"/>
          <w:lang w:val="es-ES"/>
        </w:rPr>
        <w:t>sua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impressionante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abadia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beneditina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</w:t>
      </w:r>
      <w:proofErr w:type="spellStart"/>
      <w:r w:rsidRPr="00CC1719">
        <w:rPr>
          <w:rFonts w:ascii="Calibri" w:hAnsi="Calibri"/>
          <w:sz w:val="21"/>
          <w:lang w:val="es-ES"/>
        </w:rPr>
        <w:t>uma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CC1719">
        <w:rPr>
          <w:rFonts w:ascii="Calibri" w:hAnsi="Calibri"/>
          <w:sz w:val="21"/>
          <w:lang w:val="es-ES"/>
        </w:rPr>
        <w:t>joias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 barroco austríaco. Retorno a Viena </w:t>
      </w:r>
      <w:proofErr w:type="spellStart"/>
      <w:r w:rsidRPr="00CC1719">
        <w:rPr>
          <w:rFonts w:ascii="Calibri" w:hAnsi="Calibri"/>
          <w:sz w:val="21"/>
          <w:lang w:val="es-ES"/>
        </w:rPr>
        <w:t>ao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final do </w:t>
      </w:r>
      <w:proofErr w:type="spellStart"/>
      <w:r w:rsidRPr="00CC1719">
        <w:rPr>
          <w:rFonts w:ascii="Calibri" w:hAnsi="Calibri"/>
          <w:sz w:val="21"/>
          <w:lang w:val="es-ES"/>
        </w:rPr>
        <w:t>dia</w:t>
      </w:r>
      <w:proofErr w:type="spellEnd"/>
      <w:r w:rsidRPr="00CC1719">
        <w:rPr>
          <w:rFonts w:ascii="Calibri" w:hAnsi="Calibri"/>
          <w:sz w:val="21"/>
          <w:lang w:val="es-ES"/>
        </w:rPr>
        <w:t>.</w:t>
      </w:r>
    </w:p>
    <w:p w14:paraId="105555FD" w14:textId="77777777" w:rsidR="00CE3A55" w:rsidRPr="00CC1719" w:rsidRDefault="00CE3A55">
      <w:pPr>
        <w:spacing w:after="80"/>
        <w:rPr>
          <w:lang w:val="es-ES"/>
        </w:rPr>
      </w:pPr>
    </w:p>
    <w:p w14:paraId="34D08402" w14:textId="77777777" w:rsidR="00CE3A55" w:rsidRPr="00CC1719" w:rsidRDefault="00006A86">
      <w:pPr>
        <w:pStyle w:val="Ttulo2"/>
        <w:spacing w:before="120" w:after="60"/>
        <w:rPr>
          <w:lang w:val="es-ES"/>
        </w:rPr>
      </w:pPr>
      <w:r w:rsidRPr="00CC1719">
        <w:rPr>
          <w:rFonts w:ascii="Calibri" w:hAnsi="Calibri"/>
          <w:sz w:val="22"/>
          <w:lang w:val="es-ES"/>
        </w:rPr>
        <w:t>DIA 4 DOM VIENA - BUDAPESTE</w:t>
      </w:r>
    </w:p>
    <w:p w14:paraId="3E6503F0" w14:textId="77777777" w:rsidR="00CE3A55" w:rsidRPr="00CC1719" w:rsidRDefault="00006A86">
      <w:pPr>
        <w:spacing w:after="80"/>
        <w:rPr>
          <w:lang w:val="es-ES"/>
        </w:rPr>
      </w:pPr>
      <w:proofErr w:type="spellStart"/>
      <w:r w:rsidRPr="00CC1719">
        <w:rPr>
          <w:rFonts w:ascii="Calibri" w:hAnsi="Calibri"/>
          <w:sz w:val="21"/>
          <w:lang w:val="es-ES"/>
        </w:rPr>
        <w:t>Começaremos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o </w:t>
      </w:r>
      <w:proofErr w:type="spellStart"/>
      <w:r w:rsidRPr="00CC1719">
        <w:rPr>
          <w:rFonts w:ascii="Calibri" w:hAnsi="Calibri"/>
          <w:sz w:val="21"/>
          <w:lang w:val="es-ES"/>
        </w:rPr>
        <w:t>dia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com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 </w:t>
      </w:r>
      <w:proofErr w:type="spellStart"/>
      <w:r w:rsidRPr="00CC1719">
        <w:rPr>
          <w:rFonts w:ascii="Calibri" w:hAnsi="Calibri"/>
          <w:sz w:val="21"/>
          <w:lang w:val="es-ES"/>
        </w:rPr>
        <w:t>saída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em </w:t>
      </w:r>
      <w:proofErr w:type="spellStart"/>
      <w:r w:rsidRPr="00CC1719">
        <w:rPr>
          <w:rFonts w:ascii="Calibri" w:hAnsi="Calibri"/>
          <w:sz w:val="21"/>
          <w:lang w:val="es-ES"/>
        </w:rPr>
        <w:t>direção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à </w:t>
      </w:r>
      <w:proofErr w:type="spellStart"/>
      <w:r w:rsidRPr="00CC1719">
        <w:rPr>
          <w:rFonts w:ascii="Calibri" w:hAnsi="Calibri"/>
          <w:sz w:val="21"/>
          <w:lang w:val="es-ES"/>
        </w:rPr>
        <w:t>Hungria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</w:t>
      </w:r>
      <w:proofErr w:type="spellStart"/>
      <w:r w:rsidRPr="00CC1719">
        <w:rPr>
          <w:rFonts w:ascii="Calibri" w:hAnsi="Calibri"/>
          <w:sz w:val="21"/>
          <w:lang w:val="es-ES"/>
        </w:rPr>
        <w:t>Aproveite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o </w:t>
      </w:r>
      <w:proofErr w:type="spellStart"/>
      <w:r w:rsidRPr="00CC1719">
        <w:rPr>
          <w:rFonts w:ascii="Calibri" w:hAnsi="Calibri"/>
          <w:sz w:val="21"/>
          <w:lang w:val="es-ES"/>
        </w:rPr>
        <w:t>trajeto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em </w:t>
      </w:r>
      <w:proofErr w:type="spellStart"/>
      <w:r w:rsidRPr="00CC1719">
        <w:rPr>
          <w:rFonts w:ascii="Calibri" w:hAnsi="Calibri"/>
          <w:sz w:val="21"/>
          <w:lang w:val="es-ES"/>
        </w:rPr>
        <w:t>nosso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ônibus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que nos </w:t>
      </w:r>
      <w:proofErr w:type="spellStart"/>
      <w:r w:rsidRPr="00CC1719">
        <w:rPr>
          <w:rFonts w:ascii="Calibri" w:hAnsi="Calibri"/>
          <w:sz w:val="21"/>
          <w:lang w:val="es-ES"/>
        </w:rPr>
        <w:t>levará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 </w:t>
      </w:r>
      <w:proofErr w:type="spellStart"/>
      <w:r w:rsidRPr="00CC1719">
        <w:rPr>
          <w:rFonts w:ascii="Calibri" w:hAnsi="Calibri"/>
          <w:sz w:val="21"/>
          <w:lang w:val="es-ES"/>
        </w:rPr>
        <w:t>Budapeste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</w:t>
      </w:r>
      <w:proofErr w:type="spellStart"/>
      <w:r w:rsidRPr="00CC1719">
        <w:rPr>
          <w:rFonts w:ascii="Calibri" w:hAnsi="Calibri"/>
          <w:sz w:val="21"/>
          <w:lang w:val="es-ES"/>
        </w:rPr>
        <w:t>frequentemente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conhecida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como a </w:t>
      </w:r>
      <w:proofErr w:type="spellStart"/>
      <w:r w:rsidRPr="00CC1719">
        <w:rPr>
          <w:rFonts w:ascii="Calibri" w:hAnsi="Calibri"/>
          <w:sz w:val="21"/>
          <w:lang w:val="es-ES"/>
        </w:rPr>
        <w:t>Pérola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 </w:t>
      </w:r>
      <w:proofErr w:type="spellStart"/>
      <w:r w:rsidRPr="00CC1719">
        <w:rPr>
          <w:rFonts w:ascii="Calibri" w:hAnsi="Calibri"/>
          <w:sz w:val="21"/>
          <w:lang w:val="es-ES"/>
        </w:rPr>
        <w:t>Danúbio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</w:t>
      </w:r>
      <w:proofErr w:type="spellStart"/>
      <w:r w:rsidRPr="00CC1719">
        <w:rPr>
          <w:rFonts w:ascii="Calibri" w:hAnsi="Calibri"/>
          <w:sz w:val="21"/>
          <w:lang w:val="es-ES"/>
        </w:rPr>
        <w:t>Na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chegada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realizaremos </w:t>
      </w:r>
      <w:proofErr w:type="spellStart"/>
      <w:r w:rsidRPr="00CC1719">
        <w:rPr>
          <w:rFonts w:ascii="Calibri" w:hAnsi="Calibri"/>
          <w:sz w:val="21"/>
          <w:lang w:val="es-ES"/>
        </w:rPr>
        <w:t>uma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visita da </w:t>
      </w:r>
      <w:proofErr w:type="spellStart"/>
      <w:r w:rsidRPr="00CC1719">
        <w:rPr>
          <w:rFonts w:ascii="Calibri" w:hAnsi="Calibri"/>
          <w:sz w:val="21"/>
          <w:lang w:val="es-ES"/>
        </w:rPr>
        <w:t>cidade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</w:t>
      </w:r>
      <w:proofErr w:type="spellStart"/>
      <w:r w:rsidRPr="00CC1719">
        <w:rPr>
          <w:rFonts w:ascii="Calibri" w:hAnsi="Calibri"/>
          <w:sz w:val="21"/>
          <w:lang w:val="es-ES"/>
        </w:rPr>
        <w:t>Budapeste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está dividida em </w:t>
      </w:r>
      <w:proofErr w:type="spellStart"/>
      <w:r w:rsidRPr="00CC1719">
        <w:rPr>
          <w:rFonts w:ascii="Calibri" w:hAnsi="Calibri"/>
          <w:sz w:val="21"/>
          <w:lang w:val="es-ES"/>
        </w:rPr>
        <w:t>duas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partes: Buda, onde se </w:t>
      </w:r>
      <w:proofErr w:type="spellStart"/>
      <w:r w:rsidRPr="00CC1719">
        <w:rPr>
          <w:rFonts w:ascii="Calibri" w:hAnsi="Calibri"/>
          <w:sz w:val="21"/>
          <w:lang w:val="es-ES"/>
        </w:rPr>
        <w:t>encontram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o centro histórico, as </w:t>
      </w:r>
      <w:proofErr w:type="spellStart"/>
      <w:r w:rsidRPr="00CC1719">
        <w:rPr>
          <w:rFonts w:ascii="Calibri" w:hAnsi="Calibri"/>
          <w:sz w:val="21"/>
          <w:lang w:val="es-ES"/>
        </w:rPr>
        <w:t>embaixadas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 as </w:t>
      </w:r>
      <w:proofErr w:type="spellStart"/>
      <w:r w:rsidRPr="00CC1719">
        <w:rPr>
          <w:rFonts w:ascii="Calibri" w:hAnsi="Calibri"/>
          <w:sz w:val="21"/>
          <w:lang w:val="es-ES"/>
        </w:rPr>
        <w:t>residências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da alta </w:t>
      </w:r>
      <w:proofErr w:type="spellStart"/>
      <w:r w:rsidRPr="00CC1719">
        <w:rPr>
          <w:rFonts w:ascii="Calibri" w:hAnsi="Calibri"/>
          <w:sz w:val="21"/>
          <w:lang w:val="es-ES"/>
        </w:rPr>
        <w:t>sociedade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e Pest, onde </w:t>
      </w:r>
      <w:proofErr w:type="spellStart"/>
      <w:r w:rsidRPr="00CC1719">
        <w:rPr>
          <w:rFonts w:ascii="Calibri" w:hAnsi="Calibri"/>
          <w:sz w:val="21"/>
          <w:lang w:val="es-ES"/>
        </w:rPr>
        <w:t>estão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localizados a </w:t>
      </w:r>
      <w:proofErr w:type="spellStart"/>
      <w:r w:rsidRPr="00CC1719">
        <w:rPr>
          <w:rFonts w:ascii="Calibri" w:hAnsi="Calibri"/>
          <w:sz w:val="21"/>
          <w:lang w:val="es-ES"/>
        </w:rPr>
        <w:t>maioria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CC1719">
        <w:rPr>
          <w:rFonts w:ascii="Calibri" w:hAnsi="Calibri"/>
          <w:sz w:val="21"/>
          <w:lang w:val="es-ES"/>
        </w:rPr>
        <w:t>hotéis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 </w:t>
      </w:r>
      <w:proofErr w:type="spellStart"/>
      <w:r w:rsidRPr="00CC1719">
        <w:rPr>
          <w:rFonts w:ascii="Calibri" w:hAnsi="Calibri"/>
          <w:sz w:val="21"/>
          <w:lang w:val="es-ES"/>
        </w:rPr>
        <w:t>lojas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</w:t>
      </w:r>
      <w:proofErr w:type="spellStart"/>
      <w:r w:rsidRPr="00CC1719">
        <w:rPr>
          <w:rFonts w:ascii="Calibri" w:hAnsi="Calibri"/>
          <w:sz w:val="21"/>
          <w:lang w:val="es-ES"/>
        </w:rPr>
        <w:t>Neste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primeiro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passeio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veremos </w:t>
      </w:r>
      <w:proofErr w:type="spellStart"/>
      <w:r w:rsidRPr="00CC1719">
        <w:rPr>
          <w:rFonts w:ascii="Calibri" w:hAnsi="Calibri"/>
          <w:sz w:val="21"/>
          <w:lang w:val="es-ES"/>
        </w:rPr>
        <w:t>a parte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Buda. </w:t>
      </w:r>
      <w:proofErr w:type="spellStart"/>
      <w:r w:rsidRPr="00CC1719">
        <w:rPr>
          <w:rFonts w:ascii="Calibri" w:hAnsi="Calibri"/>
          <w:sz w:val="21"/>
          <w:lang w:val="es-ES"/>
        </w:rPr>
        <w:t>Passearemos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CC1719">
        <w:rPr>
          <w:rFonts w:ascii="Calibri" w:hAnsi="Calibri"/>
          <w:sz w:val="21"/>
          <w:lang w:val="es-ES"/>
        </w:rPr>
        <w:t>bairro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 </w:t>
      </w:r>
      <w:proofErr w:type="spellStart"/>
      <w:r w:rsidRPr="00CC1719">
        <w:rPr>
          <w:rFonts w:ascii="Calibri" w:hAnsi="Calibri"/>
          <w:sz w:val="21"/>
          <w:lang w:val="es-ES"/>
        </w:rPr>
        <w:t>castelo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onde se </w:t>
      </w:r>
      <w:proofErr w:type="spellStart"/>
      <w:r w:rsidRPr="00CC1719">
        <w:rPr>
          <w:rFonts w:ascii="Calibri" w:hAnsi="Calibri"/>
          <w:sz w:val="21"/>
          <w:lang w:val="es-ES"/>
        </w:rPr>
        <w:t>encontram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 Igreja de </w:t>
      </w:r>
      <w:proofErr w:type="spellStart"/>
      <w:r w:rsidRPr="00CC1719">
        <w:rPr>
          <w:rFonts w:ascii="Calibri" w:hAnsi="Calibri"/>
          <w:sz w:val="21"/>
          <w:lang w:val="es-ES"/>
        </w:rPr>
        <w:t>Matias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 o </w:t>
      </w:r>
      <w:proofErr w:type="spellStart"/>
      <w:r w:rsidRPr="00CC1719">
        <w:rPr>
          <w:rFonts w:ascii="Calibri" w:hAnsi="Calibri"/>
          <w:sz w:val="21"/>
          <w:lang w:val="es-ES"/>
        </w:rPr>
        <w:t>Bastião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dos Pescadores. A partir </w:t>
      </w:r>
      <w:proofErr w:type="spellStart"/>
      <w:r w:rsidRPr="00CC1719">
        <w:rPr>
          <w:rFonts w:ascii="Calibri" w:hAnsi="Calibri"/>
          <w:sz w:val="21"/>
          <w:lang w:val="es-ES"/>
        </w:rPr>
        <w:t>daqui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obtém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-se </w:t>
      </w:r>
      <w:proofErr w:type="spellStart"/>
      <w:r w:rsidRPr="00CC1719">
        <w:rPr>
          <w:rFonts w:ascii="Calibri" w:hAnsi="Calibri"/>
          <w:sz w:val="21"/>
          <w:lang w:val="es-ES"/>
        </w:rPr>
        <w:t>provavelmente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 vista </w:t>
      </w:r>
      <w:proofErr w:type="spellStart"/>
      <w:r w:rsidRPr="00CC1719">
        <w:rPr>
          <w:rFonts w:ascii="Calibri" w:hAnsi="Calibri"/>
          <w:sz w:val="21"/>
          <w:lang w:val="es-ES"/>
        </w:rPr>
        <w:t>mais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bonita d</w:t>
      </w:r>
      <w:r w:rsidRPr="00CC1719">
        <w:rPr>
          <w:rFonts w:ascii="Calibri" w:hAnsi="Calibri"/>
          <w:sz w:val="21"/>
          <w:lang w:val="es-ES"/>
        </w:rPr>
        <w:t xml:space="preserve">a </w:t>
      </w:r>
      <w:proofErr w:type="spellStart"/>
      <w:r w:rsidRPr="00CC1719">
        <w:rPr>
          <w:rFonts w:ascii="Calibri" w:hAnsi="Calibri"/>
          <w:sz w:val="21"/>
          <w:lang w:val="es-ES"/>
        </w:rPr>
        <w:t>cidade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ideal para </w:t>
      </w:r>
      <w:proofErr w:type="spellStart"/>
      <w:r w:rsidRPr="00CC1719">
        <w:rPr>
          <w:rFonts w:ascii="Calibri" w:hAnsi="Calibri"/>
          <w:sz w:val="21"/>
          <w:lang w:val="es-ES"/>
        </w:rPr>
        <w:t>uma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fotografia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panorâmica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Em seguida, continuaremos até o </w:t>
      </w:r>
      <w:proofErr w:type="spellStart"/>
      <w:r w:rsidRPr="00CC1719">
        <w:rPr>
          <w:rFonts w:ascii="Calibri" w:hAnsi="Calibri"/>
          <w:sz w:val="21"/>
          <w:lang w:val="es-ES"/>
        </w:rPr>
        <w:t>Palácio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Real e observaremos as diferentes </w:t>
      </w:r>
      <w:proofErr w:type="spellStart"/>
      <w:r w:rsidRPr="00CC1719">
        <w:rPr>
          <w:rFonts w:ascii="Calibri" w:hAnsi="Calibri"/>
          <w:sz w:val="21"/>
          <w:lang w:val="es-ES"/>
        </w:rPr>
        <w:t>pontes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que </w:t>
      </w:r>
      <w:proofErr w:type="spellStart"/>
      <w:r w:rsidRPr="00CC1719">
        <w:rPr>
          <w:rFonts w:ascii="Calibri" w:hAnsi="Calibri"/>
          <w:sz w:val="21"/>
          <w:lang w:val="es-ES"/>
        </w:rPr>
        <w:t>conectam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ambas as </w:t>
      </w:r>
      <w:proofErr w:type="spellStart"/>
      <w:r w:rsidRPr="00CC1719">
        <w:rPr>
          <w:rFonts w:ascii="Calibri" w:hAnsi="Calibri"/>
          <w:sz w:val="21"/>
          <w:lang w:val="es-ES"/>
        </w:rPr>
        <w:t>margens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 </w:t>
      </w:r>
      <w:proofErr w:type="spellStart"/>
      <w:r w:rsidRPr="00CC1719">
        <w:rPr>
          <w:rFonts w:ascii="Calibri" w:hAnsi="Calibri"/>
          <w:sz w:val="21"/>
          <w:lang w:val="es-ES"/>
        </w:rPr>
        <w:t>Danúbio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</w:t>
      </w:r>
      <w:proofErr w:type="spellStart"/>
      <w:r w:rsidRPr="00CC1719">
        <w:rPr>
          <w:rFonts w:ascii="Calibri" w:hAnsi="Calibri"/>
          <w:sz w:val="21"/>
          <w:lang w:val="es-ES"/>
        </w:rPr>
        <w:t>Após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 visita, </w:t>
      </w:r>
      <w:proofErr w:type="spellStart"/>
      <w:r w:rsidRPr="00CC1719">
        <w:rPr>
          <w:rFonts w:ascii="Calibri" w:hAnsi="Calibri"/>
          <w:sz w:val="21"/>
          <w:lang w:val="es-ES"/>
        </w:rPr>
        <w:t>almoçaremos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no hotel. </w:t>
      </w:r>
      <w:proofErr w:type="spellStart"/>
      <w:r w:rsidRPr="00CC1719">
        <w:rPr>
          <w:rFonts w:ascii="Calibri" w:hAnsi="Calibri"/>
          <w:sz w:val="21"/>
          <w:lang w:val="es-ES"/>
        </w:rPr>
        <w:t>Hospedagem</w:t>
      </w:r>
      <w:proofErr w:type="spellEnd"/>
      <w:r w:rsidRPr="00CC1719">
        <w:rPr>
          <w:rFonts w:ascii="Calibri" w:hAnsi="Calibri"/>
          <w:sz w:val="21"/>
          <w:lang w:val="es-ES"/>
        </w:rPr>
        <w:t>.</w:t>
      </w:r>
    </w:p>
    <w:p w14:paraId="4454E567" w14:textId="77777777" w:rsidR="00CE3A55" w:rsidRPr="00CC1719" w:rsidRDefault="00CE3A55">
      <w:pPr>
        <w:spacing w:after="80"/>
        <w:rPr>
          <w:lang w:val="es-ES"/>
        </w:rPr>
      </w:pPr>
    </w:p>
    <w:p w14:paraId="07F18ABF" w14:textId="77777777" w:rsidR="00CE3A55" w:rsidRPr="00CC1719" w:rsidRDefault="00006A86">
      <w:pPr>
        <w:pStyle w:val="Ttulo2"/>
        <w:spacing w:before="120" w:after="60"/>
        <w:rPr>
          <w:lang w:val="es-ES"/>
        </w:rPr>
      </w:pPr>
      <w:r w:rsidRPr="00CC1719">
        <w:rPr>
          <w:rFonts w:ascii="Calibri" w:hAnsi="Calibri"/>
          <w:sz w:val="22"/>
          <w:lang w:val="es-ES"/>
        </w:rPr>
        <w:lastRenderedPageBreak/>
        <w:t>DIA 5 SEG BUDAPESTE</w:t>
      </w:r>
    </w:p>
    <w:p w14:paraId="58646B32" w14:textId="77777777" w:rsidR="00CE3A55" w:rsidRPr="00CC1719" w:rsidRDefault="00006A86">
      <w:pPr>
        <w:spacing w:after="80"/>
        <w:rPr>
          <w:lang w:val="es-ES"/>
        </w:rPr>
      </w:pPr>
      <w:r w:rsidRPr="00CC1719">
        <w:rPr>
          <w:rFonts w:ascii="Calibri" w:hAnsi="Calibri"/>
          <w:sz w:val="21"/>
          <w:lang w:val="es-ES"/>
        </w:rPr>
        <w:t xml:space="preserve">Iniciaremos o </w:t>
      </w:r>
      <w:proofErr w:type="spellStart"/>
      <w:r w:rsidRPr="00CC1719">
        <w:rPr>
          <w:rFonts w:ascii="Calibri" w:hAnsi="Calibri"/>
          <w:sz w:val="21"/>
          <w:lang w:val="es-ES"/>
        </w:rPr>
        <w:t>p</w:t>
      </w:r>
      <w:r w:rsidRPr="00CC1719">
        <w:rPr>
          <w:rFonts w:ascii="Calibri" w:hAnsi="Calibri"/>
          <w:sz w:val="21"/>
          <w:lang w:val="es-ES"/>
        </w:rPr>
        <w:t>asseio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</w:t>
      </w:r>
      <w:proofErr w:type="spellStart"/>
      <w:r w:rsidRPr="00CC1719">
        <w:rPr>
          <w:rFonts w:ascii="Calibri" w:hAnsi="Calibri"/>
          <w:sz w:val="21"/>
          <w:lang w:val="es-ES"/>
        </w:rPr>
        <w:t>hoje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por Pest e pela </w:t>
      </w:r>
      <w:proofErr w:type="spellStart"/>
      <w:r w:rsidRPr="00CC1719">
        <w:rPr>
          <w:rFonts w:ascii="Calibri" w:hAnsi="Calibri"/>
          <w:sz w:val="21"/>
          <w:lang w:val="es-ES"/>
        </w:rPr>
        <w:t>Praça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CC1719">
        <w:rPr>
          <w:rFonts w:ascii="Calibri" w:hAnsi="Calibri"/>
          <w:sz w:val="21"/>
          <w:lang w:val="es-ES"/>
        </w:rPr>
        <w:t>Heróis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onde se </w:t>
      </w:r>
      <w:proofErr w:type="spellStart"/>
      <w:r w:rsidRPr="00CC1719">
        <w:rPr>
          <w:rFonts w:ascii="Calibri" w:hAnsi="Calibri"/>
          <w:sz w:val="21"/>
          <w:lang w:val="es-ES"/>
        </w:rPr>
        <w:t>encontra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o Monumento do </w:t>
      </w:r>
      <w:proofErr w:type="spellStart"/>
      <w:r w:rsidRPr="00CC1719">
        <w:rPr>
          <w:rFonts w:ascii="Calibri" w:hAnsi="Calibri"/>
          <w:sz w:val="21"/>
          <w:lang w:val="es-ES"/>
        </w:rPr>
        <w:t>Milênio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Em </w:t>
      </w:r>
      <w:proofErr w:type="spellStart"/>
      <w:r w:rsidRPr="00CC1719">
        <w:rPr>
          <w:rFonts w:ascii="Calibri" w:hAnsi="Calibri"/>
          <w:sz w:val="21"/>
          <w:lang w:val="es-ES"/>
        </w:rPr>
        <w:t>seu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pedestal </w:t>
      </w:r>
      <w:proofErr w:type="spellStart"/>
      <w:r w:rsidRPr="00CC1719">
        <w:rPr>
          <w:rFonts w:ascii="Calibri" w:hAnsi="Calibri"/>
          <w:sz w:val="21"/>
          <w:lang w:val="es-ES"/>
        </w:rPr>
        <w:t>erguem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-se as </w:t>
      </w:r>
      <w:proofErr w:type="spellStart"/>
      <w:r w:rsidRPr="00CC1719">
        <w:rPr>
          <w:rFonts w:ascii="Calibri" w:hAnsi="Calibri"/>
          <w:sz w:val="21"/>
          <w:lang w:val="es-ES"/>
        </w:rPr>
        <w:t>estátuas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dos sete conquistadores e de </w:t>
      </w:r>
      <w:proofErr w:type="spellStart"/>
      <w:r w:rsidRPr="00CC1719">
        <w:rPr>
          <w:rFonts w:ascii="Calibri" w:hAnsi="Calibri"/>
          <w:sz w:val="21"/>
          <w:lang w:val="es-ES"/>
        </w:rPr>
        <w:t>seu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líder Árpád. Continuaremos pela elegante avenida </w:t>
      </w:r>
      <w:proofErr w:type="spellStart"/>
      <w:r w:rsidRPr="00CC1719">
        <w:rPr>
          <w:rFonts w:ascii="Calibri" w:hAnsi="Calibri"/>
          <w:sz w:val="21"/>
          <w:lang w:val="es-ES"/>
        </w:rPr>
        <w:t>Andrássy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declarada </w:t>
      </w:r>
      <w:proofErr w:type="spellStart"/>
      <w:r w:rsidRPr="00CC1719">
        <w:rPr>
          <w:rFonts w:ascii="Calibri" w:hAnsi="Calibri"/>
          <w:sz w:val="21"/>
          <w:lang w:val="es-ES"/>
        </w:rPr>
        <w:t>Patrimônio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da </w:t>
      </w:r>
      <w:proofErr w:type="spellStart"/>
      <w:r w:rsidRPr="00CC1719">
        <w:rPr>
          <w:rFonts w:ascii="Calibri" w:hAnsi="Calibri"/>
          <w:sz w:val="21"/>
          <w:lang w:val="es-ES"/>
        </w:rPr>
        <w:t>Humanidade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</w:t>
      </w:r>
      <w:r w:rsidRPr="00CC1719">
        <w:rPr>
          <w:rFonts w:ascii="Calibri" w:hAnsi="Calibri"/>
          <w:sz w:val="21"/>
          <w:lang w:val="es-ES"/>
        </w:rPr>
        <w:t xml:space="preserve">onde se </w:t>
      </w:r>
      <w:proofErr w:type="spellStart"/>
      <w:r w:rsidRPr="00CC1719">
        <w:rPr>
          <w:rFonts w:ascii="Calibri" w:hAnsi="Calibri"/>
          <w:sz w:val="21"/>
          <w:lang w:val="es-ES"/>
        </w:rPr>
        <w:t>encontra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 Ópera Estatal da </w:t>
      </w:r>
      <w:proofErr w:type="spellStart"/>
      <w:r w:rsidRPr="00CC1719">
        <w:rPr>
          <w:rFonts w:ascii="Calibri" w:hAnsi="Calibri"/>
          <w:sz w:val="21"/>
          <w:lang w:val="es-ES"/>
        </w:rPr>
        <w:t>Hungria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</w:t>
      </w:r>
      <w:proofErr w:type="spellStart"/>
      <w:r w:rsidRPr="00CC1719">
        <w:rPr>
          <w:rFonts w:ascii="Calibri" w:hAnsi="Calibri"/>
          <w:sz w:val="21"/>
          <w:lang w:val="es-ES"/>
        </w:rPr>
        <w:t>assim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como o </w:t>
      </w:r>
      <w:proofErr w:type="spellStart"/>
      <w:r w:rsidRPr="00CC1719">
        <w:rPr>
          <w:rFonts w:ascii="Calibri" w:hAnsi="Calibri"/>
          <w:sz w:val="21"/>
          <w:lang w:val="es-ES"/>
        </w:rPr>
        <w:t>Museu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Casa do Terror, a </w:t>
      </w:r>
      <w:proofErr w:type="spellStart"/>
      <w:r w:rsidRPr="00CC1719">
        <w:rPr>
          <w:rFonts w:ascii="Calibri" w:hAnsi="Calibri"/>
          <w:sz w:val="21"/>
          <w:lang w:val="es-ES"/>
        </w:rPr>
        <w:t>Universidade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</w:t>
      </w:r>
      <w:proofErr w:type="spellStart"/>
      <w:r w:rsidRPr="00CC1719">
        <w:rPr>
          <w:rFonts w:ascii="Calibri" w:hAnsi="Calibri"/>
          <w:sz w:val="21"/>
          <w:lang w:val="es-ES"/>
        </w:rPr>
        <w:t>Belas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Artes e o </w:t>
      </w:r>
      <w:proofErr w:type="spellStart"/>
      <w:r w:rsidRPr="00CC1719">
        <w:rPr>
          <w:rFonts w:ascii="Calibri" w:hAnsi="Calibri"/>
          <w:sz w:val="21"/>
          <w:lang w:val="es-ES"/>
        </w:rPr>
        <w:t>Museu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Memorial Franz Liszt. </w:t>
      </w:r>
      <w:proofErr w:type="spellStart"/>
      <w:r w:rsidRPr="00CC1719">
        <w:rPr>
          <w:rFonts w:ascii="Calibri" w:hAnsi="Calibri"/>
          <w:sz w:val="21"/>
          <w:lang w:val="es-ES"/>
        </w:rPr>
        <w:t>Também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Passearemos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CC1719">
        <w:rPr>
          <w:rFonts w:ascii="Calibri" w:hAnsi="Calibri"/>
          <w:sz w:val="21"/>
          <w:lang w:val="es-ES"/>
        </w:rPr>
        <w:t>edifício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 Parlamento húngaro, </w:t>
      </w:r>
      <w:proofErr w:type="spellStart"/>
      <w:r w:rsidRPr="00CC1719">
        <w:rPr>
          <w:rFonts w:ascii="Calibri" w:hAnsi="Calibri"/>
          <w:sz w:val="21"/>
          <w:lang w:val="es-ES"/>
        </w:rPr>
        <w:t>às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margens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 </w:t>
      </w:r>
      <w:proofErr w:type="spellStart"/>
      <w:r w:rsidRPr="00CC1719">
        <w:rPr>
          <w:rFonts w:ascii="Calibri" w:hAnsi="Calibri"/>
          <w:sz w:val="21"/>
          <w:lang w:val="es-ES"/>
        </w:rPr>
        <w:t>Danúbio</w:t>
      </w:r>
      <w:proofErr w:type="spellEnd"/>
      <w:r w:rsidRPr="00CC1719">
        <w:rPr>
          <w:rFonts w:ascii="Calibri" w:hAnsi="Calibri"/>
          <w:sz w:val="21"/>
          <w:lang w:val="es-ES"/>
        </w:rPr>
        <w:t>, e a Basílica de Santo Estêvão, ante</w:t>
      </w:r>
      <w:r w:rsidRPr="00CC1719">
        <w:rPr>
          <w:rFonts w:ascii="Calibri" w:hAnsi="Calibri"/>
          <w:sz w:val="21"/>
          <w:lang w:val="es-ES"/>
        </w:rPr>
        <w:t xml:space="preserve">s de </w:t>
      </w:r>
      <w:proofErr w:type="spellStart"/>
      <w:r w:rsidRPr="00CC1719">
        <w:rPr>
          <w:rFonts w:ascii="Calibri" w:hAnsi="Calibri"/>
          <w:sz w:val="21"/>
          <w:lang w:val="es-ES"/>
        </w:rPr>
        <w:t>percorrer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o mercado e a zona </w:t>
      </w:r>
      <w:proofErr w:type="spellStart"/>
      <w:r w:rsidRPr="00CC1719">
        <w:rPr>
          <w:rFonts w:ascii="Calibri" w:hAnsi="Calibri"/>
          <w:sz w:val="21"/>
          <w:lang w:val="es-ES"/>
        </w:rPr>
        <w:t>pedonal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</w:t>
      </w:r>
      <w:proofErr w:type="spellStart"/>
      <w:r w:rsidRPr="00CC1719">
        <w:rPr>
          <w:rFonts w:ascii="Calibri" w:hAnsi="Calibri"/>
          <w:sz w:val="21"/>
          <w:lang w:val="es-ES"/>
        </w:rPr>
        <w:t>Após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 visita, </w:t>
      </w:r>
      <w:proofErr w:type="spellStart"/>
      <w:r w:rsidRPr="00CC1719">
        <w:rPr>
          <w:rFonts w:ascii="Calibri" w:hAnsi="Calibri"/>
          <w:sz w:val="21"/>
          <w:lang w:val="es-ES"/>
        </w:rPr>
        <w:t>teremos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tempo </w:t>
      </w:r>
      <w:proofErr w:type="spellStart"/>
      <w:r w:rsidRPr="00CC1719">
        <w:rPr>
          <w:rFonts w:ascii="Calibri" w:hAnsi="Calibri"/>
          <w:sz w:val="21"/>
          <w:lang w:val="es-ES"/>
        </w:rPr>
        <w:t>livre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À </w:t>
      </w:r>
      <w:proofErr w:type="spellStart"/>
      <w:r w:rsidRPr="00CC1719">
        <w:rPr>
          <w:rFonts w:ascii="Calibri" w:hAnsi="Calibri"/>
          <w:sz w:val="21"/>
          <w:lang w:val="es-ES"/>
        </w:rPr>
        <w:t>noite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</w:t>
      </w:r>
      <w:proofErr w:type="spellStart"/>
      <w:r w:rsidRPr="00CC1719">
        <w:rPr>
          <w:rFonts w:ascii="Calibri" w:hAnsi="Calibri"/>
          <w:sz w:val="21"/>
          <w:lang w:val="es-ES"/>
        </w:rPr>
        <w:t>jantar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no hotel.</w:t>
      </w:r>
    </w:p>
    <w:p w14:paraId="1F7144A4" w14:textId="77777777" w:rsidR="00CE3A55" w:rsidRPr="00CC1719" w:rsidRDefault="00CE3A55">
      <w:pPr>
        <w:spacing w:after="80"/>
        <w:rPr>
          <w:lang w:val="es-ES"/>
        </w:rPr>
      </w:pPr>
    </w:p>
    <w:p w14:paraId="57631B7F" w14:textId="77777777" w:rsidR="00CE3A55" w:rsidRPr="00CC1719" w:rsidRDefault="00006A86">
      <w:pPr>
        <w:pStyle w:val="Ttulo2"/>
        <w:spacing w:before="120" w:after="60"/>
        <w:rPr>
          <w:lang w:val="es-ES"/>
        </w:rPr>
      </w:pPr>
      <w:r w:rsidRPr="00CC1719">
        <w:rPr>
          <w:rFonts w:ascii="Calibri" w:hAnsi="Calibri"/>
          <w:sz w:val="22"/>
          <w:lang w:val="es-ES"/>
        </w:rPr>
        <w:t>DIA 6 TER BUDAPESTE – BRATISLAVA - PRAGA</w:t>
      </w:r>
    </w:p>
    <w:p w14:paraId="1022C1C3" w14:textId="77777777" w:rsidR="00CE3A55" w:rsidRPr="00CC1719" w:rsidRDefault="00006A86">
      <w:pPr>
        <w:spacing w:after="80"/>
        <w:rPr>
          <w:lang w:val="es-ES"/>
        </w:rPr>
      </w:pPr>
      <w:proofErr w:type="spellStart"/>
      <w:r w:rsidRPr="00CC1719">
        <w:rPr>
          <w:rFonts w:ascii="Calibri" w:hAnsi="Calibri"/>
          <w:sz w:val="21"/>
          <w:lang w:val="es-ES"/>
        </w:rPr>
        <w:t>Começaremos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o </w:t>
      </w:r>
      <w:proofErr w:type="spellStart"/>
      <w:r w:rsidRPr="00CC1719">
        <w:rPr>
          <w:rFonts w:ascii="Calibri" w:hAnsi="Calibri"/>
          <w:sz w:val="21"/>
          <w:lang w:val="es-ES"/>
        </w:rPr>
        <w:t>dia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saindo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em </w:t>
      </w:r>
      <w:proofErr w:type="spellStart"/>
      <w:r w:rsidRPr="00CC1719">
        <w:rPr>
          <w:rFonts w:ascii="Calibri" w:hAnsi="Calibri"/>
          <w:sz w:val="21"/>
          <w:lang w:val="es-ES"/>
        </w:rPr>
        <w:t>direção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 Praga, </w:t>
      </w:r>
      <w:proofErr w:type="spellStart"/>
      <w:r w:rsidRPr="00CC1719">
        <w:rPr>
          <w:rFonts w:ascii="Calibri" w:hAnsi="Calibri"/>
          <w:sz w:val="21"/>
          <w:lang w:val="es-ES"/>
        </w:rPr>
        <w:t>com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uma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parada em Bratislava, capital da </w:t>
      </w:r>
      <w:proofErr w:type="spellStart"/>
      <w:r w:rsidRPr="00CC1719">
        <w:rPr>
          <w:rFonts w:ascii="Calibri" w:hAnsi="Calibri"/>
          <w:sz w:val="21"/>
          <w:lang w:val="es-ES"/>
        </w:rPr>
        <w:t>Eslováquia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</w:t>
      </w:r>
      <w:proofErr w:type="spellStart"/>
      <w:r w:rsidRPr="00CC1719">
        <w:rPr>
          <w:rFonts w:ascii="Calibri" w:hAnsi="Calibri"/>
          <w:sz w:val="21"/>
          <w:lang w:val="es-ES"/>
        </w:rPr>
        <w:t>Lá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desfruta</w:t>
      </w:r>
      <w:r w:rsidRPr="00CC1719">
        <w:rPr>
          <w:rFonts w:ascii="Calibri" w:hAnsi="Calibri"/>
          <w:sz w:val="21"/>
          <w:lang w:val="es-ES"/>
        </w:rPr>
        <w:t xml:space="preserve">remos de </w:t>
      </w:r>
      <w:proofErr w:type="spellStart"/>
      <w:r w:rsidRPr="00CC1719">
        <w:rPr>
          <w:rFonts w:ascii="Calibri" w:hAnsi="Calibri"/>
          <w:sz w:val="21"/>
          <w:lang w:val="es-ES"/>
        </w:rPr>
        <w:t>um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almoço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 tempo </w:t>
      </w:r>
      <w:proofErr w:type="spellStart"/>
      <w:r w:rsidRPr="00CC1719">
        <w:rPr>
          <w:rFonts w:ascii="Calibri" w:hAnsi="Calibri"/>
          <w:sz w:val="21"/>
          <w:lang w:val="es-ES"/>
        </w:rPr>
        <w:t>livre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para </w:t>
      </w:r>
      <w:proofErr w:type="spellStart"/>
      <w:r w:rsidRPr="00CC1719">
        <w:rPr>
          <w:rFonts w:ascii="Calibri" w:hAnsi="Calibri"/>
          <w:sz w:val="21"/>
          <w:lang w:val="es-ES"/>
        </w:rPr>
        <w:t>passear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por </w:t>
      </w:r>
      <w:proofErr w:type="spellStart"/>
      <w:r w:rsidRPr="00CC1719">
        <w:rPr>
          <w:rFonts w:ascii="Calibri" w:hAnsi="Calibri"/>
          <w:sz w:val="21"/>
          <w:lang w:val="es-ES"/>
        </w:rPr>
        <w:t>seu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encantador centro histórico. </w:t>
      </w:r>
      <w:proofErr w:type="spellStart"/>
      <w:r w:rsidRPr="00CC1719">
        <w:rPr>
          <w:rFonts w:ascii="Calibri" w:hAnsi="Calibri"/>
          <w:sz w:val="21"/>
          <w:lang w:val="es-ES"/>
        </w:rPr>
        <w:t>Continuação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até Praga e </w:t>
      </w:r>
      <w:proofErr w:type="spellStart"/>
      <w:r w:rsidRPr="00CC1719">
        <w:rPr>
          <w:rFonts w:ascii="Calibri" w:hAnsi="Calibri"/>
          <w:sz w:val="21"/>
          <w:lang w:val="es-ES"/>
        </w:rPr>
        <w:t>hospedagem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À tarde, realizaremos </w:t>
      </w:r>
      <w:proofErr w:type="spellStart"/>
      <w:r w:rsidRPr="00CC1719">
        <w:rPr>
          <w:rFonts w:ascii="Calibri" w:hAnsi="Calibri"/>
          <w:sz w:val="21"/>
          <w:lang w:val="es-ES"/>
        </w:rPr>
        <w:t>um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passeio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seguindo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 histórica rota de </w:t>
      </w:r>
      <w:proofErr w:type="spellStart"/>
      <w:r w:rsidRPr="00CC1719">
        <w:rPr>
          <w:rFonts w:ascii="Calibri" w:hAnsi="Calibri"/>
          <w:sz w:val="21"/>
          <w:lang w:val="es-ES"/>
        </w:rPr>
        <w:t>coroação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dos reis, </w:t>
      </w:r>
      <w:proofErr w:type="spellStart"/>
      <w:r w:rsidRPr="00CC1719">
        <w:rPr>
          <w:rFonts w:ascii="Calibri" w:hAnsi="Calibri"/>
          <w:sz w:val="21"/>
          <w:lang w:val="es-ES"/>
        </w:rPr>
        <w:t>descobrindo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alguns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dos lugares </w:t>
      </w:r>
      <w:proofErr w:type="spellStart"/>
      <w:r w:rsidRPr="00CC1719">
        <w:rPr>
          <w:rFonts w:ascii="Calibri" w:hAnsi="Calibri"/>
          <w:sz w:val="21"/>
          <w:lang w:val="es-ES"/>
        </w:rPr>
        <w:t>mais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emblemáticos da </w:t>
      </w:r>
      <w:proofErr w:type="spellStart"/>
      <w:r w:rsidRPr="00CC1719">
        <w:rPr>
          <w:rFonts w:ascii="Calibri" w:hAnsi="Calibri"/>
          <w:sz w:val="21"/>
          <w:lang w:val="es-ES"/>
        </w:rPr>
        <w:t>cida</w:t>
      </w:r>
      <w:r w:rsidRPr="00CC1719">
        <w:rPr>
          <w:rFonts w:ascii="Calibri" w:hAnsi="Calibri"/>
          <w:sz w:val="21"/>
          <w:lang w:val="es-ES"/>
        </w:rPr>
        <w:t>de</w:t>
      </w:r>
      <w:proofErr w:type="spellEnd"/>
      <w:r w:rsidRPr="00CC1719">
        <w:rPr>
          <w:rFonts w:ascii="Calibri" w:hAnsi="Calibri"/>
          <w:sz w:val="21"/>
          <w:lang w:val="es-ES"/>
        </w:rPr>
        <w:t>.</w:t>
      </w:r>
    </w:p>
    <w:p w14:paraId="20701B87" w14:textId="77777777" w:rsidR="00CE3A55" w:rsidRPr="00CC1719" w:rsidRDefault="00CE3A55">
      <w:pPr>
        <w:spacing w:after="80"/>
        <w:rPr>
          <w:lang w:val="es-ES"/>
        </w:rPr>
      </w:pPr>
    </w:p>
    <w:p w14:paraId="07DCBAAD" w14:textId="77777777" w:rsidR="00CE3A55" w:rsidRPr="00CC1719" w:rsidRDefault="00006A86">
      <w:pPr>
        <w:pStyle w:val="Ttulo2"/>
        <w:spacing w:before="120" w:after="60"/>
        <w:rPr>
          <w:lang w:val="es-ES"/>
        </w:rPr>
      </w:pPr>
      <w:r w:rsidRPr="00CC1719">
        <w:rPr>
          <w:rFonts w:ascii="Calibri" w:hAnsi="Calibri"/>
          <w:sz w:val="22"/>
          <w:lang w:val="es-ES"/>
        </w:rPr>
        <w:t>DIA 7 QUA PRAGA</w:t>
      </w:r>
    </w:p>
    <w:p w14:paraId="39F22DE7" w14:textId="77777777" w:rsidR="00CE3A55" w:rsidRPr="00CC1719" w:rsidRDefault="00006A86">
      <w:pPr>
        <w:spacing w:after="80"/>
        <w:rPr>
          <w:lang w:val="es-ES"/>
        </w:rPr>
      </w:pPr>
      <w:proofErr w:type="spellStart"/>
      <w:r w:rsidRPr="00CC1719">
        <w:rPr>
          <w:rFonts w:ascii="Calibri" w:hAnsi="Calibri"/>
          <w:sz w:val="21"/>
          <w:lang w:val="es-ES"/>
        </w:rPr>
        <w:t>Começaremos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o </w:t>
      </w:r>
      <w:proofErr w:type="spellStart"/>
      <w:r w:rsidRPr="00CC1719">
        <w:rPr>
          <w:rFonts w:ascii="Calibri" w:hAnsi="Calibri"/>
          <w:sz w:val="21"/>
          <w:lang w:val="es-ES"/>
        </w:rPr>
        <w:t>dia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com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 visita da </w:t>
      </w:r>
      <w:proofErr w:type="spellStart"/>
      <w:r w:rsidRPr="00CC1719">
        <w:rPr>
          <w:rFonts w:ascii="Calibri" w:hAnsi="Calibri"/>
          <w:sz w:val="21"/>
          <w:lang w:val="es-ES"/>
        </w:rPr>
        <w:t>cidade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Iniciaremos pelo </w:t>
      </w:r>
      <w:proofErr w:type="spellStart"/>
      <w:r w:rsidRPr="00CC1719">
        <w:rPr>
          <w:rFonts w:ascii="Calibri" w:hAnsi="Calibri"/>
          <w:sz w:val="21"/>
          <w:lang w:val="es-ES"/>
        </w:rPr>
        <w:t>bairro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 Castelo de </w:t>
      </w:r>
      <w:proofErr w:type="spellStart"/>
      <w:r w:rsidRPr="00CC1719">
        <w:rPr>
          <w:rFonts w:ascii="Calibri" w:hAnsi="Calibri"/>
          <w:sz w:val="21"/>
          <w:lang w:val="es-ES"/>
        </w:rPr>
        <w:t>Hradčany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</w:t>
      </w:r>
      <w:proofErr w:type="spellStart"/>
      <w:r w:rsidRPr="00CC1719">
        <w:rPr>
          <w:rFonts w:ascii="Calibri" w:hAnsi="Calibri"/>
          <w:sz w:val="21"/>
          <w:lang w:val="es-ES"/>
        </w:rPr>
        <w:t>com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 Catedral de São Vito, o Castelo de Praga e a </w:t>
      </w:r>
      <w:proofErr w:type="spellStart"/>
      <w:r w:rsidRPr="00CC1719">
        <w:rPr>
          <w:rFonts w:ascii="Calibri" w:hAnsi="Calibri"/>
          <w:sz w:val="21"/>
          <w:lang w:val="es-ES"/>
        </w:rPr>
        <w:t>Rua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 Ouro. </w:t>
      </w:r>
      <w:proofErr w:type="spellStart"/>
      <w:r w:rsidRPr="00CC1719">
        <w:rPr>
          <w:rFonts w:ascii="Calibri" w:hAnsi="Calibri"/>
          <w:sz w:val="21"/>
          <w:lang w:val="es-ES"/>
        </w:rPr>
        <w:t>Após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percorrer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os </w:t>
      </w:r>
      <w:proofErr w:type="spellStart"/>
      <w:r w:rsidRPr="00CC1719">
        <w:rPr>
          <w:rFonts w:ascii="Calibri" w:hAnsi="Calibri"/>
          <w:sz w:val="21"/>
          <w:lang w:val="es-ES"/>
        </w:rPr>
        <w:t>pátios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 </w:t>
      </w:r>
      <w:proofErr w:type="spellStart"/>
      <w:r w:rsidRPr="00CC1719">
        <w:rPr>
          <w:rFonts w:ascii="Calibri" w:hAnsi="Calibri"/>
          <w:sz w:val="21"/>
          <w:lang w:val="es-ES"/>
        </w:rPr>
        <w:t>castelo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desceremos até a </w:t>
      </w:r>
      <w:proofErr w:type="spellStart"/>
      <w:r w:rsidRPr="00CC1719">
        <w:rPr>
          <w:rFonts w:ascii="Calibri" w:hAnsi="Calibri"/>
          <w:sz w:val="21"/>
          <w:lang w:val="es-ES"/>
        </w:rPr>
        <w:t>Cidade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Pequena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pela </w:t>
      </w:r>
      <w:proofErr w:type="spellStart"/>
      <w:r w:rsidRPr="00CC1719">
        <w:rPr>
          <w:rFonts w:ascii="Calibri" w:hAnsi="Calibri"/>
          <w:sz w:val="21"/>
          <w:lang w:val="es-ES"/>
        </w:rPr>
        <w:t>rua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Ner</w:t>
      </w:r>
      <w:r w:rsidRPr="00CC1719">
        <w:rPr>
          <w:rFonts w:ascii="Calibri" w:hAnsi="Calibri"/>
          <w:sz w:val="21"/>
          <w:lang w:val="es-ES"/>
        </w:rPr>
        <w:t>udova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</w:t>
      </w:r>
      <w:proofErr w:type="spellStart"/>
      <w:r w:rsidRPr="00CC1719">
        <w:rPr>
          <w:rFonts w:ascii="Calibri" w:hAnsi="Calibri"/>
          <w:sz w:val="21"/>
          <w:lang w:val="es-ES"/>
        </w:rPr>
        <w:t>Passaremos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pela Igreja de São Nicolau e cruzaremos a Ponte Carlos, de onde desfrutaremos de </w:t>
      </w:r>
      <w:proofErr w:type="spellStart"/>
      <w:r w:rsidRPr="00CC1719">
        <w:rPr>
          <w:rFonts w:ascii="Calibri" w:hAnsi="Calibri"/>
          <w:sz w:val="21"/>
          <w:lang w:val="es-ES"/>
        </w:rPr>
        <w:t>belas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vistas. Continuaremos até a </w:t>
      </w:r>
      <w:proofErr w:type="spellStart"/>
      <w:r w:rsidRPr="00CC1719">
        <w:rPr>
          <w:rFonts w:ascii="Calibri" w:hAnsi="Calibri"/>
          <w:sz w:val="21"/>
          <w:lang w:val="es-ES"/>
        </w:rPr>
        <w:t>Praça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da </w:t>
      </w:r>
      <w:proofErr w:type="spellStart"/>
      <w:r w:rsidRPr="00CC1719">
        <w:rPr>
          <w:rFonts w:ascii="Calibri" w:hAnsi="Calibri"/>
          <w:sz w:val="21"/>
          <w:lang w:val="es-ES"/>
        </w:rPr>
        <w:t>Cidade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Velha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</w:t>
      </w:r>
      <w:proofErr w:type="spellStart"/>
      <w:r w:rsidRPr="00CC1719">
        <w:rPr>
          <w:rFonts w:ascii="Calibri" w:hAnsi="Calibri"/>
          <w:sz w:val="21"/>
          <w:lang w:val="es-ES"/>
        </w:rPr>
        <w:t>com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seu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famoso </w:t>
      </w:r>
      <w:proofErr w:type="spellStart"/>
      <w:r w:rsidRPr="00CC1719">
        <w:rPr>
          <w:rFonts w:ascii="Calibri" w:hAnsi="Calibri"/>
          <w:sz w:val="21"/>
          <w:lang w:val="es-ES"/>
        </w:rPr>
        <w:t>relógio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astronômico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 a igreja de </w:t>
      </w:r>
      <w:proofErr w:type="spellStart"/>
      <w:r w:rsidRPr="00CC1719">
        <w:rPr>
          <w:rFonts w:ascii="Calibri" w:hAnsi="Calibri"/>
          <w:sz w:val="21"/>
          <w:lang w:val="es-ES"/>
        </w:rPr>
        <w:t>Nossa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Senhora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</w:t>
      </w:r>
      <w:proofErr w:type="spellStart"/>
      <w:r w:rsidRPr="00CC1719">
        <w:rPr>
          <w:rFonts w:ascii="Calibri" w:hAnsi="Calibri"/>
          <w:sz w:val="21"/>
          <w:lang w:val="es-ES"/>
        </w:rPr>
        <w:t>Týn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Finalizaremos </w:t>
      </w:r>
      <w:proofErr w:type="spellStart"/>
      <w:r w:rsidRPr="00CC1719">
        <w:rPr>
          <w:rFonts w:ascii="Calibri" w:hAnsi="Calibri"/>
          <w:sz w:val="21"/>
          <w:lang w:val="es-ES"/>
        </w:rPr>
        <w:t>na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Cidade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Nova.</w:t>
      </w:r>
      <w:r w:rsidRPr="00CC1719">
        <w:rPr>
          <w:rFonts w:ascii="Calibri" w:hAnsi="Calibri"/>
          <w:sz w:val="21"/>
          <w:lang w:val="es-ES"/>
        </w:rPr>
        <w:t xml:space="preserve"> Em seguida, </w:t>
      </w:r>
      <w:proofErr w:type="spellStart"/>
      <w:r w:rsidRPr="00CC1719">
        <w:rPr>
          <w:rFonts w:ascii="Calibri" w:hAnsi="Calibri"/>
          <w:sz w:val="21"/>
          <w:lang w:val="es-ES"/>
        </w:rPr>
        <w:t>almoçaremos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em </w:t>
      </w:r>
      <w:proofErr w:type="spellStart"/>
      <w:r w:rsidRPr="00CC1719">
        <w:rPr>
          <w:rFonts w:ascii="Calibri" w:hAnsi="Calibri"/>
          <w:sz w:val="21"/>
          <w:lang w:val="es-ES"/>
        </w:rPr>
        <w:t>uma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cervejaria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típica, onde degustaremos a </w:t>
      </w:r>
      <w:proofErr w:type="spellStart"/>
      <w:r w:rsidRPr="00CC1719">
        <w:rPr>
          <w:rFonts w:ascii="Calibri" w:hAnsi="Calibri"/>
          <w:sz w:val="21"/>
          <w:lang w:val="es-ES"/>
        </w:rPr>
        <w:t>gastronomia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local </w:t>
      </w:r>
      <w:proofErr w:type="spellStart"/>
      <w:r w:rsidRPr="00CC1719">
        <w:rPr>
          <w:rFonts w:ascii="Calibri" w:hAnsi="Calibri"/>
          <w:sz w:val="21"/>
          <w:lang w:val="es-ES"/>
        </w:rPr>
        <w:t>acompanhada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</w:t>
      </w:r>
      <w:proofErr w:type="spellStart"/>
      <w:r w:rsidRPr="00CC1719">
        <w:rPr>
          <w:rFonts w:ascii="Calibri" w:hAnsi="Calibri"/>
          <w:sz w:val="21"/>
          <w:lang w:val="es-ES"/>
        </w:rPr>
        <w:t>cerveja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À tarde, </w:t>
      </w:r>
      <w:proofErr w:type="spellStart"/>
      <w:r w:rsidRPr="00CC1719">
        <w:rPr>
          <w:rFonts w:ascii="Calibri" w:hAnsi="Calibri"/>
          <w:sz w:val="21"/>
          <w:lang w:val="es-ES"/>
        </w:rPr>
        <w:t>percorreremos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o </w:t>
      </w:r>
      <w:proofErr w:type="spellStart"/>
      <w:r w:rsidRPr="00CC1719">
        <w:rPr>
          <w:rFonts w:ascii="Calibri" w:hAnsi="Calibri"/>
          <w:sz w:val="21"/>
          <w:lang w:val="es-ES"/>
        </w:rPr>
        <w:t>bairro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judeu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visitando a histórica Sinagoga </w:t>
      </w:r>
      <w:proofErr w:type="spellStart"/>
      <w:r w:rsidRPr="00CC1719">
        <w:rPr>
          <w:rFonts w:ascii="Calibri" w:hAnsi="Calibri"/>
          <w:sz w:val="21"/>
          <w:lang w:val="es-ES"/>
        </w:rPr>
        <w:t>Velha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-Nova. Seguiremos até </w:t>
      </w:r>
      <w:proofErr w:type="spellStart"/>
      <w:r w:rsidRPr="00CC1719">
        <w:rPr>
          <w:rFonts w:ascii="Calibri" w:hAnsi="Calibri"/>
          <w:sz w:val="21"/>
          <w:lang w:val="es-ES"/>
        </w:rPr>
        <w:t>Malá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Strana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para </w:t>
      </w:r>
      <w:proofErr w:type="spellStart"/>
      <w:r w:rsidRPr="00CC1719">
        <w:rPr>
          <w:rFonts w:ascii="Calibri" w:hAnsi="Calibri"/>
          <w:sz w:val="21"/>
          <w:lang w:val="es-ES"/>
        </w:rPr>
        <w:t>conhecer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 igreja de São Nico</w:t>
      </w:r>
      <w:r w:rsidRPr="00CC1719">
        <w:rPr>
          <w:rFonts w:ascii="Calibri" w:hAnsi="Calibri"/>
          <w:sz w:val="21"/>
          <w:lang w:val="es-ES"/>
        </w:rPr>
        <w:t xml:space="preserve">lau e finalizaremos </w:t>
      </w:r>
      <w:proofErr w:type="spellStart"/>
      <w:r w:rsidRPr="00CC1719">
        <w:rPr>
          <w:rFonts w:ascii="Calibri" w:hAnsi="Calibri"/>
          <w:sz w:val="21"/>
          <w:lang w:val="es-ES"/>
        </w:rPr>
        <w:t>com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 visita </w:t>
      </w:r>
      <w:proofErr w:type="spellStart"/>
      <w:r w:rsidRPr="00CC1719">
        <w:rPr>
          <w:rFonts w:ascii="Calibri" w:hAnsi="Calibri"/>
          <w:sz w:val="21"/>
          <w:lang w:val="es-ES"/>
        </w:rPr>
        <w:t>ao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célebre Menino </w:t>
      </w:r>
      <w:proofErr w:type="spellStart"/>
      <w:r w:rsidRPr="00CC1719">
        <w:rPr>
          <w:rFonts w:ascii="Calibri" w:hAnsi="Calibri"/>
          <w:sz w:val="21"/>
          <w:lang w:val="es-ES"/>
        </w:rPr>
        <w:t>Jesus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Praga.</w:t>
      </w:r>
    </w:p>
    <w:p w14:paraId="1AD7D375" w14:textId="77777777" w:rsidR="00CE3A55" w:rsidRPr="00CC1719" w:rsidRDefault="00CE3A55">
      <w:pPr>
        <w:spacing w:after="80"/>
        <w:rPr>
          <w:lang w:val="es-ES"/>
        </w:rPr>
      </w:pPr>
    </w:p>
    <w:p w14:paraId="64D7EF7E" w14:textId="77777777" w:rsidR="00CE3A55" w:rsidRPr="00CC1719" w:rsidRDefault="00006A86">
      <w:pPr>
        <w:pStyle w:val="Ttulo2"/>
        <w:spacing w:before="120" w:after="60"/>
        <w:rPr>
          <w:lang w:val="es-ES"/>
        </w:rPr>
      </w:pPr>
      <w:r w:rsidRPr="00CC1719">
        <w:rPr>
          <w:rFonts w:ascii="Calibri" w:hAnsi="Calibri"/>
          <w:sz w:val="22"/>
          <w:lang w:val="es-ES"/>
        </w:rPr>
        <w:t>DIA 8 QUI PRAGA</w:t>
      </w:r>
    </w:p>
    <w:p w14:paraId="4B0B9342" w14:textId="77777777" w:rsidR="00CE3A55" w:rsidRPr="00CC1719" w:rsidRDefault="00006A86">
      <w:pPr>
        <w:spacing w:after="80"/>
        <w:rPr>
          <w:lang w:val="es-ES"/>
        </w:rPr>
      </w:pPr>
      <w:proofErr w:type="spellStart"/>
      <w:r w:rsidRPr="00CC1719">
        <w:rPr>
          <w:rFonts w:ascii="Calibri" w:hAnsi="Calibri"/>
          <w:sz w:val="21"/>
          <w:lang w:val="es-ES"/>
        </w:rPr>
        <w:t>Começaremos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o </w:t>
      </w:r>
      <w:proofErr w:type="spellStart"/>
      <w:r w:rsidRPr="00CC1719">
        <w:rPr>
          <w:rFonts w:ascii="Calibri" w:hAnsi="Calibri"/>
          <w:sz w:val="21"/>
          <w:lang w:val="es-ES"/>
        </w:rPr>
        <w:t>dia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com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uma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excursão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 Karlovy Vary, a elegante </w:t>
      </w:r>
      <w:proofErr w:type="spellStart"/>
      <w:r w:rsidRPr="00CC1719">
        <w:rPr>
          <w:rFonts w:ascii="Calibri" w:hAnsi="Calibri"/>
          <w:sz w:val="21"/>
          <w:lang w:val="es-ES"/>
        </w:rPr>
        <w:t>cidade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termal da </w:t>
      </w:r>
      <w:proofErr w:type="spellStart"/>
      <w:r w:rsidRPr="00CC1719">
        <w:rPr>
          <w:rFonts w:ascii="Calibri" w:hAnsi="Calibri"/>
          <w:sz w:val="21"/>
          <w:lang w:val="es-ES"/>
        </w:rPr>
        <w:t>antiga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monarquia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austro-húngara. Durante </w:t>
      </w:r>
      <w:proofErr w:type="spellStart"/>
      <w:r w:rsidRPr="00CC1719">
        <w:rPr>
          <w:rFonts w:ascii="Calibri" w:hAnsi="Calibri"/>
          <w:sz w:val="21"/>
          <w:lang w:val="es-ES"/>
        </w:rPr>
        <w:t>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visita, desfrutaremos de </w:t>
      </w:r>
      <w:proofErr w:type="spellStart"/>
      <w:r w:rsidRPr="00CC1719">
        <w:rPr>
          <w:rFonts w:ascii="Calibri" w:hAnsi="Calibri"/>
          <w:sz w:val="21"/>
          <w:lang w:val="es-ES"/>
        </w:rPr>
        <w:t>um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almoço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em </w:t>
      </w:r>
      <w:proofErr w:type="spellStart"/>
      <w:r w:rsidRPr="00CC1719">
        <w:rPr>
          <w:rFonts w:ascii="Calibri" w:hAnsi="Calibri"/>
          <w:sz w:val="21"/>
          <w:lang w:val="es-ES"/>
        </w:rPr>
        <w:t>um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r w:rsidRPr="00CC1719">
        <w:rPr>
          <w:rFonts w:ascii="Calibri" w:hAnsi="Calibri"/>
          <w:sz w:val="21"/>
          <w:lang w:val="es-ES"/>
        </w:rPr>
        <w:t>restaurante típico antes de retornar a Praga.</w:t>
      </w:r>
    </w:p>
    <w:p w14:paraId="161D26B1" w14:textId="77777777" w:rsidR="00CE3A55" w:rsidRPr="00CC1719" w:rsidRDefault="00CE3A55">
      <w:pPr>
        <w:spacing w:after="80"/>
        <w:rPr>
          <w:lang w:val="es-ES"/>
        </w:rPr>
      </w:pPr>
    </w:p>
    <w:p w14:paraId="7762145D" w14:textId="77777777" w:rsidR="00CE3A55" w:rsidRPr="00CC1719" w:rsidRDefault="00006A86">
      <w:pPr>
        <w:pStyle w:val="Ttulo2"/>
        <w:spacing w:before="120" w:after="60"/>
        <w:rPr>
          <w:lang w:val="es-ES"/>
        </w:rPr>
      </w:pPr>
      <w:r w:rsidRPr="00CC1719">
        <w:rPr>
          <w:rFonts w:ascii="Calibri" w:hAnsi="Calibri"/>
          <w:sz w:val="22"/>
          <w:lang w:val="es-ES"/>
        </w:rPr>
        <w:t>DIA 9 SEX PRAGA – DRESDEN - BERLIM</w:t>
      </w:r>
    </w:p>
    <w:p w14:paraId="08B4193E" w14:textId="77777777" w:rsidR="00CE3A55" w:rsidRPr="00CC1719" w:rsidRDefault="00006A86">
      <w:pPr>
        <w:spacing w:after="80"/>
        <w:rPr>
          <w:lang w:val="es-ES"/>
        </w:rPr>
      </w:pPr>
      <w:proofErr w:type="spellStart"/>
      <w:r w:rsidRPr="00CC1719">
        <w:rPr>
          <w:rFonts w:ascii="Calibri" w:hAnsi="Calibri"/>
          <w:sz w:val="21"/>
          <w:lang w:val="es-ES"/>
        </w:rPr>
        <w:t>Começaremos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o </w:t>
      </w:r>
      <w:proofErr w:type="spellStart"/>
      <w:r w:rsidRPr="00CC1719">
        <w:rPr>
          <w:rFonts w:ascii="Calibri" w:hAnsi="Calibri"/>
          <w:sz w:val="21"/>
          <w:lang w:val="es-ES"/>
        </w:rPr>
        <w:t>dia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em </w:t>
      </w:r>
      <w:proofErr w:type="spellStart"/>
      <w:r w:rsidRPr="00CC1719">
        <w:rPr>
          <w:rFonts w:ascii="Calibri" w:hAnsi="Calibri"/>
          <w:sz w:val="21"/>
          <w:lang w:val="es-ES"/>
        </w:rPr>
        <w:t>direção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 </w:t>
      </w:r>
      <w:proofErr w:type="spellStart"/>
      <w:r w:rsidRPr="00CC1719">
        <w:rPr>
          <w:rFonts w:ascii="Calibri" w:hAnsi="Calibri"/>
          <w:sz w:val="21"/>
          <w:lang w:val="es-ES"/>
        </w:rPr>
        <w:t>Dresden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</w:t>
      </w:r>
      <w:proofErr w:type="spellStart"/>
      <w:r w:rsidRPr="00CC1719">
        <w:rPr>
          <w:rFonts w:ascii="Calibri" w:hAnsi="Calibri"/>
          <w:sz w:val="21"/>
          <w:lang w:val="es-ES"/>
        </w:rPr>
        <w:t>uma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CC1719">
        <w:rPr>
          <w:rFonts w:ascii="Calibri" w:hAnsi="Calibri"/>
          <w:sz w:val="21"/>
          <w:lang w:val="es-ES"/>
        </w:rPr>
        <w:t>cidades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mais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belas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da </w:t>
      </w:r>
      <w:proofErr w:type="spellStart"/>
      <w:r w:rsidRPr="00CC1719">
        <w:rPr>
          <w:rFonts w:ascii="Calibri" w:hAnsi="Calibri"/>
          <w:sz w:val="21"/>
          <w:lang w:val="es-ES"/>
        </w:rPr>
        <w:t>Alemanha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</w:t>
      </w:r>
      <w:proofErr w:type="spellStart"/>
      <w:r w:rsidRPr="00CC1719">
        <w:rPr>
          <w:rFonts w:ascii="Calibri" w:hAnsi="Calibri"/>
          <w:sz w:val="21"/>
          <w:lang w:val="es-ES"/>
        </w:rPr>
        <w:t>conhecida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como a “</w:t>
      </w:r>
      <w:proofErr w:type="spellStart"/>
      <w:r w:rsidRPr="00CC1719">
        <w:rPr>
          <w:rFonts w:ascii="Calibri" w:hAnsi="Calibri"/>
          <w:sz w:val="21"/>
          <w:lang w:val="es-ES"/>
        </w:rPr>
        <w:t>Florença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 Elba”. </w:t>
      </w:r>
      <w:proofErr w:type="spellStart"/>
      <w:r w:rsidRPr="00CC1719">
        <w:rPr>
          <w:rFonts w:ascii="Calibri" w:hAnsi="Calibri"/>
          <w:sz w:val="21"/>
          <w:lang w:val="es-ES"/>
        </w:rPr>
        <w:t>Apesar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dos danos </w:t>
      </w:r>
      <w:proofErr w:type="spellStart"/>
      <w:r w:rsidRPr="00CC1719">
        <w:rPr>
          <w:rFonts w:ascii="Calibri" w:hAnsi="Calibri"/>
          <w:sz w:val="21"/>
          <w:lang w:val="es-ES"/>
        </w:rPr>
        <w:t>sofridos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durante </w:t>
      </w:r>
      <w:proofErr w:type="spellStart"/>
      <w:r w:rsidRPr="00CC1719">
        <w:rPr>
          <w:rFonts w:ascii="Calibri" w:hAnsi="Calibri"/>
          <w:sz w:val="21"/>
          <w:lang w:val="es-ES"/>
        </w:rPr>
        <w:t>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guerra, </w:t>
      </w:r>
      <w:proofErr w:type="spellStart"/>
      <w:r w:rsidRPr="00CC1719">
        <w:rPr>
          <w:rFonts w:ascii="Calibri" w:hAnsi="Calibri"/>
          <w:sz w:val="21"/>
          <w:lang w:val="es-ES"/>
        </w:rPr>
        <w:t>hoje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exibe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no</w:t>
      </w:r>
      <w:r w:rsidRPr="00CC1719">
        <w:rPr>
          <w:rFonts w:ascii="Calibri" w:hAnsi="Calibri"/>
          <w:sz w:val="21"/>
          <w:lang w:val="es-ES"/>
        </w:rPr>
        <w:t>vamente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seu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esplendor </w:t>
      </w:r>
      <w:proofErr w:type="spellStart"/>
      <w:r w:rsidRPr="00CC1719">
        <w:rPr>
          <w:rFonts w:ascii="Calibri" w:hAnsi="Calibri"/>
          <w:sz w:val="21"/>
          <w:lang w:val="es-ES"/>
        </w:rPr>
        <w:t>arquitetônico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</w:t>
      </w:r>
      <w:proofErr w:type="spellStart"/>
      <w:r w:rsidRPr="00CC1719">
        <w:rPr>
          <w:rFonts w:ascii="Calibri" w:hAnsi="Calibri"/>
          <w:sz w:val="21"/>
          <w:lang w:val="es-ES"/>
        </w:rPr>
        <w:t>Destacam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-se o complexo barroco do </w:t>
      </w:r>
      <w:proofErr w:type="spellStart"/>
      <w:r w:rsidRPr="00CC1719">
        <w:rPr>
          <w:rFonts w:ascii="Calibri" w:hAnsi="Calibri"/>
          <w:sz w:val="21"/>
          <w:lang w:val="es-ES"/>
        </w:rPr>
        <w:t>Zwinger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a Ópera Semper e a </w:t>
      </w:r>
      <w:proofErr w:type="spellStart"/>
      <w:r w:rsidRPr="00CC1719">
        <w:rPr>
          <w:rFonts w:ascii="Calibri" w:hAnsi="Calibri"/>
          <w:sz w:val="21"/>
          <w:lang w:val="es-ES"/>
        </w:rPr>
        <w:t>Hofkirche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</w:t>
      </w:r>
      <w:proofErr w:type="spellStart"/>
      <w:r w:rsidRPr="00CC1719">
        <w:rPr>
          <w:rFonts w:ascii="Calibri" w:hAnsi="Calibri"/>
          <w:sz w:val="21"/>
          <w:lang w:val="es-ES"/>
        </w:rPr>
        <w:t>Almoço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em </w:t>
      </w:r>
      <w:proofErr w:type="spellStart"/>
      <w:r w:rsidRPr="00CC1719">
        <w:rPr>
          <w:rFonts w:ascii="Calibri" w:hAnsi="Calibri"/>
          <w:sz w:val="21"/>
          <w:lang w:val="es-ES"/>
        </w:rPr>
        <w:t>Dresden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 </w:t>
      </w:r>
      <w:proofErr w:type="spellStart"/>
      <w:r w:rsidRPr="00CC1719">
        <w:rPr>
          <w:rFonts w:ascii="Calibri" w:hAnsi="Calibri"/>
          <w:sz w:val="21"/>
          <w:lang w:val="es-ES"/>
        </w:rPr>
        <w:t>continuação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até </w:t>
      </w:r>
      <w:proofErr w:type="spellStart"/>
      <w:r w:rsidRPr="00CC1719">
        <w:rPr>
          <w:rFonts w:ascii="Calibri" w:hAnsi="Calibri"/>
          <w:sz w:val="21"/>
          <w:lang w:val="es-ES"/>
        </w:rPr>
        <w:t>Berlim</w:t>
      </w:r>
      <w:proofErr w:type="spellEnd"/>
      <w:r w:rsidRPr="00CC1719">
        <w:rPr>
          <w:rFonts w:ascii="Calibri" w:hAnsi="Calibri"/>
          <w:sz w:val="21"/>
          <w:lang w:val="es-ES"/>
        </w:rPr>
        <w:t>.</w:t>
      </w:r>
    </w:p>
    <w:p w14:paraId="003910E8" w14:textId="77777777" w:rsidR="00CE3A55" w:rsidRPr="00CC1719" w:rsidRDefault="00CE3A55">
      <w:pPr>
        <w:spacing w:after="80"/>
        <w:rPr>
          <w:lang w:val="es-ES"/>
        </w:rPr>
      </w:pPr>
    </w:p>
    <w:p w14:paraId="284A3C4B" w14:textId="77777777" w:rsidR="00CE3A55" w:rsidRPr="00CC1719" w:rsidRDefault="00006A86">
      <w:pPr>
        <w:pStyle w:val="Ttulo2"/>
        <w:spacing w:before="120" w:after="60"/>
        <w:rPr>
          <w:lang w:val="es-ES"/>
        </w:rPr>
      </w:pPr>
      <w:r w:rsidRPr="00CC1719">
        <w:rPr>
          <w:rFonts w:ascii="Calibri" w:hAnsi="Calibri"/>
          <w:sz w:val="22"/>
          <w:lang w:val="es-ES"/>
        </w:rPr>
        <w:t>DIA 10 SAB BERLIM</w:t>
      </w:r>
    </w:p>
    <w:p w14:paraId="42F7E2F0" w14:textId="77777777" w:rsidR="00CE3A55" w:rsidRPr="00CC1719" w:rsidRDefault="00006A86">
      <w:pPr>
        <w:spacing w:after="80"/>
        <w:rPr>
          <w:lang w:val="es-ES"/>
        </w:rPr>
      </w:pPr>
      <w:r w:rsidRPr="00CC1719">
        <w:rPr>
          <w:rFonts w:ascii="Calibri" w:hAnsi="Calibri"/>
          <w:sz w:val="21"/>
          <w:lang w:val="es-ES"/>
        </w:rPr>
        <w:t xml:space="preserve">Iniciaremos o </w:t>
      </w:r>
      <w:proofErr w:type="spellStart"/>
      <w:r w:rsidRPr="00CC1719">
        <w:rPr>
          <w:rFonts w:ascii="Calibri" w:hAnsi="Calibri"/>
          <w:sz w:val="21"/>
          <w:lang w:val="es-ES"/>
        </w:rPr>
        <w:t>dia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com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uma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visita </w:t>
      </w:r>
      <w:proofErr w:type="spellStart"/>
      <w:r w:rsidRPr="00CC1719">
        <w:rPr>
          <w:rFonts w:ascii="Calibri" w:hAnsi="Calibri"/>
          <w:sz w:val="21"/>
          <w:lang w:val="es-ES"/>
        </w:rPr>
        <w:t>panorâmica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da </w:t>
      </w:r>
      <w:proofErr w:type="spellStart"/>
      <w:r w:rsidRPr="00CC1719">
        <w:rPr>
          <w:rFonts w:ascii="Calibri" w:hAnsi="Calibri"/>
          <w:sz w:val="21"/>
          <w:lang w:val="es-ES"/>
        </w:rPr>
        <w:t>cidade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destacando avenidas como </w:t>
      </w:r>
      <w:proofErr w:type="spellStart"/>
      <w:r w:rsidRPr="00CC1719">
        <w:rPr>
          <w:rFonts w:ascii="Calibri" w:hAnsi="Calibri"/>
          <w:sz w:val="21"/>
          <w:lang w:val="es-ES"/>
        </w:rPr>
        <w:t>Kur</w:t>
      </w:r>
      <w:r w:rsidRPr="00CC1719">
        <w:rPr>
          <w:rFonts w:ascii="Calibri" w:hAnsi="Calibri"/>
          <w:sz w:val="21"/>
          <w:lang w:val="es-ES"/>
        </w:rPr>
        <w:t>fürstendamm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 </w:t>
      </w:r>
      <w:proofErr w:type="spellStart"/>
      <w:r w:rsidRPr="00CC1719">
        <w:rPr>
          <w:rFonts w:ascii="Calibri" w:hAnsi="Calibri"/>
          <w:sz w:val="21"/>
          <w:lang w:val="es-ES"/>
        </w:rPr>
        <w:t>Unter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den Linden, o </w:t>
      </w:r>
      <w:proofErr w:type="spellStart"/>
      <w:r w:rsidRPr="00CC1719">
        <w:rPr>
          <w:rFonts w:ascii="Calibri" w:hAnsi="Calibri"/>
          <w:sz w:val="21"/>
          <w:lang w:val="es-ES"/>
        </w:rPr>
        <w:t>Portão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Brandemburgo, a </w:t>
      </w:r>
      <w:proofErr w:type="spellStart"/>
      <w:r w:rsidRPr="00CC1719">
        <w:rPr>
          <w:rFonts w:ascii="Calibri" w:hAnsi="Calibri"/>
          <w:sz w:val="21"/>
          <w:lang w:val="es-ES"/>
        </w:rPr>
        <w:t>Alexanderplatz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a </w:t>
      </w:r>
      <w:proofErr w:type="spellStart"/>
      <w:r w:rsidRPr="00CC1719">
        <w:rPr>
          <w:rFonts w:ascii="Calibri" w:hAnsi="Calibri"/>
          <w:sz w:val="21"/>
          <w:lang w:val="es-ES"/>
        </w:rPr>
        <w:t>Universidade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Humboldt e o </w:t>
      </w:r>
      <w:proofErr w:type="spellStart"/>
      <w:r w:rsidRPr="00CC1719">
        <w:rPr>
          <w:rFonts w:ascii="Calibri" w:hAnsi="Calibri"/>
          <w:sz w:val="21"/>
          <w:lang w:val="es-ES"/>
        </w:rPr>
        <w:t>Museu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Pérgamo. </w:t>
      </w:r>
      <w:proofErr w:type="spellStart"/>
      <w:r w:rsidRPr="00CC1719">
        <w:rPr>
          <w:rFonts w:ascii="Calibri" w:hAnsi="Calibri"/>
          <w:sz w:val="21"/>
          <w:lang w:val="es-ES"/>
        </w:rPr>
        <w:t>Ao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final, desfrutaremos de </w:t>
      </w:r>
      <w:proofErr w:type="spellStart"/>
      <w:r w:rsidRPr="00CC1719">
        <w:rPr>
          <w:rFonts w:ascii="Calibri" w:hAnsi="Calibri"/>
          <w:sz w:val="21"/>
          <w:lang w:val="es-ES"/>
        </w:rPr>
        <w:t>um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passeio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de barco pelo rio </w:t>
      </w:r>
      <w:proofErr w:type="spellStart"/>
      <w:r w:rsidRPr="00CC1719">
        <w:rPr>
          <w:rFonts w:ascii="Calibri" w:hAnsi="Calibri"/>
          <w:sz w:val="21"/>
          <w:lang w:val="es-ES"/>
        </w:rPr>
        <w:t>Spree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, </w:t>
      </w:r>
      <w:proofErr w:type="spellStart"/>
      <w:r w:rsidRPr="00CC1719">
        <w:rPr>
          <w:rFonts w:ascii="Calibri" w:hAnsi="Calibri"/>
          <w:sz w:val="21"/>
          <w:lang w:val="es-ES"/>
        </w:rPr>
        <w:t>uma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forma única de contemplar a </w:t>
      </w:r>
      <w:proofErr w:type="spellStart"/>
      <w:r w:rsidRPr="00CC1719">
        <w:rPr>
          <w:rFonts w:ascii="Calibri" w:hAnsi="Calibri"/>
          <w:sz w:val="21"/>
          <w:lang w:val="es-ES"/>
        </w:rPr>
        <w:t>cidade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À tarde, tempo </w:t>
      </w:r>
      <w:proofErr w:type="spellStart"/>
      <w:r w:rsidRPr="00CC1719">
        <w:rPr>
          <w:rFonts w:ascii="Calibri" w:hAnsi="Calibri"/>
          <w:sz w:val="21"/>
          <w:lang w:val="es-ES"/>
        </w:rPr>
        <w:t>livre</w:t>
      </w:r>
      <w:proofErr w:type="spellEnd"/>
      <w:r w:rsidRPr="00CC1719">
        <w:rPr>
          <w:rFonts w:ascii="Calibri" w:hAnsi="Calibri"/>
          <w:sz w:val="21"/>
          <w:lang w:val="es-ES"/>
        </w:rPr>
        <w:t xml:space="preserve">. </w:t>
      </w:r>
      <w:proofErr w:type="spellStart"/>
      <w:r w:rsidRPr="00CC1719">
        <w:rPr>
          <w:rFonts w:ascii="Calibri" w:hAnsi="Calibri"/>
          <w:sz w:val="21"/>
          <w:lang w:val="es-ES"/>
        </w:rPr>
        <w:t>Almoço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</w:t>
      </w:r>
      <w:proofErr w:type="spellStart"/>
      <w:r w:rsidRPr="00CC1719">
        <w:rPr>
          <w:rFonts w:ascii="Calibri" w:hAnsi="Calibri"/>
          <w:sz w:val="21"/>
          <w:lang w:val="es-ES"/>
        </w:rPr>
        <w:t>in</w:t>
      </w:r>
      <w:r w:rsidRPr="00CC1719">
        <w:rPr>
          <w:rFonts w:ascii="Calibri" w:hAnsi="Calibri"/>
          <w:sz w:val="21"/>
          <w:lang w:val="es-ES"/>
        </w:rPr>
        <w:t>cluído</w:t>
      </w:r>
      <w:proofErr w:type="spellEnd"/>
      <w:r w:rsidRPr="00CC1719">
        <w:rPr>
          <w:rFonts w:ascii="Calibri" w:hAnsi="Calibri"/>
          <w:sz w:val="21"/>
          <w:lang w:val="es-ES"/>
        </w:rPr>
        <w:t>.</w:t>
      </w:r>
    </w:p>
    <w:p w14:paraId="3AC9E34F" w14:textId="77777777" w:rsidR="00CE3A55" w:rsidRPr="00CC1719" w:rsidRDefault="00CE3A55">
      <w:pPr>
        <w:spacing w:after="80"/>
        <w:rPr>
          <w:lang w:val="es-ES"/>
        </w:rPr>
      </w:pPr>
    </w:p>
    <w:p w14:paraId="6E222A88" w14:textId="77777777" w:rsidR="00CE3A55" w:rsidRPr="00CC1719" w:rsidRDefault="00006A86">
      <w:pPr>
        <w:pStyle w:val="Ttulo2"/>
        <w:spacing w:before="120" w:after="60"/>
        <w:rPr>
          <w:lang w:val="es-ES"/>
        </w:rPr>
      </w:pPr>
      <w:r w:rsidRPr="00CC1719">
        <w:rPr>
          <w:rFonts w:ascii="Calibri" w:hAnsi="Calibri"/>
          <w:sz w:val="22"/>
          <w:lang w:val="es-ES"/>
        </w:rPr>
        <w:t>DIA 11 DOM BERLIM</w:t>
      </w:r>
    </w:p>
    <w:p w14:paraId="2FC6A5A2" w14:textId="77777777" w:rsidR="00CE3A55" w:rsidRPr="00CC1719" w:rsidRDefault="00006A86">
      <w:pPr>
        <w:spacing w:after="80"/>
        <w:rPr>
          <w:lang w:val="es-ES"/>
        </w:rPr>
      </w:pPr>
      <w:r w:rsidRPr="00CC1719">
        <w:rPr>
          <w:rFonts w:ascii="Calibri" w:hAnsi="Calibri"/>
          <w:sz w:val="21"/>
          <w:lang w:val="es-ES"/>
        </w:rPr>
        <w:t xml:space="preserve">Café da </w:t>
      </w:r>
      <w:proofErr w:type="spellStart"/>
      <w:r w:rsidRPr="00CC1719">
        <w:rPr>
          <w:rFonts w:ascii="Calibri" w:hAnsi="Calibri"/>
          <w:sz w:val="21"/>
          <w:lang w:val="es-ES"/>
        </w:rPr>
        <w:t>manhã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e traslado de </w:t>
      </w:r>
      <w:proofErr w:type="spellStart"/>
      <w:r w:rsidRPr="00CC1719">
        <w:rPr>
          <w:rFonts w:ascii="Calibri" w:hAnsi="Calibri"/>
          <w:sz w:val="21"/>
          <w:lang w:val="es-ES"/>
        </w:rPr>
        <w:t>saída</w:t>
      </w:r>
      <w:proofErr w:type="spellEnd"/>
      <w:r w:rsidRPr="00CC1719">
        <w:rPr>
          <w:rFonts w:ascii="Calibri" w:hAnsi="Calibri"/>
          <w:sz w:val="21"/>
          <w:lang w:val="es-ES"/>
        </w:rPr>
        <w:t xml:space="preserve"> para o </w:t>
      </w:r>
      <w:proofErr w:type="spellStart"/>
      <w:r w:rsidRPr="00CC1719">
        <w:rPr>
          <w:rFonts w:ascii="Calibri" w:hAnsi="Calibri"/>
          <w:sz w:val="21"/>
          <w:lang w:val="es-ES"/>
        </w:rPr>
        <w:t>aeroporto</w:t>
      </w:r>
      <w:proofErr w:type="spellEnd"/>
      <w:r w:rsidRPr="00CC1719">
        <w:rPr>
          <w:rFonts w:ascii="Calibri" w:hAnsi="Calibri"/>
          <w:sz w:val="21"/>
          <w:lang w:val="es-ES"/>
        </w:rPr>
        <w:t>.</w:t>
      </w:r>
    </w:p>
    <w:p w14:paraId="72CD0600" w14:textId="77777777" w:rsidR="00CE3A55" w:rsidRPr="00CC1719" w:rsidRDefault="00CE3A55">
      <w:pPr>
        <w:spacing w:after="80"/>
        <w:rPr>
          <w:lang w:val="es-ES"/>
        </w:rPr>
      </w:pPr>
    </w:p>
    <w:sectPr w:rsidR="00CE3A55" w:rsidRPr="00CC1719" w:rsidSect="00034616">
      <w:headerReference w:type="default" r:id="rId8"/>
      <w:pgSz w:w="12240" w:h="15840"/>
      <w:pgMar w:top="907" w:right="1020" w:bottom="907" w:left="10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C92CDF" w14:textId="77777777" w:rsidR="004856F5" w:rsidRDefault="004856F5" w:rsidP="004856F5">
      <w:pPr>
        <w:spacing w:after="0" w:line="240" w:lineRule="auto"/>
      </w:pPr>
      <w:r>
        <w:separator/>
      </w:r>
    </w:p>
  </w:endnote>
  <w:endnote w:type="continuationSeparator" w:id="0">
    <w:p w14:paraId="11F765BD" w14:textId="77777777" w:rsidR="004856F5" w:rsidRDefault="004856F5" w:rsidP="00485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6C1926" w14:textId="77777777" w:rsidR="004856F5" w:rsidRDefault="004856F5" w:rsidP="004856F5">
      <w:pPr>
        <w:spacing w:after="0" w:line="240" w:lineRule="auto"/>
      </w:pPr>
      <w:r>
        <w:separator/>
      </w:r>
    </w:p>
  </w:footnote>
  <w:footnote w:type="continuationSeparator" w:id="0">
    <w:p w14:paraId="2868BC2B" w14:textId="77777777" w:rsidR="004856F5" w:rsidRDefault="004856F5" w:rsidP="004856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ACFC9" w14:textId="77777777" w:rsidR="004856F5" w:rsidRDefault="004856F5">
    <w:pPr>
      <w:pStyle w:val="Encabezado"/>
    </w:pPr>
    <w:r>
      <w:rPr>
        <w:noProof/>
      </w:rPr>
      <w:drawing>
        <wp:inline distT="0" distB="0" distL="0" distR="0" wp14:anchorId="01024CE1" wp14:editId="504C1155">
          <wp:extent cx="981075" cy="98107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6A86"/>
    <w:rsid w:val="00034616"/>
    <w:rsid w:val="0006063C"/>
    <w:rsid w:val="0015074B"/>
    <w:rsid w:val="0029639D"/>
    <w:rsid w:val="00326F90"/>
    <w:rsid w:val="004856F5"/>
    <w:rsid w:val="007B305B"/>
    <w:rsid w:val="00AA1D8D"/>
    <w:rsid w:val="00B37188"/>
    <w:rsid w:val="00B47730"/>
    <w:rsid w:val="00CB0664"/>
    <w:rsid w:val="00CC1719"/>
    <w:rsid w:val="00CE3A55"/>
    <w:rsid w:val="00E10FD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276E820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1058</Words>
  <Characters>5821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6866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6</cp:revision>
  <dcterms:created xsi:type="dcterms:W3CDTF">2013-12-23T23:15:00Z</dcterms:created>
  <dcterms:modified xsi:type="dcterms:W3CDTF">2026-05-26T14:23:00Z</dcterms:modified>
  <cp:category/>
</cp:coreProperties>
</file>