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3E373" w14:textId="77777777" w:rsidR="00D75DAD" w:rsidRPr="00E613E4" w:rsidRDefault="00E613E4" w:rsidP="00E613E4">
      <w:pPr>
        <w:pStyle w:val="Ttulo1"/>
        <w:jc w:val="center"/>
        <w:rPr>
          <w:color w:val="4F81BD" w:themeColor="accent1"/>
          <w:lang w:val="es-ES"/>
        </w:rPr>
      </w:pPr>
      <w:r w:rsidRPr="00E613E4">
        <w:rPr>
          <w:color w:val="4F81BD" w:themeColor="accent1"/>
          <w:lang w:val="es-ES"/>
        </w:rPr>
        <w:t>MERCADILLOS NAVIDEÑOS</w:t>
      </w:r>
    </w:p>
    <w:p w14:paraId="1AC97E3C" w14:textId="77777777" w:rsidR="00D75DAD" w:rsidRPr="00E613E4" w:rsidRDefault="00E613E4" w:rsidP="00E613E4">
      <w:pPr>
        <w:jc w:val="center"/>
        <w:rPr>
          <w:color w:val="4F81BD" w:themeColor="accent1"/>
          <w:lang w:val="es-ES"/>
        </w:rPr>
      </w:pPr>
      <w:r w:rsidRPr="00E613E4">
        <w:rPr>
          <w:color w:val="4F81BD" w:themeColor="accent1"/>
          <w:lang w:val="es-ES"/>
        </w:rPr>
        <w:t>Categoría: Primera</w:t>
      </w:r>
    </w:p>
    <w:p w14:paraId="3EFC73E7" w14:textId="77777777" w:rsidR="00D75DAD" w:rsidRPr="00E613E4" w:rsidRDefault="00E613E4" w:rsidP="00E613E4">
      <w:pPr>
        <w:jc w:val="center"/>
        <w:rPr>
          <w:lang w:val="es-ES"/>
        </w:rPr>
      </w:pPr>
      <w:r w:rsidRPr="00E613E4">
        <w:rPr>
          <w:lang w:val="es-ES"/>
        </w:rPr>
        <w:t xml:space="preserve">Código: </w:t>
      </w:r>
      <w:proofErr w:type="gramStart"/>
      <w:r w:rsidRPr="00E613E4">
        <w:rPr>
          <w:lang w:val="es-ES"/>
        </w:rPr>
        <w:t>MERC  |</w:t>
      </w:r>
      <w:proofErr w:type="gramEnd"/>
      <w:r w:rsidRPr="00E613E4">
        <w:rPr>
          <w:lang w:val="es-ES"/>
        </w:rPr>
        <w:t xml:space="preserve">  9 Días</w:t>
      </w:r>
    </w:p>
    <w:p w14:paraId="26F643C2" w14:textId="77777777" w:rsidR="00D75DAD" w:rsidRPr="00E613E4" w:rsidRDefault="00D75DAD">
      <w:pPr>
        <w:rPr>
          <w:lang w:val="es-ES"/>
        </w:rPr>
      </w:pPr>
    </w:p>
    <w:p w14:paraId="509226D8" w14:textId="77777777" w:rsidR="00D75DAD" w:rsidRPr="00E613E4" w:rsidRDefault="00E613E4">
      <w:pPr>
        <w:pStyle w:val="Ttulo2"/>
        <w:rPr>
          <w:lang w:val="es-ES"/>
        </w:rPr>
      </w:pPr>
      <w:r w:rsidRPr="00E613E4">
        <w:rPr>
          <w:lang w:val="es-ES"/>
        </w:rPr>
        <w:t>SALIDAS GARANTIZADAS INVIERNO 2027</w:t>
      </w:r>
    </w:p>
    <w:p w14:paraId="11E8FD3F" w14:textId="77777777" w:rsidR="00D75DAD" w:rsidRPr="00E613E4" w:rsidRDefault="00E613E4">
      <w:pPr>
        <w:rPr>
          <w:lang w:val="es-ES"/>
        </w:rPr>
      </w:pPr>
      <w:r w:rsidRPr="00E613E4">
        <w:rPr>
          <w:lang w:val="es-ES"/>
        </w:rPr>
        <w:t xml:space="preserve">NOVIEMBRE . . . . . . . . . . . . . . . . . . </w:t>
      </w:r>
      <w:proofErr w:type="gramStart"/>
      <w:r w:rsidRPr="00E613E4">
        <w:rPr>
          <w:lang w:val="es-ES"/>
        </w:rPr>
        <w:t>. . . .</w:t>
      </w:r>
      <w:proofErr w:type="gramEnd"/>
      <w:r w:rsidRPr="00E613E4">
        <w:rPr>
          <w:lang w:val="es-ES"/>
        </w:rPr>
        <w:t xml:space="preserve"> 26</w:t>
      </w:r>
    </w:p>
    <w:p w14:paraId="32480605" w14:textId="77777777" w:rsidR="00D75DAD" w:rsidRPr="00E613E4" w:rsidRDefault="00E613E4">
      <w:pPr>
        <w:rPr>
          <w:lang w:val="es-ES"/>
        </w:rPr>
      </w:pPr>
      <w:r w:rsidRPr="00E613E4">
        <w:rPr>
          <w:lang w:val="es-ES"/>
        </w:rPr>
        <w:t xml:space="preserve">DICIEMBRE . . . . . . . . . . . . . . . . . . </w:t>
      </w:r>
      <w:proofErr w:type="gramStart"/>
      <w:r w:rsidRPr="00E613E4">
        <w:rPr>
          <w:lang w:val="es-ES"/>
        </w:rPr>
        <w:t>. . . .</w:t>
      </w:r>
      <w:proofErr w:type="gramEnd"/>
      <w:r w:rsidRPr="00E613E4">
        <w:rPr>
          <w:lang w:val="es-ES"/>
        </w:rPr>
        <w:t xml:space="preserve"> . 3</w:t>
      </w:r>
    </w:p>
    <w:p w14:paraId="101BC722" w14:textId="77777777" w:rsidR="00D75DAD" w:rsidRPr="00E613E4" w:rsidRDefault="00D75DAD">
      <w:pPr>
        <w:rPr>
          <w:lang w:val="es-ES"/>
        </w:rPr>
      </w:pPr>
    </w:p>
    <w:p w14:paraId="14B32A9D" w14:textId="77777777" w:rsidR="00D75DAD" w:rsidRPr="00E613E4" w:rsidRDefault="00E613E4">
      <w:pPr>
        <w:pStyle w:val="Ttulo2"/>
        <w:rPr>
          <w:lang w:val="es-ES"/>
        </w:rPr>
      </w:pPr>
      <w:r w:rsidRPr="00E613E4">
        <w:rPr>
          <w:lang w:val="es-ES"/>
        </w:rPr>
        <w:t xml:space="preserve">HOTELES </w:t>
      </w:r>
      <w:r w:rsidRPr="00E613E4">
        <w:rPr>
          <w:lang w:val="es-ES"/>
        </w:rPr>
        <w:t>PREVISTOS</w:t>
      </w:r>
    </w:p>
    <w:p w14:paraId="3876728C" w14:textId="77777777" w:rsidR="00D75DAD" w:rsidRPr="00E613E4" w:rsidRDefault="00E613E4">
      <w:pPr>
        <w:rPr>
          <w:lang w:val="es-ES"/>
        </w:rPr>
      </w:pPr>
      <w:r w:rsidRPr="00E613E4">
        <w:rPr>
          <w:lang w:val="es-ES"/>
        </w:rPr>
        <w:t>(o similares en la categoría indicada, según ciudad)</w:t>
      </w:r>
    </w:p>
    <w:p w14:paraId="33153077" w14:textId="77777777" w:rsidR="00D75DAD" w:rsidRPr="00E613E4" w:rsidRDefault="00E613E4">
      <w:pPr>
        <w:rPr>
          <w:lang w:val="es-ES"/>
        </w:rPr>
      </w:pPr>
      <w:r w:rsidRPr="00E613E4">
        <w:rPr>
          <w:b/>
          <w:lang w:val="es-ES"/>
        </w:rPr>
        <w:t xml:space="preserve">VIENA: </w:t>
      </w:r>
      <w:r w:rsidRPr="00E613E4">
        <w:rPr>
          <w:lang w:val="es-ES"/>
        </w:rPr>
        <w:t>ROOMZ PRATER ★★★★</w:t>
      </w:r>
    </w:p>
    <w:p w14:paraId="4EF10345" w14:textId="77777777" w:rsidR="00D75DAD" w:rsidRPr="00E613E4" w:rsidRDefault="00E613E4">
      <w:pPr>
        <w:rPr>
          <w:lang w:val="es-ES"/>
        </w:rPr>
      </w:pPr>
      <w:r w:rsidRPr="00E613E4">
        <w:rPr>
          <w:b/>
          <w:lang w:val="es-ES"/>
        </w:rPr>
        <w:t xml:space="preserve">SALZBURGO: </w:t>
      </w:r>
      <w:r w:rsidRPr="00E613E4">
        <w:rPr>
          <w:lang w:val="es-ES"/>
        </w:rPr>
        <w:t>JUNE SIX HOTEL ★★★★</w:t>
      </w:r>
    </w:p>
    <w:p w14:paraId="0F175732" w14:textId="77777777" w:rsidR="00D75DAD" w:rsidRDefault="00E613E4">
      <w:r>
        <w:rPr>
          <w:b/>
        </w:rPr>
        <w:t xml:space="preserve">INNSBRUCK: </w:t>
      </w:r>
      <w:r>
        <w:t>AC BY MARIOTT ★★★★(s)</w:t>
      </w:r>
    </w:p>
    <w:p w14:paraId="0D78C693" w14:textId="77777777" w:rsidR="00D75DAD" w:rsidRDefault="00E613E4">
      <w:r>
        <w:rPr>
          <w:b/>
        </w:rPr>
        <w:t xml:space="preserve">MÚNICH: </w:t>
      </w:r>
      <w:r>
        <w:t>WESTIN GRAND ★★★★(s)</w:t>
      </w:r>
    </w:p>
    <w:p w14:paraId="6D66ABB9" w14:textId="77777777" w:rsidR="00D75DAD" w:rsidRDefault="00D75DAD"/>
    <w:p w14:paraId="16D6CC80" w14:textId="77777777" w:rsidR="00D75DAD" w:rsidRDefault="00E613E4">
      <w:pPr>
        <w:pStyle w:val="Ttulo2"/>
      </w:pPr>
      <w:r>
        <w:t>SERVICIOS INCLUIDOS</w:t>
      </w:r>
    </w:p>
    <w:p w14:paraId="496FFA61" w14:textId="77777777" w:rsidR="00D75DAD" w:rsidRDefault="00E613E4">
      <w:pPr>
        <w:pStyle w:val="Listaconvietas"/>
      </w:pPr>
      <w:r>
        <w:t>Guía exclusivo de habla hispana</w:t>
      </w:r>
    </w:p>
    <w:p w14:paraId="67E537B3" w14:textId="77777777" w:rsidR="00D75DAD" w:rsidRDefault="00E613E4">
      <w:pPr>
        <w:pStyle w:val="Listaconvietas"/>
      </w:pPr>
      <w:r>
        <w:t>8 noches alojamiento c</w:t>
      </w:r>
      <w:r>
        <w:t>on desayuno buffet</w:t>
      </w:r>
    </w:p>
    <w:p w14:paraId="5F96AD69" w14:textId="77777777" w:rsidR="00D75DAD" w:rsidRDefault="00E613E4">
      <w:pPr>
        <w:pStyle w:val="Listaconvietas"/>
      </w:pPr>
      <w:r>
        <w:t>Entradas y experiencias según itinerario</w:t>
      </w:r>
    </w:p>
    <w:p w14:paraId="328777C0" w14:textId="77777777" w:rsidR="00D75DAD" w:rsidRDefault="00E613E4">
      <w:pPr>
        <w:pStyle w:val="Listaconvietas"/>
      </w:pPr>
      <w:r>
        <w:t>Cena de bienvenida</w:t>
      </w:r>
    </w:p>
    <w:p w14:paraId="1209DC17" w14:textId="77777777" w:rsidR="00D75DAD" w:rsidRDefault="00D75DAD"/>
    <w:p w14:paraId="1F4D21F1" w14:textId="77777777" w:rsidR="00D75DAD" w:rsidRDefault="00E613E4">
      <w:pPr>
        <w:pStyle w:val="Ttulo2"/>
      </w:pPr>
      <w:r>
        <w:t>PRECIOS EN EUROS</w:t>
      </w:r>
    </w:p>
    <w:p w14:paraId="6D1BEE3E" w14:textId="77777777" w:rsidR="00D75DAD" w:rsidRDefault="00E613E4">
      <w:r>
        <w:t>€ 2.215,– por persona en doble</w:t>
      </w:r>
    </w:p>
    <w:p w14:paraId="638FBC9A" w14:textId="77777777" w:rsidR="00D75DAD" w:rsidRDefault="00E613E4">
      <w:r>
        <w:t>€ 960,– suplemento individual</w:t>
      </w:r>
    </w:p>
    <w:p w14:paraId="1C43585C" w14:textId="77777777" w:rsidR="00D75DAD" w:rsidRDefault="00D75DAD"/>
    <w:p w14:paraId="5EA170ED" w14:textId="77777777" w:rsidR="00D75DAD" w:rsidRDefault="00E613E4">
      <w:pPr>
        <w:pStyle w:val="Ttulo1"/>
      </w:pPr>
      <w:r>
        <w:lastRenderedPageBreak/>
        <w:t>ITINERARIO</w:t>
      </w:r>
    </w:p>
    <w:p w14:paraId="72761414" w14:textId="77777777" w:rsidR="00D75DAD" w:rsidRDefault="00E613E4">
      <w:pPr>
        <w:pStyle w:val="Ttulo2"/>
      </w:pPr>
      <w:r>
        <w:t>DÍA 1 VIE VIENA</w:t>
      </w:r>
    </w:p>
    <w:p w14:paraId="36ED3741" w14:textId="77777777" w:rsidR="00D75DAD" w:rsidRPr="00E613E4" w:rsidRDefault="00E613E4">
      <w:pPr>
        <w:rPr>
          <w:lang w:val="es-ES"/>
        </w:rPr>
      </w:pPr>
      <w:r w:rsidRPr="00E613E4">
        <w:rPr>
          <w:lang w:val="es-ES"/>
        </w:rPr>
        <w:t xml:space="preserve">Llegará al aeropuerto de Viena, donde nuestro chófer le </w:t>
      </w:r>
      <w:r w:rsidRPr="00E613E4">
        <w:rPr>
          <w:lang w:val="es-ES"/>
        </w:rPr>
        <w:t xml:space="preserve">trasladará a su hotel. Por la noche, conocerá a sus compañeros de viaje en una típica cena austríaca de bienvenida en el restaurante </w:t>
      </w:r>
      <w:proofErr w:type="spellStart"/>
      <w:r w:rsidRPr="00E613E4">
        <w:rPr>
          <w:lang w:val="es-ES"/>
        </w:rPr>
        <w:t>Marchfelderhof</w:t>
      </w:r>
      <w:proofErr w:type="spellEnd"/>
      <w:r w:rsidRPr="00E613E4">
        <w:rPr>
          <w:lang w:val="es-ES"/>
        </w:rPr>
        <w:t>, muy conocido más allá de las fronteras del país. En este ambiente realmente único, rápidamente tendrá la se</w:t>
      </w:r>
      <w:r w:rsidRPr="00E613E4">
        <w:rPr>
          <w:lang w:val="es-ES"/>
        </w:rPr>
        <w:t>nsación de que la emperatriz Sissi está sentada a su lado en la mesa. Por supuesto, las bebidas también están incluidas.</w:t>
      </w:r>
    </w:p>
    <w:p w14:paraId="456D9958" w14:textId="77777777" w:rsidR="00D75DAD" w:rsidRPr="00E613E4" w:rsidRDefault="00D75DAD">
      <w:pPr>
        <w:rPr>
          <w:lang w:val="es-ES"/>
        </w:rPr>
      </w:pPr>
    </w:p>
    <w:p w14:paraId="18A0B1EB" w14:textId="77777777" w:rsidR="00D75DAD" w:rsidRPr="00E613E4" w:rsidRDefault="00E613E4">
      <w:pPr>
        <w:pStyle w:val="Ttulo2"/>
        <w:rPr>
          <w:lang w:val="es-ES"/>
        </w:rPr>
      </w:pPr>
      <w:r w:rsidRPr="00E613E4">
        <w:rPr>
          <w:lang w:val="es-ES"/>
        </w:rPr>
        <w:t>DÍA 2 SAB VIENA</w:t>
      </w:r>
    </w:p>
    <w:p w14:paraId="67D63BE4" w14:textId="77777777" w:rsidR="00D75DAD" w:rsidRPr="00E613E4" w:rsidRDefault="00E613E4">
      <w:pPr>
        <w:rPr>
          <w:lang w:val="es-ES"/>
        </w:rPr>
      </w:pPr>
      <w:r w:rsidRPr="00E613E4">
        <w:rPr>
          <w:lang w:val="es-ES"/>
        </w:rPr>
        <w:t>Tras desayunar en el hotel, realizaremos una visita panorámica de la ciudad, que ofrece una excelente impresión de los</w:t>
      </w:r>
      <w:r w:rsidRPr="00E613E4">
        <w:rPr>
          <w:lang w:val="es-ES"/>
        </w:rPr>
        <w:t xml:space="preserve"> numerosos lugares de interés de Viena. El aroma de la pastelería navideña, el vino caliente y las almendras tostadas llenan el aire. El casco antiguo y las calles comerciales se decoran con luces festivas, creando un ambiente navideño único. Visitaremos l</w:t>
      </w:r>
      <w:r w:rsidRPr="00E613E4">
        <w:rPr>
          <w:lang w:val="es-ES"/>
        </w:rPr>
        <w:t xml:space="preserve">os jardines del histórico Palacio Belvedere, antiguo palacio de verano del príncipe Eugenio de Saboya. Disfrutará de la magnífica vista de la ciudad, inmortalizada por el artista Giovanni Antonio Canal en sus cuadros de Viena. Continuaremos por la </w:t>
      </w:r>
      <w:proofErr w:type="spellStart"/>
      <w:r w:rsidRPr="00E613E4">
        <w:rPr>
          <w:lang w:val="es-ES"/>
        </w:rPr>
        <w:t>Ringstra</w:t>
      </w:r>
      <w:r w:rsidRPr="00E613E4">
        <w:rPr>
          <w:lang w:val="es-ES"/>
        </w:rPr>
        <w:t>sse</w:t>
      </w:r>
      <w:proofErr w:type="spellEnd"/>
      <w:r w:rsidRPr="00E613E4">
        <w:rPr>
          <w:lang w:val="es-ES"/>
        </w:rPr>
        <w:t xml:space="preserve">, con sus magníficos edificios como la Ópera Estatal, el Museo de Historia del Arte y de Historia Natural, el Monumento a María Teresa, el Parlamento austriaco, el Ayuntamiento de Viena, el Teatro Nacional y el </w:t>
      </w:r>
      <w:proofErr w:type="spellStart"/>
      <w:r w:rsidRPr="00E613E4">
        <w:rPr>
          <w:lang w:val="es-ES"/>
        </w:rPr>
        <w:t>Hofburg</w:t>
      </w:r>
      <w:proofErr w:type="spellEnd"/>
      <w:r w:rsidRPr="00E613E4">
        <w:rPr>
          <w:lang w:val="es-ES"/>
        </w:rPr>
        <w:t>, sede del presidente federal. Pase</w:t>
      </w:r>
      <w:r w:rsidRPr="00E613E4">
        <w:rPr>
          <w:lang w:val="es-ES"/>
        </w:rPr>
        <w:t>aremos por las pequeñas e idílicas calles del centro histórico de Viena y visitaremos el interior de la Catedral de San Esteban, la más grande de la ciudad. También pasaremos por el Reloj de Ancla y el barrio judío. A continuación, visitaremos junto con nu</w:t>
      </w:r>
      <w:r w:rsidRPr="00E613E4">
        <w:rPr>
          <w:lang w:val="es-ES"/>
        </w:rPr>
        <w:t xml:space="preserve">estro guía el mercado navideño más famoso, situado en la </w:t>
      </w:r>
      <w:proofErr w:type="spellStart"/>
      <w:r w:rsidRPr="00E613E4">
        <w:rPr>
          <w:lang w:val="es-ES"/>
        </w:rPr>
        <w:t>Rathausplatz</w:t>
      </w:r>
      <w:proofErr w:type="spellEnd"/>
      <w:r w:rsidRPr="00E613E4">
        <w:rPr>
          <w:lang w:val="es-ES"/>
        </w:rPr>
        <w:t>. A la entrada, los visitantes son recibidos por un gran arco iluminado con velas. El tradicional mercado ofrece regalos navideños, adornos para el árbol, artesanías, delicias culinarias,</w:t>
      </w:r>
      <w:r w:rsidRPr="00E613E4">
        <w:rPr>
          <w:lang w:val="es-ES"/>
        </w:rPr>
        <w:t xml:space="preserve"> dulces y bebidas calientes. Además, cuenta con un carrusel de varios pisos (12 metros de altura) y un mundo navideño en el parque, con un tren de renos, un sendero de belenes, una cabaña para niños y su propia pista de patinaje sobre hielo. Por la tarde, </w:t>
      </w:r>
      <w:r w:rsidRPr="00E613E4">
        <w:rPr>
          <w:lang w:val="es-ES"/>
        </w:rPr>
        <w:t>tendrá la posibilidad de asistir a un concierto de música clásica (no incluido). Alojamiento en Viena.</w:t>
      </w:r>
    </w:p>
    <w:p w14:paraId="20C48A86" w14:textId="77777777" w:rsidR="00D75DAD" w:rsidRPr="00E613E4" w:rsidRDefault="00D75DAD">
      <w:pPr>
        <w:rPr>
          <w:lang w:val="es-ES"/>
        </w:rPr>
      </w:pPr>
    </w:p>
    <w:p w14:paraId="2F02F15A" w14:textId="77777777" w:rsidR="00D75DAD" w:rsidRPr="00E613E4" w:rsidRDefault="00E613E4">
      <w:pPr>
        <w:pStyle w:val="Ttulo2"/>
        <w:rPr>
          <w:lang w:val="es-ES"/>
        </w:rPr>
      </w:pPr>
      <w:r w:rsidRPr="00E613E4">
        <w:rPr>
          <w:lang w:val="es-ES"/>
        </w:rPr>
        <w:t>DÍA 3 DOM VIENA - OBERNDORF - SALZBURGO</w:t>
      </w:r>
    </w:p>
    <w:p w14:paraId="1EF1C5CA" w14:textId="77777777" w:rsidR="00D75DAD" w:rsidRPr="00E613E4" w:rsidRDefault="00E613E4">
      <w:pPr>
        <w:rPr>
          <w:lang w:val="es-ES"/>
        </w:rPr>
      </w:pPr>
      <w:r w:rsidRPr="00E613E4">
        <w:rPr>
          <w:lang w:val="es-ES"/>
        </w:rPr>
        <w:t>Desayuno y salida hacia Salzburgo. Antes de llegar a la ciudad de Mozart, nos espera una experiencia muy especia</w:t>
      </w:r>
      <w:r w:rsidRPr="00E613E4">
        <w:rPr>
          <w:lang w:val="es-ES"/>
        </w:rPr>
        <w:t xml:space="preserve">l. ¿Quién no conoce el villancico «Noche de paz»? Pocos saben que esta canción procede de Austria. Traducido a más de 300 idiomas y </w:t>
      </w:r>
      <w:r w:rsidRPr="00E613E4">
        <w:rPr>
          <w:lang w:val="es-ES"/>
        </w:rPr>
        <w:lastRenderedPageBreak/>
        <w:t>dialectos, es uno de los villancicos más populares del mundo. Se interpretó por primera vez el 24 de diciembre de 1818 en la</w:t>
      </w:r>
      <w:r w:rsidRPr="00E613E4">
        <w:rPr>
          <w:lang w:val="es-ES"/>
        </w:rPr>
        <w:t xml:space="preserve"> iglesia de San Nicolás de </w:t>
      </w:r>
      <w:proofErr w:type="spellStart"/>
      <w:r w:rsidRPr="00E613E4">
        <w:rPr>
          <w:lang w:val="es-ES"/>
        </w:rPr>
        <w:t>Oberndorf</w:t>
      </w:r>
      <w:proofErr w:type="spellEnd"/>
      <w:r w:rsidRPr="00E613E4">
        <w:rPr>
          <w:lang w:val="es-ES"/>
        </w:rPr>
        <w:t>, cerca de Salzburgo. Visitaremos la iglesia y el mercado navideño. Además, una oficina de correos especial nos ofrece la oportunidad de enviar cartas a nuestros seres queridos con sellos especiales de «Noche de paz». Po</w:t>
      </w:r>
      <w:r w:rsidRPr="00E613E4">
        <w:rPr>
          <w:lang w:val="es-ES"/>
        </w:rPr>
        <w:t>steriormente, pasearemos por el mercado navideño y degustaremos delicias locales. Llegada a Salzburgo y alojamiento.</w:t>
      </w:r>
    </w:p>
    <w:p w14:paraId="3C3DA3C9" w14:textId="77777777" w:rsidR="00D75DAD" w:rsidRPr="00E613E4" w:rsidRDefault="00D75DAD">
      <w:pPr>
        <w:rPr>
          <w:lang w:val="es-ES"/>
        </w:rPr>
      </w:pPr>
    </w:p>
    <w:p w14:paraId="23C121D9" w14:textId="77777777" w:rsidR="00D75DAD" w:rsidRPr="00E613E4" w:rsidRDefault="00E613E4">
      <w:pPr>
        <w:pStyle w:val="Ttulo2"/>
        <w:rPr>
          <w:lang w:val="es-ES"/>
        </w:rPr>
      </w:pPr>
      <w:r w:rsidRPr="00E613E4">
        <w:rPr>
          <w:lang w:val="es-ES"/>
        </w:rPr>
        <w:t>DÍA 4 LUN SALZBURGO</w:t>
      </w:r>
    </w:p>
    <w:p w14:paraId="433C54C7" w14:textId="77777777" w:rsidR="00D75DAD" w:rsidRPr="00E613E4" w:rsidRDefault="00E613E4">
      <w:pPr>
        <w:rPr>
          <w:lang w:val="es-ES"/>
        </w:rPr>
      </w:pPr>
      <w:r w:rsidRPr="00E613E4">
        <w:rPr>
          <w:lang w:val="es-ES"/>
        </w:rPr>
        <w:t>Desayuno y visita panorámica, recorriendo el encantador casco antiguo, donde destacan la Casa Natal de Mozart, la Cate</w:t>
      </w:r>
      <w:r w:rsidRPr="00E613E4">
        <w:rPr>
          <w:lang w:val="es-ES"/>
        </w:rPr>
        <w:t xml:space="preserve">dral y la Fortaleza. Finalizaremos el recorrido con la visita a un mercado navideño. El histórico Mercado de Navidad de Salzburgo, en </w:t>
      </w:r>
      <w:proofErr w:type="spellStart"/>
      <w:r w:rsidRPr="00E613E4">
        <w:rPr>
          <w:lang w:val="es-ES"/>
        </w:rPr>
        <w:t>Domplatz</w:t>
      </w:r>
      <w:proofErr w:type="spellEnd"/>
      <w:r w:rsidRPr="00E613E4">
        <w:rPr>
          <w:lang w:val="es-ES"/>
        </w:rPr>
        <w:t xml:space="preserve"> y </w:t>
      </w:r>
      <w:proofErr w:type="spellStart"/>
      <w:r w:rsidRPr="00E613E4">
        <w:rPr>
          <w:lang w:val="es-ES"/>
        </w:rPr>
        <w:t>Residenzplatz</w:t>
      </w:r>
      <w:proofErr w:type="spellEnd"/>
      <w:r w:rsidRPr="00E613E4">
        <w:rPr>
          <w:lang w:val="es-ES"/>
        </w:rPr>
        <w:t>, es uno de los más antiguos y hermosos del mundo. Su ubicación en el centro del casco antiguo, de</w:t>
      </w:r>
      <w:r w:rsidRPr="00E613E4">
        <w:rPr>
          <w:lang w:val="es-ES"/>
        </w:rPr>
        <w:t>clarado Patrimonio de la Humanidad, sus puestos tradicionales y su larga historia lo convierten en una experiencia única. Tarde libre y alojamiento en Salzburgo.</w:t>
      </w:r>
    </w:p>
    <w:p w14:paraId="7C8D330D" w14:textId="77777777" w:rsidR="00D75DAD" w:rsidRPr="00E613E4" w:rsidRDefault="00D75DAD">
      <w:pPr>
        <w:rPr>
          <w:lang w:val="es-ES"/>
        </w:rPr>
      </w:pPr>
    </w:p>
    <w:p w14:paraId="4FEC74FB" w14:textId="77777777" w:rsidR="00D75DAD" w:rsidRPr="00E613E4" w:rsidRDefault="00E613E4">
      <w:pPr>
        <w:pStyle w:val="Ttulo2"/>
        <w:rPr>
          <w:lang w:val="es-ES"/>
        </w:rPr>
      </w:pPr>
      <w:r w:rsidRPr="00E613E4">
        <w:rPr>
          <w:lang w:val="es-ES"/>
        </w:rPr>
        <w:t>DÍA 5 MAR SALZBURGO - SWAROVSKI - INNSBRUCK</w:t>
      </w:r>
    </w:p>
    <w:p w14:paraId="3D509361" w14:textId="77777777" w:rsidR="00D75DAD" w:rsidRPr="00E613E4" w:rsidRDefault="00E613E4">
      <w:pPr>
        <w:rPr>
          <w:lang w:val="es-ES"/>
        </w:rPr>
      </w:pPr>
      <w:r w:rsidRPr="00E613E4">
        <w:rPr>
          <w:lang w:val="es-ES"/>
        </w:rPr>
        <w:t xml:space="preserve">Desayuno y salida hacia Innsbruck, con parada en </w:t>
      </w:r>
      <w:r w:rsidRPr="00E613E4">
        <w:rPr>
          <w:lang w:val="es-ES"/>
        </w:rPr>
        <w:t>el Mundo de Cristal de Swarovski. El artista multimedia André Heller creó un espacio único de fantasía que, hasta hoy, ha maravillado a visitantes de todo el mundo. El cristal, en todas sus facetas, ha sorprendido, emocionado e incluso transformado a quien</w:t>
      </w:r>
      <w:r w:rsidRPr="00E613E4">
        <w:rPr>
          <w:lang w:val="es-ES"/>
        </w:rPr>
        <w:t>es lo visitan. Continuación a Innsbruck y llegada al hotel. Alojamiento.</w:t>
      </w:r>
    </w:p>
    <w:p w14:paraId="5732D40B" w14:textId="77777777" w:rsidR="00D75DAD" w:rsidRPr="00E613E4" w:rsidRDefault="00D75DAD">
      <w:pPr>
        <w:rPr>
          <w:lang w:val="es-ES"/>
        </w:rPr>
      </w:pPr>
    </w:p>
    <w:p w14:paraId="53FD81BC" w14:textId="77777777" w:rsidR="00D75DAD" w:rsidRPr="00E613E4" w:rsidRDefault="00E613E4">
      <w:pPr>
        <w:pStyle w:val="Ttulo2"/>
        <w:rPr>
          <w:lang w:val="es-ES"/>
        </w:rPr>
      </w:pPr>
      <w:r w:rsidRPr="00E613E4">
        <w:rPr>
          <w:lang w:val="es-ES"/>
        </w:rPr>
        <w:t>DÍA 6 MIE INNSBRUCK</w:t>
      </w:r>
    </w:p>
    <w:p w14:paraId="3F66FE09" w14:textId="77777777" w:rsidR="00D75DAD" w:rsidRPr="00E613E4" w:rsidRDefault="00E613E4">
      <w:pPr>
        <w:rPr>
          <w:lang w:val="es-ES"/>
        </w:rPr>
      </w:pPr>
      <w:r w:rsidRPr="00E613E4">
        <w:rPr>
          <w:lang w:val="es-ES"/>
        </w:rPr>
        <w:t>Desayuno y visita de la ciudad de Innsbruck. La capital del Tirol, residencia de los Habsburgo en la Edad Media, fue también sede en dos ocasiones de los Juegos O</w:t>
      </w:r>
      <w:r w:rsidRPr="00E613E4">
        <w:rPr>
          <w:lang w:val="es-ES"/>
        </w:rPr>
        <w:t>límpicos de Invierno. Nuestra visita pasará por el Arco del Triunfo hacia el casco antiguo, donde destacan el Tejadito de Oro, la Iglesia de la Corte —donde se encuentra la tumba del emperador Maximiliano I rodeada por las famosas estatuas negras de cobre—</w:t>
      </w:r>
      <w:r w:rsidRPr="00E613E4">
        <w:rPr>
          <w:lang w:val="es-ES"/>
        </w:rPr>
        <w:t xml:space="preserve"> y el Palacio </w:t>
      </w:r>
      <w:proofErr w:type="spellStart"/>
      <w:r w:rsidRPr="00E613E4">
        <w:rPr>
          <w:lang w:val="es-ES"/>
        </w:rPr>
        <w:t>Hofburg</w:t>
      </w:r>
      <w:proofErr w:type="spellEnd"/>
      <w:r w:rsidRPr="00E613E4">
        <w:rPr>
          <w:lang w:val="es-ES"/>
        </w:rPr>
        <w:t>. A continuación, visitaremos un mercado navideño muy especial en el casco antiguo. Rodeado de casas medievales, este mercado tradicional reúne más de 70 puestos decorados, donde podrá disfrutar de artesanía local, dulces típicos y vin</w:t>
      </w:r>
      <w:r w:rsidRPr="00E613E4">
        <w:rPr>
          <w:lang w:val="es-ES"/>
        </w:rPr>
        <w:t>o caliente especiado, en un ambiente único. Alojamiento.</w:t>
      </w:r>
    </w:p>
    <w:p w14:paraId="6D2C78F5" w14:textId="77777777" w:rsidR="00D75DAD" w:rsidRPr="00E613E4" w:rsidRDefault="00D75DAD">
      <w:pPr>
        <w:rPr>
          <w:lang w:val="es-ES"/>
        </w:rPr>
      </w:pPr>
    </w:p>
    <w:p w14:paraId="5E29391A" w14:textId="77777777" w:rsidR="00D75DAD" w:rsidRPr="00E613E4" w:rsidRDefault="00E613E4">
      <w:pPr>
        <w:pStyle w:val="Ttulo2"/>
        <w:rPr>
          <w:lang w:val="es-ES"/>
        </w:rPr>
      </w:pPr>
      <w:r w:rsidRPr="00E613E4">
        <w:rPr>
          <w:lang w:val="es-ES"/>
        </w:rPr>
        <w:lastRenderedPageBreak/>
        <w:t>DÍA 7 JUE INNSBRUCK - NEUSCHWANSTEIN - MÚNICH</w:t>
      </w:r>
    </w:p>
    <w:p w14:paraId="6E807C13" w14:textId="77777777" w:rsidR="00D75DAD" w:rsidRPr="00E613E4" w:rsidRDefault="00E613E4">
      <w:pPr>
        <w:rPr>
          <w:lang w:val="es-ES"/>
        </w:rPr>
      </w:pPr>
      <w:r w:rsidRPr="00E613E4">
        <w:rPr>
          <w:lang w:val="es-ES"/>
        </w:rPr>
        <w:t xml:space="preserve">Desayuno y salida hacia el Castillo de </w:t>
      </w:r>
      <w:proofErr w:type="spellStart"/>
      <w:r w:rsidRPr="00E613E4">
        <w:rPr>
          <w:lang w:val="es-ES"/>
        </w:rPr>
        <w:t>Neuschwanstein</w:t>
      </w:r>
      <w:proofErr w:type="spellEnd"/>
      <w:r w:rsidRPr="00E613E4">
        <w:rPr>
          <w:lang w:val="es-ES"/>
        </w:rPr>
        <w:t>, construido por el rey Luis II de Baviera, conocido como «el Rey Loco». La construcción se inspiró</w:t>
      </w:r>
      <w:r w:rsidRPr="00E613E4">
        <w:rPr>
          <w:lang w:val="es-ES"/>
        </w:rPr>
        <w:t xml:space="preserve"> en los castillos medievales de los Caballeros Teutónicos y sus salones evocan mitos, fábulas y leyendas. Por la tarde, continuación hacia </w:t>
      </w:r>
      <w:proofErr w:type="spellStart"/>
      <w:r w:rsidRPr="00E613E4">
        <w:rPr>
          <w:lang w:val="es-ES"/>
        </w:rPr>
        <w:t>Oberammergau</w:t>
      </w:r>
      <w:proofErr w:type="spellEnd"/>
      <w:r w:rsidRPr="00E613E4">
        <w:rPr>
          <w:lang w:val="es-ES"/>
        </w:rPr>
        <w:t>, célebre por su representación de la Pasión de Cristo, tradición que data de 1633 y se celebra cada diez</w:t>
      </w:r>
      <w:r w:rsidRPr="00E613E4">
        <w:rPr>
          <w:lang w:val="es-ES"/>
        </w:rPr>
        <w:t xml:space="preserve"> años. Visitaremos también la abadía benedictina de </w:t>
      </w:r>
      <w:proofErr w:type="spellStart"/>
      <w:r w:rsidRPr="00E613E4">
        <w:rPr>
          <w:lang w:val="es-ES"/>
        </w:rPr>
        <w:t>Ettal</w:t>
      </w:r>
      <w:proofErr w:type="spellEnd"/>
      <w:r w:rsidRPr="00E613E4">
        <w:rPr>
          <w:lang w:val="es-ES"/>
        </w:rPr>
        <w:t xml:space="preserve">, fundada por la Casa de </w:t>
      </w:r>
      <w:proofErr w:type="spellStart"/>
      <w:r w:rsidRPr="00E613E4">
        <w:rPr>
          <w:lang w:val="es-ES"/>
        </w:rPr>
        <w:t>Wittelsbach</w:t>
      </w:r>
      <w:proofErr w:type="spellEnd"/>
      <w:r w:rsidRPr="00E613E4">
        <w:rPr>
          <w:lang w:val="es-ES"/>
        </w:rPr>
        <w:t>. Continuación hacia Múnich. Alojamiento.</w:t>
      </w:r>
    </w:p>
    <w:p w14:paraId="5224D8BE" w14:textId="77777777" w:rsidR="00D75DAD" w:rsidRPr="00E613E4" w:rsidRDefault="00D75DAD">
      <w:pPr>
        <w:rPr>
          <w:lang w:val="es-ES"/>
        </w:rPr>
      </w:pPr>
    </w:p>
    <w:p w14:paraId="6A9BC3F7" w14:textId="77777777" w:rsidR="00D75DAD" w:rsidRPr="00E613E4" w:rsidRDefault="00E613E4">
      <w:pPr>
        <w:pStyle w:val="Ttulo2"/>
        <w:rPr>
          <w:lang w:val="es-ES"/>
        </w:rPr>
      </w:pPr>
      <w:r w:rsidRPr="00E613E4">
        <w:rPr>
          <w:lang w:val="es-ES"/>
        </w:rPr>
        <w:t>DÍA 8 VIE MÚNICH</w:t>
      </w:r>
    </w:p>
    <w:p w14:paraId="74B9DDDA" w14:textId="77777777" w:rsidR="00D75DAD" w:rsidRPr="00E613E4" w:rsidRDefault="00E613E4">
      <w:pPr>
        <w:rPr>
          <w:lang w:val="es-ES"/>
        </w:rPr>
      </w:pPr>
      <w:r w:rsidRPr="00E613E4">
        <w:rPr>
          <w:lang w:val="es-ES"/>
        </w:rPr>
        <w:t>Desayuno y visita panorámica de la capital de Baviera, a orillas del río Isar, donde destacan la Catedr</w:t>
      </w:r>
      <w:r w:rsidRPr="00E613E4">
        <w:rPr>
          <w:lang w:val="es-ES"/>
        </w:rPr>
        <w:t xml:space="preserve">al de Nuestra Señora, la iglesia gótica del Espíritu Santo, la iglesia de San Miguel y San Nepomuceno. Recorrido por el famoso mercado de </w:t>
      </w:r>
      <w:proofErr w:type="spellStart"/>
      <w:r w:rsidRPr="00E613E4">
        <w:rPr>
          <w:lang w:val="es-ES"/>
        </w:rPr>
        <w:t>Marienplatz</w:t>
      </w:r>
      <w:proofErr w:type="spellEnd"/>
      <w:r w:rsidRPr="00E613E4">
        <w:rPr>
          <w:lang w:val="es-ES"/>
        </w:rPr>
        <w:t>. Este mercado tradicional, con raíces en el siglo XIV, es considerado uno de los más bellos entre los merc</w:t>
      </w:r>
      <w:r w:rsidRPr="00E613E4">
        <w:rPr>
          <w:lang w:val="es-ES"/>
        </w:rPr>
        <w:t>ados navideños de Múnich. Con el ayuntamiento neogótico como telón de fondo, la ciudad invita a disfrutar de su encanto bávaro y de su oferta gastronómica. Aquí también se encuentra el mayor mercado de belenes de Alemania.</w:t>
      </w:r>
    </w:p>
    <w:p w14:paraId="1980EF74" w14:textId="77777777" w:rsidR="00D75DAD" w:rsidRPr="00E613E4" w:rsidRDefault="00D75DAD">
      <w:pPr>
        <w:rPr>
          <w:lang w:val="es-ES"/>
        </w:rPr>
      </w:pPr>
    </w:p>
    <w:p w14:paraId="026F0757" w14:textId="77777777" w:rsidR="00D75DAD" w:rsidRPr="00E613E4" w:rsidRDefault="00E613E4">
      <w:pPr>
        <w:pStyle w:val="Ttulo2"/>
        <w:rPr>
          <w:lang w:val="es-ES"/>
        </w:rPr>
      </w:pPr>
      <w:r w:rsidRPr="00E613E4">
        <w:rPr>
          <w:lang w:val="es-ES"/>
        </w:rPr>
        <w:t>DÍA 9 SAB MÚNICH</w:t>
      </w:r>
    </w:p>
    <w:p w14:paraId="7879520B" w14:textId="77777777" w:rsidR="00D75DAD" w:rsidRPr="00E613E4" w:rsidRDefault="00E613E4">
      <w:pPr>
        <w:rPr>
          <w:lang w:val="es-ES"/>
        </w:rPr>
      </w:pPr>
      <w:r w:rsidRPr="00E613E4">
        <w:rPr>
          <w:lang w:val="es-ES"/>
        </w:rPr>
        <w:t>Desayuno y tras</w:t>
      </w:r>
      <w:r w:rsidRPr="00E613E4">
        <w:rPr>
          <w:lang w:val="es-ES"/>
        </w:rPr>
        <w:t>lado de salida al aeropuerto.</w:t>
      </w:r>
    </w:p>
    <w:sectPr w:rsidR="00D75DAD" w:rsidRPr="00E613E4"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ED0D25" w14:textId="77777777" w:rsidR="00E613E4" w:rsidRDefault="00E613E4" w:rsidP="00E613E4">
      <w:pPr>
        <w:spacing w:after="0" w:line="240" w:lineRule="auto"/>
      </w:pPr>
      <w:r>
        <w:separator/>
      </w:r>
    </w:p>
  </w:endnote>
  <w:endnote w:type="continuationSeparator" w:id="0">
    <w:p w14:paraId="2F60FC4C" w14:textId="77777777" w:rsidR="00E613E4" w:rsidRDefault="00E613E4" w:rsidP="00E613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18A69C" w14:textId="77777777" w:rsidR="00E613E4" w:rsidRDefault="00E613E4" w:rsidP="00E613E4">
      <w:pPr>
        <w:spacing w:after="0" w:line="240" w:lineRule="auto"/>
      </w:pPr>
      <w:r>
        <w:separator/>
      </w:r>
    </w:p>
  </w:footnote>
  <w:footnote w:type="continuationSeparator" w:id="0">
    <w:p w14:paraId="37797EE5" w14:textId="77777777" w:rsidR="00E613E4" w:rsidRDefault="00E613E4" w:rsidP="00E613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539EC" w14:textId="50320F58" w:rsidR="00E613E4" w:rsidRDefault="00E613E4">
    <w:pPr>
      <w:pStyle w:val="Encabezado"/>
    </w:pPr>
    <w:r>
      <w:rPr>
        <w:noProof/>
      </w:rPr>
      <w:drawing>
        <wp:inline distT="0" distB="0" distL="0" distR="0" wp14:anchorId="2B83831A" wp14:editId="6F495801">
          <wp:extent cx="981075" cy="9810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1075" cy="9810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AA1D8D"/>
    <w:rsid w:val="00B47730"/>
    <w:rsid w:val="00CB0664"/>
    <w:rsid w:val="00D75DAD"/>
    <w:rsid w:val="00E613E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85C0D2"/>
  <w14:defaultImageDpi w14:val="300"/>
  <w15:docId w15:val="{4F9C2F65-0BD6-41FF-AE7A-BAD27B54F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1021</Words>
  <Characters>5620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6628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2</cp:revision>
  <dcterms:created xsi:type="dcterms:W3CDTF">2013-12-23T23:15:00Z</dcterms:created>
  <dcterms:modified xsi:type="dcterms:W3CDTF">2026-05-28T09:54:00Z</dcterms:modified>
  <cp:category/>
</cp:coreProperties>
</file>