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F3632" w14:textId="77777777" w:rsidR="00E83E31" w:rsidRPr="00677248" w:rsidRDefault="00677248" w:rsidP="00677248">
      <w:pPr>
        <w:pStyle w:val="Ttulo1"/>
        <w:jc w:val="center"/>
        <w:rPr>
          <w:color w:val="4F81BD" w:themeColor="accent1"/>
          <w:lang w:val="es-ES"/>
        </w:rPr>
      </w:pPr>
      <w:r w:rsidRPr="00677248">
        <w:rPr>
          <w:color w:val="4F81BD" w:themeColor="accent1"/>
          <w:lang w:val="es-ES"/>
        </w:rPr>
        <w:t>PAÍSES BAIXOS E FRANÇA</w:t>
      </w:r>
    </w:p>
    <w:p w14:paraId="00AEEB84" w14:textId="77777777" w:rsidR="00E83E31" w:rsidRPr="00677248" w:rsidRDefault="00677248" w:rsidP="00677248">
      <w:pPr>
        <w:jc w:val="center"/>
        <w:rPr>
          <w:color w:val="4F81BD" w:themeColor="accent1"/>
          <w:lang w:val="es-ES"/>
        </w:rPr>
      </w:pPr>
      <w:r w:rsidRPr="00677248">
        <w:rPr>
          <w:color w:val="4F81BD" w:themeColor="accent1"/>
          <w:lang w:val="es-ES"/>
        </w:rPr>
        <w:t>Categoria: Primeira</w:t>
      </w:r>
    </w:p>
    <w:p w14:paraId="518DE824" w14:textId="77777777" w:rsidR="00E83E31" w:rsidRPr="00677248" w:rsidRDefault="00677248" w:rsidP="00677248">
      <w:pPr>
        <w:jc w:val="center"/>
        <w:rPr>
          <w:lang w:val="es-ES"/>
        </w:rPr>
      </w:pPr>
      <w:r w:rsidRPr="00677248">
        <w:rPr>
          <w:lang w:val="es-ES"/>
        </w:rPr>
        <w:t>Código: AMSNIZ  |  16 Dias</w:t>
      </w:r>
    </w:p>
    <w:p w14:paraId="4C0F87F8" w14:textId="77777777" w:rsidR="00E83E31" w:rsidRPr="00677248" w:rsidRDefault="00E83E31">
      <w:pPr>
        <w:rPr>
          <w:lang w:val="es-ES"/>
        </w:rPr>
      </w:pPr>
    </w:p>
    <w:p w14:paraId="0AE000B3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SAÍDAS GARANTIDAS 2027</w:t>
      </w:r>
    </w:p>
    <w:p w14:paraId="4E879111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JUNHO . . . . . . . . . . . . . . . . . . . . . . . . . . 13</w:t>
      </w:r>
    </w:p>
    <w:p w14:paraId="41D5224D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SETEMBRO . . . . . . . . . . . . . . . . . . . . . . . . 26</w:t>
      </w:r>
    </w:p>
    <w:p w14:paraId="2891B7BF" w14:textId="77777777" w:rsidR="00E83E31" w:rsidRPr="00677248" w:rsidRDefault="00E83E31">
      <w:pPr>
        <w:rPr>
          <w:lang w:val="es-ES"/>
        </w:rPr>
      </w:pPr>
    </w:p>
    <w:p w14:paraId="7942D0B5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HOTÉIS PREVISTOS</w:t>
      </w:r>
    </w:p>
    <w:p w14:paraId="134DA40C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 xml:space="preserve">(ou similares na </w:t>
      </w:r>
      <w:r w:rsidRPr="00677248">
        <w:rPr>
          <w:lang w:val="es-ES"/>
        </w:rPr>
        <w:t>categoria indicada, conforme a cidade)</w:t>
      </w:r>
    </w:p>
    <w:p w14:paraId="249B103E" w14:textId="77777777" w:rsidR="00E83E31" w:rsidRDefault="00677248">
      <w:r>
        <w:rPr>
          <w:b/>
        </w:rPr>
        <w:t xml:space="preserve">AMSTERDÃ: </w:t>
      </w:r>
      <w:r>
        <w:t>APOLLO AMSTERDAM ★★★★</w:t>
      </w:r>
    </w:p>
    <w:p w14:paraId="6BCAD09F" w14:textId="77777777" w:rsidR="00E83E31" w:rsidRDefault="00677248">
      <w:r>
        <w:rPr>
          <w:b/>
        </w:rPr>
        <w:t xml:space="preserve">BRUGES: </w:t>
      </w:r>
      <w:r>
        <w:t>NOVOTEL ★★★★</w:t>
      </w:r>
    </w:p>
    <w:p w14:paraId="5EB24325" w14:textId="77777777" w:rsidR="00E83E31" w:rsidRDefault="00677248">
      <w:r>
        <w:rPr>
          <w:b/>
        </w:rPr>
        <w:t xml:space="preserve">BRUXELAS: </w:t>
      </w:r>
      <w:r>
        <w:t>RENAISSANCE ★★★★</w:t>
      </w:r>
    </w:p>
    <w:p w14:paraId="77C6C51E" w14:textId="77777777" w:rsidR="00E83E31" w:rsidRDefault="00677248">
      <w:r>
        <w:rPr>
          <w:b/>
        </w:rPr>
        <w:t xml:space="preserve">PARIS: </w:t>
      </w:r>
      <w:r>
        <w:t>NH PARIS GARE DE L'EST ★★★★</w:t>
      </w:r>
    </w:p>
    <w:p w14:paraId="1F851892" w14:textId="77777777" w:rsidR="00E83E31" w:rsidRDefault="00677248">
      <w:r>
        <w:rPr>
          <w:b/>
        </w:rPr>
        <w:t xml:space="preserve">DIJON: </w:t>
      </w:r>
      <w:r>
        <w:t>ALOFT DIJON ★★★★</w:t>
      </w:r>
    </w:p>
    <w:p w14:paraId="500C5881" w14:textId="77777777" w:rsidR="00E83E31" w:rsidRDefault="00677248">
      <w:r>
        <w:rPr>
          <w:b/>
        </w:rPr>
        <w:t xml:space="preserve">LYON: </w:t>
      </w:r>
      <w:r>
        <w:t>RADISSON BLU ★★★★</w:t>
      </w:r>
    </w:p>
    <w:p w14:paraId="04AC20F0" w14:textId="77777777" w:rsidR="00E83E31" w:rsidRDefault="00677248">
      <w:r>
        <w:rPr>
          <w:b/>
        </w:rPr>
        <w:t xml:space="preserve">NICE: </w:t>
      </w:r>
      <w:r>
        <w:t>NH NICE ★★★★  /  IKONIK MARENGO ★★★★</w:t>
      </w:r>
    </w:p>
    <w:p w14:paraId="5A784305" w14:textId="77777777" w:rsidR="00E83E31" w:rsidRDefault="00E83E31"/>
    <w:p w14:paraId="52AFFA9F" w14:textId="77777777" w:rsidR="00E83E31" w:rsidRDefault="00677248">
      <w:pPr>
        <w:pStyle w:val="Ttulo2"/>
      </w:pPr>
      <w:r>
        <w:t>SERVIÇOS I</w:t>
      </w:r>
      <w:r>
        <w:t>NCLUÍDOS</w:t>
      </w:r>
    </w:p>
    <w:p w14:paraId="442E7D81" w14:textId="77777777" w:rsidR="00E83E31" w:rsidRDefault="00677248">
      <w:pPr>
        <w:pStyle w:val="Listaconvietas"/>
      </w:pPr>
      <w:r>
        <w:t>Guia acompanhante em espanhol</w:t>
      </w:r>
    </w:p>
    <w:p w14:paraId="46918C3D" w14:textId="77777777" w:rsidR="00E83E31" w:rsidRPr="00677248" w:rsidRDefault="00677248">
      <w:pPr>
        <w:pStyle w:val="Listaconvietas"/>
        <w:rPr>
          <w:lang w:val="es-ES"/>
        </w:rPr>
      </w:pPr>
      <w:r w:rsidRPr="00677248">
        <w:rPr>
          <w:lang w:val="es-ES"/>
        </w:rPr>
        <w:t>15 noites com café da manhã tipo buffet</w:t>
      </w:r>
    </w:p>
    <w:p w14:paraId="58BDD9D9" w14:textId="77777777" w:rsidR="00E83E31" w:rsidRDefault="00677248">
      <w:pPr>
        <w:pStyle w:val="Listaconvietas"/>
      </w:pPr>
      <w:r>
        <w:t>Entradas e experiências conforme itinerário</w:t>
      </w:r>
    </w:p>
    <w:p w14:paraId="065B43EF" w14:textId="77777777" w:rsidR="00E83E31" w:rsidRDefault="00E83E31"/>
    <w:p w14:paraId="7649E317" w14:textId="77777777" w:rsidR="00E83E31" w:rsidRDefault="00677248">
      <w:pPr>
        <w:pStyle w:val="Ttulo2"/>
      </w:pPr>
      <w:r>
        <w:lastRenderedPageBreak/>
        <w:t>TARIFAS EM EUROS</w:t>
      </w:r>
    </w:p>
    <w:p w14:paraId="0B99DD33" w14:textId="77777777" w:rsidR="00E83E31" w:rsidRDefault="00677248">
      <w:r>
        <w:t>€ 4.690,– por pessoa em apto. duplo</w:t>
      </w:r>
    </w:p>
    <w:p w14:paraId="28C79A1D" w14:textId="77777777" w:rsidR="00E83E31" w:rsidRDefault="00677248">
      <w:r>
        <w:t>€ 1.950,– suplemento individual</w:t>
      </w:r>
    </w:p>
    <w:p w14:paraId="0C7000F0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5% desconto para o terceiro passageiro em quart</w:t>
      </w:r>
      <w:r w:rsidRPr="00677248">
        <w:rPr>
          <w:lang w:val="es-ES"/>
        </w:rPr>
        <w:t>o com +2 pessoas (QUARTO TRIPLO).</w:t>
      </w:r>
    </w:p>
    <w:p w14:paraId="3FE0A5B8" w14:textId="77777777" w:rsidR="00E83E31" w:rsidRPr="00677248" w:rsidRDefault="00E83E31">
      <w:pPr>
        <w:rPr>
          <w:lang w:val="es-ES"/>
        </w:rPr>
      </w:pPr>
    </w:p>
    <w:p w14:paraId="284255F8" w14:textId="77777777" w:rsidR="00E83E31" w:rsidRPr="00677248" w:rsidRDefault="00677248">
      <w:pPr>
        <w:pStyle w:val="Ttulo1"/>
        <w:rPr>
          <w:lang w:val="es-ES"/>
        </w:rPr>
      </w:pPr>
      <w:r w:rsidRPr="00677248">
        <w:rPr>
          <w:lang w:val="es-ES"/>
        </w:rPr>
        <w:t>ITINERÁRIO</w:t>
      </w:r>
    </w:p>
    <w:p w14:paraId="13E8C192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 DOM AMSTERDÃ</w:t>
      </w:r>
    </w:p>
    <w:p w14:paraId="6356B389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Chegada ao aeroporto de Amsterdã e traslado ao hotel. Acomodação. O guia estará no hotel a partir das 19h00.</w:t>
      </w:r>
    </w:p>
    <w:p w14:paraId="10328323" w14:textId="77777777" w:rsidR="00E83E31" w:rsidRPr="00677248" w:rsidRDefault="00E83E31">
      <w:pPr>
        <w:rPr>
          <w:lang w:val="es-ES"/>
        </w:rPr>
      </w:pPr>
    </w:p>
    <w:p w14:paraId="7CDD8C8F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2 SEG AMSTERDÃ</w:t>
      </w:r>
    </w:p>
    <w:p w14:paraId="5A6648A7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 xml:space="preserve">Café da manhã e visita panorâmica percorrendo o centro </w:t>
      </w:r>
      <w:r w:rsidRPr="00677248">
        <w:rPr>
          <w:lang w:val="es-ES"/>
        </w:rPr>
        <w:t xml:space="preserve">histórico, a Praça Dam com o Monumento da Libertação, o Palácio Real, construído sobre 13.659 estacas de madeira, a Praça Rembrandt com o monumento ao artista, a Praça Leidseplein, o Teatro Municipal e o famoso Museu Nacional. Finalizaremos com um passeio </w:t>
      </w:r>
      <w:r w:rsidRPr="00677248">
        <w:rPr>
          <w:lang w:val="es-ES"/>
        </w:rPr>
        <w:t>de barco de uma hora pelos canais, rodeados por casas de mercadores do século XVII, igrejas com campanários e armazéns construídos nos séculos XVI e XVII.</w:t>
      </w:r>
    </w:p>
    <w:p w14:paraId="20FE0E81" w14:textId="77777777" w:rsidR="00E83E31" w:rsidRPr="00677248" w:rsidRDefault="00E83E31">
      <w:pPr>
        <w:rPr>
          <w:lang w:val="es-ES"/>
        </w:rPr>
      </w:pPr>
    </w:p>
    <w:p w14:paraId="4D7F2A8D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3 TER AMSTERDÃ - ANTUÉRPIA - BRUGES</w:t>
      </w:r>
    </w:p>
    <w:p w14:paraId="22904C33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saída em direção a Antuérpia, uma das cidade</w:t>
      </w:r>
      <w:r w:rsidRPr="00677248">
        <w:rPr>
          <w:lang w:val="es-ES"/>
        </w:rPr>
        <w:t>s mais importantes da Bélgica, famosa por seu mercado de diamantes e seu porto (o segundo maior da Europa). Combina elementos tradicionais com um ambiente moderno, o que a torna uma cidade de referência em design, vida noturna e diversidade cultural. Visit</w:t>
      </w:r>
      <w:r w:rsidRPr="00677248">
        <w:rPr>
          <w:lang w:val="es-ES"/>
        </w:rPr>
        <w:t>aremos a Catedral de Nossa Senhora, a Praça Maior e a Prefeitura. Continuação até Bruges, capital da província da Flandres Ocidental, famosa por seu centro histórico declarado Patrimônio da Humanidade. Também é conhecida como «a Veneza do Norte» por seus c</w:t>
      </w:r>
      <w:r w:rsidRPr="00677248">
        <w:rPr>
          <w:lang w:val="es-ES"/>
        </w:rPr>
        <w:t>anais. Hospedagem.</w:t>
      </w:r>
    </w:p>
    <w:p w14:paraId="14C8065D" w14:textId="77777777" w:rsidR="00E83E31" w:rsidRPr="00677248" w:rsidRDefault="00E83E31">
      <w:pPr>
        <w:rPr>
          <w:lang w:val="es-ES"/>
        </w:rPr>
      </w:pPr>
    </w:p>
    <w:p w14:paraId="58A8DC59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lastRenderedPageBreak/>
        <w:t>DIA 4 QUA BRUGES - GANTE - BRUXELAS</w:t>
      </w:r>
    </w:p>
    <w:p w14:paraId="611A35DF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breve visita da cidade. Destacam-se a Igreja de Santa Ana, a Basílica do Sangue Sagrado e a Casa Consistorial, magnífico exemplo de arquitetura renascentista. Em seguida, seguiremos at</w:t>
      </w:r>
      <w:r w:rsidRPr="00677248">
        <w:rPr>
          <w:lang w:val="es-ES"/>
        </w:rPr>
        <w:t>é Gante para visitar seu centro histórico, onde se destacam a Igreja de São Nicolau, a Igreja de São Miguel e a Catedral de São Bavão, que abriga obras como «A vocação de São Bavão» de Rubens e o políptico «A adoração do Cordeiro Místico» dos irmãos Van Ey</w:t>
      </w:r>
      <w:r w:rsidRPr="00677248">
        <w:rPr>
          <w:lang w:val="es-ES"/>
        </w:rPr>
        <w:t>ck. Após a visita, continuação até Bruxelas. Hospedagem.</w:t>
      </w:r>
    </w:p>
    <w:p w14:paraId="4591894C" w14:textId="77777777" w:rsidR="00E83E31" w:rsidRPr="00677248" w:rsidRDefault="00E83E31">
      <w:pPr>
        <w:rPr>
          <w:lang w:val="es-ES"/>
        </w:rPr>
      </w:pPr>
    </w:p>
    <w:p w14:paraId="7B4D07EA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5 QUI BRUXELAS</w:t>
      </w:r>
    </w:p>
    <w:p w14:paraId="55359E02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visita da cidade. Entre seus edifícios destacam-se a Catedral de São Miguel e Santa Gúdula, a Prefeitura, o Palácio da Justiça e a Grand Place, um dos conjuntos ar</w:t>
      </w:r>
      <w:r w:rsidRPr="00677248">
        <w:rPr>
          <w:lang w:val="es-ES"/>
        </w:rPr>
        <w:t>quitetônicos mais belos da Europa. Em seguida, visitaremos um museu do chocolate onde um mestre chocolatier preparará pralinés diante de nós. A visita inclui degustações e acesso à loja. Tarde livre. Hospedagem.</w:t>
      </w:r>
    </w:p>
    <w:p w14:paraId="04FB9244" w14:textId="77777777" w:rsidR="00E83E31" w:rsidRPr="00677248" w:rsidRDefault="00E83E31">
      <w:pPr>
        <w:rPr>
          <w:lang w:val="es-ES"/>
        </w:rPr>
      </w:pPr>
    </w:p>
    <w:p w14:paraId="4226DE85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6 SEX BRUXELAS - PARIS</w:t>
      </w:r>
    </w:p>
    <w:p w14:paraId="68336769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 xml:space="preserve">Café da manhã e </w:t>
      </w:r>
      <w:r w:rsidRPr="00677248">
        <w:rPr>
          <w:lang w:val="es-ES"/>
        </w:rPr>
        <w:t>saída em direção a Paris. Chegada à tarde à capital francesa, conhecida como a cidade do amor. Hospedagem em Paris.</w:t>
      </w:r>
    </w:p>
    <w:p w14:paraId="171311D8" w14:textId="77777777" w:rsidR="00E83E31" w:rsidRPr="00677248" w:rsidRDefault="00E83E31">
      <w:pPr>
        <w:rPr>
          <w:lang w:val="es-ES"/>
        </w:rPr>
      </w:pPr>
    </w:p>
    <w:p w14:paraId="51A0581F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7 SAB PARIS</w:t>
      </w:r>
    </w:p>
    <w:p w14:paraId="0F617023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visita panorâmica de uma das cidades mais turísticas e visitadas do mundo. Durante o percurso em ônibus pas</w:t>
      </w:r>
      <w:r w:rsidRPr="00677248">
        <w:rPr>
          <w:lang w:val="es-ES"/>
        </w:rPr>
        <w:t>saremos pelo bairro de Saint-Germain, de ambiente intelectual e ponto de encontro de figuras como Hemingway, Sartre e Picasso. Veremos a Universidade da Sorbonne, os Campos Elísios, a Praça da Concórdia, o Arco do Triunfo e algumas das pontes sobre o Sena,</w:t>
      </w:r>
      <w:r w:rsidRPr="00677248">
        <w:rPr>
          <w:lang w:val="es-ES"/>
        </w:rPr>
        <w:t xml:space="preserve"> até chegar à Torre Eiffel, onde faremos uma parada para fotos. Também veremos Os Inválidos, onde se encontra o túmulo de Napoleão, La Madeleine, o Panteão e outros lugares emblemáticos que fazem de Paris uma cidade única. À tarde, possibilidade de realiza</w:t>
      </w:r>
      <w:r w:rsidRPr="00677248">
        <w:rPr>
          <w:lang w:val="es-ES"/>
        </w:rPr>
        <w:t>r uma visita opcional a pé pelo Bairro Latino e Montmartre. A Catedral de Notre Dame será visitada externamente. A excursão termina com um passeio de barco pelo rio Sena (não incluído). Hospedagem em Paris.</w:t>
      </w:r>
    </w:p>
    <w:p w14:paraId="28179E25" w14:textId="77777777" w:rsidR="00E83E31" w:rsidRPr="00677248" w:rsidRDefault="00E83E31">
      <w:pPr>
        <w:rPr>
          <w:lang w:val="es-ES"/>
        </w:rPr>
      </w:pPr>
    </w:p>
    <w:p w14:paraId="2D1ACA75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lastRenderedPageBreak/>
        <w:t>DIA 8 DOM PARIS</w:t>
      </w:r>
    </w:p>
    <w:p w14:paraId="77D5BC3F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no hotel e dia liv</w:t>
      </w:r>
      <w:r w:rsidRPr="00677248">
        <w:rPr>
          <w:lang w:val="es-ES"/>
        </w:rPr>
        <w:t>re. Possibilidade de realizar uma excursão opcional ao Palácio e aos jardins de Versalhes (não incluída), com traslado de ida e volta em ônibus. Hospedagem.</w:t>
      </w:r>
    </w:p>
    <w:p w14:paraId="5DA3C39B" w14:textId="77777777" w:rsidR="00E83E31" w:rsidRPr="00677248" w:rsidRDefault="00E83E31">
      <w:pPr>
        <w:rPr>
          <w:lang w:val="es-ES"/>
        </w:rPr>
      </w:pPr>
    </w:p>
    <w:p w14:paraId="6E9401EC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9 SEG PARIS - ÉPERNAY - DIJON</w:t>
      </w:r>
    </w:p>
    <w:p w14:paraId="3F1ABB29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saída em direção a Épernay, onde visitaremos a f</w:t>
      </w:r>
      <w:r w:rsidRPr="00677248">
        <w:rPr>
          <w:lang w:val="es-ES"/>
        </w:rPr>
        <w:t>amosa vinícola Mercier. Após a visita, continuação até Dijon. Chegada e hospedagem. À tarde, visita panorâmica da cidade de Dijon, uma das mais importantes da França e capital da Borgonha, terra da mostarda, famosa por seu esplendor arquitetônico renascent</w:t>
      </w:r>
      <w:r w:rsidRPr="00677248">
        <w:rPr>
          <w:lang w:val="es-ES"/>
        </w:rPr>
        <w:t>ista, legado dos duques da Borgonha. Vamos passar pelo Palácio dos Duques, a igreja de São Miguel, a rua Verrerie e a Praça Darcy. Hospedagem.</w:t>
      </w:r>
    </w:p>
    <w:p w14:paraId="7F8AFA9E" w14:textId="77777777" w:rsidR="00E83E31" w:rsidRPr="00677248" w:rsidRDefault="00E83E31">
      <w:pPr>
        <w:rPr>
          <w:lang w:val="es-ES"/>
        </w:rPr>
      </w:pPr>
    </w:p>
    <w:p w14:paraId="11BD80BA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10 TER DIJON - BEAUNE - LYON</w:t>
      </w:r>
    </w:p>
    <w:p w14:paraId="2E0026D4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 xml:space="preserve">Café da manhã e saída em direção a Beaune, uma das cidades mais belas da </w:t>
      </w:r>
      <w:r w:rsidRPr="00677248">
        <w:rPr>
          <w:lang w:val="es-ES"/>
        </w:rPr>
        <w:t>França, com seu centro histórico murado e seu famoso Hôtel-Dieu. Após a visita, continuação até Lyon, a terceira maior cidade do país. Chegada e hospedagem.</w:t>
      </w:r>
    </w:p>
    <w:p w14:paraId="56DE62E3" w14:textId="77777777" w:rsidR="00E83E31" w:rsidRPr="00677248" w:rsidRDefault="00E83E31">
      <w:pPr>
        <w:rPr>
          <w:lang w:val="es-ES"/>
        </w:rPr>
      </w:pPr>
    </w:p>
    <w:p w14:paraId="2C84906F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11 QUA LYON</w:t>
      </w:r>
    </w:p>
    <w:p w14:paraId="74A5B05D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visita panorâmica de Lyon, antiga capital dos gauleses e cidade co</w:t>
      </w:r>
      <w:r w:rsidRPr="00677248">
        <w:rPr>
          <w:lang w:val="es-ES"/>
        </w:rPr>
        <w:t>m um dos maiores patrimônios renascentistas do mundo, depois de Veneza e Florença. Durante a visita vamos ver o Vieux Lyon, o bairro medieval e renascentista situado às margens do rio Saône, a Catedral de São João com seu relógio astronômico, a basílica de</w:t>
      </w:r>
      <w:r w:rsidRPr="00677248">
        <w:rPr>
          <w:lang w:val="es-ES"/>
        </w:rPr>
        <w:t xml:space="preserve"> Notre-Dame de Fourvière, a Praça da Comédia, a rua da República, a Praça dos Terreaux e a moderna Ópera de Lyon. Hospedagem em Lyon.</w:t>
      </w:r>
    </w:p>
    <w:p w14:paraId="136BC8EA" w14:textId="77777777" w:rsidR="00E83E31" w:rsidRPr="00677248" w:rsidRDefault="00E83E31">
      <w:pPr>
        <w:rPr>
          <w:lang w:val="es-ES"/>
        </w:rPr>
      </w:pPr>
    </w:p>
    <w:p w14:paraId="2907667E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12 QUI LYON - AIX EN PROVENCE - NICE</w:t>
      </w:r>
    </w:p>
    <w:p w14:paraId="1BF3AD11" w14:textId="77777777" w:rsidR="00E83E31" w:rsidRDefault="00677248">
      <w:r w:rsidRPr="00677248">
        <w:rPr>
          <w:lang w:val="es-ES"/>
        </w:rPr>
        <w:t xml:space="preserve">Café da manhã e saída em direção à Côte d'Azur. A primeira parada será </w:t>
      </w:r>
      <w:r w:rsidRPr="00677248">
        <w:rPr>
          <w:lang w:val="es-ES"/>
        </w:rPr>
        <w:t xml:space="preserve">Aix-en-Provence, conhecida como a joia cultural da região. Tempo livre para passear por esta elegante cidade universitária de origem romana. Continuação até Nice. Durante a estadia, recomendamos percorrer a Promenade des Anglais e as ruas do encantador </w:t>
      </w:r>
      <w:r w:rsidRPr="00677248">
        <w:rPr>
          <w:lang w:val="es-ES"/>
        </w:rPr>
        <w:lastRenderedPageBreak/>
        <w:t>cen</w:t>
      </w:r>
      <w:r w:rsidRPr="00677248">
        <w:rPr>
          <w:lang w:val="es-ES"/>
        </w:rPr>
        <w:t xml:space="preserve">tro histórico, Vieux Nice, onde poderá desfrutar da gastronomia local, destacando a famosa salade niçoise. </w:t>
      </w:r>
      <w:r>
        <w:t>Hospedagem em Nice.</w:t>
      </w:r>
    </w:p>
    <w:p w14:paraId="6E432EFA" w14:textId="77777777" w:rsidR="00E83E31" w:rsidRDefault="00E83E31"/>
    <w:p w14:paraId="226E29CE" w14:textId="77777777" w:rsidR="00E83E31" w:rsidRDefault="00677248">
      <w:pPr>
        <w:pStyle w:val="Ttulo2"/>
      </w:pPr>
      <w:r>
        <w:t>DIA 13 SEX NICE - SAINT-PAUL-DE-VENCE - NICE</w:t>
      </w:r>
    </w:p>
    <w:p w14:paraId="77467669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 xml:space="preserve">Café da manhã e excursão a dois locais emblemáticos da região: Saint-Paul de Vence </w:t>
      </w:r>
      <w:r w:rsidRPr="00677248">
        <w:rPr>
          <w:lang w:val="es-ES"/>
        </w:rPr>
        <w:t>e Cannes. Começaremos em Saint-Paul de Vence, uma das cidades medievais mais antigas da Riviera Francesa. Passearemos por suas ruas e visitaremos a Praça da Fonte Grande, antiga praça do mercado. Tempo livre para percorrer galerias de arte onde artistas co</w:t>
      </w:r>
      <w:r w:rsidRPr="00677248">
        <w:rPr>
          <w:lang w:val="es-ES"/>
        </w:rPr>
        <w:t>mo Henri Matisse e Joan Miró deixaram sua marca. Continuação até Cannes, conhecida mundialmente por seu festival de cinema. Percorreremos bairros históricos como Le Suquet e o Boulevard de la Croisette, famoso por suas boutiques, cafés e hotéis de luxo. Ta</w:t>
      </w:r>
      <w:r w:rsidRPr="00677248">
        <w:rPr>
          <w:lang w:val="es-ES"/>
        </w:rPr>
        <w:t>mbém veremos o Musée de la Castre, a capela de Sainte-Anne e a Rue d'Antibes. Retorno a Nice. Hospedagem.</w:t>
      </w:r>
    </w:p>
    <w:p w14:paraId="65398B49" w14:textId="77777777" w:rsidR="00E83E31" w:rsidRPr="00677248" w:rsidRDefault="00E83E31">
      <w:pPr>
        <w:rPr>
          <w:lang w:val="es-ES"/>
        </w:rPr>
      </w:pPr>
    </w:p>
    <w:p w14:paraId="6BA15425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14 SAB NICE – MÔNACO - ÈZE - NICE</w:t>
      </w:r>
    </w:p>
    <w:p w14:paraId="27260D79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saída em direção a Mônaco, destino de referência para os amantes do luxo e da Fórmula 1. Veremo</w:t>
      </w:r>
      <w:r w:rsidRPr="00677248">
        <w:rPr>
          <w:lang w:val="es-ES"/>
        </w:rPr>
        <w:t>s locais emblemáticos como o Cassino de Monte Carlo, projetado pelo arquiteto da Ópera de Paris. Continuação até o pitoresco povoado medieval de Èze, situado sobre um penhasco entre Nice e Monte Carlo. De lá desfrutam-se vistas espetaculares do mar. Retorn</w:t>
      </w:r>
      <w:r w:rsidRPr="00677248">
        <w:rPr>
          <w:lang w:val="es-ES"/>
        </w:rPr>
        <w:t>o a Nice. Hospedagem.</w:t>
      </w:r>
    </w:p>
    <w:p w14:paraId="79DFA283" w14:textId="77777777" w:rsidR="00E83E31" w:rsidRPr="00677248" w:rsidRDefault="00E83E31">
      <w:pPr>
        <w:rPr>
          <w:lang w:val="es-ES"/>
        </w:rPr>
      </w:pPr>
    </w:p>
    <w:p w14:paraId="136A6757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15 DOM NICE - GRASSE - NICE</w:t>
      </w:r>
    </w:p>
    <w:p w14:paraId="740B2FDF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saída em direção a Grasse, capital mundial do perfume. Situada a 750 metros de altitude, está rodeada de campos de flores como rosas, jasmim e nardo, base da indústria perfumista. Visit</w:t>
      </w:r>
      <w:r w:rsidRPr="00677248">
        <w:rPr>
          <w:lang w:val="es-ES"/>
        </w:rPr>
        <w:t>aremos a Casa Fragonard, onde conheceremos a história e o processo de elaboração das fragrâncias. Retorno a Nice e hospedagem.</w:t>
      </w:r>
    </w:p>
    <w:p w14:paraId="6C3871D9" w14:textId="77777777" w:rsidR="00E83E31" w:rsidRPr="00677248" w:rsidRDefault="00E83E31">
      <w:pPr>
        <w:rPr>
          <w:lang w:val="es-ES"/>
        </w:rPr>
      </w:pPr>
    </w:p>
    <w:p w14:paraId="4C748B24" w14:textId="77777777" w:rsidR="00E83E31" w:rsidRPr="00677248" w:rsidRDefault="00677248">
      <w:pPr>
        <w:pStyle w:val="Ttulo2"/>
        <w:rPr>
          <w:lang w:val="es-ES"/>
        </w:rPr>
      </w:pPr>
      <w:r w:rsidRPr="00677248">
        <w:rPr>
          <w:lang w:val="es-ES"/>
        </w:rPr>
        <w:t>DIA 16 SEG NICE</w:t>
      </w:r>
    </w:p>
    <w:p w14:paraId="2E0AC0EA" w14:textId="77777777" w:rsidR="00E83E31" w:rsidRPr="00677248" w:rsidRDefault="00677248">
      <w:pPr>
        <w:rPr>
          <w:lang w:val="es-ES"/>
        </w:rPr>
      </w:pPr>
      <w:r w:rsidRPr="00677248">
        <w:rPr>
          <w:lang w:val="es-ES"/>
        </w:rPr>
        <w:t>Café da manhã e traslado de saída para o aeroporto.</w:t>
      </w:r>
    </w:p>
    <w:sectPr w:rsidR="00E83E31" w:rsidRPr="00677248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01A9C" w14:textId="77777777" w:rsidR="00677248" w:rsidRDefault="00677248" w:rsidP="00677248">
      <w:pPr>
        <w:spacing w:after="0" w:line="240" w:lineRule="auto"/>
      </w:pPr>
      <w:r>
        <w:separator/>
      </w:r>
    </w:p>
  </w:endnote>
  <w:endnote w:type="continuationSeparator" w:id="0">
    <w:p w14:paraId="34CF5282" w14:textId="77777777" w:rsidR="00677248" w:rsidRDefault="00677248" w:rsidP="00677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C99F6" w14:textId="77777777" w:rsidR="00677248" w:rsidRDefault="00677248" w:rsidP="00677248">
      <w:pPr>
        <w:spacing w:after="0" w:line="240" w:lineRule="auto"/>
      </w:pPr>
      <w:r>
        <w:separator/>
      </w:r>
    </w:p>
  </w:footnote>
  <w:footnote w:type="continuationSeparator" w:id="0">
    <w:p w14:paraId="56C86DAB" w14:textId="77777777" w:rsidR="00677248" w:rsidRDefault="00677248" w:rsidP="006772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05480" w14:textId="4725C09A" w:rsidR="00677248" w:rsidRDefault="00677248">
    <w:pPr>
      <w:pStyle w:val="Encabezado"/>
    </w:pPr>
    <w:r>
      <w:rPr>
        <w:noProof/>
      </w:rPr>
      <w:drawing>
        <wp:inline distT="0" distB="0" distL="0" distR="0" wp14:anchorId="57A3D9D8" wp14:editId="6E497E80">
          <wp:extent cx="1181100" cy="11811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77248"/>
    <w:rsid w:val="00AA1D8D"/>
    <w:rsid w:val="00B47730"/>
    <w:rsid w:val="00CB0664"/>
    <w:rsid w:val="00E83E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CFB502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1168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2026-05-26T10:10:00Z</dcterms:modified>
  <cp:category/>
</cp:coreProperties>
</file>