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D2D035" w14:textId="77777777" w:rsidR="00722B37" w:rsidRPr="00802031" w:rsidRDefault="00802031" w:rsidP="00802031">
      <w:pPr>
        <w:pStyle w:val="Ttulo1"/>
        <w:jc w:val="center"/>
        <w:rPr>
          <w:color w:val="4F81BD" w:themeColor="accent1"/>
          <w:lang w:val="es-ES"/>
        </w:rPr>
      </w:pPr>
      <w:r w:rsidRPr="00802031">
        <w:rPr>
          <w:color w:val="4F81BD" w:themeColor="accent1"/>
          <w:lang w:val="es-ES"/>
        </w:rPr>
        <w:t>PAÍSES BAJOS Y PARÍS</w:t>
      </w:r>
    </w:p>
    <w:p w14:paraId="288A6F8D" w14:textId="77777777" w:rsidR="00722B37" w:rsidRPr="00802031" w:rsidRDefault="00802031" w:rsidP="00802031">
      <w:pPr>
        <w:jc w:val="center"/>
        <w:rPr>
          <w:color w:val="4F81BD" w:themeColor="accent1"/>
          <w:lang w:val="es-ES"/>
        </w:rPr>
      </w:pPr>
      <w:r w:rsidRPr="00802031">
        <w:rPr>
          <w:color w:val="4F81BD" w:themeColor="accent1"/>
          <w:lang w:val="es-ES"/>
        </w:rPr>
        <w:t>Categoría: Primera</w:t>
      </w:r>
    </w:p>
    <w:p w14:paraId="61E63615" w14:textId="77777777" w:rsidR="00722B37" w:rsidRPr="00802031" w:rsidRDefault="00802031" w:rsidP="00802031">
      <w:pPr>
        <w:jc w:val="center"/>
        <w:rPr>
          <w:lang w:val="es-ES"/>
        </w:rPr>
      </w:pPr>
      <w:r w:rsidRPr="00802031">
        <w:rPr>
          <w:lang w:val="es-ES"/>
        </w:rPr>
        <w:t xml:space="preserve">Código: </w:t>
      </w:r>
      <w:proofErr w:type="gramStart"/>
      <w:r w:rsidRPr="00802031">
        <w:rPr>
          <w:lang w:val="es-ES"/>
        </w:rPr>
        <w:t>AMSPAR  |</w:t>
      </w:r>
      <w:proofErr w:type="gramEnd"/>
      <w:r w:rsidRPr="00802031">
        <w:rPr>
          <w:lang w:val="es-ES"/>
        </w:rPr>
        <w:t xml:space="preserve">  9 Días</w:t>
      </w:r>
    </w:p>
    <w:p w14:paraId="57B5B6DE" w14:textId="77777777" w:rsidR="00722B37" w:rsidRPr="00802031" w:rsidRDefault="00722B37">
      <w:pPr>
        <w:rPr>
          <w:lang w:val="es-ES"/>
        </w:rPr>
      </w:pPr>
    </w:p>
    <w:p w14:paraId="71354A6C" w14:textId="77777777" w:rsidR="00722B37" w:rsidRPr="00802031" w:rsidRDefault="00802031">
      <w:pPr>
        <w:pStyle w:val="Ttulo2"/>
        <w:rPr>
          <w:lang w:val="es-ES"/>
        </w:rPr>
      </w:pPr>
      <w:r w:rsidRPr="00802031">
        <w:rPr>
          <w:lang w:val="es-ES"/>
        </w:rPr>
        <w:t>SALIDAS GARANTIZADAS 2027</w:t>
      </w:r>
    </w:p>
    <w:p w14:paraId="24750108" w14:textId="77777777" w:rsidR="00722B37" w:rsidRPr="00802031" w:rsidRDefault="00802031">
      <w:pPr>
        <w:rPr>
          <w:lang w:val="es-ES"/>
        </w:rPr>
      </w:pPr>
      <w:r w:rsidRPr="00802031">
        <w:rPr>
          <w:lang w:val="es-ES"/>
        </w:rPr>
        <w:t>MAYO . . . . . . . . . . . . . . . . . . . . . . . . . 2, 23</w:t>
      </w:r>
    </w:p>
    <w:p w14:paraId="37B543AF" w14:textId="77777777" w:rsidR="00722B37" w:rsidRPr="00802031" w:rsidRDefault="00802031">
      <w:pPr>
        <w:rPr>
          <w:lang w:val="es-ES"/>
        </w:rPr>
      </w:pPr>
      <w:r w:rsidRPr="00802031">
        <w:rPr>
          <w:lang w:val="es-ES"/>
        </w:rPr>
        <w:t>JUNIO . . . . . . . . . . . . . . . . . . . . . . . . . . 13</w:t>
      </w:r>
    </w:p>
    <w:p w14:paraId="3FF257C2" w14:textId="77777777" w:rsidR="00722B37" w:rsidRPr="00802031" w:rsidRDefault="00802031">
      <w:pPr>
        <w:rPr>
          <w:lang w:val="es-ES"/>
        </w:rPr>
      </w:pPr>
      <w:r w:rsidRPr="00802031">
        <w:rPr>
          <w:lang w:val="es-ES"/>
        </w:rPr>
        <w:t>JULIO . . . . . . . . . . . . . . . . .</w:t>
      </w:r>
      <w:r w:rsidRPr="00802031">
        <w:rPr>
          <w:lang w:val="es-ES"/>
        </w:rPr>
        <w:t xml:space="preserve"> . . . . . . . . . . 4</w:t>
      </w:r>
    </w:p>
    <w:p w14:paraId="4F1D7662" w14:textId="77777777" w:rsidR="00722B37" w:rsidRPr="00802031" w:rsidRDefault="00802031">
      <w:pPr>
        <w:rPr>
          <w:lang w:val="es-ES"/>
        </w:rPr>
      </w:pPr>
      <w:r w:rsidRPr="00802031">
        <w:rPr>
          <w:lang w:val="es-ES"/>
        </w:rPr>
        <w:t>SEPTIEMBRE . . . . . . . . . . . . . . . . . . . . 12, 26</w:t>
      </w:r>
    </w:p>
    <w:p w14:paraId="38535D53" w14:textId="77777777" w:rsidR="00722B37" w:rsidRPr="00802031" w:rsidRDefault="00802031">
      <w:pPr>
        <w:rPr>
          <w:lang w:val="es-ES"/>
        </w:rPr>
      </w:pPr>
      <w:r w:rsidRPr="00802031">
        <w:rPr>
          <w:lang w:val="es-ES"/>
        </w:rPr>
        <w:t>OCTUBRE . . . . . . . . . . . . . . . . . . . . . . . . 10</w:t>
      </w:r>
    </w:p>
    <w:p w14:paraId="71301D2E" w14:textId="77777777" w:rsidR="00722B37" w:rsidRPr="00802031" w:rsidRDefault="00722B37">
      <w:pPr>
        <w:rPr>
          <w:lang w:val="es-ES"/>
        </w:rPr>
      </w:pPr>
    </w:p>
    <w:p w14:paraId="5DDC5A5B" w14:textId="77777777" w:rsidR="00722B37" w:rsidRPr="00802031" w:rsidRDefault="00802031">
      <w:pPr>
        <w:pStyle w:val="Ttulo2"/>
        <w:rPr>
          <w:lang w:val="es-ES"/>
        </w:rPr>
      </w:pPr>
      <w:r w:rsidRPr="00802031">
        <w:rPr>
          <w:lang w:val="es-ES"/>
        </w:rPr>
        <w:t>HOTELES PREVISTOS</w:t>
      </w:r>
    </w:p>
    <w:p w14:paraId="69833D95" w14:textId="77777777" w:rsidR="00722B37" w:rsidRPr="00802031" w:rsidRDefault="00802031">
      <w:pPr>
        <w:rPr>
          <w:lang w:val="es-ES"/>
        </w:rPr>
      </w:pPr>
      <w:r w:rsidRPr="00802031">
        <w:rPr>
          <w:lang w:val="es-ES"/>
        </w:rPr>
        <w:t>(o similares en la categoría indicada, según ciudad)</w:t>
      </w:r>
    </w:p>
    <w:p w14:paraId="6ADE65E0" w14:textId="77777777" w:rsidR="00722B37" w:rsidRPr="00802031" w:rsidRDefault="00802031">
      <w:pPr>
        <w:rPr>
          <w:lang w:val="es-ES"/>
        </w:rPr>
      </w:pPr>
      <w:r w:rsidRPr="00802031">
        <w:rPr>
          <w:b/>
          <w:lang w:val="es-ES"/>
        </w:rPr>
        <w:t xml:space="preserve">ÁMSTERDAM: </w:t>
      </w:r>
      <w:r w:rsidRPr="00802031">
        <w:rPr>
          <w:lang w:val="es-ES"/>
        </w:rPr>
        <w:t>APOLLO ÁMSTERDAM ★★★★</w:t>
      </w:r>
    </w:p>
    <w:p w14:paraId="70F74007" w14:textId="77777777" w:rsidR="00722B37" w:rsidRPr="00802031" w:rsidRDefault="00802031">
      <w:pPr>
        <w:rPr>
          <w:lang w:val="es-ES"/>
        </w:rPr>
      </w:pPr>
      <w:r w:rsidRPr="00802031">
        <w:rPr>
          <w:b/>
          <w:lang w:val="es-ES"/>
        </w:rPr>
        <w:t xml:space="preserve">BRUJAS: </w:t>
      </w:r>
      <w:r w:rsidRPr="00802031">
        <w:rPr>
          <w:lang w:val="es-ES"/>
        </w:rPr>
        <w:t>NOV</w:t>
      </w:r>
      <w:r w:rsidRPr="00802031">
        <w:rPr>
          <w:lang w:val="es-ES"/>
        </w:rPr>
        <w:t>OTEL ★★★★</w:t>
      </w:r>
    </w:p>
    <w:p w14:paraId="58603DE9" w14:textId="77777777" w:rsidR="00722B37" w:rsidRPr="00802031" w:rsidRDefault="00802031">
      <w:pPr>
        <w:rPr>
          <w:lang w:val="es-ES"/>
        </w:rPr>
      </w:pPr>
      <w:r w:rsidRPr="00802031">
        <w:rPr>
          <w:b/>
          <w:lang w:val="es-ES"/>
        </w:rPr>
        <w:t xml:space="preserve">BRUSELAS: </w:t>
      </w:r>
      <w:r w:rsidRPr="00802031">
        <w:rPr>
          <w:lang w:val="es-ES"/>
        </w:rPr>
        <w:t>RENAISSANCE ★★★★</w:t>
      </w:r>
    </w:p>
    <w:p w14:paraId="7F33E6BD" w14:textId="77777777" w:rsidR="00722B37" w:rsidRPr="00802031" w:rsidRDefault="00802031">
      <w:pPr>
        <w:rPr>
          <w:lang w:val="es-ES"/>
        </w:rPr>
      </w:pPr>
      <w:r w:rsidRPr="00802031">
        <w:rPr>
          <w:b/>
          <w:lang w:val="es-ES"/>
        </w:rPr>
        <w:t xml:space="preserve">PARÍS: </w:t>
      </w:r>
      <w:r w:rsidRPr="00802031">
        <w:rPr>
          <w:lang w:val="es-ES"/>
        </w:rPr>
        <w:t>NH PARÍS GARE DE L'EST ★★★★</w:t>
      </w:r>
    </w:p>
    <w:p w14:paraId="0527CB5D" w14:textId="77777777" w:rsidR="00722B37" w:rsidRPr="00802031" w:rsidRDefault="00722B37">
      <w:pPr>
        <w:rPr>
          <w:lang w:val="es-ES"/>
        </w:rPr>
      </w:pPr>
    </w:p>
    <w:p w14:paraId="62B15512" w14:textId="77777777" w:rsidR="00722B37" w:rsidRDefault="00802031">
      <w:pPr>
        <w:pStyle w:val="Ttulo2"/>
      </w:pPr>
      <w:r>
        <w:t>SERVICIOS INCLUIDOS</w:t>
      </w:r>
    </w:p>
    <w:p w14:paraId="48198CC6" w14:textId="77777777" w:rsidR="00722B37" w:rsidRDefault="00802031">
      <w:pPr>
        <w:pStyle w:val="Listaconvietas"/>
      </w:pPr>
      <w:r>
        <w:t>Guía exclusivo de habla hispana</w:t>
      </w:r>
    </w:p>
    <w:p w14:paraId="173A5DBA" w14:textId="77777777" w:rsidR="00722B37" w:rsidRDefault="00802031">
      <w:pPr>
        <w:pStyle w:val="Listaconvietas"/>
      </w:pPr>
      <w:r>
        <w:t>8 noches alojamiento con desayuno buffet</w:t>
      </w:r>
    </w:p>
    <w:p w14:paraId="352A5B39" w14:textId="77777777" w:rsidR="00722B37" w:rsidRDefault="00802031">
      <w:pPr>
        <w:pStyle w:val="Listaconvietas"/>
      </w:pPr>
      <w:r>
        <w:t>Entradas y experiencias según itinerario</w:t>
      </w:r>
    </w:p>
    <w:p w14:paraId="34FA6B74" w14:textId="77777777" w:rsidR="00722B37" w:rsidRDefault="00722B37"/>
    <w:p w14:paraId="05F92181" w14:textId="77777777" w:rsidR="00722B37" w:rsidRDefault="00802031">
      <w:pPr>
        <w:pStyle w:val="Ttulo2"/>
      </w:pPr>
      <w:r>
        <w:t>PRECIOS EN EUROS</w:t>
      </w:r>
    </w:p>
    <w:p w14:paraId="4186F59B" w14:textId="77777777" w:rsidR="00722B37" w:rsidRDefault="00802031">
      <w:r>
        <w:t>€ 2.550,– por persona en doble</w:t>
      </w:r>
    </w:p>
    <w:p w14:paraId="7189076F" w14:textId="77777777" w:rsidR="00722B37" w:rsidRDefault="00802031">
      <w:r>
        <w:lastRenderedPageBreak/>
        <w:t>€ 1.040,– suplemento individual</w:t>
      </w:r>
    </w:p>
    <w:p w14:paraId="30EF1C25" w14:textId="77777777" w:rsidR="00722B37" w:rsidRPr="00802031" w:rsidRDefault="00802031">
      <w:pPr>
        <w:rPr>
          <w:lang w:val="es-ES"/>
        </w:rPr>
      </w:pPr>
      <w:r w:rsidRPr="00802031">
        <w:rPr>
          <w:lang w:val="es-ES"/>
        </w:rPr>
        <w:t>5% descuento para el tercer pasajero compartiendo con +2 personas (HABITACIÓN TRIPLE).</w:t>
      </w:r>
    </w:p>
    <w:p w14:paraId="601783CB" w14:textId="77777777" w:rsidR="00722B37" w:rsidRPr="00802031" w:rsidRDefault="00722B37">
      <w:pPr>
        <w:rPr>
          <w:lang w:val="es-ES"/>
        </w:rPr>
      </w:pPr>
    </w:p>
    <w:p w14:paraId="0127E01C" w14:textId="77777777" w:rsidR="00722B37" w:rsidRPr="00802031" w:rsidRDefault="00802031">
      <w:pPr>
        <w:pStyle w:val="Ttulo1"/>
        <w:rPr>
          <w:lang w:val="es-ES"/>
        </w:rPr>
      </w:pPr>
      <w:r w:rsidRPr="00802031">
        <w:rPr>
          <w:lang w:val="es-ES"/>
        </w:rPr>
        <w:t>ITINERARIO</w:t>
      </w:r>
    </w:p>
    <w:p w14:paraId="71CD5215" w14:textId="77777777" w:rsidR="00722B37" w:rsidRPr="00802031" w:rsidRDefault="00802031">
      <w:pPr>
        <w:pStyle w:val="Ttulo2"/>
        <w:rPr>
          <w:lang w:val="es-ES"/>
        </w:rPr>
      </w:pPr>
      <w:r w:rsidRPr="00802031">
        <w:rPr>
          <w:lang w:val="es-ES"/>
        </w:rPr>
        <w:t>DÍA 1 DOM ÁMSTERDAM</w:t>
      </w:r>
    </w:p>
    <w:p w14:paraId="6CD2ED82" w14:textId="77777777" w:rsidR="00722B37" w:rsidRPr="00802031" w:rsidRDefault="00802031">
      <w:pPr>
        <w:rPr>
          <w:lang w:val="es-ES"/>
        </w:rPr>
      </w:pPr>
      <w:r w:rsidRPr="00802031">
        <w:rPr>
          <w:lang w:val="es-ES"/>
        </w:rPr>
        <w:t xml:space="preserve">Llegada al aeropuerto de Ámsterdam y traslado al hotel. Alojamiento en Ámsterdam. El guía estará a </w:t>
      </w:r>
      <w:r w:rsidRPr="00802031">
        <w:rPr>
          <w:lang w:val="es-ES"/>
        </w:rPr>
        <w:t>partir de las 19 hrs en el hotel.</w:t>
      </w:r>
    </w:p>
    <w:p w14:paraId="72EE7F99" w14:textId="77777777" w:rsidR="00722B37" w:rsidRPr="00802031" w:rsidRDefault="00722B37">
      <w:pPr>
        <w:rPr>
          <w:lang w:val="es-ES"/>
        </w:rPr>
      </w:pPr>
    </w:p>
    <w:p w14:paraId="42A1F5A9" w14:textId="77777777" w:rsidR="00722B37" w:rsidRPr="00802031" w:rsidRDefault="00802031">
      <w:pPr>
        <w:pStyle w:val="Ttulo2"/>
        <w:rPr>
          <w:lang w:val="es-ES"/>
        </w:rPr>
      </w:pPr>
      <w:r w:rsidRPr="00802031">
        <w:rPr>
          <w:lang w:val="es-ES"/>
        </w:rPr>
        <w:t>DÍA 2 LUN ÁMSTERDAM</w:t>
      </w:r>
    </w:p>
    <w:p w14:paraId="5A5A2F95" w14:textId="77777777" w:rsidR="00722B37" w:rsidRPr="00802031" w:rsidRDefault="00802031">
      <w:pPr>
        <w:rPr>
          <w:lang w:val="es-ES"/>
        </w:rPr>
      </w:pPr>
      <w:r w:rsidRPr="00802031">
        <w:rPr>
          <w:lang w:val="es-ES"/>
        </w:rPr>
        <w:t>Iniciaremos el día con una visita panorámica de la ciudad, recorriendo el centro histórico, la Plaza Dam con el Monumento de la Liberación, el Palacio Real, construido sobre 13.659 pilares de madera, l</w:t>
      </w:r>
      <w:r w:rsidRPr="00802031">
        <w:rPr>
          <w:lang w:val="es-ES"/>
        </w:rPr>
        <w:t>a Plaza Rembrandt con el monumento al artista, la Plaza Leidseplein, el Teatro Municipal y el famoso Museo Nacional. Finalizaremos con un paseo en barco de una hora de duración por los canales, rodeados de casas de mercaderes del siglo XVII, iglesias con c</w:t>
      </w:r>
      <w:r w:rsidRPr="00802031">
        <w:rPr>
          <w:lang w:val="es-ES"/>
        </w:rPr>
        <w:t>ampanarios y almacenes construidos en los siglos XVI y XVII.</w:t>
      </w:r>
    </w:p>
    <w:p w14:paraId="50E04324" w14:textId="77777777" w:rsidR="00722B37" w:rsidRPr="00802031" w:rsidRDefault="00722B37">
      <w:pPr>
        <w:rPr>
          <w:lang w:val="es-ES"/>
        </w:rPr>
      </w:pPr>
    </w:p>
    <w:p w14:paraId="467C9804" w14:textId="77777777" w:rsidR="00722B37" w:rsidRPr="00802031" w:rsidRDefault="00802031">
      <w:pPr>
        <w:pStyle w:val="Ttulo2"/>
        <w:rPr>
          <w:lang w:val="es-ES"/>
        </w:rPr>
      </w:pPr>
      <w:r w:rsidRPr="00802031">
        <w:rPr>
          <w:lang w:val="es-ES"/>
        </w:rPr>
        <w:t>DÍA 3 MAR ÁMSTERDAM – AMBERES - BRUJAS</w:t>
      </w:r>
    </w:p>
    <w:p w14:paraId="34E0A66C" w14:textId="77777777" w:rsidR="00722B37" w:rsidRPr="00802031" w:rsidRDefault="00802031">
      <w:pPr>
        <w:rPr>
          <w:lang w:val="es-ES"/>
        </w:rPr>
      </w:pPr>
      <w:r w:rsidRPr="00802031">
        <w:rPr>
          <w:lang w:val="es-ES"/>
        </w:rPr>
        <w:t>Desayuno y salida hacia Amberes, una de las ciudades más importantes de Bélgica, famosa por su mercado de diamantes y su puerto (el segundo mayor de Europa</w:t>
      </w:r>
      <w:r w:rsidRPr="00802031">
        <w:rPr>
          <w:lang w:val="es-ES"/>
        </w:rPr>
        <w:t>). Combina elementos tradicionales con un ambiente moderno, lo que la convierte en una ciudad de referencia en diseño, vida nocturna y diversidad cultural. Visitaremos la Catedral de Nuestra Señora, la Plaza Mayor y el Ayuntamiento. Continuación hacia Bruj</w:t>
      </w:r>
      <w:r w:rsidRPr="00802031">
        <w:rPr>
          <w:lang w:val="es-ES"/>
        </w:rPr>
        <w:t>as, capital de Flandes Occidental, famosa por su casco histórico declarado Patrimonio de la Humanidad. También es conocida como «la Venecia del Norte» por sus canales. Alojamiento en Brujas.</w:t>
      </w:r>
    </w:p>
    <w:p w14:paraId="295D5653" w14:textId="77777777" w:rsidR="00722B37" w:rsidRPr="00802031" w:rsidRDefault="00722B37">
      <w:pPr>
        <w:rPr>
          <w:lang w:val="es-ES"/>
        </w:rPr>
      </w:pPr>
    </w:p>
    <w:p w14:paraId="7CC586DD" w14:textId="77777777" w:rsidR="00722B37" w:rsidRPr="00802031" w:rsidRDefault="00802031">
      <w:pPr>
        <w:pStyle w:val="Ttulo2"/>
        <w:rPr>
          <w:lang w:val="es-ES"/>
        </w:rPr>
      </w:pPr>
      <w:r w:rsidRPr="00802031">
        <w:rPr>
          <w:lang w:val="es-ES"/>
        </w:rPr>
        <w:t>DÍA 4 MIE BRUJAS – GANTE – BRUSELAS</w:t>
      </w:r>
    </w:p>
    <w:p w14:paraId="40D3CEE3" w14:textId="77777777" w:rsidR="00722B37" w:rsidRPr="00802031" w:rsidRDefault="00802031">
      <w:pPr>
        <w:rPr>
          <w:lang w:val="es-ES"/>
        </w:rPr>
      </w:pPr>
      <w:r w:rsidRPr="00802031">
        <w:rPr>
          <w:lang w:val="es-ES"/>
        </w:rPr>
        <w:t>Breve visita de la ciudad. D</w:t>
      </w:r>
      <w:r w:rsidRPr="00802031">
        <w:rPr>
          <w:lang w:val="es-ES"/>
        </w:rPr>
        <w:t xml:space="preserve">estacan la Iglesia de Santa Ana, la Basílica de la Santísima Sangre y la Casa Consistorial, magnífico ejemplo de arquitectura renacentista. A </w:t>
      </w:r>
      <w:r w:rsidRPr="00802031">
        <w:rPr>
          <w:lang w:val="es-ES"/>
        </w:rPr>
        <w:lastRenderedPageBreak/>
        <w:t>continuación, salida hacia Gante para visitar su casco histórico, donde destacan la Iglesia de San Nicolás, la Igl</w:t>
      </w:r>
      <w:r w:rsidRPr="00802031">
        <w:rPr>
          <w:lang w:val="es-ES"/>
        </w:rPr>
        <w:t>esia de San Miguel y la Catedral de San Bavón, que alberga obras como «La vocación de San Bavón» de Rubens y el políptico «La adoración del Cordero Místico» de los hermanos Van Eyck. Continuación a Bruselas. Alojamiento.</w:t>
      </w:r>
    </w:p>
    <w:p w14:paraId="18B4A505" w14:textId="77777777" w:rsidR="00722B37" w:rsidRPr="00802031" w:rsidRDefault="00722B37">
      <w:pPr>
        <w:rPr>
          <w:lang w:val="es-ES"/>
        </w:rPr>
      </w:pPr>
    </w:p>
    <w:p w14:paraId="652B8063" w14:textId="77777777" w:rsidR="00722B37" w:rsidRPr="00802031" w:rsidRDefault="00802031">
      <w:pPr>
        <w:pStyle w:val="Ttulo2"/>
        <w:rPr>
          <w:lang w:val="es-ES"/>
        </w:rPr>
      </w:pPr>
      <w:r w:rsidRPr="00802031">
        <w:rPr>
          <w:lang w:val="es-ES"/>
        </w:rPr>
        <w:t>DÍA 5 JUE BRUSELAS</w:t>
      </w:r>
    </w:p>
    <w:p w14:paraId="50E9526C" w14:textId="77777777" w:rsidR="00722B37" w:rsidRPr="00802031" w:rsidRDefault="00802031">
      <w:pPr>
        <w:rPr>
          <w:lang w:val="es-ES"/>
        </w:rPr>
      </w:pPr>
      <w:r w:rsidRPr="00802031">
        <w:rPr>
          <w:lang w:val="es-ES"/>
        </w:rPr>
        <w:t xml:space="preserve">Iniciaremos la </w:t>
      </w:r>
      <w:r w:rsidRPr="00802031">
        <w:rPr>
          <w:lang w:val="es-ES"/>
        </w:rPr>
        <w:t>jornada con una visita de la ciudad. Entre sus principales atractivos destacan la Catedral de San Miguel y Santa Gúdula, el Ayuntamiento, el Palacio de Justicia y la Grand Place, uno de los conjuntos arquitectónicos más bellos de Europa. A continuación, vi</w:t>
      </w:r>
      <w:r w:rsidRPr="00802031">
        <w:rPr>
          <w:lang w:val="es-ES"/>
        </w:rPr>
        <w:t>sitaremos un museo del chocolate donde un maestro chocolatero elaborará pralinés ante nuestros ojos. La visita incluye degustaciones y acceso a la tienda. Tarde libre. Alojamiento.</w:t>
      </w:r>
    </w:p>
    <w:p w14:paraId="220BC7C3" w14:textId="77777777" w:rsidR="00722B37" w:rsidRPr="00802031" w:rsidRDefault="00722B37">
      <w:pPr>
        <w:rPr>
          <w:lang w:val="es-ES"/>
        </w:rPr>
      </w:pPr>
    </w:p>
    <w:p w14:paraId="38FB451A" w14:textId="77777777" w:rsidR="00722B37" w:rsidRPr="00802031" w:rsidRDefault="00802031">
      <w:pPr>
        <w:pStyle w:val="Ttulo2"/>
        <w:rPr>
          <w:lang w:val="es-ES"/>
        </w:rPr>
      </w:pPr>
      <w:r w:rsidRPr="00802031">
        <w:rPr>
          <w:lang w:val="es-ES"/>
        </w:rPr>
        <w:t>DÍA 6 VIE BRUSELAS – PARÍS</w:t>
      </w:r>
    </w:p>
    <w:p w14:paraId="1A96D84E" w14:textId="77777777" w:rsidR="00722B37" w:rsidRPr="00802031" w:rsidRDefault="00802031">
      <w:pPr>
        <w:rPr>
          <w:lang w:val="es-ES"/>
        </w:rPr>
      </w:pPr>
      <w:r w:rsidRPr="00802031">
        <w:rPr>
          <w:lang w:val="es-ES"/>
        </w:rPr>
        <w:t>Desayuno y salida hacia París. Llegada por la t</w:t>
      </w:r>
      <w:r w:rsidRPr="00802031">
        <w:rPr>
          <w:lang w:val="es-ES"/>
        </w:rPr>
        <w:t>arde a la capital francesa, conocida como la ciudad del amor. Alojamiento.</w:t>
      </w:r>
    </w:p>
    <w:p w14:paraId="27F4E45B" w14:textId="77777777" w:rsidR="00722B37" w:rsidRPr="00802031" w:rsidRDefault="00722B37">
      <w:pPr>
        <w:rPr>
          <w:lang w:val="es-ES"/>
        </w:rPr>
      </w:pPr>
    </w:p>
    <w:p w14:paraId="78E93D7D" w14:textId="77777777" w:rsidR="00722B37" w:rsidRPr="00802031" w:rsidRDefault="00802031">
      <w:pPr>
        <w:pStyle w:val="Ttulo2"/>
        <w:rPr>
          <w:lang w:val="es-ES"/>
        </w:rPr>
      </w:pPr>
      <w:r w:rsidRPr="00802031">
        <w:rPr>
          <w:lang w:val="es-ES"/>
        </w:rPr>
        <w:t>DÍA 7 SAB PARÍS</w:t>
      </w:r>
    </w:p>
    <w:p w14:paraId="26E8DAB9" w14:textId="77777777" w:rsidR="00722B37" w:rsidRPr="00802031" w:rsidRDefault="00802031">
      <w:pPr>
        <w:rPr>
          <w:lang w:val="es-ES"/>
        </w:rPr>
      </w:pPr>
      <w:r w:rsidRPr="00802031">
        <w:rPr>
          <w:lang w:val="es-ES"/>
        </w:rPr>
        <w:t>Desayuno y visita panorámica de una de las ciudades más visitadas del mundo. Durante el recorrido en autobús pasaremos por el barrio de Saint-Germain, de ambiente i</w:t>
      </w:r>
      <w:r w:rsidRPr="00802031">
        <w:rPr>
          <w:lang w:val="es-ES"/>
        </w:rPr>
        <w:t>ntelectual y lugar de encuentro de figuras como Hemingway, Sartre o Picasso. Veremos la Universidad de la Sorbona, los Campos Elíseos, la Plaza de la Concordia, el Arco del Triunfo y algunos de los puentes sobre el Sena, hasta llegar a la Torre Eiffel, don</w:t>
      </w:r>
      <w:r w:rsidRPr="00802031">
        <w:rPr>
          <w:lang w:val="es-ES"/>
        </w:rPr>
        <w:t>de realizaremos una parada para fotografías. También veremos Los Inválidos, donde se encuentra la tumba de Napoleón, La Madeleine, el Panteón y otros lugares emblemáticos. Por la tarde, posibilidad de realizar una visita opcional a pie por el Barrio Latino</w:t>
      </w:r>
      <w:r w:rsidRPr="00802031">
        <w:rPr>
          <w:lang w:val="es-ES"/>
        </w:rPr>
        <w:t xml:space="preserve"> y Montmartre. La Catedral de Notre Dame se visitará exteriormente. La excursión finaliza con un paseo en barco por el río Sena (no incluida). Alojamiento en París.</w:t>
      </w:r>
    </w:p>
    <w:p w14:paraId="4E1BBDDA" w14:textId="77777777" w:rsidR="00722B37" w:rsidRPr="00802031" w:rsidRDefault="00722B37">
      <w:pPr>
        <w:rPr>
          <w:lang w:val="es-ES"/>
        </w:rPr>
      </w:pPr>
    </w:p>
    <w:p w14:paraId="194F3B73" w14:textId="77777777" w:rsidR="00722B37" w:rsidRPr="00802031" w:rsidRDefault="00802031">
      <w:pPr>
        <w:pStyle w:val="Ttulo2"/>
        <w:rPr>
          <w:lang w:val="es-ES"/>
        </w:rPr>
      </w:pPr>
      <w:r w:rsidRPr="00802031">
        <w:rPr>
          <w:lang w:val="es-ES"/>
        </w:rPr>
        <w:t>DÍA 8 DOM PARÍS</w:t>
      </w:r>
    </w:p>
    <w:p w14:paraId="0FA869CC" w14:textId="77777777" w:rsidR="00722B37" w:rsidRDefault="00802031">
      <w:r w:rsidRPr="00802031">
        <w:rPr>
          <w:lang w:val="es-ES"/>
        </w:rPr>
        <w:t>Después del desayuno en el hotel, tendrá el día libre. Posibilidad de real</w:t>
      </w:r>
      <w:r w:rsidRPr="00802031">
        <w:rPr>
          <w:lang w:val="es-ES"/>
        </w:rPr>
        <w:t xml:space="preserve">izar una excursión opcional al Palacio y los jardines de Versalles (no incluida), con traslado de ida y vuelta en autocar. </w:t>
      </w:r>
      <w:r>
        <w:t>Alojamiento.</w:t>
      </w:r>
    </w:p>
    <w:p w14:paraId="4AEF615E" w14:textId="77777777" w:rsidR="00722B37" w:rsidRDefault="00722B37"/>
    <w:p w14:paraId="5C773E12" w14:textId="77777777" w:rsidR="00722B37" w:rsidRDefault="00802031">
      <w:pPr>
        <w:pStyle w:val="Ttulo2"/>
      </w:pPr>
      <w:r>
        <w:t>DÍA 9 LUN PARÍS</w:t>
      </w:r>
    </w:p>
    <w:p w14:paraId="65951A18" w14:textId="77777777" w:rsidR="00722B37" w:rsidRDefault="00802031">
      <w:r>
        <w:t>Desayuno y traslado al aeropuerto.</w:t>
      </w:r>
    </w:p>
    <w:sectPr w:rsidR="00722B37" w:rsidSect="00034616">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262CE5" w14:textId="77777777" w:rsidR="00802031" w:rsidRDefault="00802031" w:rsidP="00802031">
      <w:pPr>
        <w:spacing w:after="0" w:line="240" w:lineRule="auto"/>
      </w:pPr>
      <w:r>
        <w:separator/>
      </w:r>
    </w:p>
  </w:endnote>
  <w:endnote w:type="continuationSeparator" w:id="0">
    <w:p w14:paraId="6059C7EF" w14:textId="77777777" w:rsidR="00802031" w:rsidRDefault="00802031" w:rsidP="008020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5D6D1E" w14:textId="77777777" w:rsidR="00802031" w:rsidRDefault="00802031" w:rsidP="00802031">
      <w:pPr>
        <w:spacing w:after="0" w:line="240" w:lineRule="auto"/>
      </w:pPr>
      <w:r>
        <w:separator/>
      </w:r>
    </w:p>
  </w:footnote>
  <w:footnote w:type="continuationSeparator" w:id="0">
    <w:p w14:paraId="5A5C55AC" w14:textId="77777777" w:rsidR="00802031" w:rsidRDefault="00802031" w:rsidP="008020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9E913F" w14:textId="6C96635A" w:rsidR="00802031" w:rsidRDefault="00802031">
    <w:pPr>
      <w:pStyle w:val="Encabezado"/>
    </w:pPr>
    <w:r>
      <w:rPr>
        <w:noProof/>
      </w:rPr>
      <w:drawing>
        <wp:inline distT="0" distB="0" distL="0" distR="0" wp14:anchorId="7617210A" wp14:editId="3CBEB796">
          <wp:extent cx="1009650" cy="10096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9650" cy="10096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722B37"/>
    <w:rsid w:val="00802031"/>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8C3FDE5"/>
  <w14:defaultImageDpi w14:val="300"/>
  <w15:docId w15:val="{B45D335C-2158-43CE-8AD6-3807ECA3A5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36"/>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697</Words>
  <Characters>3835</Characters>
  <Application>Microsoft Office Word</Application>
  <DocSecurity>0</DocSecurity>
  <Lines>31</Lines>
  <Paragraphs>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4523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2</cp:revision>
  <dcterms:created xsi:type="dcterms:W3CDTF">2013-12-23T23:15:00Z</dcterms:created>
  <dcterms:modified xsi:type="dcterms:W3CDTF">2026-05-28T09:56:00Z</dcterms:modified>
  <cp:category/>
</cp:coreProperties>
</file>