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83E768" w14:textId="77777777" w:rsidR="00C63FEA" w:rsidRPr="000E416B" w:rsidRDefault="00CC2BFB" w:rsidP="000E416B">
      <w:pPr>
        <w:jc w:val="center"/>
        <w:rPr>
          <w:color w:val="4F81BD" w:themeColor="accent1"/>
          <w:lang w:val="es-ES"/>
        </w:rPr>
      </w:pPr>
      <w:r w:rsidRPr="000E416B">
        <w:rPr>
          <w:b/>
          <w:color w:val="4F81BD" w:themeColor="accent1"/>
          <w:sz w:val="36"/>
          <w:lang w:val="es-ES"/>
        </w:rPr>
        <w:t>PRAGA - POLÔNIA E BERLIM</w:t>
      </w:r>
    </w:p>
    <w:p w14:paraId="435155D3" w14:textId="77777777" w:rsidR="00C63FEA" w:rsidRPr="000E416B" w:rsidRDefault="00CC2BFB" w:rsidP="000E416B">
      <w:pPr>
        <w:jc w:val="center"/>
        <w:rPr>
          <w:color w:val="4F81BD" w:themeColor="accent1"/>
          <w:lang w:val="es-ES"/>
        </w:rPr>
      </w:pPr>
      <w:proofErr w:type="spellStart"/>
      <w:r w:rsidRPr="000E416B">
        <w:rPr>
          <w:color w:val="4F81BD" w:themeColor="accent1"/>
          <w:lang w:val="es-ES"/>
        </w:rPr>
        <w:t>Categoria</w:t>
      </w:r>
      <w:proofErr w:type="spellEnd"/>
      <w:r w:rsidRPr="000E416B">
        <w:rPr>
          <w:color w:val="4F81BD" w:themeColor="accent1"/>
          <w:lang w:val="es-ES"/>
        </w:rPr>
        <w:t xml:space="preserve">: </w:t>
      </w:r>
      <w:proofErr w:type="spellStart"/>
      <w:r w:rsidRPr="000E416B">
        <w:rPr>
          <w:color w:val="4F81BD" w:themeColor="accent1"/>
          <w:lang w:val="es-ES"/>
        </w:rPr>
        <w:t>Primeira</w:t>
      </w:r>
      <w:proofErr w:type="spellEnd"/>
    </w:p>
    <w:p w14:paraId="22565FB6" w14:textId="77777777" w:rsidR="00C63FEA" w:rsidRPr="000E416B" w:rsidRDefault="00CC2BFB" w:rsidP="000E416B">
      <w:pPr>
        <w:jc w:val="center"/>
        <w:rPr>
          <w:lang w:val="es-ES"/>
        </w:rPr>
      </w:pPr>
      <w:r w:rsidRPr="000E416B">
        <w:rPr>
          <w:lang w:val="es-ES"/>
        </w:rPr>
        <w:t xml:space="preserve">Código: </w:t>
      </w:r>
      <w:proofErr w:type="gramStart"/>
      <w:r w:rsidRPr="000E416B">
        <w:rPr>
          <w:lang w:val="es-ES"/>
        </w:rPr>
        <w:t>POLBER  |</w:t>
      </w:r>
      <w:proofErr w:type="gramEnd"/>
      <w:r w:rsidRPr="000E416B">
        <w:rPr>
          <w:lang w:val="es-ES"/>
        </w:rPr>
        <w:t xml:space="preserve">  10 </w:t>
      </w:r>
      <w:proofErr w:type="spellStart"/>
      <w:r w:rsidRPr="000E416B">
        <w:rPr>
          <w:lang w:val="es-ES"/>
        </w:rPr>
        <w:t>Dias</w:t>
      </w:r>
      <w:proofErr w:type="spellEnd"/>
    </w:p>
    <w:p w14:paraId="66A29DB6" w14:textId="77777777" w:rsidR="00C63FEA" w:rsidRPr="000E416B" w:rsidRDefault="00C63FEA">
      <w:pPr>
        <w:rPr>
          <w:lang w:val="es-ES"/>
        </w:rPr>
      </w:pPr>
    </w:p>
    <w:p w14:paraId="07892BBB" w14:textId="77777777" w:rsidR="00C63FEA" w:rsidRPr="00CC2BFB" w:rsidRDefault="00CC2BFB">
      <w:pPr>
        <w:pStyle w:val="Ttulo2"/>
        <w:rPr>
          <w:bCs w:val="0"/>
          <w:lang w:val="es-ES"/>
        </w:rPr>
      </w:pPr>
      <w:r w:rsidRPr="00CC2BFB">
        <w:rPr>
          <w:bCs w:val="0"/>
          <w:lang w:val="es-ES"/>
        </w:rPr>
        <w:t>SAÍDAS GARANTIDAS 2027</w:t>
      </w:r>
    </w:p>
    <w:p w14:paraId="345F6BE4" w14:textId="77777777" w:rsidR="00C63FEA" w:rsidRPr="000E416B" w:rsidRDefault="00CC2BFB">
      <w:pPr>
        <w:rPr>
          <w:lang w:val="es-ES"/>
        </w:rPr>
      </w:pPr>
      <w:r w:rsidRPr="000E416B">
        <w:rPr>
          <w:lang w:val="es-ES"/>
        </w:rPr>
        <w:t xml:space="preserve">MAIO . . . . . . . . . . . . . . . . . . . . . </w:t>
      </w:r>
      <w:proofErr w:type="gramStart"/>
      <w:r w:rsidRPr="000E416B">
        <w:rPr>
          <w:lang w:val="es-ES"/>
        </w:rPr>
        <w:t>. . . .</w:t>
      </w:r>
      <w:proofErr w:type="gramEnd"/>
      <w:r w:rsidRPr="000E416B">
        <w:rPr>
          <w:lang w:val="es-ES"/>
        </w:rPr>
        <w:t xml:space="preserve"> . 25</w:t>
      </w:r>
    </w:p>
    <w:p w14:paraId="4BBAE431" w14:textId="77777777" w:rsidR="00C63FEA" w:rsidRPr="000E416B" w:rsidRDefault="00CC2BFB">
      <w:pPr>
        <w:rPr>
          <w:lang w:val="es-ES"/>
        </w:rPr>
      </w:pPr>
      <w:r w:rsidRPr="000E416B">
        <w:rPr>
          <w:lang w:val="es-ES"/>
        </w:rPr>
        <w:t xml:space="preserve">JUNHO . . . . . . . . . . . . . . . . . . . . . </w:t>
      </w:r>
      <w:proofErr w:type="gramStart"/>
      <w:r w:rsidRPr="000E416B">
        <w:rPr>
          <w:lang w:val="es-ES"/>
        </w:rPr>
        <w:t>. . . .</w:t>
      </w:r>
      <w:proofErr w:type="gramEnd"/>
      <w:r w:rsidRPr="000E416B">
        <w:rPr>
          <w:lang w:val="es-ES"/>
        </w:rPr>
        <w:t xml:space="preserve"> . 8</w:t>
      </w:r>
    </w:p>
    <w:p w14:paraId="5BD107E3" w14:textId="77777777" w:rsidR="00C63FEA" w:rsidRPr="000E416B" w:rsidRDefault="00CC2BFB">
      <w:pPr>
        <w:rPr>
          <w:lang w:val="es-ES"/>
        </w:rPr>
      </w:pPr>
      <w:r w:rsidRPr="000E416B">
        <w:rPr>
          <w:lang w:val="es-ES"/>
        </w:rPr>
        <w:t xml:space="preserve">JULHO . . . . . . . . . . . . . . . . </w:t>
      </w:r>
      <w:r w:rsidRPr="000E416B">
        <w:rPr>
          <w:lang w:val="es-ES"/>
        </w:rPr>
        <w:t xml:space="preserve">. . . . . </w:t>
      </w:r>
      <w:proofErr w:type="gramStart"/>
      <w:r w:rsidRPr="000E416B">
        <w:rPr>
          <w:lang w:val="es-ES"/>
        </w:rPr>
        <w:t>. . . .</w:t>
      </w:r>
      <w:proofErr w:type="gramEnd"/>
      <w:r w:rsidRPr="000E416B">
        <w:rPr>
          <w:lang w:val="es-ES"/>
        </w:rPr>
        <w:t xml:space="preserve"> . 20</w:t>
      </w:r>
    </w:p>
    <w:p w14:paraId="7D28725E" w14:textId="77777777" w:rsidR="00C63FEA" w:rsidRPr="000E416B" w:rsidRDefault="00CC2BFB">
      <w:pPr>
        <w:rPr>
          <w:lang w:val="es-ES"/>
        </w:rPr>
      </w:pPr>
      <w:r w:rsidRPr="000E416B">
        <w:rPr>
          <w:lang w:val="es-ES"/>
        </w:rPr>
        <w:t xml:space="preserve">AGOSTO . . . . . . . . . . . . . . . . . . . . . </w:t>
      </w:r>
      <w:proofErr w:type="gramStart"/>
      <w:r w:rsidRPr="000E416B">
        <w:rPr>
          <w:lang w:val="es-ES"/>
        </w:rPr>
        <w:t>. . . .</w:t>
      </w:r>
      <w:proofErr w:type="gramEnd"/>
      <w:r w:rsidRPr="000E416B">
        <w:rPr>
          <w:lang w:val="es-ES"/>
        </w:rPr>
        <w:t xml:space="preserve"> 31</w:t>
      </w:r>
    </w:p>
    <w:p w14:paraId="13B8775D" w14:textId="77777777" w:rsidR="00C63FEA" w:rsidRPr="000E416B" w:rsidRDefault="00CC2BFB">
      <w:pPr>
        <w:rPr>
          <w:lang w:val="es-ES"/>
        </w:rPr>
      </w:pPr>
      <w:r w:rsidRPr="000E416B">
        <w:rPr>
          <w:lang w:val="es-ES"/>
        </w:rPr>
        <w:t xml:space="preserve">SETEMBRO . . . . . . . . . . . . . . . </w:t>
      </w:r>
      <w:proofErr w:type="gramStart"/>
      <w:r w:rsidRPr="000E416B">
        <w:rPr>
          <w:lang w:val="es-ES"/>
        </w:rPr>
        <w:t>. . . .</w:t>
      </w:r>
      <w:proofErr w:type="gramEnd"/>
      <w:r w:rsidRPr="000E416B">
        <w:rPr>
          <w:lang w:val="es-ES"/>
        </w:rPr>
        <w:t xml:space="preserve"> . 14, 28</w:t>
      </w:r>
    </w:p>
    <w:p w14:paraId="26C7DDF7" w14:textId="77777777" w:rsidR="00C63FEA" w:rsidRPr="000E416B" w:rsidRDefault="00C63FEA">
      <w:pPr>
        <w:rPr>
          <w:lang w:val="es-ES"/>
        </w:rPr>
      </w:pPr>
    </w:p>
    <w:p w14:paraId="5C9B0287" w14:textId="77777777" w:rsidR="00C63FEA" w:rsidRPr="00CC2BFB" w:rsidRDefault="00CC2BFB">
      <w:pPr>
        <w:pStyle w:val="Ttulo2"/>
        <w:rPr>
          <w:bCs w:val="0"/>
          <w:lang w:val="es-ES"/>
        </w:rPr>
      </w:pPr>
      <w:r w:rsidRPr="00CC2BFB">
        <w:rPr>
          <w:bCs w:val="0"/>
          <w:lang w:val="es-ES"/>
        </w:rPr>
        <w:t>HOTÉIS PREVISTOS</w:t>
      </w:r>
    </w:p>
    <w:p w14:paraId="41BCDEEB" w14:textId="77777777" w:rsidR="00C63FEA" w:rsidRPr="000E416B" w:rsidRDefault="00CC2BFB">
      <w:pPr>
        <w:rPr>
          <w:lang w:val="es-ES"/>
        </w:rPr>
      </w:pPr>
      <w:r w:rsidRPr="000E416B">
        <w:rPr>
          <w:lang w:val="es-ES"/>
        </w:rPr>
        <w:t>(</w:t>
      </w:r>
      <w:proofErr w:type="spellStart"/>
      <w:r w:rsidRPr="000E416B">
        <w:rPr>
          <w:lang w:val="es-ES"/>
        </w:rPr>
        <w:t>ou</w:t>
      </w:r>
      <w:proofErr w:type="spellEnd"/>
      <w:r w:rsidRPr="000E416B">
        <w:rPr>
          <w:lang w:val="es-ES"/>
        </w:rPr>
        <w:t xml:space="preserve"> similares </w:t>
      </w:r>
      <w:proofErr w:type="spellStart"/>
      <w:r w:rsidRPr="000E416B">
        <w:rPr>
          <w:lang w:val="es-ES"/>
        </w:rPr>
        <w:t>na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categoria</w:t>
      </w:r>
      <w:proofErr w:type="spellEnd"/>
      <w:r w:rsidRPr="000E416B">
        <w:rPr>
          <w:lang w:val="es-ES"/>
        </w:rPr>
        <w:t xml:space="preserve"> indicada, conforme a </w:t>
      </w:r>
      <w:proofErr w:type="spellStart"/>
      <w:r w:rsidRPr="000E416B">
        <w:rPr>
          <w:lang w:val="es-ES"/>
        </w:rPr>
        <w:t>cidade</w:t>
      </w:r>
      <w:proofErr w:type="spellEnd"/>
      <w:r w:rsidRPr="000E416B">
        <w:rPr>
          <w:lang w:val="es-ES"/>
        </w:rPr>
        <w:t>)</w:t>
      </w:r>
    </w:p>
    <w:p w14:paraId="05C0AA1A" w14:textId="77777777" w:rsidR="00C63FEA" w:rsidRPr="000E416B" w:rsidRDefault="00CC2BFB">
      <w:pPr>
        <w:rPr>
          <w:lang w:val="es-ES"/>
        </w:rPr>
      </w:pPr>
      <w:r w:rsidRPr="000E416B">
        <w:rPr>
          <w:lang w:val="es-ES"/>
        </w:rPr>
        <w:t>PRAGA: HERMITAGE ★★★★</w:t>
      </w:r>
    </w:p>
    <w:p w14:paraId="4B4A5AEC" w14:textId="77777777" w:rsidR="00C63FEA" w:rsidRPr="000E416B" w:rsidRDefault="00CC2BFB">
      <w:pPr>
        <w:rPr>
          <w:lang w:val="es-ES"/>
        </w:rPr>
      </w:pPr>
      <w:r w:rsidRPr="000E416B">
        <w:rPr>
          <w:lang w:val="es-ES"/>
        </w:rPr>
        <w:t xml:space="preserve">CRACÓVIA: PURO HOTEL </w:t>
      </w:r>
      <w:r w:rsidRPr="000E416B">
        <w:rPr>
          <w:lang w:val="es-ES"/>
        </w:rPr>
        <w:t>★★★★</w:t>
      </w:r>
    </w:p>
    <w:p w14:paraId="7E8EE167" w14:textId="77777777" w:rsidR="00C63FEA" w:rsidRPr="000E416B" w:rsidRDefault="00CC2BFB">
      <w:pPr>
        <w:rPr>
          <w:lang w:val="es-ES"/>
        </w:rPr>
      </w:pPr>
      <w:r w:rsidRPr="000E416B">
        <w:rPr>
          <w:lang w:val="es-ES"/>
        </w:rPr>
        <w:t>VARSÓVIA: MERCURE CENTRUM ★★★★</w:t>
      </w:r>
    </w:p>
    <w:p w14:paraId="4A6A2C2C" w14:textId="77777777" w:rsidR="00C63FEA" w:rsidRDefault="00CC2BFB">
      <w:r>
        <w:t>BERLIM: SHERATON ★★★★</w:t>
      </w:r>
    </w:p>
    <w:p w14:paraId="662D6248" w14:textId="77777777" w:rsidR="00C63FEA" w:rsidRDefault="00C63FEA"/>
    <w:p w14:paraId="76205D3D" w14:textId="77777777" w:rsidR="00C63FEA" w:rsidRPr="00CC2BFB" w:rsidRDefault="00CC2BFB">
      <w:pPr>
        <w:pStyle w:val="Ttulo2"/>
        <w:rPr>
          <w:bCs w:val="0"/>
        </w:rPr>
      </w:pPr>
      <w:r w:rsidRPr="00CC2BFB">
        <w:rPr>
          <w:bCs w:val="0"/>
        </w:rPr>
        <w:t>SERVIÇOS INCLUÍDOS</w:t>
      </w:r>
    </w:p>
    <w:p w14:paraId="52A5DB61" w14:textId="77777777" w:rsidR="00C63FEA" w:rsidRDefault="00CC2BFB">
      <w:pPr>
        <w:pStyle w:val="Listaconvietas"/>
      </w:pPr>
      <w:r>
        <w:t>Guia acompanhante em espanhol</w:t>
      </w:r>
    </w:p>
    <w:p w14:paraId="3FDDF992" w14:textId="77777777" w:rsidR="00C63FEA" w:rsidRPr="000E416B" w:rsidRDefault="00CC2BFB">
      <w:pPr>
        <w:pStyle w:val="Listaconvietas"/>
        <w:rPr>
          <w:lang w:val="es-ES"/>
        </w:rPr>
      </w:pPr>
      <w:r w:rsidRPr="000E416B">
        <w:rPr>
          <w:lang w:val="es-ES"/>
        </w:rPr>
        <w:t xml:space="preserve">9 </w:t>
      </w:r>
      <w:proofErr w:type="spellStart"/>
      <w:r w:rsidRPr="000E416B">
        <w:rPr>
          <w:lang w:val="es-ES"/>
        </w:rPr>
        <w:t>noites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com</w:t>
      </w:r>
      <w:proofErr w:type="spellEnd"/>
      <w:r w:rsidRPr="000E416B">
        <w:rPr>
          <w:lang w:val="es-ES"/>
        </w:rPr>
        <w:t xml:space="preserve"> café da </w:t>
      </w:r>
      <w:proofErr w:type="spellStart"/>
      <w:r w:rsidRPr="000E416B">
        <w:rPr>
          <w:lang w:val="es-ES"/>
        </w:rPr>
        <w:t>manhã</w:t>
      </w:r>
      <w:proofErr w:type="spellEnd"/>
      <w:r w:rsidRPr="000E416B">
        <w:rPr>
          <w:lang w:val="es-ES"/>
        </w:rPr>
        <w:t xml:space="preserve"> tipo buffet</w:t>
      </w:r>
    </w:p>
    <w:p w14:paraId="41BC2E01" w14:textId="77777777" w:rsidR="00C63FEA" w:rsidRPr="000E416B" w:rsidRDefault="00CC2BFB">
      <w:pPr>
        <w:pStyle w:val="Listaconvietas"/>
        <w:rPr>
          <w:lang w:val="es-ES"/>
        </w:rPr>
      </w:pPr>
      <w:r w:rsidRPr="000E416B">
        <w:rPr>
          <w:lang w:val="es-ES"/>
        </w:rPr>
        <w:t xml:space="preserve">Entradas e </w:t>
      </w:r>
      <w:proofErr w:type="spellStart"/>
      <w:r w:rsidRPr="000E416B">
        <w:rPr>
          <w:lang w:val="es-ES"/>
        </w:rPr>
        <w:t>experiências</w:t>
      </w:r>
      <w:proofErr w:type="spellEnd"/>
      <w:r w:rsidRPr="000E416B">
        <w:rPr>
          <w:lang w:val="es-ES"/>
        </w:rPr>
        <w:t xml:space="preserve"> conforme o </w:t>
      </w:r>
      <w:proofErr w:type="spellStart"/>
      <w:r w:rsidRPr="000E416B">
        <w:rPr>
          <w:lang w:val="es-ES"/>
        </w:rPr>
        <w:t>itinerário</w:t>
      </w:r>
      <w:proofErr w:type="spellEnd"/>
    </w:p>
    <w:p w14:paraId="6B3DBFA4" w14:textId="77777777" w:rsidR="00C63FEA" w:rsidRPr="000E416B" w:rsidRDefault="00C63FEA">
      <w:pPr>
        <w:rPr>
          <w:lang w:val="es-ES"/>
        </w:rPr>
      </w:pPr>
    </w:p>
    <w:p w14:paraId="3AEDEA45" w14:textId="77777777" w:rsidR="00C63FEA" w:rsidRPr="00CC2BFB" w:rsidRDefault="00CC2BFB">
      <w:pPr>
        <w:pStyle w:val="Ttulo2"/>
        <w:rPr>
          <w:bCs w:val="0"/>
          <w:lang w:val="es-ES"/>
        </w:rPr>
      </w:pPr>
      <w:r w:rsidRPr="00CC2BFB">
        <w:rPr>
          <w:bCs w:val="0"/>
          <w:lang w:val="es-ES"/>
        </w:rPr>
        <w:t>TARIFAS EM EUROS</w:t>
      </w:r>
    </w:p>
    <w:p w14:paraId="54411DED" w14:textId="77777777" w:rsidR="00C63FEA" w:rsidRPr="000E416B" w:rsidRDefault="00CC2BFB">
      <w:pPr>
        <w:rPr>
          <w:lang w:val="es-ES"/>
        </w:rPr>
      </w:pPr>
      <w:r w:rsidRPr="000E416B">
        <w:rPr>
          <w:lang w:val="es-ES"/>
        </w:rPr>
        <w:t xml:space="preserve">€ </w:t>
      </w:r>
      <w:proofErr w:type="gramStart"/>
      <w:r w:rsidRPr="000E416B">
        <w:rPr>
          <w:lang w:val="es-ES"/>
        </w:rPr>
        <w:t>2.090,–</w:t>
      </w:r>
      <w:proofErr w:type="gramEnd"/>
      <w:r w:rsidRPr="000E416B">
        <w:rPr>
          <w:lang w:val="es-ES"/>
        </w:rPr>
        <w:t xml:space="preserve"> por </w:t>
      </w:r>
      <w:proofErr w:type="spellStart"/>
      <w:r w:rsidRPr="000E416B">
        <w:rPr>
          <w:lang w:val="es-ES"/>
        </w:rPr>
        <w:t>pessoa</w:t>
      </w:r>
      <w:proofErr w:type="spellEnd"/>
      <w:r w:rsidRPr="000E416B">
        <w:rPr>
          <w:lang w:val="es-ES"/>
        </w:rPr>
        <w:t xml:space="preserve"> em apto. duplo</w:t>
      </w:r>
    </w:p>
    <w:p w14:paraId="6125E42A" w14:textId="77777777" w:rsidR="00C63FEA" w:rsidRPr="000E416B" w:rsidRDefault="00CC2BFB">
      <w:pPr>
        <w:rPr>
          <w:lang w:val="es-ES"/>
        </w:rPr>
      </w:pPr>
      <w:r w:rsidRPr="000E416B">
        <w:rPr>
          <w:lang w:val="es-ES"/>
        </w:rPr>
        <w:t xml:space="preserve">€ </w:t>
      </w:r>
      <w:proofErr w:type="gramStart"/>
      <w:r w:rsidRPr="000E416B">
        <w:rPr>
          <w:lang w:val="es-ES"/>
        </w:rPr>
        <w:t>990,–</w:t>
      </w:r>
      <w:proofErr w:type="gramEnd"/>
      <w:r w:rsidRPr="000E416B">
        <w:rPr>
          <w:lang w:val="es-ES"/>
        </w:rPr>
        <w:t xml:space="preserve"> s</w:t>
      </w:r>
      <w:r w:rsidRPr="000E416B">
        <w:rPr>
          <w:lang w:val="es-ES"/>
        </w:rPr>
        <w:t>uplemento individual</w:t>
      </w:r>
    </w:p>
    <w:p w14:paraId="05AEFBA6" w14:textId="77777777" w:rsidR="00C63FEA" w:rsidRPr="000E416B" w:rsidRDefault="00CC2BFB">
      <w:pPr>
        <w:rPr>
          <w:lang w:val="es-ES"/>
        </w:rPr>
      </w:pPr>
      <w:r w:rsidRPr="000E416B">
        <w:rPr>
          <w:lang w:val="es-ES"/>
        </w:rPr>
        <w:lastRenderedPageBreak/>
        <w:t xml:space="preserve">5% </w:t>
      </w:r>
      <w:proofErr w:type="spellStart"/>
      <w:r w:rsidRPr="000E416B">
        <w:rPr>
          <w:lang w:val="es-ES"/>
        </w:rPr>
        <w:t>desconto</w:t>
      </w:r>
      <w:proofErr w:type="spellEnd"/>
      <w:r w:rsidRPr="000E416B">
        <w:rPr>
          <w:lang w:val="es-ES"/>
        </w:rPr>
        <w:t xml:space="preserve"> para o </w:t>
      </w:r>
      <w:proofErr w:type="spellStart"/>
      <w:r w:rsidRPr="000E416B">
        <w:rPr>
          <w:lang w:val="es-ES"/>
        </w:rPr>
        <w:t>terceiro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passageiro</w:t>
      </w:r>
      <w:proofErr w:type="spellEnd"/>
      <w:r w:rsidRPr="000E416B">
        <w:rPr>
          <w:lang w:val="es-ES"/>
        </w:rPr>
        <w:t xml:space="preserve"> em </w:t>
      </w:r>
      <w:proofErr w:type="spellStart"/>
      <w:r w:rsidRPr="000E416B">
        <w:rPr>
          <w:lang w:val="es-ES"/>
        </w:rPr>
        <w:t>quarto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com</w:t>
      </w:r>
      <w:proofErr w:type="spellEnd"/>
      <w:r w:rsidRPr="000E416B">
        <w:rPr>
          <w:lang w:val="es-ES"/>
        </w:rPr>
        <w:t xml:space="preserve"> +2 </w:t>
      </w:r>
      <w:proofErr w:type="spellStart"/>
      <w:r w:rsidRPr="000E416B">
        <w:rPr>
          <w:lang w:val="es-ES"/>
        </w:rPr>
        <w:t>pessoas</w:t>
      </w:r>
      <w:proofErr w:type="spellEnd"/>
      <w:r w:rsidRPr="000E416B">
        <w:rPr>
          <w:lang w:val="es-ES"/>
        </w:rPr>
        <w:t xml:space="preserve"> (QUARTO TRIPLO).</w:t>
      </w:r>
    </w:p>
    <w:p w14:paraId="24F8C15C" w14:textId="77777777" w:rsidR="00C63FEA" w:rsidRPr="000E416B" w:rsidRDefault="00C63FEA">
      <w:pPr>
        <w:rPr>
          <w:lang w:val="es-ES"/>
        </w:rPr>
      </w:pPr>
    </w:p>
    <w:p w14:paraId="761EA6C8" w14:textId="77777777" w:rsidR="00C63FEA" w:rsidRPr="00CC2BFB" w:rsidRDefault="00CC2BFB">
      <w:pPr>
        <w:pStyle w:val="Ttulo2"/>
        <w:rPr>
          <w:bCs w:val="0"/>
          <w:sz w:val="32"/>
          <w:szCs w:val="32"/>
          <w:lang w:val="es-ES"/>
        </w:rPr>
      </w:pPr>
      <w:r w:rsidRPr="00CC2BFB">
        <w:rPr>
          <w:bCs w:val="0"/>
          <w:sz w:val="32"/>
          <w:szCs w:val="32"/>
          <w:lang w:val="es-ES"/>
        </w:rPr>
        <w:t>ITINERÁRIO</w:t>
      </w:r>
    </w:p>
    <w:p w14:paraId="10F147FC" w14:textId="77777777" w:rsidR="00C63FEA" w:rsidRPr="000E416B" w:rsidRDefault="00CC2BFB">
      <w:pPr>
        <w:rPr>
          <w:lang w:val="es-ES"/>
        </w:rPr>
      </w:pPr>
      <w:r w:rsidRPr="000E416B">
        <w:rPr>
          <w:b/>
          <w:lang w:val="es-ES"/>
        </w:rPr>
        <w:t>DIA 1 TER PRAGA</w:t>
      </w:r>
    </w:p>
    <w:p w14:paraId="136355CF" w14:textId="77777777" w:rsidR="00C63FEA" w:rsidRPr="000E416B" w:rsidRDefault="00CC2BFB">
      <w:pPr>
        <w:rPr>
          <w:lang w:val="es-ES"/>
        </w:rPr>
      </w:pPr>
      <w:proofErr w:type="spellStart"/>
      <w:r w:rsidRPr="000E416B">
        <w:rPr>
          <w:lang w:val="es-ES"/>
        </w:rPr>
        <w:t>Chegada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ao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aeroporto</w:t>
      </w:r>
      <w:proofErr w:type="spellEnd"/>
      <w:r w:rsidRPr="000E416B">
        <w:rPr>
          <w:lang w:val="es-ES"/>
        </w:rPr>
        <w:t xml:space="preserve">, traslado para o hotel e </w:t>
      </w:r>
      <w:proofErr w:type="spellStart"/>
      <w:r w:rsidRPr="000E416B">
        <w:rPr>
          <w:lang w:val="es-ES"/>
        </w:rPr>
        <w:t>acomodação</w:t>
      </w:r>
      <w:proofErr w:type="spellEnd"/>
      <w:r w:rsidRPr="000E416B">
        <w:rPr>
          <w:lang w:val="es-ES"/>
        </w:rPr>
        <w:t xml:space="preserve">. O </w:t>
      </w:r>
      <w:proofErr w:type="spellStart"/>
      <w:r w:rsidRPr="000E416B">
        <w:rPr>
          <w:lang w:val="es-ES"/>
        </w:rPr>
        <w:t>guia</w:t>
      </w:r>
      <w:proofErr w:type="spellEnd"/>
      <w:r w:rsidRPr="000E416B">
        <w:rPr>
          <w:lang w:val="es-ES"/>
        </w:rPr>
        <w:t xml:space="preserve"> estará no hotel a partir das 19h.</w:t>
      </w:r>
    </w:p>
    <w:p w14:paraId="64DF8FB5" w14:textId="77777777" w:rsidR="00C63FEA" w:rsidRPr="000E416B" w:rsidRDefault="00C63FEA">
      <w:pPr>
        <w:rPr>
          <w:lang w:val="es-ES"/>
        </w:rPr>
      </w:pPr>
    </w:p>
    <w:p w14:paraId="6F9904B8" w14:textId="77777777" w:rsidR="00C63FEA" w:rsidRPr="000E416B" w:rsidRDefault="00CC2BFB">
      <w:pPr>
        <w:rPr>
          <w:lang w:val="es-ES"/>
        </w:rPr>
      </w:pPr>
      <w:r w:rsidRPr="000E416B">
        <w:rPr>
          <w:b/>
          <w:lang w:val="es-ES"/>
        </w:rPr>
        <w:t>DIA 2 QUA PRAGA</w:t>
      </w:r>
    </w:p>
    <w:p w14:paraId="5C56EB3F" w14:textId="77777777" w:rsidR="00C63FEA" w:rsidRPr="000E416B" w:rsidRDefault="00CC2BFB">
      <w:pPr>
        <w:rPr>
          <w:lang w:val="es-ES"/>
        </w:rPr>
      </w:pPr>
      <w:r w:rsidRPr="000E416B">
        <w:rPr>
          <w:lang w:val="es-ES"/>
        </w:rPr>
        <w:t xml:space="preserve">Iniciaremos o </w:t>
      </w:r>
      <w:proofErr w:type="spellStart"/>
      <w:r w:rsidRPr="000E416B">
        <w:rPr>
          <w:lang w:val="es-ES"/>
        </w:rPr>
        <w:t>dia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com</w:t>
      </w:r>
      <w:proofErr w:type="spellEnd"/>
      <w:r w:rsidRPr="000E416B">
        <w:rPr>
          <w:lang w:val="es-ES"/>
        </w:rPr>
        <w:t xml:space="preserve"> a visita da </w:t>
      </w:r>
      <w:proofErr w:type="spellStart"/>
      <w:r w:rsidRPr="000E416B">
        <w:rPr>
          <w:lang w:val="es-ES"/>
        </w:rPr>
        <w:t>cidade</w:t>
      </w:r>
      <w:proofErr w:type="spellEnd"/>
      <w:r w:rsidRPr="000E416B">
        <w:rPr>
          <w:lang w:val="es-ES"/>
        </w:rPr>
        <w:t xml:space="preserve">. </w:t>
      </w:r>
      <w:proofErr w:type="spellStart"/>
      <w:r w:rsidRPr="000E416B">
        <w:rPr>
          <w:lang w:val="es-ES"/>
        </w:rPr>
        <w:t>Começaremos</w:t>
      </w:r>
      <w:proofErr w:type="spellEnd"/>
      <w:r w:rsidRPr="000E416B">
        <w:rPr>
          <w:lang w:val="es-ES"/>
        </w:rPr>
        <w:t xml:space="preserve"> pelo </w:t>
      </w:r>
      <w:proofErr w:type="spellStart"/>
      <w:r w:rsidRPr="000E416B">
        <w:rPr>
          <w:lang w:val="es-ES"/>
        </w:rPr>
        <w:t>bairro</w:t>
      </w:r>
      <w:proofErr w:type="spellEnd"/>
      <w:r w:rsidRPr="000E416B">
        <w:rPr>
          <w:lang w:val="es-ES"/>
        </w:rPr>
        <w:t xml:space="preserve"> do Castelo de </w:t>
      </w:r>
      <w:proofErr w:type="spellStart"/>
      <w:r w:rsidRPr="000E416B">
        <w:rPr>
          <w:lang w:val="es-ES"/>
        </w:rPr>
        <w:t>Hradčany</w:t>
      </w:r>
      <w:proofErr w:type="spellEnd"/>
      <w:r w:rsidRPr="000E416B">
        <w:rPr>
          <w:lang w:val="es-ES"/>
        </w:rPr>
        <w:t xml:space="preserve">, </w:t>
      </w:r>
      <w:proofErr w:type="spellStart"/>
      <w:r w:rsidRPr="000E416B">
        <w:rPr>
          <w:lang w:val="es-ES"/>
        </w:rPr>
        <w:t>com</w:t>
      </w:r>
      <w:proofErr w:type="spellEnd"/>
      <w:r w:rsidRPr="000E416B">
        <w:rPr>
          <w:lang w:val="es-ES"/>
        </w:rPr>
        <w:t xml:space="preserve"> a Catedral de São Vito, o Castelo de Praga e a </w:t>
      </w:r>
      <w:proofErr w:type="spellStart"/>
      <w:r w:rsidRPr="000E416B">
        <w:rPr>
          <w:lang w:val="es-ES"/>
        </w:rPr>
        <w:t>Rua</w:t>
      </w:r>
      <w:proofErr w:type="spellEnd"/>
      <w:r w:rsidRPr="000E416B">
        <w:rPr>
          <w:lang w:val="es-ES"/>
        </w:rPr>
        <w:t xml:space="preserve"> do Ouro. </w:t>
      </w:r>
      <w:proofErr w:type="spellStart"/>
      <w:r w:rsidRPr="000E416B">
        <w:rPr>
          <w:lang w:val="es-ES"/>
        </w:rPr>
        <w:t>Após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percorrer</w:t>
      </w:r>
      <w:proofErr w:type="spellEnd"/>
      <w:r w:rsidRPr="000E416B">
        <w:rPr>
          <w:lang w:val="es-ES"/>
        </w:rPr>
        <w:t xml:space="preserve"> os diferentes </w:t>
      </w:r>
      <w:proofErr w:type="spellStart"/>
      <w:r w:rsidRPr="000E416B">
        <w:rPr>
          <w:lang w:val="es-ES"/>
        </w:rPr>
        <w:t>pátios</w:t>
      </w:r>
      <w:proofErr w:type="spellEnd"/>
      <w:r w:rsidRPr="000E416B">
        <w:rPr>
          <w:lang w:val="es-ES"/>
        </w:rPr>
        <w:t xml:space="preserve"> do </w:t>
      </w:r>
      <w:proofErr w:type="spellStart"/>
      <w:r w:rsidRPr="000E416B">
        <w:rPr>
          <w:lang w:val="es-ES"/>
        </w:rPr>
        <w:t>castelo</w:t>
      </w:r>
      <w:proofErr w:type="spellEnd"/>
      <w:r w:rsidRPr="000E416B">
        <w:rPr>
          <w:lang w:val="es-ES"/>
        </w:rPr>
        <w:t xml:space="preserve">, visitaremos a </w:t>
      </w:r>
      <w:proofErr w:type="spellStart"/>
      <w:r w:rsidRPr="000E416B">
        <w:rPr>
          <w:lang w:val="es-ES"/>
        </w:rPr>
        <w:t>Cidade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Pequena</w:t>
      </w:r>
      <w:proofErr w:type="spellEnd"/>
      <w:r w:rsidRPr="000E416B">
        <w:rPr>
          <w:lang w:val="es-ES"/>
        </w:rPr>
        <w:t xml:space="preserve"> pela </w:t>
      </w:r>
      <w:proofErr w:type="spellStart"/>
      <w:r w:rsidRPr="000E416B">
        <w:rPr>
          <w:lang w:val="es-ES"/>
        </w:rPr>
        <w:t>rua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Nerudova</w:t>
      </w:r>
      <w:proofErr w:type="spellEnd"/>
      <w:r w:rsidRPr="000E416B">
        <w:rPr>
          <w:lang w:val="es-ES"/>
        </w:rPr>
        <w:t xml:space="preserve">, </w:t>
      </w:r>
      <w:proofErr w:type="spellStart"/>
      <w:r w:rsidRPr="000E416B">
        <w:rPr>
          <w:lang w:val="es-ES"/>
        </w:rPr>
        <w:t>com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su</w:t>
      </w:r>
      <w:r w:rsidRPr="000E416B">
        <w:rPr>
          <w:lang w:val="es-ES"/>
        </w:rPr>
        <w:t>as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belas</w:t>
      </w:r>
      <w:proofErr w:type="spellEnd"/>
      <w:r w:rsidRPr="000E416B">
        <w:rPr>
          <w:lang w:val="es-ES"/>
        </w:rPr>
        <w:t xml:space="preserve"> casas </w:t>
      </w:r>
      <w:proofErr w:type="gramStart"/>
      <w:r w:rsidRPr="000E416B">
        <w:rPr>
          <w:lang w:val="es-ES"/>
        </w:rPr>
        <w:t>e</w:t>
      </w:r>
      <w:proofErr w:type="gramEnd"/>
      <w:r w:rsidRPr="000E416B">
        <w:rPr>
          <w:lang w:val="es-ES"/>
        </w:rPr>
        <w:t xml:space="preserve"> símbolos </w:t>
      </w:r>
      <w:proofErr w:type="spellStart"/>
      <w:r w:rsidRPr="000E416B">
        <w:rPr>
          <w:lang w:val="es-ES"/>
        </w:rPr>
        <w:t>antigos</w:t>
      </w:r>
      <w:proofErr w:type="spellEnd"/>
      <w:r w:rsidRPr="000E416B">
        <w:rPr>
          <w:lang w:val="es-ES"/>
        </w:rPr>
        <w:t xml:space="preserve">. </w:t>
      </w:r>
      <w:proofErr w:type="spellStart"/>
      <w:r w:rsidRPr="000E416B">
        <w:rPr>
          <w:lang w:val="es-ES"/>
        </w:rPr>
        <w:t>Passaremos</w:t>
      </w:r>
      <w:proofErr w:type="spellEnd"/>
      <w:r w:rsidRPr="000E416B">
        <w:rPr>
          <w:lang w:val="es-ES"/>
        </w:rPr>
        <w:t xml:space="preserve"> pela Igreja de São Nicolau até </w:t>
      </w:r>
      <w:proofErr w:type="spellStart"/>
      <w:r w:rsidRPr="000E416B">
        <w:rPr>
          <w:lang w:val="es-ES"/>
        </w:rPr>
        <w:t>chegar</w:t>
      </w:r>
      <w:proofErr w:type="spellEnd"/>
      <w:r w:rsidRPr="000E416B">
        <w:rPr>
          <w:lang w:val="es-ES"/>
        </w:rPr>
        <w:t xml:space="preserve"> à Ponte Carlos, </w:t>
      </w:r>
      <w:proofErr w:type="spellStart"/>
      <w:r w:rsidRPr="000E416B">
        <w:rPr>
          <w:lang w:val="es-ES"/>
        </w:rPr>
        <w:t>uma</w:t>
      </w:r>
      <w:proofErr w:type="spellEnd"/>
      <w:r w:rsidRPr="000E416B">
        <w:rPr>
          <w:lang w:val="es-ES"/>
        </w:rPr>
        <w:t xml:space="preserve"> das </w:t>
      </w:r>
      <w:proofErr w:type="spellStart"/>
      <w:r w:rsidRPr="000E416B">
        <w:rPr>
          <w:lang w:val="es-ES"/>
        </w:rPr>
        <w:t>mais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antigas</w:t>
      </w:r>
      <w:proofErr w:type="spellEnd"/>
      <w:r w:rsidRPr="000E416B">
        <w:rPr>
          <w:lang w:val="es-ES"/>
        </w:rPr>
        <w:t xml:space="preserve"> da Europa, que liga a </w:t>
      </w:r>
      <w:proofErr w:type="spellStart"/>
      <w:r w:rsidRPr="000E416B">
        <w:rPr>
          <w:lang w:val="es-ES"/>
        </w:rPr>
        <w:t>Cidade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Pequena</w:t>
      </w:r>
      <w:proofErr w:type="spellEnd"/>
      <w:r w:rsidRPr="000E416B">
        <w:rPr>
          <w:lang w:val="es-ES"/>
        </w:rPr>
        <w:t xml:space="preserve"> à </w:t>
      </w:r>
      <w:proofErr w:type="spellStart"/>
      <w:r w:rsidRPr="000E416B">
        <w:rPr>
          <w:lang w:val="es-ES"/>
        </w:rPr>
        <w:t>Cidade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Velha</w:t>
      </w:r>
      <w:proofErr w:type="spellEnd"/>
      <w:r w:rsidRPr="000E416B">
        <w:rPr>
          <w:lang w:val="es-ES"/>
        </w:rPr>
        <w:t xml:space="preserve">, de onde se </w:t>
      </w:r>
      <w:proofErr w:type="spellStart"/>
      <w:r w:rsidRPr="000E416B">
        <w:rPr>
          <w:lang w:val="es-ES"/>
        </w:rPr>
        <w:t>tem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uma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bela</w:t>
      </w:r>
      <w:proofErr w:type="spellEnd"/>
      <w:r w:rsidRPr="000E416B">
        <w:rPr>
          <w:lang w:val="es-ES"/>
        </w:rPr>
        <w:t xml:space="preserve"> vista. </w:t>
      </w:r>
      <w:proofErr w:type="spellStart"/>
      <w:r w:rsidRPr="000E416B">
        <w:rPr>
          <w:lang w:val="es-ES"/>
        </w:rPr>
        <w:t>Caminharemos</w:t>
      </w:r>
      <w:proofErr w:type="spellEnd"/>
      <w:r w:rsidRPr="000E416B">
        <w:rPr>
          <w:lang w:val="es-ES"/>
        </w:rPr>
        <w:t xml:space="preserve"> pela </w:t>
      </w:r>
      <w:proofErr w:type="spellStart"/>
      <w:r w:rsidRPr="000E416B">
        <w:rPr>
          <w:lang w:val="es-ES"/>
        </w:rPr>
        <w:t>rua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Karlova</w:t>
      </w:r>
      <w:proofErr w:type="spellEnd"/>
      <w:r w:rsidRPr="000E416B">
        <w:rPr>
          <w:lang w:val="es-ES"/>
        </w:rPr>
        <w:t xml:space="preserve"> até a </w:t>
      </w:r>
      <w:proofErr w:type="spellStart"/>
      <w:r w:rsidRPr="000E416B">
        <w:rPr>
          <w:lang w:val="es-ES"/>
        </w:rPr>
        <w:t>Praça</w:t>
      </w:r>
      <w:proofErr w:type="spellEnd"/>
      <w:r w:rsidRPr="000E416B">
        <w:rPr>
          <w:lang w:val="es-ES"/>
        </w:rPr>
        <w:t xml:space="preserve"> da </w:t>
      </w:r>
      <w:proofErr w:type="spellStart"/>
      <w:r w:rsidRPr="000E416B">
        <w:rPr>
          <w:lang w:val="es-ES"/>
        </w:rPr>
        <w:t>Cidade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Velha</w:t>
      </w:r>
      <w:proofErr w:type="spellEnd"/>
      <w:r w:rsidRPr="000E416B">
        <w:rPr>
          <w:lang w:val="es-ES"/>
        </w:rPr>
        <w:t xml:space="preserve">, </w:t>
      </w:r>
      <w:proofErr w:type="spellStart"/>
      <w:r w:rsidRPr="000E416B">
        <w:rPr>
          <w:lang w:val="es-ES"/>
        </w:rPr>
        <w:t>com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seu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relógio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astronômico</w:t>
      </w:r>
      <w:proofErr w:type="spellEnd"/>
      <w:r w:rsidRPr="000E416B">
        <w:rPr>
          <w:lang w:val="es-ES"/>
        </w:rPr>
        <w:t xml:space="preserve">, a igreja gótica de </w:t>
      </w:r>
      <w:proofErr w:type="spellStart"/>
      <w:r w:rsidRPr="000E416B">
        <w:rPr>
          <w:lang w:val="es-ES"/>
        </w:rPr>
        <w:t>Nossa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Senhora</w:t>
      </w:r>
      <w:proofErr w:type="spellEnd"/>
      <w:r w:rsidRPr="000E416B">
        <w:rPr>
          <w:lang w:val="es-ES"/>
        </w:rPr>
        <w:t xml:space="preserve"> de </w:t>
      </w:r>
      <w:proofErr w:type="spellStart"/>
      <w:r w:rsidRPr="000E416B">
        <w:rPr>
          <w:lang w:val="es-ES"/>
        </w:rPr>
        <w:t>Týn</w:t>
      </w:r>
      <w:proofErr w:type="spellEnd"/>
      <w:r w:rsidRPr="000E416B">
        <w:rPr>
          <w:lang w:val="es-ES"/>
        </w:rPr>
        <w:t xml:space="preserve"> e o monumento a Jan </w:t>
      </w:r>
      <w:proofErr w:type="spellStart"/>
      <w:r w:rsidRPr="000E416B">
        <w:rPr>
          <w:lang w:val="es-ES"/>
        </w:rPr>
        <w:t>Hus</w:t>
      </w:r>
      <w:proofErr w:type="spellEnd"/>
      <w:r w:rsidRPr="000E416B">
        <w:rPr>
          <w:lang w:val="es-ES"/>
        </w:rPr>
        <w:t xml:space="preserve">. Por </w:t>
      </w:r>
      <w:proofErr w:type="spellStart"/>
      <w:r w:rsidRPr="000E416B">
        <w:rPr>
          <w:lang w:val="es-ES"/>
        </w:rPr>
        <w:t>fim</w:t>
      </w:r>
      <w:proofErr w:type="spellEnd"/>
      <w:r w:rsidRPr="000E416B">
        <w:rPr>
          <w:lang w:val="es-ES"/>
        </w:rPr>
        <w:t xml:space="preserve">, </w:t>
      </w:r>
      <w:proofErr w:type="spellStart"/>
      <w:r w:rsidRPr="000E416B">
        <w:rPr>
          <w:lang w:val="es-ES"/>
        </w:rPr>
        <w:t>chegaremos</w:t>
      </w:r>
      <w:proofErr w:type="spellEnd"/>
      <w:r w:rsidRPr="000E416B">
        <w:rPr>
          <w:lang w:val="es-ES"/>
        </w:rPr>
        <w:t xml:space="preserve"> à </w:t>
      </w:r>
      <w:proofErr w:type="spellStart"/>
      <w:r w:rsidRPr="000E416B">
        <w:rPr>
          <w:lang w:val="es-ES"/>
        </w:rPr>
        <w:t>Cidade</w:t>
      </w:r>
      <w:proofErr w:type="spellEnd"/>
      <w:r w:rsidRPr="000E416B">
        <w:rPr>
          <w:lang w:val="es-ES"/>
        </w:rPr>
        <w:t xml:space="preserve"> Nova, onde termina o </w:t>
      </w:r>
      <w:proofErr w:type="spellStart"/>
      <w:r w:rsidRPr="000E416B">
        <w:rPr>
          <w:lang w:val="es-ES"/>
        </w:rPr>
        <w:t>passeio</w:t>
      </w:r>
      <w:proofErr w:type="spellEnd"/>
      <w:r w:rsidRPr="000E416B">
        <w:rPr>
          <w:lang w:val="es-ES"/>
        </w:rPr>
        <w:t xml:space="preserve">. Praga </w:t>
      </w:r>
      <w:proofErr w:type="spellStart"/>
      <w:r w:rsidRPr="000E416B">
        <w:rPr>
          <w:lang w:val="es-ES"/>
        </w:rPr>
        <w:t>também</w:t>
      </w:r>
      <w:proofErr w:type="spellEnd"/>
      <w:r w:rsidRPr="000E416B">
        <w:rPr>
          <w:lang w:val="es-ES"/>
        </w:rPr>
        <w:t xml:space="preserve"> é famosa por </w:t>
      </w:r>
      <w:proofErr w:type="spellStart"/>
      <w:r w:rsidRPr="000E416B">
        <w:rPr>
          <w:lang w:val="es-ES"/>
        </w:rPr>
        <w:t>sua</w:t>
      </w:r>
      <w:proofErr w:type="spellEnd"/>
      <w:r w:rsidRPr="000E416B">
        <w:rPr>
          <w:lang w:val="es-ES"/>
        </w:rPr>
        <w:t xml:space="preserve"> arte em vidro </w:t>
      </w:r>
      <w:proofErr w:type="gramStart"/>
      <w:r w:rsidRPr="000E416B">
        <w:rPr>
          <w:lang w:val="es-ES"/>
        </w:rPr>
        <w:t>e</w:t>
      </w:r>
      <w:proofErr w:type="gramEnd"/>
      <w:r w:rsidRPr="000E416B">
        <w:rPr>
          <w:lang w:val="es-ES"/>
        </w:rPr>
        <w:t xml:space="preserve"> porcelana; as </w:t>
      </w:r>
      <w:proofErr w:type="spellStart"/>
      <w:r w:rsidRPr="000E416B">
        <w:rPr>
          <w:lang w:val="es-ES"/>
        </w:rPr>
        <w:t>marionetes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são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uma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lembrança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autênt</w:t>
      </w:r>
      <w:r w:rsidRPr="000E416B">
        <w:rPr>
          <w:lang w:val="es-ES"/>
        </w:rPr>
        <w:t>ica</w:t>
      </w:r>
      <w:proofErr w:type="spellEnd"/>
      <w:r w:rsidRPr="000E416B">
        <w:rPr>
          <w:lang w:val="es-ES"/>
        </w:rPr>
        <w:t xml:space="preserve"> para </w:t>
      </w:r>
      <w:proofErr w:type="spellStart"/>
      <w:r w:rsidRPr="000E416B">
        <w:rPr>
          <w:lang w:val="es-ES"/>
        </w:rPr>
        <w:t>quem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ficou</w:t>
      </w:r>
      <w:proofErr w:type="spellEnd"/>
      <w:r w:rsidRPr="000E416B">
        <w:rPr>
          <w:lang w:val="es-ES"/>
        </w:rPr>
        <w:t xml:space="preserve"> em casa.</w:t>
      </w:r>
    </w:p>
    <w:p w14:paraId="0D8BB904" w14:textId="77777777" w:rsidR="00C63FEA" w:rsidRPr="000E416B" w:rsidRDefault="00C63FEA">
      <w:pPr>
        <w:rPr>
          <w:lang w:val="es-ES"/>
        </w:rPr>
      </w:pPr>
    </w:p>
    <w:p w14:paraId="44457BDC" w14:textId="77777777" w:rsidR="00C63FEA" w:rsidRPr="000E416B" w:rsidRDefault="00CC2BFB">
      <w:pPr>
        <w:rPr>
          <w:lang w:val="es-ES"/>
        </w:rPr>
      </w:pPr>
      <w:r w:rsidRPr="000E416B">
        <w:rPr>
          <w:b/>
          <w:lang w:val="es-ES"/>
        </w:rPr>
        <w:t>DIA 3 QUI PRAGA</w:t>
      </w:r>
    </w:p>
    <w:p w14:paraId="38AD839C" w14:textId="77777777" w:rsidR="00C63FEA" w:rsidRPr="000E416B" w:rsidRDefault="00CC2BFB">
      <w:pPr>
        <w:rPr>
          <w:lang w:val="es-ES"/>
        </w:rPr>
      </w:pPr>
      <w:proofErr w:type="spellStart"/>
      <w:r w:rsidRPr="000E416B">
        <w:rPr>
          <w:lang w:val="es-ES"/>
        </w:rPr>
        <w:t>Hoje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terá</w:t>
      </w:r>
      <w:proofErr w:type="spellEnd"/>
      <w:r w:rsidRPr="000E416B">
        <w:rPr>
          <w:lang w:val="es-ES"/>
        </w:rPr>
        <w:t xml:space="preserve"> o </w:t>
      </w:r>
      <w:proofErr w:type="spellStart"/>
      <w:r w:rsidRPr="000E416B">
        <w:rPr>
          <w:lang w:val="es-ES"/>
        </w:rPr>
        <w:t>dia</w:t>
      </w:r>
      <w:proofErr w:type="spellEnd"/>
      <w:r w:rsidRPr="000E416B">
        <w:rPr>
          <w:lang w:val="es-ES"/>
        </w:rPr>
        <w:t xml:space="preserve"> totalmente </w:t>
      </w:r>
      <w:proofErr w:type="spellStart"/>
      <w:r w:rsidRPr="000E416B">
        <w:rPr>
          <w:lang w:val="es-ES"/>
        </w:rPr>
        <w:t>livre</w:t>
      </w:r>
      <w:proofErr w:type="spellEnd"/>
      <w:r w:rsidRPr="000E416B">
        <w:rPr>
          <w:lang w:val="es-ES"/>
        </w:rPr>
        <w:t xml:space="preserve"> para continuar </w:t>
      </w:r>
      <w:proofErr w:type="spellStart"/>
      <w:r w:rsidRPr="000E416B">
        <w:rPr>
          <w:lang w:val="es-ES"/>
        </w:rPr>
        <w:t>descobrindo</w:t>
      </w:r>
      <w:proofErr w:type="spellEnd"/>
      <w:r w:rsidRPr="000E416B">
        <w:rPr>
          <w:lang w:val="es-ES"/>
        </w:rPr>
        <w:t xml:space="preserve"> a </w:t>
      </w:r>
      <w:proofErr w:type="spellStart"/>
      <w:r w:rsidRPr="000E416B">
        <w:rPr>
          <w:lang w:val="es-ES"/>
        </w:rPr>
        <w:t>cidade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ou</w:t>
      </w:r>
      <w:proofErr w:type="spellEnd"/>
      <w:r w:rsidRPr="000E416B">
        <w:rPr>
          <w:lang w:val="es-ES"/>
        </w:rPr>
        <w:t xml:space="preserve"> descansar. Para </w:t>
      </w:r>
      <w:proofErr w:type="spellStart"/>
      <w:r w:rsidRPr="000E416B">
        <w:rPr>
          <w:lang w:val="es-ES"/>
        </w:rPr>
        <w:t>aqueles</w:t>
      </w:r>
      <w:proofErr w:type="spellEnd"/>
      <w:r w:rsidRPr="000E416B">
        <w:rPr>
          <w:lang w:val="es-ES"/>
        </w:rPr>
        <w:t xml:space="preserve"> que </w:t>
      </w:r>
      <w:proofErr w:type="spellStart"/>
      <w:r w:rsidRPr="000E416B">
        <w:rPr>
          <w:lang w:val="es-ES"/>
        </w:rPr>
        <w:t>desejam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conhecer</w:t>
      </w:r>
      <w:proofErr w:type="spellEnd"/>
      <w:r w:rsidRPr="000E416B">
        <w:rPr>
          <w:lang w:val="es-ES"/>
        </w:rPr>
        <w:t xml:space="preserve"> como </w:t>
      </w:r>
      <w:proofErr w:type="spellStart"/>
      <w:r w:rsidRPr="000E416B">
        <w:rPr>
          <w:lang w:val="es-ES"/>
        </w:rPr>
        <w:t>relaxavam</w:t>
      </w:r>
      <w:proofErr w:type="spellEnd"/>
      <w:r w:rsidRPr="000E416B">
        <w:rPr>
          <w:lang w:val="es-ES"/>
        </w:rPr>
        <w:t xml:space="preserve"> os imperadores, </w:t>
      </w:r>
      <w:proofErr w:type="spellStart"/>
      <w:r w:rsidRPr="000E416B">
        <w:rPr>
          <w:lang w:val="es-ES"/>
        </w:rPr>
        <w:t>oferecemos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uma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excursão</w:t>
      </w:r>
      <w:proofErr w:type="spellEnd"/>
      <w:r w:rsidRPr="000E416B">
        <w:rPr>
          <w:lang w:val="es-ES"/>
        </w:rPr>
        <w:t xml:space="preserve"> opcional a Karlovy Vary, a </w:t>
      </w:r>
      <w:proofErr w:type="spellStart"/>
      <w:r w:rsidRPr="000E416B">
        <w:rPr>
          <w:lang w:val="es-ES"/>
        </w:rPr>
        <w:t>clássica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ci</w:t>
      </w:r>
      <w:r w:rsidRPr="000E416B">
        <w:rPr>
          <w:lang w:val="es-ES"/>
        </w:rPr>
        <w:t>dade</w:t>
      </w:r>
      <w:proofErr w:type="spellEnd"/>
      <w:r w:rsidRPr="000E416B">
        <w:rPr>
          <w:lang w:val="es-ES"/>
        </w:rPr>
        <w:t xml:space="preserve"> termal da </w:t>
      </w:r>
      <w:proofErr w:type="spellStart"/>
      <w:r w:rsidRPr="000E416B">
        <w:rPr>
          <w:lang w:val="es-ES"/>
        </w:rPr>
        <w:t>antiga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monarquia</w:t>
      </w:r>
      <w:proofErr w:type="spellEnd"/>
      <w:r w:rsidRPr="000E416B">
        <w:rPr>
          <w:lang w:val="es-ES"/>
        </w:rPr>
        <w:t xml:space="preserve"> austro-húngara (</w:t>
      </w:r>
      <w:proofErr w:type="spellStart"/>
      <w:r w:rsidRPr="000E416B">
        <w:rPr>
          <w:lang w:val="es-ES"/>
        </w:rPr>
        <w:t>não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incluída</w:t>
      </w:r>
      <w:proofErr w:type="spellEnd"/>
      <w:r w:rsidRPr="000E416B">
        <w:rPr>
          <w:lang w:val="es-ES"/>
        </w:rPr>
        <w:t xml:space="preserve">). </w:t>
      </w:r>
      <w:proofErr w:type="spellStart"/>
      <w:r w:rsidRPr="000E416B">
        <w:rPr>
          <w:lang w:val="es-ES"/>
        </w:rPr>
        <w:t>Hospedagem</w:t>
      </w:r>
      <w:proofErr w:type="spellEnd"/>
      <w:r w:rsidRPr="000E416B">
        <w:rPr>
          <w:lang w:val="es-ES"/>
        </w:rPr>
        <w:t xml:space="preserve"> em Praga.</w:t>
      </w:r>
    </w:p>
    <w:p w14:paraId="739EC598" w14:textId="77777777" w:rsidR="00C63FEA" w:rsidRPr="000E416B" w:rsidRDefault="00C63FEA">
      <w:pPr>
        <w:rPr>
          <w:lang w:val="es-ES"/>
        </w:rPr>
      </w:pPr>
    </w:p>
    <w:p w14:paraId="2D0F54D3" w14:textId="77777777" w:rsidR="00C63FEA" w:rsidRPr="000E416B" w:rsidRDefault="00CC2BFB">
      <w:pPr>
        <w:rPr>
          <w:lang w:val="es-ES"/>
        </w:rPr>
      </w:pPr>
      <w:r w:rsidRPr="000E416B">
        <w:rPr>
          <w:b/>
          <w:lang w:val="es-ES"/>
        </w:rPr>
        <w:t>DIA 4 SEX PRAGA - WIELICZKA - CRACÓVIA</w:t>
      </w:r>
    </w:p>
    <w:p w14:paraId="4035FF30" w14:textId="77777777" w:rsidR="00C63FEA" w:rsidRPr="000E416B" w:rsidRDefault="00CC2BFB">
      <w:pPr>
        <w:rPr>
          <w:lang w:val="es-ES"/>
        </w:rPr>
      </w:pPr>
      <w:r w:rsidRPr="000E416B">
        <w:rPr>
          <w:lang w:val="es-ES"/>
        </w:rPr>
        <w:t xml:space="preserve">Café da </w:t>
      </w:r>
      <w:proofErr w:type="spellStart"/>
      <w:r w:rsidRPr="000E416B">
        <w:rPr>
          <w:lang w:val="es-ES"/>
        </w:rPr>
        <w:t>manhã</w:t>
      </w:r>
      <w:proofErr w:type="spellEnd"/>
      <w:r w:rsidRPr="000E416B">
        <w:rPr>
          <w:lang w:val="es-ES"/>
        </w:rPr>
        <w:t xml:space="preserve"> e </w:t>
      </w:r>
      <w:proofErr w:type="spellStart"/>
      <w:r w:rsidRPr="000E416B">
        <w:rPr>
          <w:lang w:val="es-ES"/>
        </w:rPr>
        <w:t>saída</w:t>
      </w:r>
      <w:proofErr w:type="spellEnd"/>
      <w:r w:rsidRPr="000E416B">
        <w:rPr>
          <w:lang w:val="es-ES"/>
        </w:rPr>
        <w:t xml:space="preserve"> cedo do hotel. </w:t>
      </w:r>
      <w:proofErr w:type="spellStart"/>
      <w:r w:rsidRPr="000E416B">
        <w:rPr>
          <w:lang w:val="es-ES"/>
        </w:rPr>
        <w:t>Hoje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deixaremos</w:t>
      </w:r>
      <w:proofErr w:type="spellEnd"/>
      <w:r w:rsidRPr="000E416B">
        <w:rPr>
          <w:lang w:val="es-ES"/>
        </w:rPr>
        <w:t xml:space="preserve"> a República </w:t>
      </w:r>
      <w:proofErr w:type="spellStart"/>
      <w:r w:rsidRPr="000E416B">
        <w:rPr>
          <w:lang w:val="es-ES"/>
        </w:rPr>
        <w:t>Tcheca</w:t>
      </w:r>
      <w:proofErr w:type="spellEnd"/>
      <w:r w:rsidRPr="000E416B">
        <w:rPr>
          <w:lang w:val="es-ES"/>
        </w:rPr>
        <w:t xml:space="preserve"> e seguiremos para leste até </w:t>
      </w:r>
      <w:proofErr w:type="spellStart"/>
      <w:r w:rsidRPr="000E416B">
        <w:rPr>
          <w:lang w:val="es-ES"/>
        </w:rPr>
        <w:t>Cracóvia</w:t>
      </w:r>
      <w:proofErr w:type="spellEnd"/>
      <w:r w:rsidRPr="000E416B">
        <w:rPr>
          <w:lang w:val="es-ES"/>
        </w:rPr>
        <w:t xml:space="preserve">. Antes de </w:t>
      </w:r>
      <w:proofErr w:type="spellStart"/>
      <w:r w:rsidRPr="000E416B">
        <w:rPr>
          <w:lang w:val="es-ES"/>
        </w:rPr>
        <w:t>chegar</w:t>
      </w:r>
      <w:proofErr w:type="spellEnd"/>
      <w:r w:rsidRPr="000E416B">
        <w:rPr>
          <w:lang w:val="es-ES"/>
        </w:rPr>
        <w:t xml:space="preserve"> à </w:t>
      </w:r>
      <w:proofErr w:type="spellStart"/>
      <w:r w:rsidRPr="000E416B">
        <w:rPr>
          <w:lang w:val="es-ES"/>
        </w:rPr>
        <w:t>anti</w:t>
      </w:r>
      <w:r w:rsidRPr="000E416B">
        <w:rPr>
          <w:lang w:val="es-ES"/>
        </w:rPr>
        <w:t>ga</w:t>
      </w:r>
      <w:proofErr w:type="spellEnd"/>
      <w:r w:rsidRPr="000E416B">
        <w:rPr>
          <w:lang w:val="es-ES"/>
        </w:rPr>
        <w:t xml:space="preserve"> capital da </w:t>
      </w:r>
      <w:proofErr w:type="spellStart"/>
      <w:r w:rsidRPr="000E416B">
        <w:rPr>
          <w:lang w:val="es-ES"/>
        </w:rPr>
        <w:t>Polônia</w:t>
      </w:r>
      <w:proofErr w:type="spellEnd"/>
      <w:r w:rsidRPr="000E416B">
        <w:rPr>
          <w:lang w:val="es-ES"/>
        </w:rPr>
        <w:t xml:space="preserve">, </w:t>
      </w:r>
      <w:proofErr w:type="spellStart"/>
      <w:r w:rsidRPr="000E416B">
        <w:rPr>
          <w:lang w:val="es-ES"/>
        </w:rPr>
        <w:t>faremos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um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desvio</w:t>
      </w:r>
      <w:proofErr w:type="spellEnd"/>
      <w:r w:rsidRPr="000E416B">
        <w:rPr>
          <w:lang w:val="es-ES"/>
        </w:rPr>
        <w:t xml:space="preserve"> até </w:t>
      </w:r>
      <w:proofErr w:type="spellStart"/>
      <w:r w:rsidRPr="000E416B">
        <w:rPr>
          <w:lang w:val="es-ES"/>
        </w:rPr>
        <w:t>Wieliczka</w:t>
      </w:r>
      <w:proofErr w:type="spellEnd"/>
      <w:r w:rsidRPr="000E416B">
        <w:rPr>
          <w:lang w:val="es-ES"/>
        </w:rPr>
        <w:t xml:space="preserve">, onde visitaremos as famosas minas de sal. </w:t>
      </w:r>
      <w:proofErr w:type="spellStart"/>
      <w:r w:rsidRPr="000E416B">
        <w:rPr>
          <w:lang w:val="es-ES"/>
        </w:rPr>
        <w:t>Um</w:t>
      </w:r>
      <w:proofErr w:type="spellEnd"/>
      <w:r w:rsidRPr="000E416B">
        <w:rPr>
          <w:lang w:val="es-ES"/>
        </w:rPr>
        <w:t xml:space="preserve"> elevador nos </w:t>
      </w:r>
      <w:proofErr w:type="spellStart"/>
      <w:r w:rsidRPr="000E416B">
        <w:rPr>
          <w:lang w:val="es-ES"/>
        </w:rPr>
        <w:t>levará</w:t>
      </w:r>
      <w:proofErr w:type="spellEnd"/>
      <w:r w:rsidRPr="000E416B">
        <w:rPr>
          <w:lang w:val="es-ES"/>
        </w:rPr>
        <w:t xml:space="preserve"> a 250 metros </w:t>
      </w:r>
      <w:proofErr w:type="spellStart"/>
      <w:r w:rsidRPr="000E416B">
        <w:rPr>
          <w:lang w:val="es-ES"/>
        </w:rPr>
        <w:t>abaixo</w:t>
      </w:r>
      <w:proofErr w:type="spellEnd"/>
      <w:r w:rsidRPr="000E416B">
        <w:rPr>
          <w:lang w:val="es-ES"/>
        </w:rPr>
        <w:t xml:space="preserve"> da </w:t>
      </w:r>
      <w:proofErr w:type="spellStart"/>
      <w:r w:rsidRPr="000E416B">
        <w:rPr>
          <w:lang w:val="es-ES"/>
        </w:rPr>
        <w:t>superfície</w:t>
      </w:r>
      <w:proofErr w:type="spellEnd"/>
      <w:r w:rsidRPr="000E416B">
        <w:rPr>
          <w:lang w:val="es-ES"/>
        </w:rPr>
        <w:t xml:space="preserve"> terrestre, e </w:t>
      </w:r>
      <w:proofErr w:type="spellStart"/>
      <w:r w:rsidRPr="000E416B">
        <w:rPr>
          <w:lang w:val="es-ES"/>
        </w:rPr>
        <w:t>não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deixaremos</w:t>
      </w:r>
      <w:proofErr w:type="spellEnd"/>
      <w:r w:rsidRPr="000E416B">
        <w:rPr>
          <w:lang w:val="es-ES"/>
        </w:rPr>
        <w:t xml:space="preserve"> de nos </w:t>
      </w:r>
      <w:proofErr w:type="spellStart"/>
      <w:r w:rsidRPr="000E416B">
        <w:rPr>
          <w:lang w:val="es-ES"/>
        </w:rPr>
        <w:t>maravilhar</w:t>
      </w:r>
      <w:proofErr w:type="spellEnd"/>
      <w:r w:rsidRPr="000E416B">
        <w:rPr>
          <w:lang w:val="es-ES"/>
        </w:rPr>
        <w:t xml:space="preserve">. </w:t>
      </w:r>
      <w:proofErr w:type="spellStart"/>
      <w:r w:rsidRPr="000E416B">
        <w:rPr>
          <w:lang w:val="es-ES"/>
        </w:rPr>
        <w:t>Não</w:t>
      </w:r>
      <w:proofErr w:type="spellEnd"/>
      <w:r w:rsidRPr="000E416B">
        <w:rPr>
          <w:lang w:val="es-ES"/>
        </w:rPr>
        <w:t xml:space="preserve"> é à </w:t>
      </w:r>
      <w:proofErr w:type="spellStart"/>
      <w:r w:rsidRPr="000E416B">
        <w:rPr>
          <w:lang w:val="es-ES"/>
        </w:rPr>
        <w:t>toa</w:t>
      </w:r>
      <w:proofErr w:type="spellEnd"/>
      <w:r w:rsidRPr="000E416B">
        <w:rPr>
          <w:lang w:val="es-ES"/>
        </w:rPr>
        <w:t xml:space="preserve"> que as minas </w:t>
      </w:r>
      <w:proofErr w:type="spellStart"/>
      <w:r w:rsidRPr="000E416B">
        <w:rPr>
          <w:lang w:val="es-ES"/>
        </w:rPr>
        <w:t>são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uma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atração</w:t>
      </w:r>
      <w:proofErr w:type="spellEnd"/>
      <w:r w:rsidRPr="000E416B">
        <w:rPr>
          <w:lang w:val="es-ES"/>
        </w:rPr>
        <w:t xml:space="preserve"> única no mund</w:t>
      </w:r>
      <w:r w:rsidRPr="000E416B">
        <w:rPr>
          <w:lang w:val="es-ES"/>
        </w:rPr>
        <w:t xml:space="preserve">o e </w:t>
      </w:r>
      <w:proofErr w:type="spellStart"/>
      <w:r w:rsidRPr="000E416B">
        <w:rPr>
          <w:lang w:val="es-ES"/>
        </w:rPr>
        <w:t>foram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incluídas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na</w:t>
      </w:r>
      <w:proofErr w:type="spellEnd"/>
      <w:r w:rsidRPr="000E416B">
        <w:rPr>
          <w:lang w:val="es-ES"/>
        </w:rPr>
        <w:t xml:space="preserve"> Lista do </w:t>
      </w:r>
      <w:proofErr w:type="spellStart"/>
      <w:r w:rsidRPr="000E416B">
        <w:rPr>
          <w:lang w:val="es-ES"/>
        </w:rPr>
        <w:t>Patrimônio</w:t>
      </w:r>
      <w:proofErr w:type="spellEnd"/>
      <w:r w:rsidRPr="000E416B">
        <w:rPr>
          <w:lang w:val="es-ES"/>
        </w:rPr>
        <w:t xml:space="preserve"> Mundial da UNESCO. A visita </w:t>
      </w:r>
      <w:proofErr w:type="spellStart"/>
      <w:r w:rsidRPr="000E416B">
        <w:rPr>
          <w:lang w:val="es-ES"/>
        </w:rPr>
        <w:t>passa</w:t>
      </w:r>
      <w:proofErr w:type="spellEnd"/>
      <w:r w:rsidRPr="000E416B">
        <w:rPr>
          <w:lang w:val="es-ES"/>
        </w:rPr>
        <w:t xml:space="preserve"> por </w:t>
      </w:r>
      <w:proofErr w:type="spellStart"/>
      <w:r w:rsidRPr="000E416B">
        <w:rPr>
          <w:lang w:val="es-ES"/>
        </w:rPr>
        <w:t>belas</w:t>
      </w:r>
      <w:proofErr w:type="spellEnd"/>
      <w:r w:rsidRPr="000E416B">
        <w:rPr>
          <w:lang w:val="es-ES"/>
        </w:rPr>
        <w:t xml:space="preserve"> capelas esculpidas em sal (</w:t>
      </w:r>
      <w:proofErr w:type="spellStart"/>
      <w:r w:rsidRPr="000E416B">
        <w:rPr>
          <w:lang w:val="es-ES"/>
        </w:rPr>
        <w:t>sendo</w:t>
      </w:r>
      <w:proofErr w:type="spellEnd"/>
      <w:r w:rsidRPr="000E416B">
        <w:rPr>
          <w:lang w:val="es-ES"/>
        </w:rPr>
        <w:t xml:space="preserve"> a </w:t>
      </w:r>
      <w:proofErr w:type="spellStart"/>
      <w:r w:rsidRPr="000E416B">
        <w:rPr>
          <w:lang w:val="es-ES"/>
        </w:rPr>
        <w:t>mais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impressionante</w:t>
      </w:r>
      <w:proofErr w:type="spellEnd"/>
      <w:r w:rsidRPr="000E416B">
        <w:rPr>
          <w:lang w:val="es-ES"/>
        </w:rPr>
        <w:t xml:space="preserve"> </w:t>
      </w:r>
      <w:r w:rsidRPr="000E416B">
        <w:rPr>
          <w:lang w:val="es-ES"/>
        </w:rPr>
        <w:lastRenderedPageBreak/>
        <w:t xml:space="preserve">a dedicada à beata </w:t>
      </w:r>
      <w:proofErr w:type="spellStart"/>
      <w:r w:rsidRPr="000E416B">
        <w:rPr>
          <w:lang w:val="es-ES"/>
        </w:rPr>
        <w:t>Kinga</w:t>
      </w:r>
      <w:proofErr w:type="spellEnd"/>
      <w:r w:rsidRPr="000E416B">
        <w:rPr>
          <w:lang w:val="es-ES"/>
        </w:rPr>
        <w:t xml:space="preserve">), </w:t>
      </w:r>
      <w:proofErr w:type="spellStart"/>
      <w:r w:rsidRPr="000E416B">
        <w:rPr>
          <w:lang w:val="es-ES"/>
        </w:rPr>
        <w:t>câmaras</w:t>
      </w:r>
      <w:proofErr w:type="spellEnd"/>
      <w:r w:rsidRPr="000E416B">
        <w:rPr>
          <w:lang w:val="es-ES"/>
        </w:rPr>
        <w:t xml:space="preserve"> enormes, grutas de cristal e </w:t>
      </w:r>
      <w:proofErr w:type="spellStart"/>
      <w:r w:rsidRPr="000E416B">
        <w:rPr>
          <w:lang w:val="es-ES"/>
        </w:rPr>
        <w:t>lagoas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subterrâneas</w:t>
      </w:r>
      <w:proofErr w:type="spellEnd"/>
      <w:r w:rsidRPr="000E416B">
        <w:rPr>
          <w:lang w:val="es-ES"/>
        </w:rPr>
        <w:t xml:space="preserve">. </w:t>
      </w:r>
      <w:proofErr w:type="spellStart"/>
      <w:r w:rsidRPr="000E416B">
        <w:rPr>
          <w:lang w:val="es-ES"/>
        </w:rPr>
        <w:t>Chegada</w:t>
      </w:r>
      <w:proofErr w:type="spellEnd"/>
      <w:r w:rsidRPr="000E416B">
        <w:rPr>
          <w:lang w:val="es-ES"/>
        </w:rPr>
        <w:t xml:space="preserve"> a </w:t>
      </w:r>
      <w:proofErr w:type="spellStart"/>
      <w:r w:rsidRPr="000E416B">
        <w:rPr>
          <w:lang w:val="es-ES"/>
        </w:rPr>
        <w:t>Cracóvia</w:t>
      </w:r>
      <w:proofErr w:type="spellEnd"/>
      <w:r w:rsidRPr="000E416B">
        <w:rPr>
          <w:lang w:val="es-ES"/>
        </w:rPr>
        <w:t xml:space="preserve"> no final d</w:t>
      </w:r>
      <w:r w:rsidRPr="000E416B">
        <w:rPr>
          <w:lang w:val="es-ES"/>
        </w:rPr>
        <w:t xml:space="preserve">a tarde. </w:t>
      </w:r>
      <w:proofErr w:type="spellStart"/>
      <w:r w:rsidRPr="000E416B">
        <w:rPr>
          <w:lang w:val="es-ES"/>
        </w:rPr>
        <w:t>Acomodação</w:t>
      </w:r>
      <w:proofErr w:type="spellEnd"/>
      <w:r w:rsidRPr="000E416B">
        <w:rPr>
          <w:lang w:val="es-ES"/>
        </w:rPr>
        <w:t>.</w:t>
      </w:r>
    </w:p>
    <w:p w14:paraId="728BBAC9" w14:textId="77777777" w:rsidR="00C63FEA" w:rsidRPr="000E416B" w:rsidRDefault="00C63FEA">
      <w:pPr>
        <w:rPr>
          <w:lang w:val="es-ES"/>
        </w:rPr>
      </w:pPr>
    </w:p>
    <w:p w14:paraId="7589B5DD" w14:textId="77777777" w:rsidR="00C63FEA" w:rsidRPr="000E416B" w:rsidRDefault="00CC2BFB">
      <w:pPr>
        <w:rPr>
          <w:lang w:val="es-ES"/>
        </w:rPr>
      </w:pPr>
      <w:r w:rsidRPr="000E416B">
        <w:rPr>
          <w:b/>
          <w:lang w:val="es-ES"/>
        </w:rPr>
        <w:t>DIA 5 SAB CRACÓVIA</w:t>
      </w:r>
    </w:p>
    <w:p w14:paraId="3F12E170" w14:textId="77777777" w:rsidR="00C63FEA" w:rsidRPr="000E416B" w:rsidRDefault="00CC2BFB">
      <w:pPr>
        <w:rPr>
          <w:lang w:val="es-ES"/>
        </w:rPr>
      </w:pPr>
      <w:r w:rsidRPr="000E416B">
        <w:rPr>
          <w:lang w:val="es-ES"/>
        </w:rPr>
        <w:t xml:space="preserve">Café da </w:t>
      </w:r>
      <w:proofErr w:type="spellStart"/>
      <w:r w:rsidRPr="000E416B">
        <w:rPr>
          <w:lang w:val="es-ES"/>
        </w:rPr>
        <w:t>manhã</w:t>
      </w:r>
      <w:proofErr w:type="spellEnd"/>
      <w:r w:rsidRPr="000E416B">
        <w:rPr>
          <w:lang w:val="es-ES"/>
        </w:rPr>
        <w:t xml:space="preserve"> e visita da </w:t>
      </w:r>
      <w:proofErr w:type="spellStart"/>
      <w:r w:rsidRPr="000E416B">
        <w:rPr>
          <w:lang w:val="es-ES"/>
        </w:rPr>
        <w:t>cidade</w:t>
      </w:r>
      <w:proofErr w:type="spellEnd"/>
      <w:r w:rsidRPr="000E416B">
        <w:rPr>
          <w:lang w:val="es-ES"/>
        </w:rPr>
        <w:t xml:space="preserve">. </w:t>
      </w:r>
      <w:proofErr w:type="spellStart"/>
      <w:r w:rsidRPr="000E416B">
        <w:rPr>
          <w:lang w:val="es-ES"/>
        </w:rPr>
        <w:t>Cracóvia</w:t>
      </w:r>
      <w:proofErr w:type="spellEnd"/>
      <w:r w:rsidRPr="000E416B">
        <w:rPr>
          <w:lang w:val="es-ES"/>
        </w:rPr>
        <w:t xml:space="preserve"> fascina por </w:t>
      </w:r>
      <w:proofErr w:type="spellStart"/>
      <w:r w:rsidRPr="000E416B">
        <w:rPr>
          <w:lang w:val="es-ES"/>
        </w:rPr>
        <w:t>seus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tesouros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arquitetônicos</w:t>
      </w:r>
      <w:proofErr w:type="spellEnd"/>
      <w:r w:rsidRPr="000E416B">
        <w:rPr>
          <w:lang w:val="es-ES"/>
        </w:rPr>
        <w:t xml:space="preserve"> e artísticos, como a colina de Wawel, durante </w:t>
      </w:r>
      <w:proofErr w:type="spellStart"/>
      <w:r w:rsidRPr="000E416B">
        <w:rPr>
          <w:lang w:val="es-ES"/>
        </w:rPr>
        <w:t>séculos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residência</w:t>
      </w:r>
      <w:proofErr w:type="spellEnd"/>
      <w:r w:rsidRPr="000E416B">
        <w:rPr>
          <w:lang w:val="es-ES"/>
        </w:rPr>
        <w:t xml:space="preserve"> dos reis da </w:t>
      </w:r>
      <w:proofErr w:type="spellStart"/>
      <w:r w:rsidRPr="000E416B">
        <w:rPr>
          <w:lang w:val="es-ES"/>
        </w:rPr>
        <w:t>Polônia</w:t>
      </w:r>
      <w:proofErr w:type="spellEnd"/>
      <w:r w:rsidRPr="000E416B">
        <w:rPr>
          <w:lang w:val="es-ES"/>
        </w:rPr>
        <w:t xml:space="preserve">, a Igreja de Santa Maria e </w:t>
      </w:r>
      <w:proofErr w:type="spellStart"/>
      <w:r w:rsidRPr="000E416B">
        <w:rPr>
          <w:lang w:val="es-ES"/>
        </w:rPr>
        <w:t>seu</w:t>
      </w:r>
      <w:proofErr w:type="spellEnd"/>
      <w:r w:rsidRPr="000E416B">
        <w:rPr>
          <w:lang w:val="es-ES"/>
        </w:rPr>
        <w:t xml:space="preserve"> centro históric</w:t>
      </w:r>
      <w:r w:rsidRPr="000E416B">
        <w:rPr>
          <w:lang w:val="es-ES"/>
        </w:rPr>
        <w:t xml:space="preserve">o, onde se </w:t>
      </w:r>
      <w:proofErr w:type="spellStart"/>
      <w:r w:rsidRPr="000E416B">
        <w:rPr>
          <w:lang w:val="es-ES"/>
        </w:rPr>
        <w:t>encontra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uma</w:t>
      </w:r>
      <w:proofErr w:type="spellEnd"/>
      <w:r w:rsidRPr="000E416B">
        <w:rPr>
          <w:lang w:val="es-ES"/>
        </w:rPr>
        <w:t xml:space="preserve"> das </w:t>
      </w:r>
      <w:proofErr w:type="spellStart"/>
      <w:r w:rsidRPr="000E416B">
        <w:rPr>
          <w:lang w:val="es-ES"/>
        </w:rPr>
        <w:t>maiores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praças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medievais</w:t>
      </w:r>
      <w:proofErr w:type="spellEnd"/>
      <w:r w:rsidRPr="000E416B">
        <w:rPr>
          <w:lang w:val="es-ES"/>
        </w:rPr>
        <w:t xml:space="preserve"> da Europa, rodeada por </w:t>
      </w:r>
      <w:proofErr w:type="spellStart"/>
      <w:r w:rsidRPr="000E416B">
        <w:rPr>
          <w:lang w:val="es-ES"/>
        </w:rPr>
        <w:t>edifícios</w:t>
      </w:r>
      <w:proofErr w:type="spellEnd"/>
      <w:r w:rsidRPr="000E416B">
        <w:rPr>
          <w:lang w:val="es-ES"/>
        </w:rPr>
        <w:t xml:space="preserve"> históricos. Como parte do </w:t>
      </w:r>
      <w:proofErr w:type="spellStart"/>
      <w:r w:rsidRPr="000E416B">
        <w:rPr>
          <w:lang w:val="es-ES"/>
        </w:rPr>
        <w:t>nosso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percurso</w:t>
      </w:r>
      <w:proofErr w:type="spellEnd"/>
      <w:r w:rsidRPr="000E416B">
        <w:rPr>
          <w:lang w:val="es-ES"/>
        </w:rPr>
        <w:t xml:space="preserve"> pela </w:t>
      </w:r>
      <w:proofErr w:type="spellStart"/>
      <w:r w:rsidRPr="000E416B">
        <w:rPr>
          <w:lang w:val="es-ES"/>
        </w:rPr>
        <w:t>cidade</w:t>
      </w:r>
      <w:proofErr w:type="spellEnd"/>
      <w:r w:rsidRPr="000E416B">
        <w:rPr>
          <w:lang w:val="es-ES"/>
        </w:rPr>
        <w:t xml:space="preserve">, visitaremos o Castelo de Wawel, </w:t>
      </w:r>
      <w:proofErr w:type="spellStart"/>
      <w:r w:rsidRPr="000E416B">
        <w:rPr>
          <w:lang w:val="es-ES"/>
        </w:rPr>
        <w:t>sem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dúvida</w:t>
      </w:r>
      <w:proofErr w:type="spellEnd"/>
      <w:r w:rsidRPr="000E416B">
        <w:rPr>
          <w:lang w:val="es-ES"/>
        </w:rPr>
        <w:t xml:space="preserve"> o </w:t>
      </w:r>
      <w:proofErr w:type="spellStart"/>
      <w:r w:rsidRPr="000E416B">
        <w:rPr>
          <w:lang w:val="es-ES"/>
        </w:rPr>
        <w:t>castelo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mais</w:t>
      </w:r>
      <w:proofErr w:type="spellEnd"/>
      <w:r w:rsidRPr="000E416B">
        <w:rPr>
          <w:lang w:val="es-ES"/>
        </w:rPr>
        <w:t xml:space="preserve"> importante de toda a </w:t>
      </w:r>
      <w:proofErr w:type="spellStart"/>
      <w:r w:rsidRPr="000E416B">
        <w:rPr>
          <w:lang w:val="es-ES"/>
        </w:rPr>
        <w:t>Polônia</w:t>
      </w:r>
      <w:proofErr w:type="spellEnd"/>
      <w:r w:rsidRPr="000E416B">
        <w:rPr>
          <w:lang w:val="es-ES"/>
        </w:rPr>
        <w:t xml:space="preserve">. A </w:t>
      </w:r>
      <w:proofErr w:type="spellStart"/>
      <w:r w:rsidRPr="000E416B">
        <w:rPr>
          <w:lang w:val="es-ES"/>
        </w:rPr>
        <w:t>maioria</w:t>
      </w:r>
      <w:proofErr w:type="spellEnd"/>
      <w:r w:rsidRPr="000E416B">
        <w:rPr>
          <w:lang w:val="es-ES"/>
        </w:rPr>
        <w:t xml:space="preserve"> dos reis poloneses</w:t>
      </w:r>
      <w:r w:rsidRPr="000E416B">
        <w:rPr>
          <w:lang w:val="es-ES"/>
        </w:rPr>
        <w:t xml:space="preserve"> está enterrada </w:t>
      </w:r>
      <w:proofErr w:type="spellStart"/>
      <w:r w:rsidRPr="000E416B">
        <w:rPr>
          <w:lang w:val="es-ES"/>
        </w:rPr>
        <w:t>na</w:t>
      </w:r>
      <w:proofErr w:type="spellEnd"/>
      <w:r w:rsidRPr="000E416B">
        <w:rPr>
          <w:lang w:val="es-ES"/>
        </w:rPr>
        <w:t xml:space="preserve"> catedral e </w:t>
      </w:r>
      <w:proofErr w:type="spellStart"/>
      <w:r w:rsidRPr="000E416B">
        <w:rPr>
          <w:lang w:val="es-ES"/>
        </w:rPr>
        <w:t>conheceremos</w:t>
      </w:r>
      <w:proofErr w:type="spellEnd"/>
      <w:r w:rsidRPr="000E416B">
        <w:rPr>
          <w:lang w:val="es-ES"/>
        </w:rPr>
        <w:t xml:space="preserve"> de </w:t>
      </w:r>
      <w:proofErr w:type="spellStart"/>
      <w:r w:rsidRPr="000E416B">
        <w:rPr>
          <w:lang w:val="es-ES"/>
        </w:rPr>
        <w:t>perto</w:t>
      </w:r>
      <w:proofErr w:type="spellEnd"/>
      <w:r w:rsidRPr="000E416B">
        <w:rPr>
          <w:lang w:val="es-ES"/>
        </w:rPr>
        <w:t xml:space="preserve"> a extensa </w:t>
      </w:r>
      <w:proofErr w:type="spellStart"/>
      <w:r w:rsidRPr="000E416B">
        <w:rPr>
          <w:lang w:val="es-ES"/>
        </w:rPr>
        <w:t>história</w:t>
      </w:r>
      <w:proofErr w:type="spellEnd"/>
      <w:r w:rsidRPr="000E416B">
        <w:rPr>
          <w:lang w:val="es-ES"/>
        </w:rPr>
        <w:t xml:space="preserve"> da </w:t>
      </w:r>
      <w:proofErr w:type="spellStart"/>
      <w:r w:rsidRPr="000E416B">
        <w:rPr>
          <w:lang w:val="es-ES"/>
        </w:rPr>
        <w:t>Polônia</w:t>
      </w:r>
      <w:proofErr w:type="spellEnd"/>
      <w:r w:rsidRPr="000E416B">
        <w:rPr>
          <w:lang w:val="es-ES"/>
        </w:rPr>
        <w:t xml:space="preserve">. Tarde </w:t>
      </w:r>
      <w:proofErr w:type="spellStart"/>
      <w:r w:rsidRPr="000E416B">
        <w:rPr>
          <w:lang w:val="es-ES"/>
        </w:rPr>
        <w:t>livre</w:t>
      </w:r>
      <w:proofErr w:type="spellEnd"/>
      <w:r w:rsidRPr="000E416B">
        <w:rPr>
          <w:lang w:val="es-ES"/>
        </w:rPr>
        <w:t xml:space="preserve">. </w:t>
      </w:r>
      <w:proofErr w:type="spellStart"/>
      <w:r w:rsidRPr="000E416B">
        <w:rPr>
          <w:lang w:val="es-ES"/>
        </w:rPr>
        <w:t>Hospedagem</w:t>
      </w:r>
      <w:proofErr w:type="spellEnd"/>
      <w:r w:rsidRPr="000E416B">
        <w:rPr>
          <w:lang w:val="es-ES"/>
        </w:rPr>
        <w:t xml:space="preserve"> em </w:t>
      </w:r>
      <w:proofErr w:type="spellStart"/>
      <w:r w:rsidRPr="000E416B">
        <w:rPr>
          <w:lang w:val="es-ES"/>
        </w:rPr>
        <w:t>Cracóvia</w:t>
      </w:r>
      <w:proofErr w:type="spellEnd"/>
      <w:r w:rsidRPr="000E416B">
        <w:rPr>
          <w:lang w:val="es-ES"/>
        </w:rPr>
        <w:t>.</w:t>
      </w:r>
    </w:p>
    <w:p w14:paraId="525F4CCB" w14:textId="77777777" w:rsidR="00C63FEA" w:rsidRPr="000E416B" w:rsidRDefault="00C63FEA">
      <w:pPr>
        <w:rPr>
          <w:lang w:val="es-ES"/>
        </w:rPr>
      </w:pPr>
    </w:p>
    <w:p w14:paraId="2D11F00C" w14:textId="77777777" w:rsidR="00C63FEA" w:rsidRPr="000E416B" w:rsidRDefault="00CC2BFB">
      <w:pPr>
        <w:rPr>
          <w:lang w:val="es-ES"/>
        </w:rPr>
      </w:pPr>
      <w:r w:rsidRPr="000E416B">
        <w:rPr>
          <w:b/>
          <w:lang w:val="es-ES"/>
        </w:rPr>
        <w:t>DIA 6 DOM CRACÓVIA - CZESTOCHOWA - VARSÓVIA</w:t>
      </w:r>
    </w:p>
    <w:p w14:paraId="2432D035" w14:textId="77777777" w:rsidR="00C63FEA" w:rsidRPr="000E416B" w:rsidRDefault="00CC2BFB">
      <w:pPr>
        <w:rPr>
          <w:lang w:val="es-ES"/>
        </w:rPr>
      </w:pPr>
      <w:r w:rsidRPr="000E416B">
        <w:rPr>
          <w:lang w:val="es-ES"/>
        </w:rPr>
        <w:t xml:space="preserve">Café da </w:t>
      </w:r>
      <w:proofErr w:type="spellStart"/>
      <w:r w:rsidRPr="000E416B">
        <w:rPr>
          <w:lang w:val="es-ES"/>
        </w:rPr>
        <w:t>manhã</w:t>
      </w:r>
      <w:proofErr w:type="spellEnd"/>
      <w:r w:rsidRPr="000E416B">
        <w:rPr>
          <w:lang w:val="es-ES"/>
        </w:rPr>
        <w:t xml:space="preserve"> no hotel e </w:t>
      </w:r>
      <w:proofErr w:type="spellStart"/>
      <w:r w:rsidRPr="000E416B">
        <w:rPr>
          <w:lang w:val="es-ES"/>
        </w:rPr>
        <w:t>saída</w:t>
      </w:r>
      <w:proofErr w:type="spellEnd"/>
      <w:r w:rsidRPr="000E416B">
        <w:rPr>
          <w:lang w:val="es-ES"/>
        </w:rPr>
        <w:t xml:space="preserve"> em </w:t>
      </w:r>
      <w:proofErr w:type="spellStart"/>
      <w:r w:rsidRPr="000E416B">
        <w:rPr>
          <w:lang w:val="es-ES"/>
        </w:rPr>
        <w:t>direção</w:t>
      </w:r>
      <w:proofErr w:type="spellEnd"/>
      <w:r w:rsidRPr="000E416B">
        <w:rPr>
          <w:lang w:val="es-ES"/>
        </w:rPr>
        <w:t xml:space="preserve"> a </w:t>
      </w:r>
      <w:proofErr w:type="spellStart"/>
      <w:r w:rsidRPr="000E416B">
        <w:rPr>
          <w:lang w:val="es-ES"/>
        </w:rPr>
        <w:t>Czestochowa</w:t>
      </w:r>
      <w:proofErr w:type="spellEnd"/>
      <w:r w:rsidRPr="000E416B">
        <w:rPr>
          <w:lang w:val="es-ES"/>
        </w:rPr>
        <w:t xml:space="preserve">, capital religiosa da </w:t>
      </w:r>
      <w:proofErr w:type="spellStart"/>
      <w:r w:rsidRPr="000E416B">
        <w:rPr>
          <w:lang w:val="es-ES"/>
        </w:rPr>
        <w:t>Polônia</w:t>
      </w:r>
      <w:proofErr w:type="spellEnd"/>
      <w:r w:rsidRPr="000E416B">
        <w:rPr>
          <w:lang w:val="es-ES"/>
        </w:rPr>
        <w:t xml:space="preserve"> e cen</w:t>
      </w:r>
      <w:r w:rsidRPr="000E416B">
        <w:rPr>
          <w:lang w:val="es-ES"/>
        </w:rPr>
        <w:t xml:space="preserve">tro de </w:t>
      </w:r>
      <w:proofErr w:type="spellStart"/>
      <w:r w:rsidRPr="000E416B">
        <w:rPr>
          <w:lang w:val="es-ES"/>
        </w:rPr>
        <w:t>peregrinação</w:t>
      </w:r>
      <w:proofErr w:type="spellEnd"/>
      <w:r w:rsidRPr="000E416B">
        <w:rPr>
          <w:lang w:val="es-ES"/>
        </w:rPr>
        <w:t xml:space="preserve">. É mundialmente </w:t>
      </w:r>
      <w:proofErr w:type="spellStart"/>
      <w:r w:rsidRPr="000E416B">
        <w:rPr>
          <w:lang w:val="es-ES"/>
        </w:rPr>
        <w:t>conhecida</w:t>
      </w:r>
      <w:proofErr w:type="spellEnd"/>
      <w:r w:rsidRPr="000E416B">
        <w:rPr>
          <w:lang w:val="es-ES"/>
        </w:rPr>
        <w:t xml:space="preserve"> por </w:t>
      </w:r>
      <w:proofErr w:type="spellStart"/>
      <w:r w:rsidRPr="000E416B">
        <w:rPr>
          <w:lang w:val="es-ES"/>
        </w:rPr>
        <w:t>seu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santuário</w:t>
      </w:r>
      <w:proofErr w:type="spellEnd"/>
      <w:r w:rsidRPr="000E416B">
        <w:rPr>
          <w:lang w:val="es-ES"/>
        </w:rPr>
        <w:t xml:space="preserve"> de Jasna </w:t>
      </w:r>
      <w:proofErr w:type="spellStart"/>
      <w:r w:rsidRPr="000E416B">
        <w:rPr>
          <w:lang w:val="es-ES"/>
        </w:rPr>
        <w:t>Gora</w:t>
      </w:r>
      <w:proofErr w:type="spellEnd"/>
      <w:r w:rsidRPr="000E416B">
        <w:rPr>
          <w:lang w:val="es-ES"/>
        </w:rPr>
        <w:t xml:space="preserve">, onde se </w:t>
      </w:r>
      <w:proofErr w:type="spellStart"/>
      <w:r w:rsidRPr="000E416B">
        <w:rPr>
          <w:lang w:val="es-ES"/>
        </w:rPr>
        <w:t>encontra</w:t>
      </w:r>
      <w:proofErr w:type="spellEnd"/>
      <w:r w:rsidRPr="000E416B">
        <w:rPr>
          <w:lang w:val="es-ES"/>
        </w:rPr>
        <w:t xml:space="preserve"> a capela da </w:t>
      </w:r>
      <w:proofErr w:type="spellStart"/>
      <w:r w:rsidRPr="000E416B">
        <w:rPr>
          <w:lang w:val="es-ES"/>
        </w:rPr>
        <w:t>Natividade</w:t>
      </w:r>
      <w:proofErr w:type="spellEnd"/>
      <w:r w:rsidRPr="000E416B">
        <w:rPr>
          <w:lang w:val="es-ES"/>
        </w:rPr>
        <w:t xml:space="preserve"> de Maria </w:t>
      </w:r>
      <w:proofErr w:type="spellStart"/>
      <w:r w:rsidRPr="000E416B">
        <w:rPr>
          <w:lang w:val="es-ES"/>
        </w:rPr>
        <w:t>com</w:t>
      </w:r>
      <w:proofErr w:type="spellEnd"/>
      <w:r w:rsidRPr="000E416B">
        <w:rPr>
          <w:lang w:val="es-ES"/>
        </w:rPr>
        <w:t xml:space="preserve"> a </w:t>
      </w:r>
      <w:proofErr w:type="spellStart"/>
      <w:r w:rsidRPr="000E416B">
        <w:rPr>
          <w:lang w:val="es-ES"/>
        </w:rPr>
        <w:t>imagem</w:t>
      </w:r>
      <w:proofErr w:type="spellEnd"/>
      <w:r w:rsidRPr="000E416B">
        <w:rPr>
          <w:lang w:val="es-ES"/>
        </w:rPr>
        <w:t xml:space="preserve"> da «</w:t>
      </w:r>
      <w:proofErr w:type="spellStart"/>
      <w:r w:rsidRPr="000E416B">
        <w:rPr>
          <w:lang w:val="es-ES"/>
        </w:rPr>
        <w:t>Virgem</w:t>
      </w:r>
      <w:proofErr w:type="spellEnd"/>
      <w:r w:rsidRPr="000E416B">
        <w:rPr>
          <w:lang w:val="es-ES"/>
        </w:rPr>
        <w:t xml:space="preserve"> Negra». </w:t>
      </w:r>
      <w:proofErr w:type="spellStart"/>
      <w:r w:rsidRPr="000E416B">
        <w:rPr>
          <w:lang w:val="es-ES"/>
        </w:rPr>
        <w:t>Após</w:t>
      </w:r>
      <w:proofErr w:type="spellEnd"/>
      <w:r w:rsidRPr="000E416B">
        <w:rPr>
          <w:lang w:val="es-ES"/>
        </w:rPr>
        <w:t xml:space="preserve"> a visita interna </w:t>
      </w:r>
      <w:proofErr w:type="spellStart"/>
      <w:r w:rsidRPr="000E416B">
        <w:rPr>
          <w:lang w:val="es-ES"/>
        </w:rPr>
        <w:t>ao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santuário</w:t>
      </w:r>
      <w:proofErr w:type="spellEnd"/>
      <w:r w:rsidRPr="000E416B">
        <w:rPr>
          <w:lang w:val="es-ES"/>
        </w:rPr>
        <w:t xml:space="preserve">, </w:t>
      </w:r>
      <w:proofErr w:type="spellStart"/>
      <w:r w:rsidRPr="000E416B">
        <w:rPr>
          <w:lang w:val="es-ES"/>
        </w:rPr>
        <w:t>continuação</w:t>
      </w:r>
      <w:proofErr w:type="spellEnd"/>
      <w:r w:rsidRPr="000E416B">
        <w:rPr>
          <w:lang w:val="es-ES"/>
        </w:rPr>
        <w:t xml:space="preserve"> da </w:t>
      </w:r>
      <w:proofErr w:type="spellStart"/>
      <w:r w:rsidRPr="000E416B">
        <w:rPr>
          <w:lang w:val="es-ES"/>
        </w:rPr>
        <w:t>viagem</w:t>
      </w:r>
      <w:proofErr w:type="spellEnd"/>
      <w:r w:rsidRPr="000E416B">
        <w:rPr>
          <w:lang w:val="es-ES"/>
        </w:rPr>
        <w:t xml:space="preserve"> até </w:t>
      </w:r>
      <w:proofErr w:type="spellStart"/>
      <w:r w:rsidRPr="000E416B">
        <w:rPr>
          <w:lang w:val="es-ES"/>
        </w:rPr>
        <w:t>Varsóvia</w:t>
      </w:r>
      <w:proofErr w:type="spellEnd"/>
      <w:r w:rsidRPr="000E416B">
        <w:rPr>
          <w:lang w:val="es-ES"/>
        </w:rPr>
        <w:t xml:space="preserve">. </w:t>
      </w:r>
      <w:proofErr w:type="spellStart"/>
      <w:r w:rsidRPr="000E416B">
        <w:rPr>
          <w:lang w:val="es-ES"/>
        </w:rPr>
        <w:t>Hospedagem</w:t>
      </w:r>
      <w:proofErr w:type="spellEnd"/>
      <w:r w:rsidRPr="000E416B">
        <w:rPr>
          <w:lang w:val="es-ES"/>
        </w:rPr>
        <w:t>.</w:t>
      </w:r>
    </w:p>
    <w:p w14:paraId="4C6A3E8B" w14:textId="77777777" w:rsidR="00C63FEA" w:rsidRPr="000E416B" w:rsidRDefault="00C63FEA">
      <w:pPr>
        <w:rPr>
          <w:lang w:val="es-ES"/>
        </w:rPr>
      </w:pPr>
    </w:p>
    <w:p w14:paraId="22EE4AAA" w14:textId="77777777" w:rsidR="00C63FEA" w:rsidRPr="000E416B" w:rsidRDefault="00CC2BFB">
      <w:pPr>
        <w:rPr>
          <w:lang w:val="es-ES"/>
        </w:rPr>
      </w:pPr>
      <w:r w:rsidRPr="000E416B">
        <w:rPr>
          <w:b/>
          <w:lang w:val="es-ES"/>
        </w:rPr>
        <w:t>DIA 7 SEG V</w:t>
      </w:r>
      <w:r w:rsidRPr="000E416B">
        <w:rPr>
          <w:b/>
          <w:lang w:val="es-ES"/>
        </w:rPr>
        <w:t>ARSÓVIA</w:t>
      </w:r>
    </w:p>
    <w:p w14:paraId="2AB33260" w14:textId="77777777" w:rsidR="00C63FEA" w:rsidRPr="000E416B" w:rsidRDefault="00CC2BFB">
      <w:pPr>
        <w:rPr>
          <w:lang w:val="es-ES"/>
        </w:rPr>
      </w:pPr>
      <w:r w:rsidRPr="000E416B">
        <w:rPr>
          <w:lang w:val="es-ES"/>
        </w:rPr>
        <w:t xml:space="preserve">Café da </w:t>
      </w:r>
      <w:proofErr w:type="spellStart"/>
      <w:r w:rsidRPr="000E416B">
        <w:rPr>
          <w:lang w:val="es-ES"/>
        </w:rPr>
        <w:t>manhã</w:t>
      </w:r>
      <w:proofErr w:type="spellEnd"/>
      <w:r w:rsidRPr="000E416B">
        <w:rPr>
          <w:lang w:val="es-ES"/>
        </w:rPr>
        <w:t xml:space="preserve"> e visita da </w:t>
      </w:r>
      <w:proofErr w:type="spellStart"/>
      <w:r w:rsidRPr="000E416B">
        <w:rPr>
          <w:lang w:val="es-ES"/>
        </w:rPr>
        <w:t>cidade</w:t>
      </w:r>
      <w:proofErr w:type="spellEnd"/>
      <w:r w:rsidRPr="000E416B">
        <w:rPr>
          <w:lang w:val="es-ES"/>
        </w:rPr>
        <w:t xml:space="preserve">. Seguiremos o </w:t>
      </w:r>
      <w:proofErr w:type="spellStart"/>
      <w:r w:rsidRPr="000E416B">
        <w:rPr>
          <w:lang w:val="es-ES"/>
        </w:rPr>
        <w:t>percurso</w:t>
      </w:r>
      <w:proofErr w:type="spellEnd"/>
      <w:r w:rsidRPr="000E416B">
        <w:rPr>
          <w:lang w:val="es-ES"/>
        </w:rPr>
        <w:t xml:space="preserve"> pela Rota Real, que </w:t>
      </w:r>
      <w:proofErr w:type="spellStart"/>
      <w:r w:rsidRPr="000E416B">
        <w:rPr>
          <w:lang w:val="es-ES"/>
        </w:rPr>
        <w:t>inclui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também</w:t>
      </w:r>
      <w:proofErr w:type="spellEnd"/>
      <w:r w:rsidRPr="000E416B">
        <w:rPr>
          <w:lang w:val="es-ES"/>
        </w:rPr>
        <w:t xml:space="preserve"> o centro histórico da </w:t>
      </w:r>
      <w:proofErr w:type="spellStart"/>
      <w:r w:rsidRPr="000E416B">
        <w:rPr>
          <w:lang w:val="es-ES"/>
        </w:rPr>
        <w:t>cidade</w:t>
      </w:r>
      <w:proofErr w:type="spellEnd"/>
      <w:r w:rsidRPr="000E416B">
        <w:rPr>
          <w:lang w:val="es-ES"/>
        </w:rPr>
        <w:t xml:space="preserve">, o Parque Real de </w:t>
      </w:r>
      <w:proofErr w:type="spellStart"/>
      <w:r w:rsidRPr="000E416B">
        <w:rPr>
          <w:lang w:val="es-ES"/>
        </w:rPr>
        <w:t>Lazienki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com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seu</w:t>
      </w:r>
      <w:proofErr w:type="spellEnd"/>
      <w:r w:rsidRPr="000E416B">
        <w:rPr>
          <w:lang w:val="es-ES"/>
        </w:rPr>
        <w:t xml:space="preserve"> monumento a Chopin e a Igreja de Santa Ana. Tarde </w:t>
      </w:r>
      <w:proofErr w:type="spellStart"/>
      <w:r w:rsidRPr="000E416B">
        <w:rPr>
          <w:lang w:val="es-ES"/>
        </w:rPr>
        <w:t>livre</w:t>
      </w:r>
      <w:proofErr w:type="spellEnd"/>
      <w:r w:rsidRPr="000E416B">
        <w:rPr>
          <w:lang w:val="es-ES"/>
        </w:rPr>
        <w:t xml:space="preserve"> e </w:t>
      </w:r>
      <w:proofErr w:type="spellStart"/>
      <w:r w:rsidRPr="000E416B">
        <w:rPr>
          <w:lang w:val="es-ES"/>
        </w:rPr>
        <w:t>hospedagem</w:t>
      </w:r>
      <w:proofErr w:type="spellEnd"/>
      <w:r w:rsidRPr="000E416B">
        <w:rPr>
          <w:lang w:val="es-ES"/>
        </w:rPr>
        <w:t xml:space="preserve"> em </w:t>
      </w:r>
      <w:proofErr w:type="spellStart"/>
      <w:r w:rsidRPr="000E416B">
        <w:rPr>
          <w:lang w:val="es-ES"/>
        </w:rPr>
        <w:t>Varsóvia</w:t>
      </w:r>
      <w:proofErr w:type="spellEnd"/>
      <w:r w:rsidRPr="000E416B">
        <w:rPr>
          <w:lang w:val="es-ES"/>
        </w:rPr>
        <w:t>.</w:t>
      </w:r>
    </w:p>
    <w:p w14:paraId="37A065D1" w14:textId="77777777" w:rsidR="00C63FEA" w:rsidRPr="000E416B" w:rsidRDefault="00C63FEA">
      <w:pPr>
        <w:rPr>
          <w:lang w:val="es-ES"/>
        </w:rPr>
      </w:pPr>
    </w:p>
    <w:p w14:paraId="1F6ECDB5" w14:textId="77777777" w:rsidR="00C63FEA" w:rsidRPr="000E416B" w:rsidRDefault="00CC2BFB">
      <w:pPr>
        <w:rPr>
          <w:lang w:val="es-ES"/>
        </w:rPr>
      </w:pPr>
      <w:r w:rsidRPr="000E416B">
        <w:rPr>
          <w:b/>
          <w:lang w:val="es-ES"/>
        </w:rPr>
        <w:t>DIA 8 TER V</w:t>
      </w:r>
      <w:r w:rsidRPr="000E416B">
        <w:rPr>
          <w:b/>
          <w:lang w:val="es-ES"/>
        </w:rPr>
        <w:t>ARSÓVIA - BERLIM</w:t>
      </w:r>
    </w:p>
    <w:p w14:paraId="78D656DE" w14:textId="77777777" w:rsidR="00C63FEA" w:rsidRPr="000E416B" w:rsidRDefault="00CC2BFB">
      <w:pPr>
        <w:rPr>
          <w:lang w:val="de-AT"/>
        </w:rPr>
      </w:pPr>
      <w:r w:rsidRPr="000E416B">
        <w:rPr>
          <w:lang w:val="es-ES"/>
        </w:rPr>
        <w:t xml:space="preserve">Café da </w:t>
      </w:r>
      <w:proofErr w:type="spellStart"/>
      <w:r w:rsidRPr="000E416B">
        <w:rPr>
          <w:lang w:val="es-ES"/>
        </w:rPr>
        <w:t>manhã</w:t>
      </w:r>
      <w:proofErr w:type="spellEnd"/>
      <w:r w:rsidRPr="000E416B">
        <w:rPr>
          <w:lang w:val="es-ES"/>
        </w:rPr>
        <w:t xml:space="preserve"> e </w:t>
      </w:r>
      <w:proofErr w:type="spellStart"/>
      <w:r w:rsidRPr="000E416B">
        <w:rPr>
          <w:lang w:val="es-ES"/>
        </w:rPr>
        <w:t>saída</w:t>
      </w:r>
      <w:proofErr w:type="spellEnd"/>
      <w:r w:rsidRPr="000E416B">
        <w:rPr>
          <w:lang w:val="es-ES"/>
        </w:rPr>
        <w:t xml:space="preserve"> em </w:t>
      </w:r>
      <w:proofErr w:type="spellStart"/>
      <w:r w:rsidRPr="000E416B">
        <w:rPr>
          <w:lang w:val="es-ES"/>
        </w:rPr>
        <w:t>direção</w:t>
      </w:r>
      <w:proofErr w:type="spellEnd"/>
      <w:r w:rsidRPr="000E416B">
        <w:rPr>
          <w:lang w:val="es-ES"/>
        </w:rPr>
        <w:t xml:space="preserve"> a </w:t>
      </w:r>
      <w:proofErr w:type="spellStart"/>
      <w:r w:rsidRPr="000E416B">
        <w:rPr>
          <w:lang w:val="es-ES"/>
        </w:rPr>
        <w:t>Berlim</w:t>
      </w:r>
      <w:proofErr w:type="spellEnd"/>
      <w:r w:rsidRPr="000E416B">
        <w:rPr>
          <w:lang w:val="es-ES"/>
        </w:rPr>
        <w:t xml:space="preserve">. </w:t>
      </w:r>
      <w:proofErr w:type="spellStart"/>
      <w:r w:rsidRPr="000E416B">
        <w:rPr>
          <w:lang w:val="de-AT"/>
        </w:rPr>
        <w:t>Hospedagem</w:t>
      </w:r>
      <w:proofErr w:type="spellEnd"/>
      <w:r w:rsidRPr="000E416B">
        <w:rPr>
          <w:lang w:val="de-AT"/>
        </w:rPr>
        <w:t xml:space="preserve"> </w:t>
      </w:r>
      <w:proofErr w:type="spellStart"/>
      <w:r w:rsidRPr="000E416B">
        <w:rPr>
          <w:lang w:val="de-AT"/>
        </w:rPr>
        <w:t>em</w:t>
      </w:r>
      <w:proofErr w:type="spellEnd"/>
      <w:r w:rsidRPr="000E416B">
        <w:rPr>
          <w:lang w:val="de-AT"/>
        </w:rPr>
        <w:t xml:space="preserve"> </w:t>
      </w:r>
      <w:proofErr w:type="spellStart"/>
      <w:r w:rsidRPr="000E416B">
        <w:rPr>
          <w:lang w:val="de-AT"/>
        </w:rPr>
        <w:t>Berlim</w:t>
      </w:r>
      <w:proofErr w:type="spellEnd"/>
      <w:r w:rsidRPr="000E416B">
        <w:rPr>
          <w:lang w:val="de-AT"/>
        </w:rPr>
        <w:t>.</w:t>
      </w:r>
    </w:p>
    <w:p w14:paraId="51CF72BE" w14:textId="77777777" w:rsidR="00C63FEA" w:rsidRPr="000E416B" w:rsidRDefault="00C63FEA">
      <w:pPr>
        <w:rPr>
          <w:lang w:val="de-AT"/>
        </w:rPr>
      </w:pPr>
    </w:p>
    <w:p w14:paraId="1E71B2AD" w14:textId="77777777" w:rsidR="00C63FEA" w:rsidRPr="000E416B" w:rsidRDefault="00CC2BFB">
      <w:pPr>
        <w:rPr>
          <w:lang w:val="de-AT"/>
        </w:rPr>
      </w:pPr>
      <w:r w:rsidRPr="000E416B">
        <w:rPr>
          <w:b/>
          <w:lang w:val="de-AT"/>
        </w:rPr>
        <w:t>DIA 9 QUA BERLIM</w:t>
      </w:r>
    </w:p>
    <w:p w14:paraId="0AE04D8D" w14:textId="77777777" w:rsidR="00C63FEA" w:rsidRPr="000E416B" w:rsidRDefault="00CC2BFB">
      <w:pPr>
        <w:rPr>
          <w:lang w:val="es-ES"/>
        </w:rPr>
      </w:pPr>
      <w:r w:rsidRPr="000E416B">
        <w:rPr>
          <w:lang w:val="es-ES"/>
        </w:rPr>
        <w:t xml:space="preserve">Iniciaremos o </w:t>
      </w:r>
      <w:proofErr w:type="spellStart"/>
      <w:r w:rsidRPr="000E416B">
        <w:rPr>
          <w:lang w:val="es-ES"/>
        </w:rPr>
        <w:t>dia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com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uma</w:t>
      </w:r>
      <w:proofErr w:type="spellEnd"/>
      <w:r w:rsidRPr="000E416B">
        <w:rPr>
          <w:lang w:val="es-ES"/>
        </w:rPr>
        <w:t xml:space="preserve"> visita </w:t>
      </w:r>
      <w:proofErr w:type="spellStart"/>
      <w:r w:rsidRPr="000E416B">
        <w:rPr>
          <w:lang w:val="es-ES"/>
        </w:rPr>
        <w:t>panorâmica</w:t>
      </w:r>
      <w:proofErr w:type="spellEnd"/>
      <w:r w:rsidRPr="000E416B">
        <w:rPr>
          <w:lang w:val="es-ES"/>
        </w:rPr>
        <w:t xml:space="preserve"> da </w:t>
      </w:r>
      <w:proofErr w:type="spellStart"/>
      <w:r w:rsidRPr="000E416B">
        <w:rPr>
          <w:lang w:val="es-ES"/>
        </w:rPr>
        <w:t>cidade</w:t>
      </w:r>
      <w:proofErr w:type="spellEnd"/>
      <w:r w:rsidRPr="000E416B">
        <w:rPr>
          <w:lang w:val="es-ES"/>
        </w:rPr>
        <w:t xml:space="preserve">, destacando-se </w:t>
      </w:r>
      <w:proofErr w:type="gramStart"/>
      <w:r w:rsidRPr="000E416B">
        <w:rPr>
          <w:lang w:val="es-ES"/>
        </w:rPr>
        <w:t>as famosas</w:t>
      </w:r>
      <w:proofErr w:type="gramEnd"/>
      <w:r w:rsidRPr="000E416B">
        <w:rPr>
          <w:lang w:val="es-ES"/>
        </w:rPr>
        <w:t xml:space="preserve"> avenidas </w:t>
      </w:r>
      <w:proofErr w:type="spellStart"/>
      <w:r w:rsidRPr="000E416B">
        <w:rPr>
          <w:lang w:val="es-ES"/>
        </w:rPr>
        <w:t>Kurfürstendamm</w:t>
      </w:r>
      <w:proofErr w:type="spellEnd"/>
      <w:r w:rsidRPr="000E416B">
        <w:rPr>
          <w:lang w:val="es-ES"/>
        </w:rPr>
        <w:t xml:space="preserve"> e </w:t>
      </w:r>
      <w:proofErr w:type="spellStart"/>
      <w:r w:rsidRPr="000E416B">
        <w:rPr>
          <w:lang w:val="es-ES"/>
        </w:rPr>
        <w:t>Unter</w:t>
      </w:r>
      <w:proofErr w:type="spellEnd"/>
      <w:r w:rsidRPr="000E416B">
        <w:rPr>
          <w:lang w:val="es-ES"/>
        </w:rPr>
        <w:t xml:space="preserve"> den Linden, o </w:t>
      </w:r>
      <w:proofErr w:type="spellStart"/>
      <w:r w:rsidRPr="000E416B">
        <w:rPr>
          <w:lang w:val="es-ES"/>
        </w:rPr>
        <w:t>Portão</w:t>
      </w:r>
      <w:proofErr w:type="spellEnd"/>
      <w:r w:rsidRPr="000E416B">
        <w:rPr>
          <w:lang w:val="es-ES"/>
        </w:rPr>
        <w:t xml:space="preserve"> de Brandemburgo, símbol</w:t>
      </w:r>
      <w:r w:rsidRPr="000E416B">
        <w:rPr>
          <w:lang w:val="es-ES"/>
        </w:rPr>
        <w:t xml:space="preserve">o da </w:t>
      </w:r>
      <w:proofErr w:type="spellStart"/>
      <w:r w:rsidRPr="000E416B">
        <w:rPr>
          <w:lang w:val="es-ES"/>
        </w:rPr>
        <w:t>unidade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alemã</w:t>
      </w:r>
      <w:proofErr w:type="spellEnd"/>
      <w:r w:rsidRPr="000E416B">
        <w:rPr>
          <w:lang w:val="es-ES"/>
        </w:rPr>
        <w:t xml:space="preserve">, a </w:t>
      </w:r>
      <w:proofErr w:type="spellStart"/>
      <w:r w:rsidRPr="000E416B">
        <w:rPr>
          <w:lang w:val="es-ES"/>
        </w:rPr>
        <w:t>Alexanderplatz</w:t>
      </w:r>
      <w:proofErr w:type="spellEnd"/>
      <w:r w:rsidRPr="000E416B">
        <w:rPr>
          <w:lang w:val="es-ES"/>
        </w:rPr>
        <w:t xml:space="preserve">, a </w:t>
      </w:r>
      <w:proofErr w:type="spellStart"/>
      <w:r w:rsidRPr="000E416B">
        <w:rPr>
          <w:lang w:val="es-ES"/>
        </w:rPr>
        <w:t>Universidade</w:t>
      </w:r>
      <w:proofErr w:type="spellEnd"/>
      <w:r w:rsidRPr="000E416B">
        <w:rPr>
          <w:lang w:val="es-ES"/>
        </w:rPr>
        <w:t xml:space="preserve"> Humboldt e o </w:t>
      </w:r>
      <w:proofErr w:type="spellStart"/>
      <w:r w:rsidRPr="000E416B">
        <w:rPr>
          <w:lang w:val="es-ES"/>
        </w:rPr>
        <w:t>Museu</w:t>
      </w:r>
      <w:proofErr w:type="spellEnd"/>
      <w:r w:rsidRPr="000E416B">
        <w:rPr>
          <w:lang w:val="es-ES"/>
        </w:rPr>
        <w:t xml:space="preserve"> de Pérgamo. </w:t>
      </w:r>
      <w:proofErr w:type="spellStart"/>
      <w:r w:rsidRPr="000E416B">
        <w:rPr>
          <w:lang w:val="es-ES"/>
        </w:rPr>
        <w:t>Ao</w:t>
      </w:r>
      <w:proofErr w:type="spellEnd"/>
      <w:r w:rsidRPr="000E416B">
        <w:rPr>
          <w:lang w:val="es-ES"/>
        </w:rPr>
        <w:t xml:space="preserve"> final do </w:t>
      </w:r>
      <w:proofErr w:type="spellStart"/>
      <w:r w:rsidRPr="000E416B">
        <w:rPr>
          <w:lang w:val="es-ES"/>
        </w:rPr>
        <w:t>passeio</w:t>
      </w:r>
      <w:proofErr w:type="spellEnd"/>
      <w:r w:rsidRPr="000E416B">
        <w:rPr>
          <w:lang w:val="es-ES"/>
        </w:rPr>
        <w:t xml:space="preserve">, </w:t>
      </w:r>
      <w:proofErr w:type="spellStart"/>
      <w:r w:rsidRPr="000E416B">
        <w:rPr>
          <w:lang w:val="es-ES"/>
        </w:rPr>
        <w:t>oferecemos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um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passeio</w:t>
      </w:r>
      <w:proofErr w:type="spellEnd"/>
      <w:r w:rsidRPr="000E416B">
        <w:rPr>
          <w:lang w:val="es-ES"/>
        </w:rPr>
        <w:t xml:space="preserve"> de barco pelo rio </w:t>
      </w:r>
      <w:proofErr w:type="spellStart"/>
      <w:r w:rsidRPr="000E416B">
        <w:rPr>
          <w:lang w:val="es-ES"/>
        </w:rPr>
        <w:t>Spree</w:t>
      </w:r>
      <w:proofErr w:type="spellEnd"/>
      <w:r w:rsidRPr="000E416B">
        <w:rPr>
          <w:lang w:val="es-ES"/>
        </w:rPr>
        <w:t xml:space="preserve">, a </w:t>
      </w:r>
      <w:proofErr w:type="spellStart"/>
      <w:r w:rsidRPr="000E416B">
        <w:rPr>
          <w:lang w:val="es-ES"/>
        </w:rPr>
        <w:t>melhor</w:t>
      </w:r>
      <w:proofErr w:type="spellEnd"/>
      <w:r w:rsidRPr="000E416B">
        <w:rPr>
          <w:lang w:val="es-ES"/>
        </w:rPr>
        <w:t xml:space="preserve"> forma de admirar esta magnífica </w:t>
      </w:r>
      <w:proofErr w:type="spellStart"/>
      <w:r w:rsidRPr="000E416B">
        <w:rPr>
          <w:lang w:val="es-ES"/>
        </w:rPr>
        <w:t>cidade</w:t>
      </w:r>
      <w:proofErr w:type="spellEnd"/>
      <w:r w:rsidRPr="000E416B">
        <w:rPr>
          <w:lang w:val="es-ES"/>
        </w:rPr>
        <w:t xml:space="preserve"> e </w:t>
      </w:r>
      <w:proofErr w:type="spellStart"/>
      <w:r w:rsidRPr="000E416B">
        <w:rPr>
          <w:lang w:val="es-ES"/>
        </w:rPr>
        <w:t>seus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belos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edifícios</w:t>
      </w:r>
      <w:proofErr w:type="spellEnd"/>
      <w:r w:rsidRPr="000E416B">
        <w:rPr>
          <w:lang w:val="es-ES"/>
        </w:rPr>
        <w:t xml:space="preserve"> e </w:t>
      </w:r>
      <w:proofErr w:type="spellStart"/>
      <w:r w:rsidRPr="000E416B">
        <w:rPr>
          <w:lang w:val="es-ES"/>
        </w:rPr>
        <w:t>pontes</w:t>
      </w:r>
      <w:proofErr w:type="spellEnd"/>
      <w:r w:rsidRPr="000E416B">
        <w:rPr>
          <w:lang w:val="es-ES"/>
        </w:rPr>
        <w:t xml:space="preserve"> desde a </w:t>
      </w:r>
      <w:proofErr w:type="spellStart"/>
      <w:r w:rsidRPr="000E416B">
        <w:rPr>
          <w:lang w:val="es-ES"/>
        </w:rPr>
        <w:t>água</w:t>
      </w:r>
      <w:proofErr w:type="spellEnd"/>
      <w:r w:rsidRPr="000E416B">
        <w:rPr>
          <w:lang w:val="es-ES"/>
        </w:rPr>
        <w:t xml:space="preserve">. À tarde, </w:t>
      </w:r>
      <w:proofErr w:type="spellStart"/>
      <w:r w:rsidRPr="000E416B">
        <w:rPr>
          <w:lang w:val="es-ES"/>
        </w:rPr>
        <w:t>t</w:t>
      </w:r>
      <w:r w:rsidRPr="000E416B">
        <w:rPr>
          <w:lang w:val="es-ES"/>
        </w:rPr>
        <w:t>erá</w:t>
      </w:r>
      <w:proofErr w:type="spellEnd"/>
      <w:r w:rsidRPr="000E416B">
        <w:rPr>
          <w:lang w:val="es-ES"/>
        </w:rPr>
        <w:t xml:space="preserve"> tempo </w:t>
      </w:r>
      <w:proofErr w:type="spellStart"/>
      <w:r w:rsidRPr="000E416B">
        <w:rPr>
          <w:lang w:val="es-ES"/>
        </w:rPr>
        <w:t>livre</w:t>
      </w:r>
      <w:proofErr w:type="spellEnd"/>
      <w:r w:rsidRPr="000E416B">
        <w:rPr>
          <w:lang w:val="es-ES"/>
        </w:rPr>
        <w:t xml:space="preserve"> </w:t>
      </w:r>
      <w:r w:rsidRPr="000E416B">
        <w:rPr>
          <w:lang w:val="es-ES"/>
        </w:rPr>
        <w:lastRenderedPageBreak/>
        <w:t xml:space="preserve">para explorar a </w:t>
      </w:r>
      <w:proofErr w:type="spellStart"/>
      <w:r w:rsidRPr="000E416B">
        <w:rPr>
          <w:lang w:val="es-ES"/>
        </w:rPr>
        <w:t>cidade</w:t>
      </w:r>
      <w:proofErr w:type="spellEnd"/>
      <w:r w:rsidRPr="000E416B">
        <w:rPr>
          <w:lang w:val="es-ES"/>
        </w:rPr>
        <w:t xml:space="preserve"> por conta </w:t>
      </w:r>
      <w:proofErr w:type="spellStart"/>
      <w:r w:rsidRPr="000E416B">
        <w:rPr>
          <w:lang w:val="es-ES"/>
        </w:rPr>
        <w:t>própria</w:t>
      </w:r>
      <w:proofErr w:type="spellEnd"/>
      <w:r w:rsidRPr="000E416B">
        <w:rPr>
          <w:lang w:val="es-ES"/>
        </w:rPr>
        <w:t xml:space="preserve">. </w:t>
      </w:r>
      <w:proofErr w:type="spellStart"/>
      <w:r w:rsidRPr="000E416B">
        <w:rPr>
          <w:lang w:val="es-ES"/>
        </w:rPr>
        <w:t>Há</w:t>
      </w:r>
      <w:proofErr w:type="spellEnd"/>
      <w:r w:rsidRPr="000E416B">
        <w:rPr>
          <w:lang w:val="es-ES"/>
        </w:rPr>
        <w:t xml:space="preserve"> tanto para ver que </w:t>
      </w:r>
      <w:proofErr w:type="spellStart"/>
      <w:r w:rsidRPr="000E416B">
        <w:rPr>
          <w:lang w:val="es-ES"/>
        </w:rPr>
        <w:t>certamente</w:t>
      </w:r>
      <w:proofErr w:type="spellEnd"/>
      <w:r w:rsidRPr="000E416B">
        <w:rPr>
          <w:lang w:val="es-ES"/>
        </w:rPr>
        <w:t xml:space="preserve"> encontrará algo </w:t>
      </w:r>
      <w:proofErr w:type="spellStart"/>
      <w:r w:rsidRPr="000E416B">
        <w:rPr>
          <w:lang w:val="es-ES"/>
        </w:rPr>
        <w:t>interessante</w:t>
      </w:r>
      <w:proofErr w:type="spellEnd"/>
      <w:r w:rsidRPr="000E416B">
        <w:rPr>
          <w:lang w:val="es-ES"/>
        </w:rPr>
        <w:t xml:space="preserve">. Para os amantes de comida rápida: em </w:t>
      </w:r>
      <w:proofErr w:type="spellStart"/>
      <w:r w:rsidRPr="000E416B">
        <w:rPr>
          <w:lang w:val="es-ES"/>
        </w:rPr>
        <w:t>Berlim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são</w:t>
      </w:r>
      <w:proofErr w:type="spellEnd"/>
      <w:r w:rsidRPr="000E416B">
        <w:rPr>
          <w:lang w:val="es-ES"/>
        </w:rPr>
        <w:t xml:space="preserve"> consumidas cerca de 70 </w:t>
      </w:r>
      <w:proofErr w:type="spellStart"/>
      <w:r w:rsidRPr="000E416B">
        <w:rPr>
          <w:lang w:val="es-ES"/>
        </w:rPr>
        <w:t>milhões</w:t>
      </w:r>
      <w:proofErr w:type="spellEnd"/>
      <w:r w:rsidRPr="000E416B">
        <w:rPr>
          <w:lang w:val="es-ES"/>
        </w:rPr>
        <w:t xml:space="preserve"> de </w:t>
      </w:r>
      <w:proofErr w:type="spellStart"/>
      <w:r w:rsidRPr="000E416B">
        <w:rPr>
          <w:lang w:val="es-ES"/>
        </w:rPr>
        <w:t>salsichas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currywurst</w:t>
      </w:r>
      <w:proofErr w:type="spellEnd"/>
      <w:r w:rsidRPr="000E416B">
        <w:rPr>
          <w:lang w:val="es-ES"/>
        </w:rPr>
        <w:t xml:space="preserve"> por </w:t>
      </w:r>
      <w:proofErr w:type="spellStart"/>
      <w:r w:rsidRPr="000E416B">
        <w:rPr>
          <w:lang w:val="es-ES"/>
        </w:rPr>
        <w:t>ano</w:t>
      </w:r>
      <w:proofErr w:type="spellEnd"/>
      <w:r w:rsidRPr="000E416B">
        <w:rPr>
          <w:lang w:val="es-ES"/>
        </w:rPr>
        <w:t xml:space="preserve">. A </w:t>
      </w:r>
      <w:proofErr w:type="spellStart"/>
      <w:r w:rsidRPr="000E416B">
        <w:rPr>
          <w:lang w:val="es-ES"/>
        </w:rPr>
        <w:t>cidade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possui</w:t>
      </w:r>
      <w:proofErr w:type="spellEnd"/>
      <w:r w:rsidRPr="000E416B">
        <w:rPr>
          <w:lang w:val="es-ES"/>
        </w:rPr>
        <w:t xml:space="preserve"> inclusi</w:t>
      </w:r>
      <w:r w:rsidRPr="000E416B">
        <w:rPr>
          <w:lang w:val="es-ES"/>
        </w:rPr>
        <w:t xml:space="preserve">ve </w:t>
      </w:r>
      <w:proofErr w:type="spellStart"/>
      <w:r w:rsidRPr="000E416B">
        <w:rPr>
          <w:lang w:val="es-ES"/>
        </w:rPr>
        <w:t>um</w:t>
      </w:r>
      <w:proofErr w:type="spellEnd"/>
      <w:r w:rsidRPr="000E416B">
        <w:rPr>
          <w:lang w:val="es-ES"/>
        </w:rPr>
        <w:t xml:space="preserve"> </w:t>
      </w:r>
      <w:proofErr w:type="spellStart"/>
      <w:r w:rsidRPr="000E416B">
        <w:rPr>
          <w:lang w:val="es-ES"/>
        </w:rPr>
        <w:t>museu</w:t>
      </w:r>
      <w:proofErr w:type="spellEnd"/>
      <w:r w:rsidRPr="000E416B">
        <w:rPr>
          <w:lang w:val="es-ES"/>
        </w:rPr>
        <w:t xml:space="preserve"> dedicado a este </w:t>
      </w:r>
      <w:proofErr w:type="spellStart"/>
      <w:r w:rsidRPr="000E416B">
        <w:rPr>
          <w:lang w:val="es-ES"/>
        </w:rPr>
        <w:t>prato</w:t>
      </w:r>
      <w:proofErr w:type="spellEnd"/>
      <w:r w:rsidRPr="000E416B">
        <w:rPr>
          <w:lang w:val="es-ES"/>
        </w:rPr>
        <w:t xml:space="preserve"> popular. </w:t>
      </w:r>
      <w:proofErr w:type="spellStart"/>
      <w:r w:rsidRPr="000E416B">
        <w:rPr>
          <w:lang w:val="es-ES"/>
        </w:rPr>
        <w:t>Ficou</w:t>
      </w:r>
      <w:proofErr w:type="spellEnd"/>
      <w:r w:rsidRPr="000E416B">
        <w:rPr>
          <w:lang w:val="es-ES"/>
        </w:rPr>
        <w:t xml:space="preserve"> curioso?</w:t>
      </w:r>
    </w:p>
    <w:p w14:paraId="5A0BBE43" w14:textId="77777777" w:rsidR="00C63FEA" w:rsidRPr="000E416B" w:rsidRDefault="00C63FEA">
      <w:pPr>
        <w:rPr>
          <w:lang w:val="es-ES"/>
        </w:rPr>
      </w:pPr>
    </w:p>
    <w:p w14:paraId="0F8EF858" w14:textId="77777777" w:rsidR="00C63FEA" w:rsidRPr="000E416B" w:rsidRDefault="00CC2BFB">
      <w:pPr>
        <w:rPr>
          <w:lang w:val="es-ES"/>
        </w:rPr>
      </w:pPr>
      <w:r w:rsidRPr="000E416B">
        <w:rPr>
          <w:b/>
          <w:lang w:val="es-ES"/>
        </w:rPr>
        <w:t>DIA 10 QUI BERLIM</w:t>
      </w:r>
    </w:p>
    <w:p w14:paraId="7AD9FFF0" w14:textId="77777777" w:rsidR="00C63FEA" w:rsidRPr="000E416B" w:rsidRDefault="00CC2BFB">
      <w:pPr>
        <w:rPr>
          <w:lang w:val="es-ES"/>
        </w:rPr>
      </w:pPr>
      <w:r w:rsidRPr="000E416B">
        <w:rPr>
          <w:lang w:val="es-ES"/>
        </w:rPr>
        <w:t xml:space="preserve">Café da </w:t>
      </w:r>
      <w:proofErr w:type="spellStart"/>
      <w:r w:rsidRPr="000E416B">
        <w:rPr>
          <w:lang w:val="es-ES"/>
        </w:rPr>
        <w:t>manhã</w:t>
      </w:r>
      <w:proofErr w:type="spellEnd"/>
      <w:r w:rsidRPr="000E416B">
        <w:rPr>
          <w:lang w:val="es-ES"/>
        </w:rPr>
        <w:t xml:space="preserve"> e traslado de </w:t>
      </w:r>
      <w:proofErr w:type="spellStart"/>
      <w:r w:rsidRPr="000E416B">
        <w:rPr>
          <w:lang w:val="es-ES"/>
        </w:rPr>
        <w:t>saída</w:t>
      </w:r>
      <w:proofErr w:type="spellEnd"/>
      <w:r w:rsidRPr="000E416B">
        <w:rPr>
          <w:lang w:val="es-ES"/>
        </w:rPr>
        <w:t xml:space="preserve"> para o </w:t>
      </w:r>
      <w:proofErr w:type="spellStart"/>
      <w:r w:rsidRPr="000E416B">
        <w:rPr>
          <w:lang w:val="es-ES"/>
        </w:rPr>
        <w:t>aeroporto</w:t>
      </w:r>
      <w:proofErr w:type="spellEnd"/>
      <w:r w:rsidRPr="000E416B">
        <w:rPr>
          <w:lang w:val="es-ES"/>
        </w:rPr>
        <w:t>.</w:t>
      </w:r>
    </w:p>
    <w:p w14:paraId="183C8E54" w14:textId="77777777" w:rsidR="00C63FEA" w:rsidRPr="000E416B" w:rsidRDefault="00C63FEA">
      <w:pPr>
        <w:rPr>
          <w:lang w:val="es-ES"/>
        </w:rPr>
      </w:pPr>
    </w:p>
    <w:sectPr w:rsidR="00C63FEA" w:rsidRPr="000E416B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C1EE63" w14:textId="77777777" w:rsidR="004856F5" w:rsidRDefault="004856F5" w:rsidP="004856F5">
      <w:pPr>
        <w:spacing w:after="0" w:line="240" w:lineRule="auto"/>
      </w:pPr>
      <w:r>
        <w:separator/>
      </w:r>
    </w:p>
  </w:endnote>
  <w:endnote w:type="continuationSeparator" w:id="0">
    <w:p w14:paraId="01DB734D" w14:textId="77777777" w:rsidR="004856F5" w:rsidRDefault="004856F5" w:rsidP="004856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2CF4F8" w14:textId="77777777" w:rsidR="004856F5" w:rsidRDefault="004856F5" w:rsidP="004856F5">
      <w:pPr>
        <w:spacing w:after="0" w:line="240" w:lineRule="auto"/>
      </w:pPr>
      <w:r>
        <w:separator/>
      </w:r>
    </w:p>
  </w:footnote>
  <w:footnote w:type="continuationSeparator" w:id="0">
    <w:p w14:paraId="61F4C2B0" w14:textId="77777777" w:rsidR="004856F5" w:rsidRDefault="004856F5" w:rsidP="004856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DAD221" w14:textId="14C41A0E" w:rsidR="000E416B" w:rsidRDefault="000E416B">
    <w:pPr>
      <w:pStyle w:val="Encabezado"/>
    </w:pPr>
    <w:r>
      <w:rPr>
        <w:noProof/>
      </w:rPr>
      <w:drawing>
        <wp:inline distT="0" distB="0" distL="0" distR="0" wp14:anchorId="2314AB79" wp14:editId="7743D554">
          <wp:extent cx="1590675" cy="159067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1590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E416B"/>
    <w:rsid w:val="0015074B"/>
    <w:rsid w:val="0029639D"/>
    <w:rsid w:val="00326F90"/>
    <w:rsid w:val="004856F5"/>
    <w:rsid w:val="00AA1D8D"/>
    <w:rsid w:val="00B47730"/>
    <w:rsid w:val="00C63FEA"/>
    <w:rsid w:val="00CB0664"/>
    <w:rsid w:val="00CC2BFB"/>
    <w:rsid w:val="00E10FD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2151608"/>
  <w14:defaultImageDpi w14:val="300"/>
  <w15:docId w15:val="{0A062966-47D8-45FA-8DC3-3430D808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766</Words>
  <Characters>4216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4973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4</cp:revision>
  <dcterms:created xsi:type="dcterms:W3CDTF">2013-12-23T23:15:00Z</dcterms:created>
  <dcterms:modified xsi:type="dcterms:W3CDTF">2026-05-26T14:47:00Z</dcterms:modified>
  <cp:category/>
</cp:coreProperties>
</file>