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7AF4" w14:textId="77777777" w:rsidR="00101E7A" w:rsidRPr="00752FC8" w:rsidRDefault="0036337E" w:rsidP="00752FC8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</w:pPr>
      <w:r w:rsidRPr="00752FC8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>ALEMANHA - FLORESTA NEGRA E SUÍÇA</w:t>
      </w:r>
    </w:p>
    <w:p w14:paraId="59B4C1A6" w14:textId="77777777" w:rsidR="00101E7A" w:rsidRPr="00752FC8" w:rsidRDefault="0036337E" w:rsidP="00752FC8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</w:pPr>
      <w:r w:rsidRPr="00752FC8"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  <w:t>Categoria: Primeira</w:t>
      </w:r>
    </w:p>
    <w:p w14:paraId="0675E370" w14:textId="77777777" w:rsidR="00101E7A" w:rsidRPr="00752FC8" w:rsidRDefault="0036337E" w:rsidP="00752FC8">
      <w:pPr>
        <w:jc w:val="center"/>
        <w:rPr>
          <w:lang w:val="es-ES"/>
        </w:rPr>
      </w:pPr>
      <w:r w:rsidRPr="00752FC8">
        <w:rPr>
          <w:lang w:val="es-ES"/>
        </w:rPr>
        <w:t xml:space="preserve">Código: </w:t>
      </w:r>
      <w:proofErr w:type="gramStart"/>
      <w:r w:rsidRPr="00752FC8">
        <w:rPr>
          <w:lang w:val="es-ES"/>
        </w:rPr>
        <w:t>EETALSUI  |</w:t>
      </w:r>
      <w:proofErr w:type="gramEnd"/>
      <w:r w:rsidRPr="00752FC8">
        <w:rPr>
          <w:lang w:val="es-ES"/>
        </w:rPr>
        <w:t xml:space="preserve">  16 </w:t>
      </w:r>
      <w:proofErr w:type="spellStart"/>
      <w:r w:rsidRPr="00752FC8">
        <w:rPr>
          <w:lang w:val="es-ES"/>
        </w:rPr>
        <w:t>Dias</w:t>
      </w:r>
      <w:proofErr w:type="spellEnd"/>
    </w:p>
    <w:p w14:paraId="73A2E2E7" w14:textId="77777777" w:rsidR="00101E7A" w:rsidRPr="00752FC8" w:rsidRDefault="00101E7A">
      <w:pPr>
        <w:rPr>
          <w:lang w:val="es-ES"/>
        </w:rPr>
      </w:pPr>
    </w:p>
    <w:p w14:paraId="4AE79FFE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SAÍDAS GARANTIDAS 2027</w:t>
      </w:r>
    </w:p>
    <w:p w14:paraId="1510D50F" w14:textId="3AB081D3" w:rsidR="00E6378F" w:rsidRDefault="00E6378F">
      <w:pPr>
        <w:rPr>
          <w:lang w:val="es-ES"/>
        </w:rPr>
      </w:pPr>
      <w:r>
        <w:rPr>
          <w:lang w:val="es-ES"/>
        </w:rPr>
        <w:t>MAIO………………………………</w:t>
      </w:r>
      <w:proofErr w:type="gramStart"/>
      <w:r>
        <w:rPr>
          <w:lang w:val="es-ES"/>
        </w:rPr>
        <w:t>…….</w:t>
      </w:r>
      <w:proofErr w:type="gramEnd"/>
      <w:r>
        <w:rPr>
          <w:lang w:val="es-ES"/>
        </w:rPr>
        <w:t>.30</w:t>
      </w:r>
    </w:p>
    <w:p w14:paraId="32F1B8A7" w14:textId="167802D1" w:rsidR="00101E7A" w:rsidRPr="00752FC8" w:rsidRDefault="0036337E">
      <w:pPr>
        <w:rPr>
          <w:lang w:val="es-ES"/>
        </w:rPr>
      </w:pPr>
      <w:r w:rsidRPr="00752FC8">
        <w:rPr>
          <w:lang w:val="es-ES"/>
        </w:rPr>
        <w:t>JUNHO . . . . . . . . . . . . . . . . . . . . . . . . 13, 27</w:t>
      </w:r>
    </w:p>
    <w:p w14:paraId="7E45AF4A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JULHO . . .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. 11</w:t>
      </w:r>
    </w:p>
    <w:p w14:paraId="526294CE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AGOSTO . . .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. 8</w:t>
      </w:r>
    </w:p>
    <w:p w14:paraId="2AF38478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SETEMBRO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5, </w:t>
      </w:r>
      <w:r w:rsidRPr="0036337E">
        <w:rPr>
          <w:b/>
          <w:bCs/>
          <w:color w:val="FF0000"/>
          <w:lang w:val="es-ES"/>
        </w:rPr>
        <w:t>19</w:t>
      </w:r>
    </w:p>
    <w:p w14:paraId="5B2DBD11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OUTUBRO . . . . . . . . . . . . . . . . . . . . . </w:t>
      </w:r>
      <w:proofErr w:type="gramStart"/>
      <w:r w:rsidRPr="00752FC8">
        <w:rPr>
          <w:lang w:val="es-ES"/>
        </w:rPr>
        <w:t>. . . .</w:t>
      </w:r>
      <w:proofErr w:type="gramEnd"/>
      <w:r w:rsidRPr="00752FC8">
        <w:rPr>
          <w:lang w:val="es-ES"/>
        </w:rPr>
        <w:t xml:space="preserve"> 3</w:t>
      </w:r>
    </w:p>
    <w:p w14:paraId="04BB2E57" w14:textId="77777777" w:rsidR="00101E7A" w:rsidRPr="00752FC8" w:rsidRDefault="00101E7A">
      <w:pPr>
        <w:rPr>
          <w:lang w:val="es-ES"/>
        </w:rPr>
      </w:pPr>
    </w:p>
    <w:p w14:paraId="1BED6812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HOTÉIS PREVISTOS</w:t>
      </w:r>
    </w:p>
    <w:p w14:paraId="7DBE314F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>(</w:t>
      </w:r>
      <w:proofErr w:type="spellStart"/>
      <w:r w:rsidRPr="00752FC8">
        <w:rPr>
          <w:lang w:val="es-ES"/>
        </w:rPr>
        <w:t>ou</w:t>
      </w:r>
      <w:proofErr w:type="spellEnd"/>
      <w:r w:rsidRPr="00752FC8">
        <w:rPr>
          <w:lang w:val="es-ES"/>
        </w:rPr>
        <w:t xml:space="preserve"> similares </w:t>
      </w:r>
      <w:proofErr w:type="spellStart"/>
      <w:r w:rsidRPr="00752FC8">
        <w:rPr>
          <w:lang w:val="es-ES"/>
        </w:rPr>
        <w:t>na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categoria</w:t>
      </w:r>
      <w:proofErr w:type="spellEnd"/>
      <w:r w:rsidRPr="00752FC8">
        <w:rPr>
          <w:lang w:val="es-ES"/>
        </w:rPr>
        <w:t xml:space="preserve"> indicada, conforme 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>)</w:t>
      </w:r>
    </w:p>
    <w:p w14:paraId="04769B70" w14:textId="57D78A13" w:rsidR="00101E7A" w:rsidRPr="00752FC8" w:rsidRDefault="0036337E">
      <w:pPr>
        <w:rPr>
          <w:lang w:val="es-ES"/>
        </w:rPr>
      </w:pPr>
      <w:r w:rsidRPr="00752FC8">
        <w:rPr>
          <w:b/>
          <w:lang w:val="es-ES"/>
        </w:rPr>
        <w:t xml:space="preserve">FRANKFURT: </w:t>
      </w:r>
      <w:r w:rsidR="00950971" w:rsidRPr="00752FC8">
        <w:rPr>
          <w:lang w:val="es-ES"/>
        </w:rPr>
        <w:t xml:space="preserve">MARRIOTT </w:t>
      </w:r>
      <w:r w:rsidRPr="00752FC8">
        <w:rPr>
          <w:lang w:val="es-ES"/>
        </w:rPr>
        <w:t>★★★★</w:t>
      </w:r>
    </w:p>
    <w:p w14:paraId="5535D55A" w14:textId="77777777" w:rsidR="00101E7A" w:rsidRPr="00752FC8" w:rsidRDefault="0036337E">
      <w:pPr>
        <w:rPr>
          <w:lang w:val="es-ES"/>
        </w:rPr>
      </w:pPr>
      <w:r w:rsidRPr="00752FC8">
        <w:rPr>
          <w:b/>
          <w:lang w:val="es-ES"/>
        </w:rPr>
        <w:t xml:space="preserve">HEIDELBERG: </w:t>
      </w:r>
      <w:r w:rsidRPr="00752FC8">
        <w:rPr>
          <w:lang w:val="es-ES"/>
        </w:rPr>
        <w:t>MARRIOTT ★★★★</w:t>
      </w:r>
    </w:p>
    <w:p w14:paraId="0D46CA58" w14:textId="6B394903" w:rsidR="00101E7A" w:rsidRPr="00752FC8" w:rsidRDefault="0036337E">
      <w:pPr>
        <w:rPr>
          <w:lang w:val="es-ES"/>
        </w:rPr>
      </w:pPr>
      <w:r w:rsidRPr="00752FC8">
        <w:rPr>
          <w:b/>
          <w:lang w:val="es-ES"/>
        </w:rPr>
        <w:t>FRIBURGO</w:t>
      </w:r>
      <w:r w:rsidR="00E6378F">
        <w:rPr>
          <w:b/>
          <w:lang w:val="es-ES"/>
        </w:rPr>
        <w:t xml:space="preserve">: </w:t>
      </w:r>
      <w:r w:rsidR="00E6378F" w:rsidRPr="003536A7">
        <w:rPr>
          <w:bCs/>
          <w:lang w:val="es-ES"/>
        </w:rPr>
        <w:t>HAMPTON BY HILTON</w:t>
      </w:r>
      <w:r w:rsidRPr="00752FC8">
        <w:rPr>
          <w:lang w:val="es-ES"/>
        </w:rPr>
        <w:t xml:space="preserve"> ★★★★</w:t>
      </w:r>
    </w:p>
    <w:p w14:paraId="6FCD53FA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MUNIQUE: </w:t>
      </w:r>
      <w:r w:rsidRPr="00950971">
        <w:rPr>
          <w:lang w:val="en-GB"/>
        </w:rPr>
        <w:t>WESTIN GRAND MUNICH ★★★★(s)</w:t>
      </w:r>
    </w:p>
    <w:p w14:paraId="331B9EFF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ZURIQUE: </w:t>
      </w:r>
      <w:r w:rsidRPr="00950971">
        <w:rPr>
          <w:lang w:val="en-GB"/>
        </w:rPr>
        <w:t>NOVOTEL CITY WEST ★★★★</w:t>
      </w:r>
    </w:p>
    <w:p w14:paraId="45AF7C2C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BERNA: </w:t>
      </w:r>
      <w:r w:rsidRPr="00950971">
        <w:rPr>
          <w:lang w:val="en-GB"/>
        </w:rPr>
        <w:t>SWISSOTEL KURSAAL ★★★</w:t>
      </w:r>
      <w:proofErr w:type="gramStart"/>
      <w:r w:rsidRPr="00950971">
        <w:rPr>
          <w:lang w:val="en-GB"/>
        </w:rPr>
        <w:t>★  /</w:t>
      </w:r>
      <w:proofErr w:type="gramEnd"/>
      <w:r w:rsidRPr="00950971">
        <w:rPr>
          <w:lang w:val="en-GB"/>
        </w:rPr>
        <w:t xml:space="preserve">  NH BRISTOL ★★★★</w:t>
      </w:r>
    </w:p>
    <w:p w14:paraId="783B6E29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GENEBRA: </w:t>
      </w:r>
      <w:r w:rsidRPr="00950971">
        <w:rPr>
          <w:lang w:val="en-GB"/>
        </w:rPr>
        <w:t>CROWNE PLAZA ★★★★</w:t>
      </w:r>
    </w:p>
    <w:p w14:paraId="1AFE145B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ZERMATT: </w:t>
      </w:r>
      <w:r w:rsidRPr="00950971">
        <w:rPr>
          <w:lang w:val="en-GB"/>
        </w:rPr>
        <w:t>HOTEL AMBASSADOR ★★★★</w:t>
      </w:r>
    </w:p>
    <w:p w14:paraId="205FAB78" w14:textId="77777777" w:rsidR="00101E7A" w:rsidRPr="00950971" w:rsidRDefault="0036337E">
      <w:pPr>
        <w:rPr>
          <w:lang w:val="en-GB"/>
        </w:rPr>
      </w:pPr>
      <w:r w:rsidRPr="00950971">
        <w:rPr>
          <w:b/>
          <w:lang w:val="en-GB"/>
        </w:rPr>
        <w:t xml:space="preserve">ZURIQUE: </w:t>
      </w:r>
      <w:r w:rsidRPr="00950971">
        <w:rPr>
          <w:lang w:val="en-GB"/>
        </w:rPr>
        <w:t>NOVOTEL CITY WEST ★★★★</w:t>
      </w:r>
    </w:p>
    <w:p w14:paraId="1141EE38" w14:textId="77777777" w:rsidR="00101E7A" w:rsidRPr="00950971" w:rsidRDefault="00101E7A">
      <w:pPr>
        <w:rPr>
          <w:lang w:val="en-GB"/>
        </w:rPr>
      </w:pPr>
    </w:p>
    <w:p w14:paraId="295C82BB" w14:textId="77777777" w:rsidR="00101E7A" w:rsidRDefault="0036337E">
      <w:pPr>
        <w:pStyle w:val="Ttulo2"/>
      </w:pPr>
      <w:r>
        <w:lastRenderedPageBreak/>
        <w:t>SERVIÇOS INCLUÍDOS</w:t>
      </w:r>
    </w:p>
    <w:p w14:paraId="5D10161A" w14:textId="77777777" w:rsidR="00101E7A" w:rsidRDefault="0036337E">
      <w:pPr>
        <w:pStyle w:val="Listaconvietas"/>
      </w:pPr>
      <w:r>
        <w:t>Guia acompanhante em espanhol</w:t>
      </w:r>
    </w:p>
    <w:p w14:paraId="4D2CB8F0" w14:textId="77777777" w:rsidR="00101E7A" w:rsidRPr="00752FC8" w:rsidRDefault="0036337E">
      <w:pPr>
        <w:pStyle w:val="Listaconvietas"/>
        <w:rPr>
          <w:lang w:val="es-ES"/>
        </w:rPr>
      </w:pPr>
      <w:r w:rsidRPr="00752FC8">
        <w:rPr>
          <w:lang w:val="es-ES"/>
        </w:rPr>
        <w:t xml:space="preserve">15 </w:t>
      </w:r>
      <w:proofErr w:type="spellStart"/>
      <w:r w:rsidRPr="00752FC8">
        <w:rPr>
          <w:lang w:val="es-ES"/>
        </w:rPr>
        <w:t>noites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 tipo buffet</w:t>
      </w:r>
    </w:p>
    <w:p w14:paraId="47BFB2B1" w14:textId="77777777" w:rsidR="00101E7A" w:rsidRPr="00752FC8" w:rsidRDefault="0036337E">
      <w:pPr>
        <w:pStyle w:val="Listaconvietas"/>
        <w:rPr>
          <w:lang w:val="es-ES"/>
        </w:rPr>
      </w:pPr>
      <w:r w:rsidRPr="00752FC8">
        <w:rPr>
          <w:lang w:val="es-ES"/>
        </w:rPr>
        <w:t xml:space="preserve">Entradas e </w:t>
      </w:r>
      <w:proofErr w:type="spellStart"/>
      <w:r w:rsidRPr="00752FC8">
        <w:rPr>
          <w:lang w:val="es-ES"/>
        </w:rPr>
        <w:t>experiências</w:t>
      </w:r>
      <w:proofErr w:type="spellEnd"/>
      <w:r w:rsidRPr="00752FC8">
        <w:rPr>
          <w:lang w:val="es-ES"/>
        </w:rPr>
        <w:t xml:space="preserve"> conforme o </w:t>
      </w:r>
      <w:proofErr w:type="spellStart"/>
      <w:r w:rsidRPr="00752FC8">
        <w:rPr>
          <w:lang w:val="es-ES"/>
        </w:rPr>
        <w:t>itinerário</w:t>
      </w:r>
      <w:proofErr w:type="spellEnd"/>
    </w:p>
    <w:p w14:paraId="20371289" w14:textId="77777777" w:rsidR="00101E7A" w:rsidRPr="00752FC8" w:rsidRDefault="0036337E">
      <w:pPr>
        <w:pStyle w:val="Listaconvietas"/>
        <w:rPr>
          <w:lang w:val="es-ES"/>
        </w:rPr>
      </w:pPr>
      <w:proofErr w:type="spellStart"/>
      <w:r w:rsidRPr="00752FC8">
        <w:rPr>
          <w:lang w:val="es-ES"/>
        </w:rPr>
        <w:t>Bilhetes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GLACIER EXPRESS 2a </w:t>
      </w:r>
      <w:proofErr w:type="spellStart"/>
      <w:r w:rsidRPr="00752FC8">
        <w:rPr>
          <w:lang w:val="es-ES"/>
        </w:rPr>
        <w:t>classe</w:t>
      </w:r>
      <w:proofErr w:type="spellEnd"/>
    </w:p>
    <w:p w14:paraId="7BCECA43" w14:textId="77777777" w:rsidR="00101E7A" w:rsidRPr="00752FC8" w:rsidRDefault="00101E7A">
      <w:pPr>
        <w:rPr>
          <w:lang w:val="es-ES"/>
        </w:rPr>
      </w:pPr>
    </w:p>
    <w:p w14:paraId="47326AE5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TARIFAS EM EUROS</w:t>
      </w:r>
    </w:p>
    <w:p w14:paraId="743BA516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€ </w:t>
      </w:r>
      <w:proofErr w:type="gramStart"/>
      <w:r w:rsidRPr="00752FC8">
        <w:rPr>
          <w:lang w:val="es-ES"/>
        </w:rPr>
        <w:t>5.195,–</w:t>
      </w:r>
      <w:proofErr w:type="gramEnd"/>
      <w:r w:rsidRPr="00752FC8">
        <w:rPr>
          <w:lang w:val="es-ES"/>
        </w:rPr>
        <w:t xml:space="preserve"> por </w:t>
      </w:r>
      <w:proofErr w:type="spellStart"/>
      <w:r w:rsidRPr="00752FC8">
        <w:rPr>
          <w:lang w:val="es-ES"/>
        </w:rPr>
        <w:t>pessoa</w:t>
      </w:r>
      <w:proofErr w:type="spellEnd"/>
      <w:r w:rsidRPr="00752FC8">
        <w:rPr>
          <w:lang w:val="es-ES"/>
        </w:rPr>
        <w:t xml:space="preserve"> em apto. duplo</w:t>
      </w:r>
    </w:p>
    <w:p w14:paraId="2F392B4A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€ </w:t>
      </w:r>
      <w:proofErr w:type="gramStart"/>
      <w:r w:rsidRPr="00752FC8">
        <w:rPr>
          <w:lang w:val="es-ES"/>
        </w:rPr>
        <w:t>2.250,–</w:t>
      </w:r>
      <w:proofErr w:type="gramEnd"/>
      <w:r w:rsidRPr="00752FC8">
        <w:rPr>
          <w:lang w:val="es-ES"/>
        </w:rPr>
        <w:t xml:space="preserve"> suplemento individual</w:t>
      </w:r>
    </w:p>
    <w:p w14:paraId="3F3E77BF" w14:textId="4718FF6E" w:rsidR="00101E7A" w:rsidRPr="00171FC2" w:rsidRDefault="0036337E">
      <w:pPr>
        <w:rPr>
          <w:b/>
          <w:bCs/>
          <w:color w:val="FF0000"/>
          <w:lang w:val="es-ES"/>
        </w:rPr>
      </w:pPr>
      <w:r w:rsidRPr="0036337E">
        <w:rPr>
          <w:color w:val="FF0000"/>
          <w:lang w:val="es-ES"/>
        </w:rPr>
        <w:t xml:space="preserve">€ 300,- </w:t>
      </w:r>
      <w:r w:rsidR="00950971" w:rsidRPr="00950971">
        <w:rPr>
          <w:color w:val="FF0000"/>
          <w:lang w:val="es-ES"/>
        </w:rPr>
        <w:t xml:space="preserve">suplemento de </w:t>
      </w:r>
      <w:proofErr w:type="spellStart"/>
      <w:r w:rsidR="00950971" w:rsidRPr="00950971">
        <w:rPr>
          <w:color w:val="FF0000"/>
          <w:lang w:val="es-ES"/>
        </w:rPr>
        <w:t>hospedagem</w:t>
      </w:r>
      <w:proofErr w:type="spellEnd"/>
      <w:r w:rsidR="00950971" w:rsidRPr="00950971">
        <w:rPr>
          <w:color w:val="FF0000"/>
          <w:lang w:val="es-ES"/>
        </w:rPr>
        <w:t xml:space="preserve"> por </w:t>
      </w:r>
      <w:proofErr w:type="spellStart"/>
      <w:r w:rsidR="00950971" w:rsidRPr="00950971">
        <w:rPr>
          <w:color w:val="FF0000"/>
          <w:lang w:val="es-ES"/>
        </w:rPr>
        <w:t>pessoa</w:t>
      </w:r>
      <w:proofErr w:type="spellEnd"/>
      <w:r w:rsidR="00950971" w:rsidRPr="00950971">
        <w:rPr>
          <w:color w:val="FF0000"/>
          <w:lang w:val="es-ES"/>
        </w:rPr>
        <w:t xml:space="preserve"> para a </w:t>
      </w:r>
      <w:proofErr w:type="spellStart"/>
      <w:r w:rsidR="00950971" w:rsidRPr="00950971">
        <w:rPr>
          <w:color w:val="FF0000"/>
          <w:lang w:val="es-ES"/>
        </w:rPr>
        <w:t>saída</w:t>
      </w:r>
      <w:proofErr w:type="spellEnd"/>
      <w:r w:rsidR="00950971" w:rsidRPr="00950971">
        <w:rPr>
          <w:color w:val="FF0000"/>
          <w:lang w:val="es-ES"/>
        </w:rPr>
        <w:t xml:space="preserve"> </w:t>
      </w:r>
      <w:proofErr w:type="spellStart"/>
      <w:r w:rsidR="00950971" w:rsidRPr="00171FC2">
        <w:rPr>
          <w:b/>
          <w:bCs/>
          <w:color w:val="FF0000"/>
          <w:lang w:val="es-ES"/>
        </w:rPr>
        <w:t>Setembro</w:t>
      </w:r>
      <w:proofErr w:type="spellEnd"/>
      <w:r w:rsidR="00950971" w:rsidRPr="00171FC2">
        <w:rPr>
          <w:b/>
          <w:bCs/>
          <w:color w:val="FF0000"/>
          <w:lang w:val="es-ES"/>
        </w:rPr>
        <w:t xml:space="preserve"> 19</w:t>
      </w:r>
    </w:p>
    <w:p w14:paraId="5A84A743" w14:textId="77777777" w:rsidR="00101E7A" w:rsidRPr="0036337E" w:rsidRDefault="0036337E">
      <w:pPr>
        <w:rPr>
          <w:b/>
          <w:bCs/>
          <w:lang w:val="es-ES"/>
        </w:rPr>
      </w:pPr>
      <w:r w:rsidRPr="00752FC8">
        <w:rPr>
          <w:lang w:val="es-ES"/>
        </w:rPr>
        <w:t xml:space="preserve">INGRESSO PARA A OKTOBERFEST </w:t>
      </w:r>
      <w:r w:rsidRPr="0036337E">
        <w:rPr>
          <w:b/>
          <w:bCs/>
          <w:lang w:val="es-ES"/>
        </w:rPr>
        <w:t>NÃO INCLUÍDO</w:t>
      </w:r>
    </w:p>
    <w:p w14:paraId="2E119D1E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5% </w:t>
      </w:r>
      <w:proofErr w:type="spellStart"/>
      <w:r w:rsidRPr="00752FC8">
        <w:rPr>
          <w:lang w:val="es-ES"/>
        </w:rPr>
        <w:t>desconto</w:t>
      </w:r>
      <w:proofErr w:type="spellEnd"/>
      <w:r w:rsidRPr="00752FC8">
        <w:rPr>
          <w:lang w:val="es-ES"/>
        </w:rPr>
        <w:t xml:space="preserve"> para o </w:t>
      </w:r>
      <w:proofErr w:type="spellStart"/>
      <w:r w:rsidRPr="00752FC8">
        <w:rPr>
          <w:lang w:val="es-ES"/>
        </w:rPr>
        <w:t>terceiro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passageiro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quarto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+2 </w:t>
      </w:r>
      <w:proofErr w:type="spellStart"/>
      <w:r w:rsidRPr="00752FC8">
        <w:rPr>
          <w:lang w:val="es-ES"/>
        </w:rPr>
        <w:t>pessoas</w:t>
      </w:r>
      <w:proofErr w:type="spellEnd"/>
      <w:r w:rsidRPr="00752FC8">
        <w:rPr>
          <w:lang w:val="es-ES"/>
        </w:rPr>
        <w:t xml:space="preserve"> (QUARTO TRIPLO).</w:t>
      </w:r>
    </w:p>
    <w:p w14:paraId="74C55153" w14:textId="77777777" w:rsidR="00101E7A" w:rsidRPr="00752FC8" w:rsidRDefault="00101E7A">
      <w:pPr>
        <w:rPr>
          <w:lang w:val="es-ES"/>
        </w:rPr>
      </w:pPr>
    </w:p>
    <w:p w14:paraId="50CDDDA7" w14:textId="77777777" w:rsidR="00101E7A" w:rsidRPr="00752FC8" w:rsidRDefault="0036337E">
      <w:pPr>
        <w:pStyle w:val="Ttulo1"/>
        <w:rPr>
          <w:lang w:val="es-ES"/>
        </w:rPr>
      </w:pPr>
      <w:r w:rsidRPr="00752FC8">
        <w:rPr>
          <w:lang w:val="es-ES"/>
        </w:rPr>
        <w:t>ITINERÁRIO</w:t>
      </w:r>
    </w:p>
    <w:p w14:paraId="04BD3D4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 DOM FRANKFURT</w:t>
      </w:r>
    </w:p>
    <w:p w14:paraId="6AE50FC1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Frankfurt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traslado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hotel. O </w:t>
      </w:r>
      <w:proofErr w:type="spellStart"/>
      <w:r w:rsidRPr="00752FC8">
        <w:rPr>
          <w:lang w:val="es-ES"/>
        </w:rPr>
        <w:t>guia</w:t>
      </w:r>
      <w:proofErr w:type="spellEnd"/>
      <w:r w:rsidRPr="00752FC8">
        <w:rPr>
          <w:lang w:val="es-ES"/>
        </w:rPr>
        <w:t xml:space="preserve"> estará no hotel a partir das 19h00.</w:t>
      </w:r>
    </w:p>
    <w:p w14:paraId="709A5114" w14:textId="77777777" w:rsidR="00101E7A" w:rsidRPr="00752FC8" w:rsidRDefault="00101E7A">
      <w:pPr>
        <w:rPr>
          <w:lang w:val="es-ES"/>
        </w:rPr>
      </w:pPr>
    </w:p>
    <w:p w14:paraId="6B2550BE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2 SEG FRANKFURT - ROTHENBURG - HEIDELBERG</w:t>
      </w:r>
    </w:p>
    <w:p w14:paraId="11977932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o 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, realizaremos a visita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de Frankfurt, onde </w:t>
      </w:r>
      <w:proofErr w:type="spellStart"/>
      <w:r w:rsidRPr="00752FC8">
        <w:rPr>
          <w:lang w:val="es-ES"/>
        </w:rPr>
        <w:t>conheceremos</w:t>
      </w:r>
      <w:proofErr w:type="spellEnd"/>
      <w:r w:rsidRPr="00752FC8">
        <w:rPr>
          <w:lang w:val="es-ES"/>
        </w:rPr>
        <w:t xml:space="preserve"> o centro histórico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o </w:t>
      </w:r>
      <w:proofErr w:type="spellStart"/>
      <w:r w:rsidRPr="00752FC8">
        <w:rPr>
          <w:lang w:val="es-ES"/>
        </w:rPr>
        <w:t>Römer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, a Catedral e a </w:t>
      </w:r>
      <w:proofErr w:type="spellStart"/>
      <w:r w:rsidRPr="00752FC8">
        <w:rPr>
          <w:lang w:val="es-ES"/>
        </w:rPr>
        <w:t>Paulskirche</w:t>
      </w:r>
      <w:proofErr w:type="spellEnd"/>
      <w:r w:rsidRPr="00752FC8">
        <w:rPr>
          <w:lang w:val="es-ES"/>
        </w:rPr>
        <w:t xml:space="preserve"> (Igreja de São Paulo). </w:t>
      </w:r>
      <w:proofErr w:type="spellStart"/>
      <w:r w:rsidRPr="00752FC8">
        <w:rPr>
          <w:lang w:val="es-ES"/>
        </w:rPr>
        <w:t>Também</w:t>
      </w:r>
      <w:proofErr w:type="spellEnd"/>
      <w:r w:rsidRPr="00752FC8">
        <w:rPr>
          <w:lang w:val="es-ES"/>
        </w:rPr>
        <w:t xml:space="preserve"> veremos a Casa de Goethe, local de </w:t>
      </w:r>
      <w:proofErr w:type="spellStart"/>
      <w:r w:rsidRPr="00752FC8">
        <w:rPr>
          <w:lang w:val="es-ES"/>
        </w:rPr>
        <w:t>nascimento</w:t>
      </w:r>
      <w:proofErr w:type="spellEnd"/>
      <w:r w:rsidRPr="00752FC8">
        <w:rPr>
          <w:lang w:val="es-ES"/>
        </w:rPr>
        <w:t xml:space="preserve"> do grande poeta </w:t>
      </w:r>
      <w:proofErr w:type="spellStart"/>
      <w:r w:rsidRPr="00752FC8">
        <w:rPr>
          <w:lang w:val="es-ES"/>
        </w:rPr>
        <w:t>alemão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assim</w:t>
      </w:r>
      <w:proofErr w:type="spellEnd"/>
      <w:r w:rsidRPr="00752FC8">
        <w:rPr>
          <w:lang w:val="es-ES"/>
        </w:rPr>
        <w:t xml:space="preserve"> como as </w:t>
      </w:r>
      <w:proofErr w:type="spellStart"/>
      <w:r w:rsidRPr="00752FC8">
        <w:rPr>
          <w:lang w:val="es-ES"/>
        </w:rPr>
        <w:t>instalações</w:t>
      </w:r>
      <w:proofErr w:type="spellEnd"/>
      <w:r w:rsidRPr="00752FC8">
        <w:rPr>
          <w:lang w:val="es-ES"/>
        </w:rPr>
        <w:t xml:space="preserve"> da Feira de Frankfurt, sede de </w:t>
      </w:r>
      <w:proofErr w:type="spellStart"/>
      <w:r w:rsidRPr="00752FC8">
        <w:rPr>
          <w:lang w:val="es-ES"/>
        </w:rPr>
        <w:t>exposições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internacionais</w:t>
      </w:r>
      <w:proofErr w:type="spellEnd"/>
      <w:r w:rsidRPr="00752FC8">
        <w:rPr>
          <w:lang w:val="es-ES"/>
        </w:rPr>
        <w:t xml:space="preserve">. Veremos a Alte </w:t>
      </w:r>
      <w:proofErr w:type="spellStart"/>
      <w:r w:rsidRPr="00752FC8">
        <w:rPr>
          <w:lang w:val="es-ES"/>
        </w:rPr>
        <w:t>Oper</w:t>
      </w:r>
      <w:proofErr w:type="spellEnd"/>
      <w:r w:rsidRPr="00752FC8">
        <w:rPr>
          <w:lang w:val="es-ES"/>
        </w:rPr>
        <w:t xml:space="preserve"> (Ópera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) e o distrito </w:t>
      </w:r>
      <w:proofErr w:type="spellStart"/>
      <w:r w:rsidRPr="00752FC8">
        <w:rPr>
          <w:lang w:val="es-ES"/>
        </w:rPr>
        <w:t>financeiro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seus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arranha-céus</w:t>
      </w:r>
      <w:proofErr w:type="spellEnd"/>
      <w:r w:rsidRPr="00752FC8">
        <w:rPr>
          <w:lang w:val="es-ES"/>
        </w:rPr>
        <w:t xml:space="preserve">, entre eles </w:t>
      </w:r>
      <w:proofErr w:type="spellStart"/>
      <w:r w:rsidRPr="00752FC8">
        <w:rPr>
          <w:lang w:val="es-ES"/>
        </w:rPr>
        <w:t>alguns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altos da Europa. </w:t>
      </w:r>
      <w:proofErr w:type="spellStart"/>
      <w:r w:rsidRPr="00752FC8">
        <w:rPr>
          <w:lang w:val="es-ES"/>
        </w:rPr>
        <w:t>Além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disso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passaremos</w:t>
      </w:r>
      <w:proofErr w:type="spellEnd"/>
      <w:r w:rsidRPr="00752FC8">
        <w:rPr>
          <w:lang w:val="es-ES"/>
        </w:rPr>
        <w:t xml:space="preserve"> pelo Banco Central </w:t>
      </w:r>
      <w:proofErr w:type="spellStart"/>
      <w:r w:rsidRPr="00752FC8">
        <w:rPr>
          <w:lang w:val="es-ES"/>
        </w:rPr>
        <w:t>Europeu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Hauptwache</w:t>
      </w:r>
      <w:proofErr w:type="spellEnd"/>
      <w:r w:rsidRPr="00752FC8">
        <w:rPr>
          <w:lang w:val="es-ES"/>
        </w:rPr>
        <w:t xml:space="preserve"> e a </w:t>
      </w:r>
      <w:proofErr w:type="spellStart"/>
      <w:r w:rsidRPr="00752FC8">
        <w:rPr>
          <w:lang w:val="es-ES"/>
        </w:rPr>
        <w:t>rua</w:t>
      </w:r>
      <w:proofErr w:type="spellEnd"/>
      <w:r w:rsidRPr="00752FC8">
        <w:rPr>
          <w:lang w:val="es-ES"/>
        </w:rPr>
        <w:t xml:space="preserve"> comercial '</w:t>
      </w:r>
      <w:proofErr w:type="spellStart"/>
      <w:r w:rsidRPr="00752FC8">
        <w:rPr>
          <w:lang w:val="es-ES"/>
        </w:rPr>
        <w:t>Zeil</w:t>
      </w:r>
      <w:proofErr w:type="spellEnd"/>
      <w:r w:rsidRPr="00752FC8">
        <w:rPr>
          <w:lang w:val="es-ES"/>
        </w:rPr>
        <w:t xml:space="preserve">', </w:t>
      </w:r>
      <w:proofErr w:type="spellStart"/>
      <w:r w:rsidRPr="00752FC8">
        <w:rPr>
          <w:lang w:val="es-ES"/>
        </w:rPr>
        <w:t>assim</w:t>
      </w:r>
      <w:proofErr w:type="spellEnd"/>
      <w:r w:rsidRPr="00752FC8">
        <w:rPr>
          <w:lang w:val="es-ES"/>
        </w:rPr>
        <w:t xml:space="preserve"> como pelas torres das </w:t>
      </w:r>
      <w:proofErr w:type="spellStart"/>
      <w:r w:rsidRPr="00752FC8">
        <w:rPr>
          <w:lang w:val="es-ES"/>
        </w:rPr>
        <w:t>antigas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muralhas</w:t>
      </w:r>
      <w:proofErr w:type="spellEnd"/>
      <w:r w:rsidRPr="00752FC8">
        <w:rPr>
          <w:lang w:val="es-ES"/>
        </w:rPr>
        <w:t xml:space="preserve"> e os </w:t>
      </w:r>
      <w:proofErr w:type="spellStart"/>
      <w:r w:rsidRPr="00752FC8">
        <w:rPr>
          <w:lang w:val="es-ES"/>
        </w:rPr>
        <w:t>museus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Reno. </w:t>
      </w:r>
      <w:proofErr w:type="spellStart"/>
      <w:r w:rsidRPr="00752FC8">
        <w:rPr>
          <w:lang w:val="de-AT"/>
        </w:rPr>
        <w:t>Em</w:t>
      </w:r>
      <w:proofErr w:type="spellEnd"/>
      <w:r w:rsidRPr="00752FC8">
        <w:rPr>
          <w:lang w:val="de-AT"/>
        </w:rPr>
        <w:t xml:space="preserve"> </w:t>
      </w:r>
      <w:proofErr w:type="spellStart"/>
      <w:r w:rsidRPr="00752FC8">
        <w:rPr>
          <w:lang w:val="de-AT"/>
        </w:rPr>
        <w:t>seguida</w:t>
      </w:r>
      <w:proofErr w:type="spellEnd"/>
      <w:r w:rsidRPr="00752FC8">
        <w:rPr>
          <w:lang w:val="de-AT"/>
        </w:rPr>
        <w:t xml:space="preserve">, </w:t>
      </w:r>
      <w:proofErr w:type="spellStart"/>
      <w:r w:rsidRPr="00752FC8">
        <w:rPr>
          <w:lang w:val="de-AT"/>
        </w:rPr>
        <w:t>saída</w:t>
      </w:r>
      <w:proofErr w:type="spellEnd"/>
      <w:r w:rsidRPr="00752FC8">
        <w:rPr>
          <w:lang w:val="de-AT"/>
        </w:rPr>
        <w:t xml:space="preserve"> </w:t>
      </w:r>
      <w:proofErr w:type="spellStart"/>
      <w:r w:rsidRPr="00752FC8">
        <w:rPr>
          <w:lang w:val="de-AT"/>
        </w:rPr>
        <w:t>em</w:t>
      </w:r>
      <w:proofErr w:type="spellEnd"/>
      <w:r w:rsidRPr="00752FC8">
        <w:rPr>
          <w:lang w:val="de-AT"/>
        </w:rPr>
        <w:t xml:space="preserve"> </w:t>
      </w:r>
      <w:proofErr w:type="spellStart"/>
      <w:r w:rsidRPr="00752FC8">
        <w:rPr>
          <w:lang w:val="de-AT"/>
        </w:rPr>
        <w:t>direção</w:t>
      </w:r>
      <w:proofErr w:type="spellEnd"/>
      <w:r w:rsidRPr="00752FC8">
        <w:rPr>
          <w:lang w:val="de-AT"/>
        </w:rPr>
        <w:t xml:space="preserve"> a Rothenburg ob der Tauber.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chegar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oferece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autêntica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paisagem</w:t>
      </w:r>
      <w:proofErr w:type="spellEnd"/>
      <w:r w:rsidRPr="00752FC8">
        <w:rPr>
          <w:lang w:val="es-ES"/>
        </w:rPr>
        <w:t xml:space="preserve"> medieval,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muralhas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perfeitamente</w:t>
      </w:r>
      <w:proofErr w:type="spellEnd"/>
      <w:r w:rsidRPr="00752FC8">
        <w:rPr>
          <w:lang w:val="es-ES"/>
        </w:rPr>
        <w:t xml:space="preserve"> conservadas e </w:t>
      </w:r>
      <w:proofErr w:type="spellStart"/>
      <w:r w:rsidRPr="00752FC8">
        <w:rPr>
          <w:lang w:val="es-ES"/>
        </w:rPr>
        <w:t>ruas</w:t>
      </w:r>
      <w:proofErr w:type="spellEnd"/>
      <w:r w:rsidRPr="00752FC8">
        <w:rPr>
          <w:lang w:val="es-ES"/>
        </w:rPr>
        <w:t xml:space="preserve"> de paralelepípedos que </w:t>
      </w:r>
      <w:proofErr w:type="spellStart"/>
      <w:r w:rsidRPr="00752FC8">
        <w:rPr>
          <w:lang w:val="es-ES"/>
        </w:rPr>
        <w:t>evocam</w:t>
      </w:r>
      <w:proofErr w:type="spellEnd"/>
      <w:r w:rsidRPr="00752FC8">
        <w:rPr>
          <w:lang w:val="es-ES"/>
        </w:rPr>
        <w:t xml:space="preserve"> tempos de </w:t>
      </w:r>
      <w:proofErr w:type="spellStart"/>
      <w:r w:rsidRPr="00752FC8">
        <w:rPr>
          <w:lang w:val="es-ES"/>
        </w:rPr>
        <w:t>cavaleiros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donzelas</w:t>
      </w:r>
      <w:proofErr w:type="spellEnd"/>
      <w:r w:rsidRPr="00752FC8">
        <w:rPr>
          <w:lang w:val="es-ES"/>
        </w:rPr>
        <w:t xml:space="preserve">. A </w:t>
      </w:r>
      <w:proofErr w:type="spellStart"/>
      <w:r w:rsidRPr="00752FC8">
        <w:rPr>
          <w:lang w:val="es-ES"/>
        </w:rPr>
        <w:t>praça</w:t>
      </w:r>
      <w:proofErr w:type="spellEnd"/>
      <w:r w:rsidRPr="00752FC8">
        <w:rPr>
          <w:lang w:val="es-ES"/>
        </w:rPr>
        <w:t xml:space="preserve"> do </w:t>
      </w:r>
      <w:r w:rsidRPr="00752FC8">
        <w:rPr>
          <w:lang w:val="es-ES"/>
        </w:rPr>
        <w:lastRenderedPageBreak/>
        <w:t xml:space="preserve">mercado,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pitoresca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 e casas em </w:t>
      </w:r>
      <w:proofErr w:type="spellStart"/>
      <w:r w:rsidRPr="00752FC8">
        <w:rPr>
          <w:lang w:val="es-ES"/>
        </w:rPr>
        <w:t>enxaimel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constitui</w:t>
      </w:r>
      <w:proofErr w:type="spellEnd"/>
      <w:r w:rsidRPr="00752FC8">
        <w:rPr>
          <w:lang w:val="es-ES"/>
        </w:rPr>
        <w:t xml:space="preserve"> o </w:t>
      </w:r>
      <w:proofErr w:type="spellStart"/>
      <w:r w:rsidRPr="00752FC8">
        <w:rPr>
          <w:lang w:val="es-ES"/>
        </w:rPr>
        <w:t>coração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deste</w:t>
      </w:r>
      <w:proofErr w:type="spellEnd"/>
      <w:r w:rsidRPr="00752FC8">
        <w:rPr>
          <w:lang w:val="es-ES"/>
        </w:rPr>
        <w:t xml:space="preserve"> destino. À tarde,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Heidelberg.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7B11237D" w14:textId="77777777" w:rsidR="00101E7A" w:rsidRPr="00752FC8" w:rsidRDefault="00101E7A">
      <w:pPr>
        <w:rPr>
          <w:lang w:val="es-ES"/>
        </w:rPr>
      </w:pPr>
    </w:p>
    <w:p w14:paraId="5B8B78AE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3 TER HEIDELBERG</w:t>
      </w:r>
    </w:p>
    <w:p w14:paraId="10A1983C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A jornada </w:t>
      </w:r>
      <w:proofErr w:type="spellStart"/>
      <w:r w:rsidRPr="00752FC8">
        <w:rPr>
          <w:lang w:val="es-ES"/>
        </w:rPr>
        <w:t>começa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visita de Heidelberg, 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universitária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Alemanha</w:t>
      </w:r>
      <w:proofErr w:type="spellEnd"/>
      <w:r w:rsidRPr="00752FC8">
        <w:rPr>
          <w:lang w:val="es-ES"/>
        </w:rPr>
        <w:t xml:space="preserve">. 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inicia-se no centro histórico, onde se </w:t>
      </w:r>
      <w:proofErr w:type="spellStart"/>
      <w:r w:rsidRPr="00752FC8">
        <w:rPr>
          <w:lang w:val="es-ES"/>
        </w:rPr>
        <w:t>destacam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edifícios</w:t>
      </w:r>
      <w:proofErr w:type="spellEnd"/>
      <w:r w:rsidRPr="00752FC8">
        <w:rPr>
          <w:lang w:val="es-ES"/>
        </w:rPr>
        <w:t xml:space="preserve"> históricos como a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 e a </w:t>
      </w:r>
      <w:proofErr w:type="spellStart"/>
      <w:r w:rsidRPr="00752FC8">
        <w:rPr>
          <w:lang w:val="es-ES"/>
        </w:rPr>
        <w:t>Heiliggeistkirche</w:t>
      </w:r>
      <w:proofErr w:type="spellEnd"/>
      <w:r w:rsidRPr="00752FC8">
        <w:rPr>
          <w:lang w:val="es-ES"/>
        </w:rPr>
        <w:t xml:space="preserve">, </w:t>
      </w:r>
      <w:proofErr w:type="gramStart"/>
      <w:r w:rsidRPr="00752FC8">
        <w:rPr>
          <w:lang w:val="es-ES"/>
        </w:rPr>
        <w:t>ambos do</w:t>
      </w:r>
      <w:proofErr w:type="gram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século</w:t>
      </w:r>
      <w:proofErr w:type="spellEnd"/>
      <w:r w:rsidRPr="00752FC8">
        <w:rPr>
          <w:lang w:val="es-ES"/>
        </w:rPr>
        <w:t xml:space="preserve"> XV, </w:t>
      </w:r>
      <w:proofErr w:type="spellStart"/>
      <w:r w:rsidRPr="00752FC8">
        <w:rPr>
          <w:lang w:val="es-ES"/>
        </w:rPr>
        <w:t>além</w:t>
      </w:r>
      <w:proofErr w:type="spellEnd"/>
      <w:r w:rsidRPr="00752FC8">
        <w:rPr>
          <w:lang w:val="es-ES"/>
        </w:rPr>
        <w:t xml:space="preserve"> das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casas em </w:t>
      </w:r>
      <w:proofErr w:type="spellStart"/>
      <w:r w:rsidRPr="00752FC8">
        <w:rPr>
          <w:lang w:val="es-ES"/>
        </w:rPr>
        <w:t>enxaimel</w:t>
      </w:r>
      <w:proofErr w:type="spellEnd"/>
      <w:r w:rsidRPr="00752FC8">
        <w:rPr>
          <w:lang w:val="es-ES"/>
        </w:rPr>
        <w:t xml:space="preserve">. O ponto culminante é a visita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castelo</w:t>
      </w:r>
      <w:proofErr w:type="spellEnd"/>
      <w:r w:rsidRPr="00752FC8">
        <w:rPr>
          <w:lang w:val="es-ES"/>
        </w:rPr>
        <w:t xml:space="preserve"> de Heidelberg, situado no alto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, de onde se </w:t>
      </w:r>
      <w:proofErr w:type="spellStart"/>
      <w:r w:rsidRPr="00752FC8">
        <w:rPr>
          <w:lang w:val="es-ES"/>
        </w:rPr>
        <w:t>obtém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magnífica vista do vale do Neckar. Em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interior </w:t>
      </w:r>
      <w:proofErr w:type="spellStart"/>
      <w:r w:rsidRPr="00752FC8">
        <w:rPr>
          <w:lang w:val="es-ES"/>
        </w:rPr>
        <w:t>encontra</w:t>
      </w:r>
      <w:proofErr w:type="spellEnd"/>
      <w:r w:rsidRPr="00752FC8">
        <w:rPr>
          <w:lang w:val="es-ES"/>
        </w:rPr>
        <w:t xml:space="preserve">-se </w:t>
      </w:r>
      <w:proofErr w:type="spellStart"/>
      <w:r w:rsidRPr="00752FC8">
        <w:rPr>
          <w:lang w:val="es-ES"/>
        </w:rPr>
        <w:t>a</w:t>
      </w:r>
      <w:proofErr w:type="spellEnd"/>
      <w:r w:rsidRPr="00752FC8">
        <w:rPr>
          <w:lang w:val="es-ES"/>
        </w:rPr>
        <w:t xml:space="preserve"> grande </w:t>
      </w:r>
      <w:proofErr w:type="spellStart"/>
      <w:r w:rsidRPr="00752FC8">
        <w:rPr>
          <w:lang w:val="es-ES"/>
        </w:rPr>
        <w:t>adega</w:t>
      </w:r>
      <w:proofErr w:type="spellEnd"/>
      <w:r w:rsidRPr="00752FC8">
        <w:rPr>
          <w:lang w:val="es-ES"/>
        </w:rPr>
        <w:t xml:space="preserve">, que abriga o </w:t>
      </w:r>
      <w:proofErr w:type="spellStart"/>
      <w:r w:rsidRPr="00752FC8">
        <w:rPr>
          <w:lang w:val="es-ES"/>
        </w:rPr>
        <w:t>maior</w:t>
      </w:r>
      <w:proofErr w:type="spellEnd"/>
      <w:r w:rsidRPr="00752FC8">
        <w:rPr>
          <w:lang w:val="es-ES"/>
        </w:rPr>
        <w:t xml:space="preserve"> barril de </w:t>
      </w:r>
      <w:proofErr w:type="spellStart"/>
      <w:r w:rsidRPr="00752FC8">
        <w:rPr>
          <w:lang w:val="es-ES"/>
        </w:rPr>
        <w:t>vinho</w:t>
      </w:r>
      <w:proofErr w:type="spellEnd"/>
      <w:r w:rsidRPr="00752FC8">
        <w:rPr>
          <w:lang w:val="es-ES"/>
        </w:rPr>
        <w:t xml:space="preserve"> do mundo. Posteriormente,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pela Ponte </w:t>
      </w:r>
      <w:proofErr w:type="spellStart"/>
      <w:r w:rsidRPr="00752FC8">
        <w:rPr>
          <w:lang w:val="es-ES"/>
        </w:rPr>
        <w:t>Velha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construção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pedra</w:t>
      </w:r>
      <w:proofErr w:type="spellEnd"/>
      <w:r w:rsidRPr="00752FC8">
        <w:rPr>
          <w:lang w:val="es-ES"/>
        </w:rPr>
        <w:t xml:space="preserve"> do </w:t>
      </w:r>
      <w:proofErr w:type="spellStart"/>
      <w:r w:rsidRPr="00752FC8">
        <w:rPr>
          <w:lang w:val="es-ES"/>
        </w:rPr>
        <w:t>século</w:t>
      </w:r>
      <w:proofErr w:type="spellEnd"/>
      <w:r w:rsidRPr="00752FC8">
        <w:rPr>
          <w:lang w:val="es-ES"/>
        </w:rPr>
        <w:t xml:space="preserve"> XVIII que completa a visita. Tarde </w:t>
      </w:r>
      <w:proofErr w:type="spellStart"/>
      <w:r w:rsidRPr="00752FC8">
        <w:rPr>
          <w:lang w:val="es-ES"/>
        </w:rPr>
        <w:t>livre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2259F44A" w14:textId="77777777" w:rsidR="00101E7A" w:rsidRPr="00752FC8" w:rsidRDefault="00101E7A">
      <w:pPr>
        <w:rPr>
          <w:lang w:val="es-ES"/>
        </w:rPr>
      </w:pPr>
    </w:p>
    <w:p w14:paraId="6FFD8117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4 QUA HEIDELBERG - ESTRASBURGO - FRIBURGO</w:t>
      </w:r>
    </w:p>
    <w:p w14:paraId="6B4E30C3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hoje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transcorre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através</w:t>
      </w:r>
      <w:proofErr w:type="spellEnd"/>
      <w:r w:rsidRPr="00752FC8">
        <w:rPr>
          <w:lang w:val="es-ES"/>
        </w:rPr>
        <w:t xml:space="preserve"> dos vales do Neckar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do Reno, onde os </w:t>
      </w:r>
      <w:proofErr w:type="spellStart"/>
      <w:r w:rsidRPr="00752FC8">
        <w:rPr>
          <w:lang w:val="es-ES"/>
        </w:rPr>
        <w:t>vinhedos</w:t>
      </w:r>
      <w:proofErr w:type="spellEnd"/>
      <w:r w:rsidRPr="00752FC8">
        <w:rPr>
          <w:lang w:val="es-ES"/>
        </w:rPr>
        <w:t xml:space="preserve"> se </w:t>
      </w:r>
      <w:proofErr w:type="spellStart"/>
      <w:r w:rsidRPr="00752FC8">
        <w:rPr>
          <w:lang w:val="es-ES"/>
        </w:rPr>
        <w:t>estendem</w:t>
      </w:r>
      <w:proofErr w:type="spellEnd"/>
      <w:r w:rsidRPr="00752FC8">
        <w:rPr>
          <w:lang w:val="es-ES"/>
        </w:rPr>
        <w:t xml:space="preserve"> sobre suaves colinas que se </w:t>
      </w:r>
      <w:proofErr w:type="spellStart"/>
      <w:r w:rsidRPr="00752FC8">
        <w:rPr>
          <w:lang w:val="es-ES"/>
        </w:rPr>
        <w:t>refletem</w:t>
      </w:r>
      <w:proofErr w:type="spellEnd"/>
      <w:r w:rsidRPr="00752FC8">
        <w:rPr>
          <w:lang w:val="es-ES"/>
        </w:rPr>
        <w:t xml:space="preserve"> no rio.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aproximar-se da </w:t>
      </w:r>
      <w:proofErr w:type="spellStart"/>
      <w:r w:rsidRPr="00752FC8">
        <w:rPr>
          <w:lang w:val="es-ES"/>
        </w:rPr>
        <w:t>fronteira</w:t>
      </w:r>
      <w:proofErr w:type="spellEnd"/>
      <w:r w:rsidRPr="00752FC8">
        <w:rPr>
          <w:lang w:val="es-ES"/>
        </w:rPr>
        <w:t xml:space="preserve"> francesa, a </w:t>
      </w:r>
      <w:proofErr w:type="spellStart"/>
      <w:r w:rsidRPr="00752FC8">
        <w:rPr>
          <w:lang w:val="es-ES"/>
        </w:rPr>
        <w:t>paisagem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dá</w:t>
      </w:r>
      <w:proofErr w:type="spellEnd"/>
      <w:r w:rsidRPr="00752FC8">
        <w:rPr>
          <w:lang w:val="es-ES"/>
        </w:rPr>
        <w:t xml:space="preserve"> lugar a bosques densos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colinas onduladas.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Estrasburgo,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de grande riqueza histórica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cultural, famosa por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catedral gótica e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encantador centro histórico. Destaca-se o </w:t>
      </w:r>
      <w:proofErr w:type="spellStart"/>
      <w:r w:rsidRPr="00752FC8">
        <w:rPr>
          <w:lang w:val="es-ES"/>
        </w:rPr>
        <w:t>bairro</w:t>
      </w:r>
      <w:proofErr w:type="spellEnd"/>
      <w:r w:rsidRPr="00752FC8">
        <w:rPr>
          <w:lang w:val="es-ES"/>
        </w:rPr>
        <w:t xml:space="preserve"> de La </w:t>
      </w:r>
      <w:proofErr w:type="spellStart"/>
      <w:r w:rsidRPr="00752FC8">
        <w:rPr>
          <w:lang w:val="es-ES"/>
        </w:rPr>
        <w:t>Petite</w:t>
      </w:r>
      <w:proofErr w:type="spellEnd"/>
      <w:r w:rsidRPr="00752FC8">
        <w:rPr>
          <w:lang w:val="es-ES"/>
        </w:rPr>
        <w:t xml:space="preserve"> France,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suas</w:t>
      </w:r>
      <w:proofErr w:type="spellEnd"/>
      <w:r w:rsidRPr="00752FC8">
        <w:rPr>
          <w:lang w:val="es-ES"/>
        </w:rPr>
        <w:t xml:space="preserve"> casas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canais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assim</w:t>
      </w:r>
      <w:proofErr w:type="spellEnd"/>
      <w:r w:rsidRPr="00752FC8">
        <w:rPr>
          <w:lang w:val="es-ES"/>
        </w:rPr>
        <w:t xml:space="preserve"> como a </w:t>
      </w:r>
      <w:proofErr w:type="spellStart"/>
      <w:r w:rsidRPr="00752FC8">
        <w:rPr>
          <w:lang w:val="es-ES"/>
        </w:rPr>
        <w:t>Praça</w:t>
      </w:r>
      <w:proofErr w:type="spellEnd"/>
      <w:r w:rsidRPr="00752FC8">
        <w:rPr>
          <w:lang w:val="es-ES"/>
        </w:rPr>
        <w:t xml:space="preserve"> da Catedral, especialmente animada durante o mercado de Natal. </w:t>
      </w: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breve visita </w:t>
      </w:r>
      <w:proofErr w:type="spellStart"/>
      <w:r w:rsidRPr="00752FC8">
        <w:rPr>
          <w:lang w:val="es-ES"/>
        </w:rPr>
        <w:t>panorâmica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Friburgo.</w:t>
      </w:r>
    </w:p>
    <w:p w14:paraId="31B187C6" w14:textId="77777777" w:rsidR="00101E7A" w:rsidRPr="00752FC8" w:rsidRDefault="00101E7A">
      <w:pPr>
        <w:rPr>
          <w:lang w:val="es-ES"/>
        </w:rPr>
      </w:pPr>
    </w:p>
    <w:p w14:paraId="02B2962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5 QUI FRIBURGO - FLORESTA NEGRA - LINDAU - MUNIQUE</w:t>
      </w:r>
    </w:p>
    <w:p w14:paraId="18379DEE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de Friburgo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à Floresta Negra, </w:t>
      </w:r>
      <w:proofErr w:type="spellStart"/>
      <w:r w:rsidRPr="00752FC8">
        <w:rPr>
          <w:lang w:val="es-ES"/>
        </w:rPr>
        <w:t>atravessando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paisagens</w:t>
      </w:r>
      <w:proofErr w:type="spellEnd"/>
      <w:r w:rsidRPr="00752FC8">
        <w:rPr>
          <w:lang w:val="es-ES"/>
        </w:rPr>
        <w:t xml:space="preserve"> de grande </w:t>
      </w:r>
      <w:proofErr w:type="spellStart"/>
      <w:r w:rsidRPr="00752FC8">
        <w:rPr>
          <w:lang w:val="es-ES"/>
        </w:rPr>
        <w:t>beleza</w:t>
      </w:r>
      <w:proofErr w:type="spellEnd"/>
      <w:r w:rsidRPr="00752FC8">
        <w:rPr>
          <w:lang w:val="es-ES"/>
        </w:rPr>
        <w:t xml:space="preserve"> natural. </w:t>
      </w:r>
      <w:proofErr w:type="spellStart"/>
      <w:r w:rsidRPr="00752FC8">
        <w:rPr>
          <w:lang w:val="es-ES"/>
        </w:rPr>
        <w:t>Nossa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primeira</w:t>
      </w:r>
      <w:proofErr w:type="spellEnd"/>
      <w:r w:rsidRPr="00752FC8">
        <w:rPr>
          <w:lang w:val="es-ES"/>
        </w:rPr>
        <w:t xml:space="preserve"> parada será para degustar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autêntica</w:t>
      </w:r>
      <w:proofErr w:type="spellEnd"/>
      <w:r w:rsidRPr="00752FC8">
        <w:rPr>
          <w:lang w:val="es-ES"/>
        </w:rPr>
        <w:t xml:space="preserve"> torta de </w:t>
      </w:r>
      <w:proofErr w:type="spellStart"/>
      <w:r w:rsidRPr="00752FC8">
        <w:rPr>
          <w:lang w:val="es-ES"/>
        </w:rPr>
        <w:t>cerejas</w:t>
      </w:r>
      <w:proofErr w:type="spellEnd"/>
      <w:r w:rsidRPr="00752FC8">
        <w:rPr>
          <w:lang w:val="es-ES"/>
        </w:rPr>
        <w:t xml:space="preserve"> da Floresta Negra, </w:t>
      </w:r>
      <w:proofErr w:type="spellStart"/>
      <w:r w:rsidRPr="00752FC8">
        <w:rPr>
          <w:lang w:val="es-ES"/>
        </w:rPr>
        <w:t>acompanhada</w:t>
      </w:r>
      <w:proofErr w:type="spellEnd"/>
      <w:r w:rsidRPr="00752FC8">
        <w:rPr>
          <w:lang w:val="es-ES"/>
        </w:rPr>
        <w:t xml:space="preserve"> de café, e apreciar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sabores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e emblemáticos da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pausa </w:t>
      </w:r>
      <w:proofErr w:type="gramStart"/>
      <w:r w:rsidRPr="00752FC8">
        <w:rPr>
          <w:lang w:val="es-ES"/>
        </w:rPr>
        <w:t>doce ideal</w:t>
      </w:r>
      <w:proofErr w:type="gramEnd"/>
      <w:r w:rsidRPr="00752FC8">
        <w:rPr>
          <w:lang w:val="es-ES"/>
        </w:rPr>
        <w:t xml:space="preserve"> para </w:t>
      </w:r>
      <w:proofErr w:type="spellStart"/>
      <w:r w:rsidRPr="00752FC8">
        <w:rPr>
          <w:lang w:val="es-ES"/>
        </w:rPr>
        <w:t>se</w:t>
      </w:r>
      <w:proofErr w:type="spellEnd"/>
      <w:r w:rsidRPr="00752FC8">
        <w:rPr>
          <w:lang w:val="es-ES"/>
        </w:rPr>
        <w:t xml:space="preserve"> aproximar da </w:t>
      </w:r>
      <w:proofErr w:type="spellStart"/>
      <w:r w:rsidRPr="00752FC8">
        <w:rPr>
          <w:lang w:val="es-ES"/>
        </w:rPr>
        <w:t>gastronomia</w:t>
      </w:r>
      <w:proofErr w:type="spellEnd"/>
      <w:r w:rsidRPr="00752FC8">
        <w:rPr>
          <w:lang w:val="es-ES"/>
        </w:rPr>
        <w:t xml:space="preserve"> local em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ambiente </w:t>
      </w:r>
      <w:proofErr w:type="spellStart"/>
      <w:r w:rsidRPr="00752FC8">
        <w:rPr>
          <w:lang w:val="es-ES"/>
        </w:rPr>
        <w:t>agradável</w:t>
      </w:r>
      <w:proofErr w:type="spellEnd"/>
      <w:r w:rsidRPr="00752FC8">
        <w:rPr>
          <w:lang w:val="es-ES"/>
        </w:rPr>
        <w:t xml:space="preserve">. Em seguida, veremos o </w:t>
      </w:r>
      <w:proofErr w:type="spellStart"/>
      <w:r w:rsidRPr="00752FC8">
        <w:rPr>
          <w:lang w:val="es-ES"/>
        </w:rPr>
        <w:t>maior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relógio</w:t>
      </w:r>
      <w:proofErr w:type="spellEnd"/>
      <w:r w:rsidRPr="00752FC8">
        <w:rPr>
          <w:lang w:val="es-ES"/>
        </w:rPr>
        <w:t xml:space="preserve"> cuco do mundo, localizado em </w:t>
      </w:r>
      <w:proofErr w:type="spellStart"/>
      <w:r w:rsidRPr="00752FC8">
        <w:rPr>
          <w:lang w:val="es-ES"/>
        </w:rPr>
        <w:t>Schonach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Untertal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Construído</w:t>
      </w:r>
      <w:proofErr w:type="spellEnd"/>
      <w:r w:rsidRPr="00752FC8">
        <w:rPr>
          <w:lang w:val="es-ES"/>
        </w:rPr>
        <w:t xml:space="preserve"> pelo </w:t>
      </w:r>
      <w:proofErr w:type="spellStart"/>
      <w:r w:rsidRPr="00752FC8">
        <w:rPr>
          <w:lang w:val="es-ES"/>
        </w:rPr>
        <w:t>relojoeiro</w:t>
      </w:r>
      <w:proofErr w:type="spellEnd"/>
      <w:r w:rsidRPr="00752FC8">
        <w:rPr>
          <w:lang w:val="es-ES"/>
        </w:rPr>
        <w:t xml:space="preserve"> Josef </w:t>
      </w:r>
      <w:proofErr w:type="spellStart"/>
      <w:r w:rsidRPr="00752FC8">
        <w:rPr>
          <w:lang w:val="es-ES"/>
        </w:rPr>
        <w:t>Dold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família</w:t>
      </w:r>
      <w:proofErr w:type="spellEnd"/>
      <w:r w:rsidRPr="00752FC8">
        <w:rPr>
          <w:lang w:val="es-ES"/>
        </w:rPr>
        <w:t xml:space="preserve">, este </w:t>
      </w:r>
      <w:proofErr w:type="spellStart"/>
      <w:r w:rsidRPr="00752FC8">
        <w:rPr>
          <w:lang w:val="es-ES"/>
        </w:rPr>
        <w:t>impressionante</w:t>
      </w:r>
      <w:proofErr w:type="spellEnd"/>
      <w:r w:rsidRPr="00752FC8">
        <w:rPr>
          <w:lang w:val="es-ES"/>
        </w:rPr>
        <w:t xml:space="preserve"> mecanismo de madeira mede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três</w:t>
      </w:r>
      <w:proofErr w:type="spellEnd"/>
      <w:r w:rsidRPr="00752FC8">
        <w:rPr>
          <w:lang w:val="es-ES"/>
        </w:rPr>
        <w:t xml:space="preserve"> metros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representa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mostra</w:t>
      </w:r>
      <w:proofErr w:type="spellEnd"/>
      <w:r w:rsidRPr="00752FC8">
        <w:rPr>
          <w:lang w:val="es-ES"/>
        </w:rPr>
        <w:t xml:space="preserve"> excepcional da </w:t>
      </w:r>
      <w:proofErr w:type="spellStart"/>
      <w:r w:rsidRPr="00752FC8">
        <w:rPr>
          <w:lang w:val="es-ES"/>
        </w:rPr>
        <w:t>tradição</w:t>
      </w:r>
      <w:proofErr w:type="spellEnd"/>
      <w:r w:rsidRPr="00752FC8">
        <w:rPr>
          <w:lang w:val="es-ES"/>
        </w:rPr>
        <w:t xml:space="preserve"> artesanal da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. A </w:t>
      </w:r>
      <w:proofErr w:type="spellStart"/>
      <w:r w:rsidRPr="00752FC8">
        <w:rPr>
          <w:lang w:val="es-ES"/>
        </w:rPr>
        <w:t>viagem</w:t>
      </w:r>
      <w:proofErr w:type="spellEnd"/>
      <w:r w:rsidRPr="00752FC8">
        <w:rPr>
          <w:lang w:val="es-ES"/>
        </w:rPr>
        <w:t xml:space="preserve"> continua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a Lindau,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pitoresca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situada em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ilha</w:t>
      </w:r>
      <w:proofErr w:type="spellEnd"/>
      <w:r w:rsidRPr="00752FC8">
        <w:rPr>
          <w:lang w:val="es-ES"/>
        </w:rPr>
        <w:t xml:space="preserve"> no Lago de </w:t>
      </w:r>
      <w:proofErr w:type="spellStart"/>
      <w:r w:rsidRPr="00752FC8">
        <w:rPr>
          <w:lang w:val="es-ES"/>
        </w:rPr>
        <w:t>Constança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conhecida</w:t>
      </w:r>
      <w:proofErr w:type="spellEnd"/>
      <w:r w:rsidRPr="00752FC8">
        <w:rPr>
          <w:lang w:val="es-ES"/>
        </w:rPr>
        <w:t xml:space="preserve"> por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porto e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arquitetura</w:t>
      </w:r>
      <w:proofErr w:type="spellEnd"/>
      <w:r w:rsidRPr="00752FC8">
        <w:rPr>
          <w:lang w:val="es-ES"/>
        </w:rPr>
        <w:t xml:space="preserve"> histórica. </w:t>
      </w: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breve parada,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para </w:t>
      </w:r>
      <w:proofErr w:type="spellStart"/>
      <w:r w:rsidRPr="00752FC8">
        <w:rPr>
          <w:lang w:val="es-ES"/>
        </w:rPr>
        <w:t>Munique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atravessando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Allgäu</w:t>
      </w:r>
      <w:proofErr w:type="spellEnd"/>
      <w:r w:rsidRPr="00752FC8">
        <w:rPr>
          <w:lang w:val="es-ES"/>
        </w:rPr>
        <w:t xml:space="preserve">, caracterizada por </w:t>
      </w:r>
      <w:proofErr w:type="spellStart"/>
      <w:r w:rsidRPr="00752FC8">
        <w:rPr>
          <w:lang w:val="es-ES"/>
        </w:rPr>
        <w:t>seus</w:t>
      </w:r>
      <w:proofErr w:type="spellEnd"/>
      <w:r w:rsidRPr="00752FC8">
        <w:rPr>
          <w:lang w:val="es-ES"/>
        </w:rPr>
        <w:t xml:space="preserve"> </w:t>
      </w:r>
      <w:r w:rsidRPr="00752FC8">
        <w:rPr>
          <w:lang w:val="es-ES"/>
        </w:rPr>
        <w:lastRenderedPageBreak/>
        <w:t xml:space="preserve">verdes prados, bosques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casas </w:t>
      </w:r>
      <w:proofErr w:type="spellStart"/>
      <w:r w:rsidRPr="00752FC8">
        <w:rPr>
          <w:lang w:val="es-ES"/>
        </w:rPr>
        <w:t>tradicionais</w:t>
      </w:r>
      <w:proofErr w:type="spellEnd"/>
      <w:r w:rsidRPr="00752FC8">
        <w:rPr>
          <w:lang w:val="es-ES"/>
        </w:rPr>
        <w:t xml:space="preserve"> decoradas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flores.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28B270AE" w14:textId="77777777" w:rsidR="00101E7A" w:rsidRPr="00752FC8" w:rsidRDefault="00101E7A">
      <w:pPr>
        <w:rPr>
          <w:lang w:val="es-ES"/>
        </w:rPr>
      </w:pPr>
    </w:p>
    <w:p w14:paraId="60999D0C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6 SEX MUNIQUE</w:t>
      </w:r>
    </w:p>
    <w:p w14:paraId="002ACD66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Visita </w:t>
      </w:r>
      <w:proofErr w:type="spellStart"/>
      <w:r w:rsidRPr="00752FC8">
        <w:rPr>
          <w:lang w:val="es-ES"/>
        </w:rPr>
        <w:t>panorâmica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Munique</w:t>
      </w:r>
      <w:proofErr w:type="spellEnd"/>
      <w:r w:rsidRPr="00752FC8">
        <w:rPr>
          <w:lang w:val="es-ES"/>
        </w:rPr>
        <w:t xml:space="preserve">, capital da Baviera, situada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rio Isar. 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começa</w:t>
      </w:r>
      <w:proofErr w:type="spellEnd"/>
      <w:r w:rsidRPr="00752FC8">
        <w:rPr>
          <w:lang w:val="es-ES"/>
        </w:rPr>
        <w:t xml:space="preserve"> no </w:t>
      </w:r>
      <w:proofErr w:type="spellStart"/>
      <w:r w:rsidRPr="00752FC8">
        <w:rPr>
          <w:lang w:val="es-ES"/>
        </w:rPr>
        <w:t>portão</w:t>
      </w:r>
      <w:proofErr w:type="spellEnd"/>
      <w:r w:rsidRPr="00752FC8">
        <w:rPr>
          <w:lang w:val="es-ES"/>
        </w:rPr>
        <w:t xml:space="preserve"> medieval </w:t>
      </w:r>
      <w:proofErr w:type="spellStart"/>
      <w:r w:rsidRPr="00752FC8">
        <w:rPr>
          <w:lang w:val="es-ES"/>
        </w:rPr>
        <w:t>Karlstor</w:t>
      </w:r>
      <w:proofErr w:type="spellEnd"/>
      <w:r w:rsidRPr="00752FC8">
        <w:rPr>
          <w:lang w:val="es-ES"/>
        </w:rPr>
        <w:t xml:space="preserve"> e continua até a Igreja de São Miguel, onde se </w:t>
      </w:r>
      <w:proofErr w:type="spellStart"/>
      <w:r w:rsidRPr="00752FC8">
        <w:rPr>
          <w:lang w:val="es-ES"/>
        </w:rPr>
        <w:t>encontram</w:t>
      </w:r>
      <w:proofErr w:type="spellEnd"/>
      <w:r w:rsidRPr="00752FC8">
        <w:rPr>
          <w:lang w:val="es-ES"/>
        </w:rPr>
        <w:t xml:space="preserve"> os restos do </w:t>
      </w:r>
      <w:proofErr w:type="spellStart"/>
      <w:r w:rsidRPr="00752FC8">
        <w:rPr>
          <w:lang w:val="es-ES"/>
        </w:rPr>
        <w:t>rei</w:t>
      </w:r>
      <w:proofErr w:type="spellEnd"/>
      <w:r w:rsidRPr="00752FC8">
        <w:rPr>
          <w:lang w:val="es-ES"/>
        </w:rPr>
        <w:t xml:space="preserve"> Luís II. </w:t>
      </w:r>
      <w:proofErr w:type="spellStart"/>
      <w:r w:rsidRPr="00752FC8">
        <w:rPr>
          <w:lang w:val="es-ES"/>
        </w:rPr>
        <w:t>Através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Marienplatz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chega</w:t>
      </w:r>
      <w:proofErr w:type="spellEnd"/>
      <w:r w:rsidRPr="00752FC8">
        <w:rPr>
          <w:lang w:val="es-ES"/>
        </w:rPr>
        <w:t xml:space="preserve">-se à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, famosa pelo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carrilhão</w:t>
      </w:r>
      <w:proofErr w:type="spellEnd"/>
      <w:r w:rsidRPr="00752FC8">
        <w:rPr>
          <w:lang w:val="es-ES"/>
        </w:rPr>
        <w:t xml:space="preserve">, e à </w:t>
      </w:r>
      <w:proofErr w:type="spellStart"/>
      <w:r w:rsidRPr="00752FC8">
        <w:rPr>
          <w:lang w:val="es-ES"/>
        </w:rPr>
        <w:t>Frauenkirche</w:t>
      </w:r>
      <w:proofErr w:type="spellEnd"/>
      <w:r w:rsidRPr="00752FC8">
        <w:rPr>
          <w:lang w:val="es-ES"/>
        </w:rPr>
        <w:t xml:space="preserve">, cuja entrada conserva, segundo a </w:t>
      </w:r>
      <w:proofErr w:type="spellStart"/>
      <w:r w:rsidRPr="00752FC8">
        <w:rPr>
          <w:lang w:val="es-ES"/>
        </w:rPr>
        <w:t>lenda</w:t>
      </w:r>
      <w:proofErr w:type="spellEnd"/>
      <w:r w:rsidRPr="00752FC8">
        <w:rPr>
          <w:lang w:val="es-ES"/>
        </w:rPr>
        <w:t xml:space="preserve">, a pegada do </w:t>
      </w:r>
      <w:proofErr w:type="spellStart"/>
      <w:r w:rsidRPr="00752FC8">
        <w:rPr>
          <w:lang w:val="es-ES"/>
        </w:rPr>
        <w:t>Diabo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Passaremos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também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Praça</w:t>
      </w:r>
      <w:proofErr w:type="spellEnd"/>
      <w:r w:rsidRPr="00752FC8">
        <w:rPr>
          <w:lang w:val="es-ES"/>
        </w:rPr>
        <w:t xml:space="preserve"> da Ópera, pela </w:t>
      </w:r>
      <w:proofErr w:type="spellStart"/>
      <w:r w:rsidRPr="00752FC8">
        <w:rPr>
          <w:lang w:val="es-ES"/>
        </w:rPr>
        <w:t>Feldherrnhalle</w:t>
      </w:r>
      <w:proofErr w:type="spellEnd"/>
      <w:r w:rsidRPr="00752FC8">
        <w:rPr>
          <w:lang w:val="es-ES"/>
        </w:rPr>
        <w:t xml:space="preserve">, pela igreja </w:t>
      </w:r>
      <w:proofErr w:type="spellStart"/>
      <w:r w:rsidRPr="00752FC8">
        <w:rPr>
          <w:lang w:val="es-ES"/>
        </w:rPr>
        <w:t>Bürgersaalkirche</w:t>
      </w:r>
      <w:proofErr w:type="spellEnd"/>
      <w:r w:rsidRPr="00752FC8">
        <w:rPr>
          <w:lang w:val="es-ES"/>
        </w:rPr>
        <w:t xml:space="preserve">, pela </w:t>
      </w:r>
      <w:proofErr w:type="spellStart"/>
      <w:r w:rsidRPr="00752FC8">
        <w:rPr>
          <w:lang w:val="es-ES"/>
        </w:rPr>
        <w:t>Residência</w:t>
      </w:r>
      <w:proofErr w:type="spellEnd"/>
      <w:r w:rsidRPr="00752FC8">
        <w:rPr>
          <w:lang w:val="es-ES"/>
        </w:rPr>
        <w:t xml:space="preserve"> Real e pela Igreja de São Pedro. Antes de finalizar, </w:t>
      </w:r>
      <w:proofErr w:type="spellStart"/>
      <w:r w:rsidRPr="00752FC8">
        <w:rPr>
          <w:lang w:val="es-ES"/>
        </w:rPr>
        <w:t>faremos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pelo </w:t>
      </w:r>
      <w:proofErr w:type="spellStart"/>
      <w:r w:rsidRPr="00752FC8">
        <w:rPr>
          <w:lang w:val="es-ES"/>
        </w:rPr>
        <w:t>Jardim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Inglês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maiores</w:t>
      </w:r>
      <w:proofErr w:type="spellEnd"/>
      <w:r w:rsidRPr="00752FC8">
        <w:rPr>
          <w:lang w:val="es-ES"/>
        </w:rPr>
        <w:t xml:space="preserve"> parques urbanos da Europa.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05167516" w14:textId="77777777" w:rsidR="00101E7A" w:rsidRPr="00752FC8" w:rsidRDefault="00101E7A">
      <w:pPr>
        <w:rPr>
          <w:lang w:val="es-ES"/>
        </w:rPr>
      </w:pPr>
    </w:p>
    <w:p w14:paraId="499674D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7 SÁB MUNIQUE - NEUSCHWANSTEIN - MUNIQUE</w:t>
      </w:r>
    </w:p>
    <w:p w14:paraId="2C0DCFAF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Excursão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Castelo de </w:t>
      </w:r>
      <w:proofErr w:type="spellStart"/>
      <w:r w:rsidRPr="00752FC8">
        <w:rPr>
          <w:lang w:val="es-ES"/>
        </w:rPr>
        <w:t>Neuschwanstein</w:t>
      </w:r>
      <w:proofErr w:type="spellEnd"/>
      <w:r w:rsidRPr="00752FC8">
        <w:rPr>
          <w:lang w:val="es-ES"/>
        </w:rPr>
        <w:t xml:space="preserve">, mandado construir pelo </w:t>
      </w:r>
      <w:proofErr w:type="spellStart"/>
      <w:r w:rsidRPr="00752FC8">
        <w:rPr>
          <w:lang w:val="es-ES"/>
        </w:rPr>
        <w:t>rei</w:t>
      </w:r>
      <w:proofErr w:type="spellEnd"/>
      <w:r w:rsidRPr="00752FC8">
        <w:rPr>
          <w:lang w:val="es-ES"/>
        </w:rPr>
        <w:t xml:space="preserve"> Luís II da Baviera. Inspirado nos </w:t>
      </w:r>
      <w:proofErr w:type="spellStart"/>
      <w:r w:rsidRPr="00752FC8">
        <w:rPr>
          <w:lang w:val="es-ES"/>
        </w:rPr>
        <w:t>castelos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medievais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Cavaleiros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Teutônicos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seu</w:t>
      </w:r>
      <w:proofErr w:type="spellEnd"/>
      <w:r w:rsidRPr="00752FC8">
        <w:rPr>
          <w:lang w:val="es-ES"/>
        </w:rPr>
        <w:t xml:space="preserve"> interior </w:t>
      </w:r>
      <w:proofErr w:type="spellStart"/>
      <w:r w:rsidRPr="00752FC8">
        <w:rPr>
          <w:lang w:val="es-ES"/>
        </w:rPr>
        <w:t>recria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mundo de </w:t>
      </w:r>
      <w:proofErr w:type="spellStart"/>
      <w:r w:rsidRPr="00752FC8">
        <w:rPr>
          <w:lang w:val="es-ES"/>
        </w:rPr>
        <w:t>lendas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mitologia</w:t>
      </w:r>
      <w:proofErr w:type="spellEnd"/>
      <w:r w:rsidRPr="00752FC8">
        <w:rPr>
          <w:lang w:val="es-ES"/>
        </w:rPr>
        <w:t xml:space="preserve">. À tarde, </w:t>
      </w:r>
      <w:proofErr w:type="spellStart"/>
      <w:r w:rsidRPr="00752FC8">
        <w:rPr>
          <w:lang w:val="es-ES"/>
        </w:rPr>
        <w:t>passagem</w:t>
      </w:r>
      <w:proofErr w:type="spellEnd"/>
      <w:r w:rsidRPr="00752FC8">
        <w:rPr>
          <w:lang w:val="es-ES"/>
        </w:rPr>
        <w:t xml:space="preserve"> por </w:t>
      </w:r>
      <w:proofErr w:type="spellStart"/>
      <w:r w:rsidRPr="00752FC8">
        <w:rPr>
          <w:lang w:val="es-ES"/>
        </w:rPr>
        <w:t>Oberammergau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conhecido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representação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Paixão</w:t>
      </w:r>
      <w:proofErr w:type="spellEnd"/>
      <w:r w:rsidRPr="00752FC8">
        <w:rPr>
          <w:lang w:val="es-ES"/>
        </w:rPr>
        <w:t xml:space="preserve"> que se realiza a cada </w:t>
      </w:r>
      <w:proofErr w:type="spellStart"/>
      <w:r w:rsidRPr="00752FC8">
        <w:rPr>
          <w:lang w:val="es-ES"/>
        </w:rPr>
        <w:t>dez</w:t>
      </w:r>
      <w:proofErr w:type="spellEnd"/>
      <w:r w:rsidRPr="00752FC8">
        <w:rPr>
          <w:lang w:val="es-ES"/>
        </w:rPr>
        <w:t xml:space="preserve"> anos desde 1633. Posteriormente, visita à </w:t>
      </w:r>
      <w:proofErr w:type="spellStart"/>
      <w:r w:rsidRPr="00752FC8">
        <w:rPr>
          <w:lang w:val="es-ES"/>
        </w:rPr>
        <w:t>abadia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beneditina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Ettal</w:t>
      </w:r>
      <w:proofErr w:type="spellEnd"/>
      <w:r w:rsidRPr="00752FC8">
        <w:rPr>
          <w:lang w:val="es-ES"/>
        </w:rPr>
        <w:t xml:space="preserve">. Retorno a </w:t>
      </w:r>
      <w:proofErr w:type="spellStart"/>
      <w:r w:rsidRPr="00752FC8">
        <w:rPr>
          <w:lang w:val="es-ES"/>
        </w:rPr>
        <w:t>Munique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28E54345" w14:textId="77777777" w:rsidR="00101E7A" w:rsidRPr="00752FC8" w:rsidRDefault="00101E7A">
      <w:pPr>
        <w:rPr>
          <w:lang w:val="es-ES"/>
        </w:rPr>
      </w:pPr>
    </w:p>
    <w:p w14:paraId="7E52679C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8 DOM MUNIQUE - ZURIQUE</w:t>
      </w:r>
    </w:p>
    <w:p w14:paraId="3A5DB8B1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para Schaffhausen, famosa pelas Cataratas do Reno, a </w:t>
      </w:r>
      <w:proofErr w:type="spellStart"/>
      <w:r w:rsidRPr="00752FC8">
        <w:rPr>
          <w:lang w:val="es-ES"/>
        </w:rPr>
        <w:t>maior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cachoeira</w:t>
      </w:r>
      <w:proofErr w:type="spellEnd"/>
      <w:r w:rsidRPr="00752FC8">
        <w:rPr>
          <w:lang w:val="es-ES"/>
        </w:rPr>
        <w:t xml:space="preserve"> da Europa Central. Em seguida, </w:t>
      </w:r>
      <w:proofErr w:type="spellStart"/>
      <w:r w:rsidRPr="00752FC8">
        <w:rPr>
          <w:lang w:val="es-ES"/>
        </w:rPr>
        <w:t>passagem</w:t>
      </w:r>
      <w:proofErr w:type="spellEnd"/>
      <w:r w:rsidRPr="00752FC8">
        <w:rPr>
          <w:lang w:val="es-ES"/>
        </w:rPr>
        <w:t xml:space="preserve"> pelo centro </w:t>
      </w:r>
      <w:proofErr w:type="spellStart"/>
      <w:r w:rsidRPr="00752FC8">
        <w:rPr>
          <w:lang w:val="es-ES"/>
        </w:rPr>
        <w:t>antigo</w:t>
      </w:r>
      <w:proofErr w:type="spellEnd"/>
      <w:r w:rsidRPr="00752FC8">
        <w:rPr>
          <w:lang w:val="es-ES"/>
        </w:rPr>
        <w:t xml:space="preserve"> de Schaffhausen, fechado para </w:t>
      </w:r>
      <w:proofErr w:type="spellStart"/>
      <w:r w:rsidRPr="00752FC8">
        <w:rPr>
          <w:lang w:val="es-ES"/>
        </w:rPr>
        <w:t>automóveis</w:t>
      </w:r>
      <w:proofErr w:type="spellEnd"/>
      <w:r w:rsidRPr="00752FC8">
        <w:rPr>
          <w:lang w:val="es-ES"/>
        </w:rPr>
        <w:t xml:space="preserve">, que é considerado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pitorescos</w:t>
      </w:r>
      <w:proofErr w:type="spellEnd"/>
      <w:r w:rsidRPr="00752FC8">
        <w:rPr>
          <w:lang w:val="es-ES"/>
        </w:rPr>
        <w:t xml:space="preserve"> de toda 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Zurique</w:t>
      </w:r>
      <w:proofErr w:type="spellEnd"/>
      <w:r w:rsidRPr="00752FC8">
        <w:rPr>
          <w:lang w:val="es-ES"/>
        </w:rPr>
        <w:t xml:space="preserve"> à tarde. </w:t>
      </w:r>
      <w:proofErr w:type="spellStart"/>
      <w:r w:rsidRPr="00752FC8">
        <w:rPr>
          <w:lang w:val="es-ES"/>
        </w:rPr>
        <w:t>Acomodação</w:t>
      </w:r>
      <w:proofErr w:type="spellEnd"/>
      <w:r w:rsidRPr="00752FC8">
        <w:rPr>
          <w:lang w:val="es-ES"/>
        </w:rPr>
        <w:t>.</w:t>
      </w:r>
    </w:p>
    <w:p w14:paraId="3883433B" w14:textId="77777777" w:rsidR="00101E7A" w:rsidRPr="00752FC8" w:rsidRDefault="00101E7A">
      <w:pPr>
        <w:rPr>
          <w:lang w:val="es-ES"/>
        </w:rPr>
      </w:pPr>
    </w:p>
    <w:p w14:paraId="1EB6FB9D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9 SEG ZURIQUE</w:t>
      </w:r>
    </w:p>
    <w:p w14:paraId="6CDF6CF5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Pela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, visita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, destacando o centro histórico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catedral, a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prefeitura</w:t>
      </w:r>
      <w:proofErr w:type="spellEnd"/>
      <w:r w:rsidRPr="00752FC8">
        <w:rPr>
          <w:lang w:val="es-ES"/>
        </w:rPr>
        <w:t xml:space="preserve"> e a Porta de São </w:t>
      </w:r>
      <w:proofErr w:type="spellStart"/>
      <w:r w:rsidRPr="00752FC8">
        <w:rPr>
          <w:lang w:val="es-ES"/>
        </w:rPr>
        <w:t>Martinho</w:t>
      </w:r>
      <w:proofErr w:type="spellEnd"/>
      <w:r w:rsidRPr="00752FC8">
        <w:rPr>
          <w:lang w:val="es-ES"/>
        </w:rPr>
        <w:t xml:space="preserve">. O </w:t>
      </w:r>
      <w:proofErr w:type="spellStart"/>
      <w:r w:rsidRPr="00752FC8">
        <w:rPr>
          <w:lang w:val="es-ES"/>
        </w:rPr>
        <w:t>percurso</w:t>
      </w:r>
      <w:proofErr w:type="spellEnd"/>
      <w:r w:rsidRPr="00752FC8">
        <w:rPr>
          <w:lang w:val="es-ES"/>
        </w:rPr>
        <w:t xml:space="preserve"> continua pelo centro comercial e </w:t>
      </w:r>
      <w:proofErr w:type="spellStart"/>
      <w:r w:rsidRPr="00752FC8">
        <w:rPr>
          <w:lang w:val="es-ES"/>
        </w:rPr>
        <w:t>financeiro</w:t>
      </w:r>
      <w:proofErr w:type="spellEnd"/>
      <w:r w:rsidRPr="00752FC8">
        <w:rPr>
          <w:lang w:val="es-ES"/>
        </w:rPr>
        <w:t xml:space="preserve">, a </w:t>
      </w:r>
      <w:proofErr w:type="spellStart"/>
      <w:r w:rsidRPr="00752FC8">
        <w:rPr>
          <w:lang w:val="es-ES"/>
        </w:rPr>
        <w:t>Bahnhofstrasse</w:t>
      </w:r>
      <w:proofErr w:type="spellEnd"/>
      <w:r w:rsidRPr="00752FC8">
        <w:rPr>
          <w:lang w:val="es-ES"/>
        </w:rPr>
        <w:t xml:space="preserve">, a igreja de </w:t>
      </w:r>
      <w:proofErr w:type="spellStart"/>
      <w:r w:rsidRPr="00752FC8">
        <w:rPr>
          <w:lang w:val="es-ES"/>
        </w:rPr>
        <w:t>Fraumünster</w:t>
      </w:r>
      <w:proofErr w:type="spellEnd"/>
      <w:r w:rsidRPr="00752FC8">
        <w:rPr>
          <w:lang w:val="es-ES"/>
        </w:rPr>
        <w:t xml:space="preserve">, o </w:t>
      </w:r>
      <w:proofErr w:type="spellStart"/>
      <w:r w:rsidRPr="00752FC8">
        <w:rPr>
          <w:lang w:val="es-ES"/>
        </w:rPr>
        <w:t>Limmatquai</w:t>
      </w:r>
      <w:proofErr w:type="spellEnd"/>
      <w:r w:rsidRPr="00752FC8">
        <w:rPr>
          <w:lang w:val="es-ES"/>
        </w:rPr>
        <w:t xml:space="preserve"> e o </w:t>
      </w:r>
      <w:proofErr w:type="spellStart"/>
      <w:r w:rsidRPr="00752FC8">
        <w:rPr>
          <w:lang w:val="es-ES"/>
        </w:rPr>
        <w:t>bairro</w:t>
      </w:r>
      <w:proofErr w:type="spellEnd"/>
      <w:r w:rsidRPr="00752FC8">
        <w:rPr>
          <w:lang w:val="es-ES"/>
        </w:rPr>
        <w:t xml:space="preserve"> da </w:t>
      </w:r>
      <w:proofErr w:type="spellStart"/>
      <w:r w:rsidRPr="00752FC8">
        <w:rPr>
          <w:lang w:val="es-ES"/>
        </w:rPr>
        <w:t>Universidade</w:t>
      </w:r>
      <w:proofErr w:type="spellEnd"/>
      <w:r w:rsidRPr="00752FC8">
        <w:rPr>
          <w:lang w:val="es-ES"/>
        </w:rPr>
        <w:t xml:space="preserve">. Em seguida, </w:t>
      </w:r>
      <w:proofErr w:type="spellStart"/>
      <w:r w:rsidRPr="00752FC8">
        <w:rPr>
          <w:lang w:val="es-ES"/>
        </w:rPr>
        <w:t>descobriremos</w:t>
      </w:r>
      <w:proofErr w:type="spellEnd"/>
      <w:r w:rsidRPr="00752FC8">
        <w:rPr>
          <w:lang w:val="es-ES"/>
        </w:rPr>
        <w:t xml:space="preserve"> o mundo do chocolate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visita à Casa do Chocolate </w:t>
      </w:r>
      <w:proofErr w:type="spellStart"/>
      <w:r w:rsidRPr="00752FC8">
        <w:rPr>
          <w:lang w:val="es-ES"/>
        </w:rPr>
        <w:t>Lindt</w:t>
      </w:r>
      <w:proofErr w:type="spellEnd"/>
      <w:r w:rsidRPr="00752FC8">
        <w:rPr>
          <w:lang w:val="es-ES"/>
        </w:rPr>
        <w:t xml:space="preserve">, onde </w:t>
      </w:r>
      <w:proofErr w:type="spellStart"/>
      <w:r w:rsidRPr="00752FC8">
        <w:rPr>
          <w:lang w:val="es-ES"/>
        </w:rPr>
        <w:t>conheceremos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história</w:t>
      </w:r>
      <w:proofErr w:type="spellEnd"/>
      <w:r w:rsidRPr="00752FC8">
        <w:rPr>
          <w:lang w:val="es-ES"/>
        </w:rPr>
        <w:t xml:space="preserve"> e desfrutaremos de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degustação</w:t>
      </w:r>
      <w:proofErr w:type="spellEnd"/>
      <w:r w:rsidRPr="00752FC8">
        <w:rPr>
          <w:lang w:val="es-ES"/>
        </w:rPr>
        <w:t>.</w:t>
      </w:r>
    </w:p>
    <w:p w14:paraId="5263D250" w14:textId="77777777" w:rsidR="00101E7A" w:rsidRPr="00752FC8" w:rsidRDefault="00101E7A">
      <w:pPr>
        <w:rPr>
          <w:lang w:val="es-ES"/>
        </w:rPr>
      </w:pPr>
    </w:p>
    <w:p w14:paraId="5A8822B3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10 TER ZURIQUE - LUCERNA - BERNA</w:t>
      </w:r>
    </w:p>
    <w:p w14:paraId="33A80C7D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a Lucerna,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medieval situada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Lago dos </w:t>
      </w:r>
      <w:proofErr w:type="spellStart"/>
      <w:r w:rsidRPr="00752FC8">
        <w:rPr>
          <w:lang w:val="es-ES"/>
        </w:rPr>
        <w:t>Quatro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Cantões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seus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principais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atrativos</w:t>
      </w:r>
      <w:proofErr w:type="spellEnd"/>
      <w:r w:rsidRPr="00752FC8">
        <w:rPr>
          <w:lang w:val="es-ES"/>
        </w:rPr>
        <w:t xml:space="preserve"> é a Ponte da Capela, </w:t>
      </w:r>
      <w:proofErr w:type="spellStart"/>
      <w:r w:rsidRPr="00752FC8">
        <w:rPr>
          <w:lang w:val="es-ES"/>
        </w:rPr>
        <w:t>construída</w:t>
      </w:r>
      <w:proofErr w:type="spellEnd"/>
      <w:r w:rsidRPr="00752FC8">
        <w:rPr>
          <w:lang w:val="es-ES"/>
        </w:rPr>
        <w:t xml:space="preserve"> em madeira em 1333 e decorada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pinturas. Em seguida, vamos nos dirigir a </w:t>
      </w:r>
      <w:proofErr w:type="spellStart"/>
      <w:r w:rsidRPr="00752FC8">
        <w:rPr>
          <w:lang w:val="es-ES"/>
        </w:rPr>
        <w:t>Engelberg</w:t>
      </w:r>
      <w:proofErr w:type="spellEnd"/>
      <w:r w:rsidRPr="00752FC8">
        <w:rPr>
          <w:lang w:val="es-ES"/>
        </w:rPr>
        <w:t xml:space="preserve">, de onde se sobe no </w:t>
      </w:r>
      <w:proofErr w:type="spellStart"/>
      <w:r w:rsidRPr="00752FC8">
        <w:rPr>
          <w:lang w:val="es-ES"/>
        </w:rPr>
        <w:t>primeiro</w:t>
      </w:r>
      <w:proofErr w:type="spellEnd"/>
      <w:r w:rsidRPr="00752FC8">
        <w:rPr>
          <w:lang w:val="es-ES"/>
        </w:rPr>
        <w:t xml:space="preserve"> teleférico </w:t>
      </w:r>
      <w:proofErr w:type="spellStart"/>
      <w:r w:rsidRPr="00752FC8">
        <w:rPr>
          <w:lang w:val="es-ES"/>
        </w:rPr>
        <w:t>giratório</w:t>
      </w:r>
      <w:proofErr w:type="spellEnd"/>
      <w:r w:rsidRPr="00752FC8">
        <w:rPr>
          <w:lang w:val="es-ES"/>
        </w:rPr>
        <w:t xml:space="preserve"> do mundo até o topo do Monte </w:t>
      </w:r>
      <w:proofErr w:type="spellStart"/>
      <w:r w:rsidRPr="00752FC8">
        <w:rPr>
          <w:lang w:val="es-ES"/>
        </w:rPr>
        <w:t>Titlis</w:t>
      </w:r>
      <w:proofErr w:type="spellEnd"/>
      <w:r w:rsidRPr="00752FC8">
        <w:rPr>
          <w:lang w:val="es-ES"/>
        </w:rPr>
        <w:t xml:space="preserve">, a 3.020 metros,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impressionantes</w:t>
      </w:r>
      <w:proofErr w:type="spellEnd"/>
      <w:r w:rsidRPr="00752FC8">
        <w:rPr>
          <w:lang w:val="es-ES"/>
        </w:rPr>
        <w:t xml:space="preserve"> vistas dos Alpes. À tarde,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Berna, capital da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das </w:t>
      </w:r>
      <w:proofErr w:type="spellStart"/>
      <w:r w:rsidRPr="00752FC8">
        <w:rPr>
          <w:lang w:val="es-ES"/>
        </w:rPr>
        <w:t>cidades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medievais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bem</w:t>
      </w:r>
      <w:proofErr w:type="spellEnd"/>
      <w:r w:rsidRPr="00752FC8">
        <w:rPr>
          <w:lang w:val="es-ES"/>
        </w:rPr>
        <w:t xml:space="preserve"> conservadas da Europa.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50F3DA9F" w14:textId="77777777" w:rsidR="00101E7A" w:rsidRPr="00752FC8" w:rsidRDefault="00101E7A">
      <w:pPr>
        <w:rPr>
          <w:lang w:val="es-ES"/>
        </w:rPr>
      </w:pPr>
    </w:p>
    <w:p w14:paraId="3616DCFB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11 QUA BERNA - GRUYÈRES - GENEBRA</w:t>
      </w:r>
    </w:p>
    <w:p w14:paraId="26284D25" w14:textId="17A07F0C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Visita </w:t>
      </w:r>
      <w:proofErr w:type="spellStart"/>
      <w:r w:rsidRPr="00752FC8">
        <w:rPr>
          <w:lang w:val="es-ES"/>
        </w:rPr>
        <w:t>panorâmica</w:t>
      </w:r>
      <w:proofErr w:type="spellEnd"/>
      <w:r w:rsidRPr="00752FC8">
        <w:rPr>
          <w:lang w:val="es-ES"/>
        </w:rPr>
        <w:t xml:space="preserve"> de Berna, destacando a Torre do </w:t>
      </w:r>
      <w:proofErr w:type="spellStart"/>
      <w:r w:rsidRPr="00752FC8">
        <w:rPr>
          <w:lang w:val="es-ES"/>
        </w:rPr>
        <w:t>Relógio</w:t>
      </w:r>
      <w:proofErr w:type="spellEnd"/>
      <w:r w:rsidRPr="00752FC8">
        <w:rPr>
          <w:lang w:val="es-ES"/>
        </w:rPr>
        <w:t xml:space="preserve"> e a Catedral de São Vicente do </w:t>
      </w:r>
      <w:proofErr w:type="spellStart"/>
      <w:r w:rsidRPr="00752FC8">
        <w:rPr>
          <w:lang w:val="es-ES"/>
        </w:rPr>
        <w:t>século</w:t>
      </w:r>
      <w:proofErr w:type="spellEnd"/>
      <w:r w:rsidRPr="00752FC8">
        <w:rPr>
          <w:lang w:val="es-ES"/>
        </w:rPr>
        <w:t xml:space="preserve"> XV. </w:t>
      </w:r>
      <w:proofErr w:type="spellStart"/>
      <w:r w:rsidRPr="00752FC8">
        <w:rPr>
          <w:lang w:val="es-ES"/>
        </w:rPr>
        <w:t>Após</w:t>
      </w:r>
      <w:proofErr w:type="spellEnd"/>
      <w:r w:rsidRPr="00752FC8">
        <w:rPr>
          <w:lang w:val="es-ES"/>
        </w:rPr>
        <w:t xml:space="preserve"> o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à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 de Gruyeres,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pequena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cheia</w:t>
      </w:r>
      <w:proofErr w:type="spellEnd"/>
      <w:r w:rsidRPr="00752FC8">
        <w:rPr>
          <w:lang w:val="es-ES"/>
        </w:rPr>
        <w:t xml:space="preserve"> de charme. A </w:t>
      </w:r>
      <w:proofErr w:type="spellStart"/>
      <w:r w:rsidRPr="00752FC8">
        <w:rPr>
          <w:lang w:val="es-ES"/>
        </w:rPr>
        <w:t>região</w:t>
      </w:r>
      <w:proofErr w:type="spellEnd"/>
      <w:r w:rsidRPr="00752FC8">
        <w:rPr>
          <w:lang w:val="es-ES"/>
        </w:rPr>
        <w:t xml:space="preserve"> é </w:t>
      </w:r>
      <w:proofErr w:type="spellStart"/>
      <w:r w:rsidRPr="00752FC8">
        <w:rPr>
          <w:lang w:val="es-ES"/>
        </w:rPr>
        <w:t>conhecida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produção</w:t>
      </w:r>
      <w:proofErr w:type="spellEnd"/>
      <w:r w:rsidRPr="00752FC8">
        <w:rPr>
          <w:lang w:val="es-ES"/>
        </w:rPr>
        <w:t xml:space="preserve"> do </w:t>
      </w:r>
      <w:proofErr w:type="spellStart"/>
      <w:r w:rsidRPr="00752FC8">
        <w:rPr>
          <w:lang w:val="es-ES"/>
        </w:rPr>
        <w:t>queijo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gruyère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apreciados da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localidade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</w:t>
      </w:r>
      <w:proofErr w:type="spellStart"/>
      <w:r w:rsidRPr="00752FC8">
        <w:rPr>
          <w:lang w:val="es-ES"/>
        </w:rPr>
        <w:t>Genebra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7324549D" w14:textId="77777777" w:rsidR="00101E7A" w:rsidRPr="00752FC8" w:rsidRDefault="00101E7A">
      <w:pPr>
        <w:rPr>
          <w:lang w:val="es-ES"/>
        </w:rPr>
      </w:pPr>
    </w:p>
    <w:p w14:paraId="53CEF283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12 QUI GENEBRA</w:t>
      </w:r>
    </w:p>
    <w:p w14:paraId="453A5F96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, onde veremos a </w:t>
      </w:r>
      <w:proofErr w:type="spellStart"/>
      <w:r w:rsidRPr="00752FC8">
        <w:rPr>
          <w:lang w:val="es-ES"/>
        </w:rPr>
        <w:t>Promenade</w:t>
      </w:r>
      <w:proofErr w:type="spellEnd"/>
      <w:r w:rsidRPr="00752FC8">
        <w:rPr>
          <w:lang w:val="es-ES"/>
        </w:rPr>
        <w:t xml:space="preserve"> du Lac e o </w:t>
      </w:r>
      <w:proofErr w:type="spellStart"/>
      <w:r w:rsidRPr="00752FC8">
        <w:rPr>
          <w:lang w:val="es-ES"/>
        </w:rPr>
        <w:t>Jardim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Inglês</w:t>
      </w:r>
      <w:proofErr w:type="spellEnd"/>
      <w:r w:rsidRPr="00752FC8">
        <w:rPr>
          <w:lang w:val="es-ES"/>
        </w:rPr>
        <w:t xml:space="preserve">, onde se </w:t>
      </w:r>
      <w:proofErr w:type="spellStart"/>
      <w:r w:rsidRPr="00752FC8">
        <w:rPr>
          <w:lang w:val="es-ES"/>
        </w:rPr>
        <w:t>encontra</w:t>
      </w:r>
      <w:proofErr w:type="spellEnd"/>
      <w:r w:rsidRPr="00752FC8">
        <w:rPr>
          <w:lang w:val="es-ES"/>
        </w:rPr>
        <w:t xml:space="preserve"> o famoso </w:t>
      </w:r>
      <w:proofErr w:type="spellStart"/>
      <w:r w:rsidRPr="00752FC8">
        <w:rPr>
          <w:lang w:val="es-ES"/>
        </w:rPr>
        <w:t>Relógio</w:t>
      </w:r>
      <w:proofErr w:type="spellEnd"/>
      <w:r w:rsidRPr="00752FC8">
        <w:rPr>
          <w:lang w:val="es-ES"/>
        </w:rPr>
        <w:t xml:space="preserve"> Floral. </w:t>
      </w:r>
      <w:proofErr w:type="spellStart"/>
      <w:r w:rsidRPr="00752FC8">
        <w:rPr>
          <w:lang w:val="es-ES"/>
        </w:rPr>
        <w:t>Genebra</w:t>
      </w:r>
      <w:proofErr w:type="spellEnd"/>
      <w:r w:rsidRPr="00752FC8">
        <w:rPr>
          <w:lang w:val="es-ES"/>
        </w:rPr>
        <w:t xml:space="preserve"> é </w:t>
      </w:r>
      <w:proofErr w:type="spellStart"/>
      <w:r w:rsidRPr="00752FC8">
        <w:rPr>
          <w:lang w:val="es-ES"/>
        </w:rPr>
        <w:t>berço</w:t>
      </w:r>
      <w:proofErr w:type="spellEnd"/>
      <w:r w:rsidRPr="00752FC8">
        <w:rPr>
          <w:lang w:val="es-ES"/>
        </w:rPr>
        <w:t xml:space="preserve"> de figuras históricas como Calvino, Rousseau, Voltaire e Henri Dunant, fundador da Cruz </w:t>
      </w:r>
      <w:proofErr w:type="spellStart"/>
      <w:r w:rsidRPr="00752FC8">
        <w:rPr>
          <w:lang w:val="es-ES"/>
        </w:rPr>
        <w:t>Vermelha</w:t>
      </w:r>
      <w:proofErr w:type="spellEnd"/>
      <w:r w:rsidRPr="00752FC8">
        <w:rPr>
          <w:lang w:val="es-ES"/>
        </w:rPr>
        <w:t xml:space="preserve">. O símbolo da </w:t>
      </w:r>
      <w:proofErr w:type="spellStart"/>
      <w:r w:rsidRPr="00752FC8">
        <w:rPr>
          <w:lang w:val="es-ES"/>
        </w:rPr>
        <w:t>cidade</w:t>
      </w:r>
      <w:proofErr w:type="spellEnd"/>
      <w:r w:rsidRPr="00752FC8">
        <w:rPr>
          <w:lang w:val="es-ES"/>
        </w:rPr>
        <w:t xml:space="preserve"> é o Jet </w:t>
      </w:r>
      <w:proofErr w:type="spellStart"/>
      <w:r w:rsidRPr="00752FC8">
        <w:rPr>
          <w:lang w:val="es-ES"/>
        </w:rPr>
        <w:t>d'Eau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jatos de </w:t>
      </w:r>
      <w:proofErr w:type="spellStart"/>
      <w:r w:rsidRPr="00752FC8">
        <w:rPr>
          <w:lang w:val="es-ES"/>
        </w:rPr>
        <w:t>água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altos do mundo,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altura de 140 metros. </w:t>
      </w:r>
      <w:proofErr w:type="spellStart"/>
      <w:r w:rsidRPr="00752FC8">
        <w:rPr>
          <w:lang w:val="es-ES"/>
        </w:rPr>
        <w:t>Passeio</w:t>
      </w:r>
      <w:proofErr w:type="spellEnd"/>
      <w:r w:rsidRPr="00752FC8">
        <w:rPr>
          <w:lang w:val="es-ES"/>
        </w:rPr>
        <w:t xml:space="preserve"> pelo centro histórico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a Catedral de São Pedro e visita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Parc</w:t>
      </w:r>
      <w:proofErr w:type="spellEnd"/>
      <w:r w:rsidRPr="00752FC8">
        <w:rPr>
          <w:lang w:val="es-ES"/>
        </w:rPr>
        <w:t xml:space="preserve"> des </w:t>
      </w:r>
      <w:proofErr w:type="spellStart"/>
      <w:r w:rsidRPr="00752FC8">
        <w:rPr>
          <w:lang w:val="es-ES"/>
        </w:rPr>
        <w:t>Bastions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o Monumento </w:t>
      </w:r>
      <w:proofErr w:type="spellStart"/>
      <w:r w:rsidRPr="00752FC8">
        <w:rPr>
          <w:lang w:val="es-ES"/>
        </w:rPr>
        <w:t>aos</w:t>
      </w:r>
      <w:proofErr w:type="spellEnd"/>
      <w:r w:rsidRPr="00752FC8">
        <w:rPr>
          <w:lang w:val="es-ES"/>
        </w:rPr>
        <w:t xml:space="preserve"> Reformadores. Tarde </w:t>
      </w:r>
      <w:proofErr w:type="spellStart"/>
      <w:r w:rsidRPr="00752FC8">
        <w:rPr>
          <w:lang w:val="es-ES"/>
        </w:rPr>
        <w:t>livre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6B71C8B8" w14:textId="77777777" w:rsidR="00101E7A" w:rsidRPr="00752FC8" w:rsidRDefault="00101E7A">
      <w:pPr>
        <w:rPr>
          <w:lang w:val="es-ES"/>
        </w:rPr>
      </w:pPr>
    </w:p>
    <w:p w14:paraId="072E22C6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13 SEX GENEBRA - MONTREUX - ZERMATT</w:t>
      </w:r>
    </w:p>
    <w:p w14:paraId="0FF8B703" w14:textId="77777777" w:rsidR="00101E7A" w:rsidRPr="00752FC8" w:rsidRDefault="0036337E">
      <w:pPr>
        <w:rPr>
          <w:lang w:val="es-ES"/>
        </w:rPr>
      </w:pP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em </w:t>
      </w:r>
      <w:proofErr w:type="spellStart"/>
      <w:r w:rsidRPr="00752FC8">
        <w:rPr>
          <w:lang w:val="es-ES"/>
        </w:rPr>
        <w:t>direção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Montreux</w:t>
      </w:r>
      <w:proofErr w:type="spellEnd"/>
      <w:r w:rsidRPr="00752FC8">
        <w:rPr>
          <w:lang w:val="es-ES"/>
        </w:rPr>
        <w:t xml:space="preserve">, onde a </w:t>
      </w:r>
      <w:proofErr w:type="spellStart"/>
      <w:r w:rsidRPr="00752FC8">
        <w:rPr>
          <w:lang w:val="es-ES"/>
        </w:rPr>
        <w:t>combinação</w:t>
      </w:r>
      <w:proofErr w:type="spellEnd"/>
      <w:r w:rsidRPr="00752FC8">
        <w:rPr>
          <w:lang w:val="es-ES"/>
        </w:rPr>
        <w:t xml:space="preserve"> de lago, </w:t>
      </w:r>
      <w:proofErr w:type="spellStart"/>
      <w:r w:rsidRPr="00752FC8">
        <w:rPr>
          <w:lang w:val="es-ES"/>
        </w:rPr>
        <w:t>montanhas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vinhedos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cria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paisagem</w:t>
      </w:r>
      <w:proofErr w:type="spellEnd"/>
      <w:r w:rsidRPr="00752FC8">
        <w:rPr>
          <w:lang w:val="es-ES"/>
        </w:rPr>
        <w:t xml:space="preserve"> única. Breve visita </w:t>
      </w:r>
      <w:proofErr w:type="gramStart"/>
      <w:r w:rsidRPr="00752FC8">
        <w:rPr>
          <w:lang w:val="es-ES"/>
        </w:rPr>
        <w:t>e</w:t>
      </w:r>
      <w:proofErr w:type="gramEnd"/>
      <w:r w:rsidRPr="00752FC8">
        <w:rPr>
          <w:lang w:val="es-ES"/>
        </w:rPr>
        <w:t xml:space="preserve"> entrada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Castelo de </w:t>
      </w:r>
      <w:proofErr w:type="spellStart"/>
      <w:r w:rsidRPr="00752FC8">
        <w:rPr>
          <w:lang w:val="es-ES"/>
        </w:rPr>
        <w:t>Chillon</w:t>
      </w:r>
      <w:proofErr w:type="spellEnd"/>
      <w:r w:rsidRPr="00752FC8">
        <w:rPr>
          <w:lang w:val="es-ES"/>
        </w:rPr>
        <w:t xml:space="preserve">, situado </w:t>
      </w:r>
      <w:proofErr w:type="spellStart"/>
      <w:r w:rsidRPr="00752FC8">
        <w:rPr>
          <w:lang w:val="es-ES"/>
        </w:rPr>
        <w:t>às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margens</w:t>
      </w:r>
      <w:proofErr w:type="spellEnd"/>
      <w:r w:rsidRPr="00752FC8">
        <w:rPr>
          <w:lang w:val="es-ES"/>
        </w:rPr>
        <w:t xml:space="preserve"> do Lago </w:t>
      </w:r>
      <w:proofErr w:type="spellStart"/>
      <w:r w:rsidRPr="00752FC8">
        <w:rPr>
          <w:lang w:val="es-ES"/>
        </w:rPr>
        <w:t>Léman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antiga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residência</w:t>
      </w:r>
      <w:proofErr w:type="spellEnd"/>
      <w:r w:rsidRPr="00752FC8">
        <w:rPr>
          <w:lang w:val="es-ES"/>
        </w:rPr>
        <w:t xml:space="preserve"> dos condes de </w:t>
      </w:r>
      <w:proofErr w:type="spellStart"/>
      <w:r w:rsidRPr="00752FC8">
        <w:rPr>
          <w:lang w:val="es-ES"/>
        </w:rPr>
        <w:t>Saboia</w:t>
      </w:r>
      <w:proofErr w:type="spellEnd"/>
      <w:r w:rsidRPr="00752FC8">
        <w:rPr>
          <w:lang w:val="es-ES"/>
        </w:rPr>
        <w:t xml:space="preserve"> durante </w:t>
      </w:r>
      <w:proofErr w:type="spellStart"/>
      <w:r w:rsidRPr="00752FC8">
        <w:rPr>
          <w:lang w:val="es-ES"/>
        </w:rPr>
        <w:t>quase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quatro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séculos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até Zermatt, </w:t>
      </w:r>
      <w:proofErr w:type="spellStart"/>
      <w:r w:rsidRPr="00752FC8">
        <w:rPr>
          <w:lang w:val="es-ES"/>
        </w:rPr>
        <w:t>pitoresco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povoado</w:t>
      </w:r>
      <w:proofErr w:type="spellEnd"/>
      <w:r w:rsidRPr="00752FC8">
        <w:rPr>
          <w:lang w:val="es-ES"/>
        </w:rPr>
        <w:t xml:space="preserve"> alpino </w:t>
      </w:r>
      <w:proofErr w:type="spellStart"/>
      <w:r w:rsidRPr="00752FC8">
        <w:rPr>
          <w:lang w:val="es-ES"/>
        </w:rPr>
        <w:t>livre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tráfego</w:t>
      </w:r>
      <w:proofErr w:type="spellEnd"/>
      <w:r w:rsidRPr="00752FC8">
        <w:rPr>
          <w:lang w:val="es-ES"/>
        </w:rPr>
        <w:t xml:space="preserve">, localizado </w:t>
      </w:r>
      <w:proofErr w:type="spellStart"/>
      <w:r w:rsidRPr="00752FC8">
        <w:rPr>
          <w:lang w:val="es-ES"/>
        </w:rPr>
        <w:t>aos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pés</w:t>
      </w:r>
      <w:proofErr w:type="spellEnd"/>
      <w:r w:rsidRPr="00752FC8">
        <w:rPr>
          <w:lang w:val="es-ES"/>
        </w:rPr>
        <w:t xml:space="preserve"> do </w:t>
      </w:r>
      <w:proofErr w:type="spellStart"/>
      <w:r w:rsidRPr="00752FC8">
        <w:rPr>
          <w:lang w:val="es-ES"/>
        </w:rPr>
        <w:t>Matterhorn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5391A097" w14:textId="77777777" w:rsidR="00101E7A" w:rsidRPr="00752FC8" w:rsidRDefault="00101E7A">
      <w:pPr>
        <w:rPr>
          <w:lang w:val="es-ES"/>
        </w:rPr>
      </w:pPr>
    </w:p>
    <w:p w14:paraId="14CAAB08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lastRenderedPageBreak/>
        <w:t>DIA 14 SAB ZERMATT</w:t>
      </w:r>
    </w:p>
    <w:p w14:paraId="3E101425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Subida em 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cremalheira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ao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Gornergrat</w:t>
      </w:r>
      <w:proofErr w:type="spellEnd"/>
      <w:r w:rsidRPr="00752FC8">
        <w:rPr>
          <w:lang w:val="es-ES"/>
        </w:rPr>
        <w:t xml:space="preserve">, mirante situado a 3.089 metros de </w:t>
      </w:r>
      <w:proofErr w:type="spellStart"/>
      <w:r w:rsidRPr="00752FC8">
        <w:rPr>
          <w:lang w:val="es-ES"/>
        </w:rPr>
        <w:t>altitude</w:t>
      </w:r>
      <w:proofErr w:type="spellEnd"/>
      <w:r w:rsidRPr="00752FC8">
        <w:rPr>
          <w:lang w:val="es-ES"/>
        </w:rPr>
        <w:t xml:space="preserve">, de onde se </w:t>
      </w:r>
      <w:proofErr w:type="spellStart"/>
      <w:r w:rsidRPr="00752FC8">
        <w:rPr>
          <w:lang w:val="es-ES"/>
        </w:rPr>
        <w:t>obtém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uma</w:t>
      </w:r>
      <w:proofErr w:type="spellEnd"/>
      <w:r w:rsidRPr="00752FC8">
        <w:rPr>
          <w:lang w:val="es-ES"/>
        </w:rPr>
        <w:t xml:space="preserve"> das </w:t>
      </w:r>
      <w:proofErr w:type="spellStart"/>
      <w:r w:rsidRPr="00752FC8">
        <w:rPr>
          <w:lang w:val="es-ES"/>
        </w:rPr>
        <w:t>melhores</w:t>
      </w:r>
      <w:proofErr w:type="spellEnd"/>
      <w:r w:rsidRPr="00752FC8">
        <w:rPr>
          <w:lang w:val="es-ES"/>
        </w:rPr>
        <w:t xml:space="preserve"> vistas do </w:t>
      </w:r>
      <w:proofErr w:type="spellStart"/>
      <w:r w:rsidRPr="00752FC8">
        <w:rPr>
          <w:lang w:val="es-ES"/>
        </w:rPr>
        <w:t>Matterhorn</w:t>
      </w:r>
      <w:proofErr w:type="spellEnd"/>
      <w:r w:rsidRPr="00752FC8">
        <w:rPr>
          <w:lang w:val="es-ES"/>
        </w:rPr>
        <w:t xml:space="preserve"> e dos Alpes,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panorâmicas</w:t>
      </w:r>
      <w:proofErr w:type="spellEnd"/>
      <w:r w:rsidRPr="00752FC8">
        <w:rPr>
          <w:lang w:val="es-ES"/>
        </w:rPr>
        <w:t xml:space="preserve"> de até 29 picos </w:t>
      </w:r>
      <w:proofErr w:type="spellStart"/>
      <w:r w:rsidRPr="00752FC8">
        <w:rPr>
          <w:lang w:val="es-ES"/>
        </w:rPr>
        <w:t>com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de 4.000 metros. Retorno de 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a Zermatt e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09E198CD" w14:textId="77777777" w:rsidR="00101E7A" w:rsidRPr="00752FC8" w:rsidRDefault="00101E7A">
      <w:pPr>
        <w:rPr>
          <w:lang w:val="es-ES"/>
        </w:rPr>
      </w:pPr>
    </w:p>
    <w:p w14:paraId="2EAF9D48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15 DOM ZERMATT - GLACIER EXPRESS - ZURIQUE</w:t>
      </w:r>
    </w:p>
    <w:p w14:paraId="22319E76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Embarque no Glacier Express, </w:t>
      </w:r>
      <w:proofErr w:type="spellStart"/>
      <w:r w:rsidRPr="00752FC8">
        <w:rPr>
          <w:lang w:val="es-ES"/>
        </w:rPr>
        <w:t>um</w:t>
      </w:r>
      <w:proofErr w:type="spellEnd"/>
      <w:r w:rsidRPr="00752FC8">
        <w:rPr>
          <w:lang w:val="es-ES"/>
        </w:rPr>
        <w:t xml:space="preserve"> dos </w:t>
      </w:r>
      <w:proofErr w:type="spellStart"/>
      <w:r w:rsidRPr="00752FC8">
        <w:rPr>
          <w:lang w:val="es-ES"/>
        </w:rPr>
        <w:t>trens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panorâmicos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famosos da </w:t>
      </w:r>
      <w:proofErr w:type="spellStart"/>
      <w:r w:rsidRPr="00752FC8">
        <w:rPr>
          <w:lang w:val="es-ES"/>
        </w:rPr>
        <w:t>Suíça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conhecido</w:t>
      </w:r>
      <w:proofErr w:type="spellEnd"/>
      <w:r w:rsidRPr="00752FC8">
        <w:rPr>
          <w:lang w:val="es-ES"/>
        </w:rPr>
        <w:t xml:space="preserve"> como o "</w:t>
      </w:r>
      <w:proofErr w:type="spellStart"/>
      <w:r w:rsidRPr="00752FC8">
        <w:rPr>
          <w:lang w:val="es-ES"/>
        </w:rPr>
        <w:t>trem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expresso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mais</w:t>
      </w:r>
      <w:proofErr w:type="spellEnd"/>
      <w:r w:rsidRPr="00752FC8">
        <w:rPr>
          <w:lang w:val="es-ES"/>
        </w:rPr>
        <w:t xml:space="preserve"> lento do mundo". O </w:t>
      </w:r>
      <w:proofErr w:type="spellStart"/>
      <w:r w:rsidRPr="00752FC8">
        <w:rPr>
          <w:lang w:val="es-ES"/>
        </w:rPr>
        <w:t>trajeto</w:t>
      </w:r>
      <w:proofErr w:type="spellEnd"/>
      <w:r w:rsidRPr="00752FC8">
        <w:rPr>
          <w:lang w:val="es-ES"/>
        </w:rPr>
        <w:t xml:space="preserve"> entre Zermatt e Chur </w:t>
      </w:r>
      <w:proofErr w:type="spellStart"/>
      <w:r w:rsidRPr="00752FC8">
        <w:rPr>
          <w:lang w:val="es-ES"/>
        </w:rPr>
        <w:t>atravessa</w:t>
      </w:r>
      <w:proofErr w:type="spellEnd"/>
      <w:r w:rsidRPr="00752FC8">
        <w:rPr>
          <w:lang w:val="es-ES"/>
        </w:rPr>
        <w:t xml:space="preserve"> vales, </w:t>
      </w:r>
      <w:proofErr w:type="spellStart"/>
      <w:r w:rsidRPr="00752FC8">
        <w:rPr>
          <w:lang w:val="es-ES"/>
        </w:rPr>
        <w:t>montanhas</w:t>
      </w:r>
      <w:proofErr w:type="spellEnd"/>
      <w:r w:rsidRPr="00752FC8">
        <w:rPr>
          <w:lang w:val="es-ES"/>
        </w:rPr>
        <w:t xml:space="preserve"> e </w:t>
      </w:r>
      <w:proofErr w:type="spellStart"/>
      <w:r w:rsidRPr="00752FC8">
        <w:rPr>
          <w:lang w:val="es-ES"/>
        </w:rPr>
        <w:t>espetaculares</w:t>
      </w:r>
      <w:proofErr w:type="spellEnd"/>
      <w:r w:rsidRPr="00752FC8">
        <w:rPr>
          <w:lang w:val="es-ES"/>
        </w:rPr>
        <w:t xml:space="preserve"> </w:t>
      </w:r>
      <w:proofErr w:type="spellStart"/>
      <w:r w:rsidRPr="00752FC8">
        <w:rPr>
          <w:lang w:val="es-ES"/>
        </w:rPr>
        <w:t>pontes</w:t>
      </w:r>
      <w:proofErr w:type="spellEnd"/>
      <w:r w:rsidRPr="00752FC8">
        <w:rPr>
          <w:lang w:val="es-ES"/>
        </w:rPr>
        <w:t xml:space="preserve">, </w:t>
      </w:r>
      <w:proofErr w:type="spellStart"/>
      <w:r w:rsidRPr="00752FC8">
        <w:rPr>
          <w:lang w:val="es-ES"/>
        </w:rPr>
        <w:t>incluindo</w:t>
      </w:r>
      <w:proofErr w:type="spellEnd"/>
      <w:r w:rsidRPr="00752FC8">
        <w:rPr>
          <w:lang w:val="es-ES"/>
        </w:rPr>
        <w:t xml:space="preserve"> a </w:t>
      </w:r>
      <w:proofErr w:type="spellStart"/>
      <w:r w:rsidRPr="00752FC8">
        <w:rPr>
          <w:lang w:val="es-ES"/>
        </w:rPr>
        <w:t>passagem</w:t>
      </w:r>
      <w:proofErr w:type="spellEnd"/>
      <w:r w:rsidRPr="00752FC8">
        <w:rPr>
          <w:lang w:val="es-ES"/>
        </w:rPr>
        <w:t xml:space="preserve"> pelo porto de </w:t>
      </w:r>
      <w:proofErr w:type="spellStart"/>
      <w:r w:rsidRPr="00752FC8">
        <w:rPr>
          <w:lang w:val="es-ES"/>
        </w:rPr>
        <w:t>Oberalp</w:t>
      </w:r>
      <w:proofErr w:type="spellEnd"/>
      <w:r w:rsidRPr="00752FC8">
        <w:rPr>
          <w:lang w:val="es-ES"/>
        </w:rPr>
        <w:t xml:space="preserve">, a 2.033 metros de </w:t>
      </w:r>
      <w:proofErr w:type="spellStart"/>
      <w:r w:rsidRPr="00752FC8">
        <w:rPr>
          <w:lang w:val="es-ES"/>
        </w:rPr>
        <w:t>altitude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Chegada</w:t>
      </w:r>
      <w:proofErr w:type="spellEnd"/>
      <w:r w:rsidRPr="00752FC8">
        <w:rPr>
          <w:lang w:val="es-ES"/>
        </w:rPr>
        <w:t xml:space="preserve"> a Chur e </w:t>
      </w:r>
      <w:proofErr w:type="spellStart"/>
      <w:r w:rsidRPr="00752FC8">
        <w:rPr>
          <w:lang w:val="es-ES"/>
        </w:rPr>
        <w:t>continuação</w:t>
      </w:r>
      <w:proofErr w:type="spellEnd"/>
      <w:r w:rsidRPr="00752FC8">
        <w:rPr>
          <w:lang w:val="es-ES"/>
        </w:rPr>
        <w:t xml:space="preserve"> de </w:t>
      </w:r>
      <w:proofErr w:type="spellStart"/>
      <w:r w:rsidRPr="00752FC8">
        <w:rPr>
          <w:lang w:val="es-ES"/>
        </w:rPr>
        <w:t>ônibus</w:t>
      </w:r>
      <w:proofErr w:type="spellEnd"/>
      <w:r w:rsidRPr="00752FC8">
        <w:rPr>
          <w:lang w:val="es-ES"/>
        </w:rPr>
        <w:t xml:space="preserve"> até </w:t>
      </w:r>
      <w:proofErr w:type="spellStart"/>
      <w:r w:rsidRPr="00752FC8">
        <w:rPr>
          <w:lang w:val="es-ES"/>
        </w:rPr>
        <w:t>Zurique</w:t>
      </w:r>
      <w:proofErr w:type="spellEnd"/>
      <w:r w:rsidRPr="00752FC8">
        <w:rPr>
          <w:lang w:val="es-ES"/>
        </w:rPr>
        <w:t xml:space="preserve">. </w:t>
      </w:r>
      <w:proofErr w:type="spellStart"/>
      <w:r w:rsidRPr="00752FC8">
        <w:rPr>
          <w:lang w:val="es-ES"/>
        </w:rPr>
        <w:t>Hospedagem</w:t>
      </w:r>
      <w:proofErr w:type="spellEnd"/>
      <w:r w:rsidRPr="00752FC8">
        <w:rPr>
          <w:lang w:val="es-ES"/>
        </w:rPr>
        <w:t>.</w:t>
      </w:r>
    </w:p>
    <w:p w14:paraId="6498DD65" w14:textId="77777777" w:rsidR="00101E7A" w:rsidRPr="00752FC8" w:rsidRDefault="00101E7A">
      <w:pPr>
        <w:rPr>
          <w:lang w:val="es-ES"/>
        </w:rPr>
      </w:pPr>
    </w:p>
    <w:p w14:paraId="5772654D" w14:textId="77777777" w:rsidR="00101E7A" w:rsidRPr="00752FC8" w:rsidRDefault="0036337E">
      <w:pPr>
        <w:pStyle w:val="Ttulo2"/>
        <w:rPr>
          <w:lang w:val="es-ES"/>
        </w:rPr>
      </w:pPr>
      <w:r w:rsidRPr="00752FC8">
        <w:rPr>
          <w:lang w:val="es-ES"/>
        </w:rPr>
        <w:t>DIA 16 SEG ZURIQUE</w:t>
      </w:r>
    </w:p>
    <w:p w14:paraId="5AA50D3E" w14:textId="77777777" w:rsidR="00101E7A" w:rsidRPr="00752FC8" w:rsidRDefault="0036337E">
      <w:pPr>
        <w:rPr>
          <w:lang w:val="es-ES"/>
        </w:rPr>
      </w:pPr>
      <w:r w:rsidRPr="00752FC8">
        <w:rPr>
          <w:lang w:val="es-ES"/>
        </w:rPr>
        <w:t xml:space="preserve">Café da </w:t>
      </w:r>
      <w:proofErr w:type="spellStart"/>
      <w:r w:rsidRPr="00752FC8">
        <w:rPr>
          <w:lang w:val="es-ES"/>
        </w:rPr>
        <w:t>manhã</w:t>
      </w:r>
      <w:proofErr w:type="spellEnd"/>
      <w:r w:rsidRPr="00752FC8">
        <w:rPr>
          <w:lang w:val="es-ES"/>
        </w:rPr>
        <w:t xml:space="preserve"> e traslado de </w:t>
      </w:r>
      <w:proofErr w:type="spellStart"/>
      <w:r w:rsidRPr="00752FC8">
        <w:rPr>
          <w:lang w:val="es-ES"/>
        </w:rPr>
        <w:t>saída</w:t>
      </w:r>
      <w:proofErr w:type="spellEnd"/>
      <w:r w:rsidRPr="00752FC8">
        <w:rPr>
          <w:lang w:val="es-ES"/>
        </w:rPr>
        <w:t xml:space="preserve"> para o </w:t>
      </w:r>
      <w:proofErr w:type="spellStart"/>
      <w:r w:rsidRPr="00752FC8">
        <w:rPr>
          <w:lang w:val="es-ES"/>
        </w:rPr>
        <w:t>aeroporto</w:t>
      </w:r>
      <w:proofErr w:type="spellEnd"/>
      <w:r w:rsidRPr="00752FC8">
        <w:rPr>
          <w:lang w:val="es-ES"/>
        </w:rPr>
        <w:t>.</w:t>
      </w:r>
    </w:p>
    <w:sectPr w:rsidR="00101E7A" w:rsidRPr="00752FC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E744" w14:textId="77777777" w:rsidR="00752FC8" w:rsidRDefault="00752FC8" w:rsidP="00752FC8">
      <w:pPr>
        <w:spacing w:after="0" w:line="240" w:lineRule="auto"/>
      </w:pPr>
      <w:r>
        <w:separator/>
      </w:r>
    </w:p>
  </w:endnote>
  <w:endnote w:type="continuationSeparator" w:id="0">
    <w:p w14:paraId="47E4ACF9" w14:textId="77777777" w:rsidR="00752FC8" w:rsidRDefault="00752FC8" w:rsidP="00752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9E92E" w14:textId="77777777" w:rsidR="00752FC8" w:rsidRDefault="00752FC8" w:rsidP="00752FC8">
      <w:pPr>
        <w:spacing w:after="0" w:line="240" w:lineRule="auto"/>
      </w:pPr>
      <w:r>
        <w:separator/>
      </w:r>
    </w:p>
  </w:footnote>
  <w:footnote w:type="continuationSeparator" w:id="0">
    <w:p w14:paraId="19A7232F" w14:textId="77777777" w:rsidR="00752FC8" w:rsidRDefault="00752FC8" w:rsidP="00752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89B1B" w14:textId="376FE35F" w:rsidR="00752FC8" w:rsidRDefault="00752FC8">
    <w:pPr>
      <w:pStyle w:val="Encabezado"/>
    </w:pPr>
    <w:r>
      <w:rPr>
        <w:noProof/>
      </w:rPr>
      <w:drawing>
        <wp:inline distT="0" distB="0" distL="0" distR="0" wp14:anchorId="483A220B" wp14:editId="29957148">
          <wp:extent cx="1114425" cy="11144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E7A"/>
    <w:rsid w:val="0015074B"/>
    <w:rsid w:val="00171FC2"/>
    <w:rsid w:val="0029639D"/>
    <w:rsid w:val="00326F90"/>
    <w:rsid w:val="003536A7"/>
    <w:rsid w:val="0036337E"/>
    <w:rsid w:val="00752FC8"/>
    <w:rsid w:val="00950971"/>
    <w:rsid w:val="00AA1D8D"/>
    <w:rsid w:val="00B47730"/>
    <w:rsid w:val="00CB0664"/>
    <w:rsid w:val="00E16726"/>
    <w:rsid w:val="00E637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7AD3A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8</cp:revision>
  <dcterms:created xsi:type="dcterms:W3CDTF">2013-12-23T23:15:00Z</dcterms:created>
  <dcterms:modified xsi:type="dcterms:W3CDTF">2026-08-07T09:59:00Z</dcterms:modified>
  <cp:category/>
</cp:coreProperties>
</file>