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777AF4" w14:textId="77777777" w:rsidR="00101E7A" w:rsidRPr="00752FC8" w:rsidRDefault="0036337E" w:rsidP="00752FC8">
      <w:pPr>
        <w:spacing w:after="0" w:line="240" w:lineRule="auto"/>
        <w:jc w:val="center"/>
        <w:rPr>
          <w:rFonts w:ascii="Century Gothic" w:eastAsia="Times New Roman" w:hAnsi="Century Gothic" w:cs="Arial"/>
          <w:b/>
          <w:color w:val="64A0BA"/>
          <w:sz w:val="36"/>
          <w:szCs w:val="36"/>
          <w:lang w:val="pt-BR" w:eastAsia="de-DE"/>
        </w:rPr>
      </w:pPr>
      <w:r w:rsidRPr="00752FC8">
        <w:rPr>
          <w:rFonts w:ascii="Century Gothic" w:eastAsia="Times New Roman" w:hAnsi="Century Gothic" w:cs="Arial"/>
          <w:b/>
          <w:color w:val="64A0BA"/>
          <w:sz w:val="36"/>
          <w:szCs w:val="36"/>
          <w:lang w:val="pt-BR" w:eastAsia="de-DE"/>
        </w:rPr>
        <w:t>ALEMANHA - FLORESTA NEGRA E SUÍÇA</w:t>
      </w:r>
    </w:p>
    <w:p w14:paraId="59B4C1A6" w14:textId="77777777" w:rsidR="00101E7A" w:rsidRPr="00752FC8" w:rsidRDefault="0036337E" w:rsidP="00752FC8">
      <w:pPr>
        <w:spacing w:after="0" w:line="240" w:lineRule="auto"/>
        <w:jc w:val="center"/>
        <w:rPr>
          <w:rFonts w:ascii="Century Gothic" w:eastAsia="Times New Roman" w:hAnsi="Century Gothic" w:cs="Arial"/>
          <w:b/>
          <w:color w:val="64A0BA"/>
          <w:sz w:val="28"/>
          <w:szCs w:val="28"/>
          <w:lang w:val="pt-BR" w:eastAsia="de-DE"/>
        </w:rPr>
      </w:pPr>
      <w:r w:rsidRPr="00752FC8">
        <w:rPr>
          <w:rFonts w:ascii="Century Gothic" w:eastAsia="Times New Roman" w:hAnsi="Century Gothic" w:cs="Arial"/>
          <w:b/>
          <w:color w:val="64A0BA"/>
          <w:sz w:val="28"/>
          <w:szCs w:val="28"/>
          <w:lang w:val="pt-BR" w:eastAsia="de-DE"/>
        </w:rPr>
        <w:t>Categoria: Primeira</w:t>
      </w:r>
    </w:p>
    <w:p w14:paraId="0675E370" w14:textId="77777777" w:rsidR="00101E7A" w:rsidRPr="00752FC8" w:rsidRDefault="0036337E" w:rsidP="00752FC8">
      <w:pPr>
        <w:jc w:val="center"/>
        <w:rPr>
          <w:lang w:val="es-ES"/>
        </w:rPr>
      </w:pPr>
      <w:r w:rsidRPr="00752FC8">
        <w:rPr>
          <w:lang w:val="es-ES"/>
        </w:rPr>
        <w:t xml:space="preserve">Código: EETALSUI  |  16 </w:t>
      </w:r>
      <w:proofErr w:type="spellStart"/>
      <w:r w:rsidRPr="00752FC8">
        <w:rPr>
          <w:lang w:val="es-ES"/>
        </w:rPr>
        <w:t>Dias</w:t>
      </w:r>
      <w:proofErr w:type="spellEnd"/>
    </w:p>
    <w:p w14:paraId="73A2E2E7" w14:textId="77777777" w:rsidR="00101E7A" w:rsidRPr="00752FC8" w:rsidRDefault="00101E7A">
      <w:pPr>
        <w:rPr>
          <w:lang w:val="es-ES"/>
        </w:rPr>
      </w:pPr>
    </w:p>
    <w:p w14:paraId="4AE79FFE" w14:textId="77777777" w:rsidR="00101E7A" w:rsidRPr="00752FC8" w:rsidRDefault="0036337E">
      <w:pPr>
        <w:pStyle w:val="Ttulo2"/>
        <w:rPr>
          <w:lang w:val="es-ES"/>
        </w:rPr>
      </w:pPr>
      <w:r w:rsidRPr="00752FC8">
        <w:rPr>
          <w:lang w:val="es-ES"/>
        </w:rPr>
        <w:t>SAÍDAS GARANTIDAS 2027</w:t>
      </w:r>
    </w:p>
    <w:p w14:paraId="32F1B8A7" w14:textId="77777777" w:rsidR="00101E7A" w:rsidRPr="00752FC8" w:rsidRDefault="0036337E">
      <w:pPr>
        <w:rPr>
          <w:lang w:val="es-ES"/>
        </w:rPr>
      </w:pPr>
      <w:r w:rsidRPr="00752FC8">
        <w:rPr>
          <w:lang w:val="es-ES"/>
        </w:rPr>
        <w:t>JUNHO . . . . . . . . . . . . . . . . . . . . . . . . 13, 27</w:t>
      </w:r>
    </w:p>
    <w:p w14:paraId="7E45AF4A" w14:textId="77777777" w:rsidR="00101E7A" w:rsidRPr="00752FC8" w:rsidRDefault="0036337E">
      <w:pPr>
        <w:rPr>
          <w:lang w:val="es-ES"/>
        </w:rPr>
      </w:pPr>
      <w:r w:rsidRPr="00752FC8">
        <w:rPr>
          <w:lang w:val="es-ES"/>
        </w:rPr>
        <w:t>JULHO . . . . . . . . . . . . . . . . . . . . . . . . . . 11</w:t>
      </w:r>
    </w:p>
    <w:p w14:paraId="526294CE" w14:textId="77777777" w:rsidR="00101E7A" w:rsidRPr="00752FC8" w:rsidRDefault="0036337E">
      <w:pPr>
        <w:rPr>
          <w:lang w:val="es-ES"/>
        </w:rPr>
      </w:pPr>
      <w:r w:rsidRPr="00752FC8">
        <w:rPr>
          <w:lang w:val="es-ES"/>
        </w:rPr>
        <w:t>AGOSTO . . . . . . . . . . . . . . . . . . . . . . . . . . 8</w:t>
      </w:r>
    </w:p>
    <w:p w14:paraId="2AF38478" w14:textId="77777777" w:rsidR="00101E7A" w:rsidRPr="00752FC8" w:rsidRDefault="0036337E">
      <w:pPr>
        <w:rPr>
          <w:lang w:val="es-ES"/>
        </w:rPr>
      </w:pPr>
      <w:r w:rsidRPr="00752FC8">
        <w:rPr>
          <w:lang w:val="es-ES"/>
        </w:rPr>
        <w:t xml:space="preserve">SETEMBRO . . . . . . . . . . . . . . . . . . . . . . 5, </w:t>
      </w:r>
      <w:r w:rsidRPr="0036337E">
        <w:rPr>
          <w:b/>
          <w:bCs/>
          <w:color w:val="FF0000"/>
          <w:lang w:val="es-ES"/>
        </w:rPr>
        <w:t>19</w:t>
      </w:r>
    </w:p>
    <w:p w14:paraId="5B2DBD11" w14:textId="77777777" w:rsidR="00101E7A" w:rsidRPr="00752FC8" w:rsidRDefault="0036337E">
      <w:pPr>
        <w:rPr>
          <w:lang w:val="es-ES"/>
        </w:rPr>
      </w:pPr>
      <w:r w:rsidRPr="00752FC8">
        <w:rPr>
          <w:lang w:val="es-ES"/>
        </w:rPr>
        <w:t>OUTUBRO . . . . . . . . . . . . . . . . . . . . . . . . . 3</w:t>
      </w:r>
    </w:p>
    <w:p w14:paraId="04BB2E57" w14:textId="77777777" w:rsidR="00101E7A" w:rsidRPr="00752FC8" w:rsidRDefault="00101E7A">
      <w:pPr>
        <w:rPr>
          <w:lang w:val="es-ES"/>
        </w:rPr>
      </w:pPr>
    </w:p>
    <w:p w14:paraId="1BED6812" w14:textId="77777777" w:rsidR="00101E7A" w:rsidRPr="00752FC8" w:rsidRDefault="0036337E">
      <w:pPr>
        <w:pStyle w:val="Ttulo2"/>
        <w:rPr>
          <w:lang w:val="es-ES"/>
        </w:rPr>
      </w:pPr>
      <w:r w:rsidRPr="00752FC8">
        <w:rPr>
          <w:lang w:val="es-ES"/>
        </w:rPr>
        <w:t>HOTÉIS PREVISTOS</w:t>
      </w:r>
    </w:p>
    <w:p w14:paraId="7DBE314F" w14:textId="77777777" w:rsidR="00101E7A" w:rsidRPr="00752FC8" w:rsidRDefault="0036337E">
      <w:pPr>
        <w:rPr>
          <w:lang w:val="es-ES"/>
        </w:rPr>
      </w:pPr>
      <w:r w:rsidRPr="00752FC8">
        <w:rPr>
          <w:lang w:val="es-ES"/>
        </w:rPr>
        <w:t>(</w:t>
      </w:r>
      <w:proofErr w:type="spellStart"/>
      <w:r w:rsidRPr="00752FC8">
        <w:rPr>
          <w:lang w:val="es-ES"/>
        </w:rPr>
        <w:t>ou</w:t>
      </w:r>
      <w:proofErr w:type="spellEnd"/>
      <w:r w:rsidRPr="00752FC8">
        <w:rPr>
          <w:lang w:val="es-ES"/>
        </w:rPr>
        <w:t xml:space="preserve"> similares </w:t>
      </w:r>
      <w:proofErr w:type="spellStart"/>
      <w:r w:rsidRPr="00752FC8">
        <w:rPr>
          <w:lang w:val="es-ES"/>
        </w:rPr>
        <w:t>na</w:t>
      </w:r>
      <w:proofErr w:type="spellEnd"/>
      <w:r w:rsidRPr="00752FC8">
        <w:rPr>
          <w:lang w:val="es-ES"/>
        </w:rPr>
        <w:t xml:space="preserve"> </w:t>
      </w:r>
      <w:proofErr w:type="spellStart"/>
      <w:r w:rsidRPr="00752FC8">
        <w:rPr>
          <w:lang w:val="es-ES"/>
        </w:rPr>
        <w:t>categoria</w:t>
      </w:r>
      <w:proofErr w:type="spellEnd"/>
      <w:r w:rsidRPr="00752FC8">
        <w:rPr>
          <w:lang w:val="es-ES"/>
        </w:rPr>
        <w:t xml:space="preserve"> indicada, conforme a </w:t>
      </w:r>
      <w:proofErr w:type="spellStart"/>
      <w:r w:rsidRPr="00752FC8">
        <w:rPr>
          <w:lang w:val="es-ES"/>
        </w:rPr>
        <w:t>cidade</w:t>
      </w:r>
      <w:proofErr w:type="spellEnd"/>
      <w:r w:rsidRPr="00752FC8">
        <w:rPr>
          <w:lang w:val="es-ES"/>
        </w:rPr>
        <w:t>)</w:t>
      </w:r>
    </w:p>
    <w:p w14:paraId="04769B70" w14:textId="77777777" w:rsidR="00101E7A" w:rsidRPr="00752FC8" w:rsidRDefault="0036337E">
      <w:pPr>
        <w:rPr>
          <w:lang w:val="es-ES"/>
        </w:rPr>
      </w:pPr>
      <w:r w:rsidRPr="00752FC8">
        <w:rPr>
          <w:b/>
          <w:lang w:val="es-ES"/>
        </w:rPr>
        <w:t xml:space="preserve">FRANKFURT: </w:t>
      </w:r>
      <w:r w:rsidRPr="00752FC8">
        <w:rPr>
          <w:lang w:val="es-ES"/>
        </w:rPr>
        <w:t>MARITIM ★★★★</w:t>
      </w:r>
    </w:p>
    <w:p w14:paraId="5535D55A" w14:textId="77777777" w:rsidR="00101E7A" w:rsidRPr="00752FC8" w:rsidRDefault="0036337E">
      <w:pPr>
        <w:rPr>
          <w:lang w:val="es-ES"/>
        </w:rPr>
      </w:pPr>
      <w:r w:rsidRPr="00752FC8">
        <w:rPr>
          <w:b/>
          <w:lang w:val="es-ES"/>
        </w:rPr>
        <w:t xml:space="preserve">HEIDELBERG: </w:t>
      </w:r>
      <w:r w:rsidRPr="00752FC8">
        <w:rPr>
          <w:lang w:val="es-ES"/>
        </w:rPr>
        <w:t>MARRIOTT ★★★★</w:t>
      </w:r>
    </w:p>
    <w:p w14:paraId="0D46CA58" w14:textId="77777777" w:rsidR="00101E7A" w:rsidRPr="00752FC8" w:rsidRDefault="0036337E">
      <w:pPr>
        <w:rPr>
          <w:lang w:val="es-ES"/>
        </w:rPr>
      </w:pPr>
      <w:r w:rsidRPr="00752FC8">
        <w:rPr>
          <w:b/>
          <w:lang w:val="es-ES"/>
        </w:rPr>
        <w:t xml:space="preserve">FRIBURGO: </w:t>
      </w:r>
      <w:r w:rsidRPr="00752FC8">
        <w:rPr>
          <w:lang w:val="es-ES"/>
        </w:rPr>
        <w:t>LEONARDO CITY CENTER ★★★★</w:t>
      </w:r>
    </w:p>
    <w:p w14:paraId="6FCD53FA" w14:textId="77777777" w:rsidR="00101E7A" w:rsidRPr="00752FC8" w:rsidRDefault="0036337E">
      <w:pPr>
        <w:rPr>
          <w:lang w:val="es-ES"/>
        </w:rPr>
      </w:pPr>
      <w:r w:rsidRPr="00752FC8">
        <w:rPr>
          <w:b/>
          <w:lang w:val="es-ES"/>
        </w:rPr>
        <w:t xml:space="preserve">MUNIQUE: </w:t>
      </w:r>
      <w:r w:rsidRPr="00752FC8">
        <w:rPr>
          <w:lang w:val="es-ES"/>
        </w:rPr>
        <w:t>WESTIN GRAND MUNICH ★★★★(s)</w:t>
      </w:r>
    </w:p>
    <w:p w14:paraId="331B9EFF" w14:textId="77777777" w:rsidR="00101E7A" w:rsidRPr="00752FC8" w:rsidRDefault="0036337E">
      <w:pPr>
        <w:rPr>
          <w:lang w:val="es-ES"/>
        </w:rPr>
      </w:pPr>
      <w:r w:rsidRPr="00752FC8">
        <w:rPr>
          <w:b/>
          <w:lang w:val="es-ES"/>
        </w:rPr>
        <w:t xml:space="preserve">ZURIQUE: </w:t>
      </w:r>
      <w:r w:rsidRPr="00752FC8">
        <w:rPr>
          <w:lang w:val="es-ES"/>
        </w:rPr>
        <w:t>NOVOTEL CITY WEST ★★★★</w:t>
      </w:r>
    </w:p>
    <w:p w14:paraId="45AF7C2C" w14:textId="77777777" w:rsidR="00101E7A" w:rsidRPr="00752FC8" w:rsidRDefault="0036337E">
      <w:pPr>
        <w:rPr>
          <w:lang w:val="es-ES"/>
        </w:rPr>
      </w:pPr>
      <w:r w:rsidRPr="00752FC8">
        <w:rPr>
          <w:b/>
          <w:lang w:val="es-ES"/>
        </w:rPr>
        <w:t xml:space="preserve">BERNA: </w:t>
      </w:r>
      <w:r w:rsidRPr="00752FC8">
        <w:rPr>
          <w:lang w:val="es-ES"/>
        </w:rPr>
        <w:t>SWISSOTEL KURSAAL ★★★★  /  NH BRISTOL ★★★★</w:t>
      </w:r>
    </w:p>
    <w:p w14:paraId="783B6E29" w14:textId="77777777" w:rsidR="00101E7A" w:rsidRPr="00752FC8" w:rsidRDefault="0036337E">
      <w:pPr>
        <w:rPr>
          <w:lang w:val="es-ES"/>
        </w:rPr>
      </w:pPr>
      <w:r w:rsidRPr="00752FC8">
        <w:rPr>
          <w:b/>
          <w:lang w:val="es-ES"/>
        </w:rPr>
        <w:t xml:space="preserve">GENEBRA: </w:t>
      </w:r>
      <w:r w:rsidRPr="00752FC8">
        <w:rPr>
          <w:lang w:val="es-ES"/>
        </w:rPr>
        <w:t>CROWNE PLAZA ★★★★</w:t>
      </w:r>
    </w:p>
    <w:p w14:paraId="1AFE145B" w14:textId="77777777" w:rsidR="00101E7A" w:rsidRPr="00752FC8" w:rsidRDefault="0036337E">
      <w:pPr>
        <w:rPr>
          <w:lang w:val="es-ES"/>
        </w:rPr>
      </w:pPr>
      <w:r w:rsidRPr="00752FC8">
        <w:rPr>
          <w:b/>
          <w:lang w:val="es-ES"/>
        </w:rPr>
        <w:t xml:space="preserve">ZERMATT: </w:t>
      </w:r>
      <w:r w:rsidRPr="00752FC8">
        <w:rPr>
          <w:lang w:val="es-ES"/>
        </w:rPr>
        <w:t>HOTEL AMBASSADOR ★★★★</w:t>
      </w:r>
    </w:p>
    <w:p w14:paraId="205FAB78" w14:textId="77777777" w:rsidR="00101E7A" w:rsidRPr="00752FC8" w:rsidRDefault="0036337E">
      <w:pPr>
        <w:rPr>
          <w:lang w:val="es-ES"/>
        </w:rPr>
      </w:pPr>
      <w:r w:rsidRPr="00752FC8">
        <w:rPr>
          <w:b/>
          <w:lang w:val="es-ES"/>
        </w:rPr>
        <w:t xml:space="preserve">ZURIQUE: </w:t>
      </w:r>
      <w:r w:rsidRPr="00752FC8">
        <w:rPr>
          <w:lang w:val="es-ES"/>
        </w:rPr>
        <w:t>NOVOTEL CITY WEST ★★★★</w:t>
      </w:r>
    </w:p>
    <w:p w14:paraId="1141EE38" w14:textId="77777777" w:rsidR="00101E7A" w:rsidRPr="00752FC8" w:rsidRDefault="00101E7A">
      <w:pPr>
        <w:rPr>
          <w:lang w:val="es-ES"/>
        </w:rPr>
      </w:pPr>
    </w:p>
    <w:p w14:paraId="295C82BB" w14:textId="77777777" w:rsidR="00101E7A" w:rsidRDefault="0036337E">
      <w:pPr>
        <w:pStyle w:val="Ttulo2"/>
      </w:pPr>
      <w:r>
        <w:lastRenderedPageBreak/>
        <w:t>SERVIÇOS INCLUÍDOS</w:t>
      </w:r>
    </w:p>
    <w:p w14:paraId="5D10161A" w14:textId="77777777" w:rsidR="00101E7A" w:rsidRDefault="0036337E">
      <w:pPr>
        <w:pStyle w:val="Listaconvietas"/>
      </w:pPr>
      <w:r>
        <w:t>Guia acompanhante em espanhol</w:t>
      </w:r>
    </w:p>
    <w:p w14:paraId="4D2CB8F0" w14:textId="77777777" w:rsidR="00101E7A" w:rsidRPr="00752FC8" w:rsidRDefault="0036337E">
      <w:pPr>
        <w:pStyle w:val="Listaconvietas"/>
        <w:rPr>
          <w:lang w:val="es-ES"/>
        </w:rPr>
      </w:pPr>
      <w:r w:rsidRPr="00752FC8">
        <w:rPr>
          <w:lang w:val="es-ES"/>
        </w:rPr>
        <w:t xml:space="preserve">15 </w:t>
      </w:r>
      <w:proofErr w:type="spellStart"/>
      <w:r w:rsidRPr="00752FC8">
        <w:rPr>
          <w:lang w:val="es-ES"/>
        </w:rPr>
        <w:t>noites</w:t>
      </w:r>
      <w:proofErr w:type="spellEnd"/>
      <w:r w:rsidRPr="00752FC8">
        <w:rPr>
          <w:lang w:val="es-ES"/>
        </w:rPr>
        <w:t xml:space="preserve"> </w:t>
      </w:r>
      <w:proofErr w:type="spellStart"/>
      <w:r w:rsidRPr="00752FC8">
        <w:rPr>
          <w:lang w:val="es-ES"/>
        </w:rPr>
        <w:t>com</w:t>
      </w:r>
      <w:proofErr w:type="spellEnd"/>
      <w:r w:rsidRPr="00752FC8">
        <w:rPr>
          <w:lang w:val="es-ES"/>
        </w:rPr>
        <w:t xml:space="preserve"> café da </w:t>
      </w:r>
      <w:proofErr w:type="spellStart"/>
      <w:r w:rsidRPr="00752FC8">
        <w:rPr>
          <w:lang w:val="es-ES"/>
        </w:rPr>
        <w:t>manhã</w:t>
      </w:r>
      <w:proofErr w:type="spellEnd"/>
      <w:r w:rsidRPr="00752FC8">
        <w:rPr>
          <w:lang w:val="es-ES"/>
        </w:rPr>
        <w:t xml:space="preserve"> tipo buffet</w:t>
      </w:r>
    </w:p>
    <w:p w14:paraId="47BFB2B1" w14:textId="77777777" w:rsidR="00101E7A" w:rsidRPr="00752FC8" w:rsidRDefault="0036337E">
      <w:pPr>
        <w:pStyle w:val="Listaconvietas"/>
        <w:rPr>
          <w:lang w:val="es-ES"/>
        </w:rPr>
      </w:pPr>
      <w:r w:rsidRPr="00752FC8">
        <w:rPr>
          <w:lang w:val="es-ES"/>
        </w:rPr>
        <w:t xml:space="preserve">Entradas e </w:t>
      </w:r>
      <w:proofErr w:type="spellStart"/>
      <w:r w:rsidRPr="00752FC8">
        <w:rPr>
          <w:lang w:val="es-ES"/>
        </w:rPr>
        <w:t>experiências</w:t>
      </w:r>
      <w:proofErr w:type="spellEnd"/>
      <w:r w:rsidRPr="00752FC8">
        <w:rPr>
          <w:lang w:val="es-ES"/>
        </w:rPr>
        <w:t xml:space="preserve"> conforme o </w:t>
      </w:r>
      <w:proofErr w:type="spellStart"/>
      <w:r w:rsidRPr="00752FC8">
        <w:rPr>
          <w:lang w:val="es-ES"/>
        </w:rPr>
        <w:t>itinerário</w:t>
      </w:r>
      <w:proofErr w:type="spellEnd"/>
    </w:p>
    <w:p w14:paraId="20371289" w14:textId="77777777" w:rsidR="00101E7A" w:rsidRPr="00752FC8" w:rsidRDefault="0036337E">
      <w:pPr>
        <w:pStyle w:val="Listaconvietas"/>
        <w:rPr>
          <w:lang w:val="es-ES"/>
        </w:rPr>
      </w:pPr>
      <w:proofErr w:type="spellStart"/>
      <w:r w:rsidRPr="00752FC8">
        <w:rPr>
          <w:lang w:val="es-ES"/>
        </w:rPr>
        <w:t>Bilhetes</w:t>
      </w:r>
      <w:proofErr w:type="spellEnd"/>
      <w:r w:rsidRPr="00752FC8">
        <w:rPr>
          <w:lang w:val="es-ES"/>
        </w:rPr>
        <w:t xml:space="preserve"> de </w:t>
      </w:r>
      <w:proofErr w:type="spellStart"/>
      <w:r w:rsidRPr="00752FC8">
        <w:rPr>
          <w:lang w:val="es-ES"/>
        </w:rPr>
        <w:t>trem</w:t>
      </w:r>
      <w:proofErr w:type="spellEnd"/>
      <w:r w:rsidRPr="00752FC8">
        <w:rPr>
          <w:lang w:val="es-ES"/>
        </w:rPr>
        <w:t xml:space="preserve"> GLACIER EXPRESS 2a </w:t>
      </w:r>
      <w:proofErr w:type="spellStart"/>
      <w:r w:rsidRPr="00752FC8">
        <w:rPr>
          <w:lang w:val="es-ES"/>
        </w:rPr>
        <w:t>classe</w:t>
      </w:r>
      <w:proofErr w:type="spellEnd"/>
    </w:p>
    <w:p w14:paraId="7BCECA43" w14:textId="77777777" w:rsidR="00101E7A" w:rsidRPr="00752FC8" w:rsidRDefault="00101E7A">
      <w:pPr>
        <w:rPr>
          <w:lang w:val="es-ES"/>
        </w:rPr>
      </w:pPr>
    </w:p>
    <w:p w14:paraId="47326AE5" w14:textId="77777777" w:rsidR="00101E7A" w:rsidRPr="00752FC8" w:rsidRDefault="0036337E">
      <w:pPr>
        <w:pStyle w:val="Ttulo2"/>
        <w:rPr>
          <w:lang w:val="es-ES"/>
        </w:rPr>
      </w:pPr>
      <w:r w:rsidRPr="00752FC8">
        <w:rPr>
          <w:lang w:val="es-ES"/>
        </w:rPr>
        <w:t>TARIFAS EM EUROS</w:t>
      </w:r>
    </w:p>
    <w:p w14:paraId="743BA516" w14:textId="77777777" w:rsidR="00101E7A" w:rsidRPr="00752FC8" w:rsidRDefault="0036337E">
      <w:pPr>
        <w:rPr>
          <w:lang w:val="es-ES"/>
        </w:rPr>
      </w:pPr>
      <w:r w:rsidRPr="00752FC8">
        <w:rPr>
          <w:lang w:val="es-ES"/>
        </w:rPr>
        <w:t xml:space="preserve">€ 5.195,– por </w:t>
      </w:r>
      <w:proofErr w:type="spellStart"/>
      <w:r w:rsidRPr="00752FC8">
        <w:rPr>
          <w:lang w:val="es-ES"/>
        </w:rPr>
        <w:t>pessoa</w:t>
      </w:r>
      <w:proofErr w:type="spellEnd"/>
      <w:r w:rsidRPr="00752FC8">
        <w:rPr>
          <w:lang w:val="es-ES"/>
        </w:rPr>
        <w:t xml:space="preserve"> em apto. duplo</w:t>
      </w:r>
    </w:p>
    <w:p w14:paraId="2F392B4A" w14:textId="77777777" w:rsidR="00101E7A" w:rsidRPr="00752FC8" w:rsidRDefault="0036337E">
      <w:pPr>
        <w:rPr>
          <w:lang w:val="es-ES"/>
        </w:rPr>
      </w:pPr>
      <w:r w:rsidRPr="00752FC8">
        <w:rPr>
          <w:lang w:val="es-ES"/>
        </w:rPr>
        <w:t>€ 2.250,– suplemento individual</w:t>
      </w:r>
    </w:p>
    <w:p w14:paraId="3F3E77BF" w14:textId="77777777" w:rsidR="00101E7A" w:rsidRPr="0036337E" w:rsidRDefault="0036337E">
      <w:pPr>
        <w:rPr>
          <w:color w:val="FF0000"/>
          <w:lang w:val="es-ES"/>
        </w:rPr>
      </w:pPr>
      <w:r w:rsidRPr="0036337E">
        <w:rPr>
          <w:color w:val="FF0000"/>
          <w:lang w:val="es-ES"/>
        </w:rPr>
        <w:t xml:space="preserve">€ 300,- suplemento por </w:t>
      </w:r>
      <w:proofErr w:type="spellStart"/>
      <w:r w:rsidRPr="0036337E">
        <w:rPr>
          <w:color w:val="FF0000"/>
          <w:lang w:val="es-ES"/>
        </w:rPr>
        <w:t>pessoa</w:t>
      </w:r>
      <w:proofErr w:type="spellEnd"/>
      <w:r w:rsidRPr="0036337E">
        <w:rPr>
          <w:color w:val="FF0000"/>
          <w:lang w:val="es-ES"/>
        </w:rPr>
        <w:t xml:space="preserve"> Oktoberfest em </w:t>
      </w:r>
      <w:proofErr w:type="spellStart"/>
      <w:r w:rsidRPr="0036337E">
        <w:rPr>
          <w:color w:val="FF0000"/>
          <w:lang w:val="es-ES"/>
        </w:rPr>
        <w:t>Munique</w:t>
      </w:r>
      <w:proofErr w:type="spellEnd"/>
      <w:r w:rsidRPr="0036337E">
        <w:rPr>
          <w:color w:val="FF0000"/>
          <w:lang w:val="es-ES"/>
        </w:rPr>
        <w:t xml:space="preserve"> </w:t>
      </w:r>
      <w:proofErr w:type="spellStart"/>
      <w:r w:rsidRPr="0036337E">
        <w:rPr>
          <w:b/>
          <w:bCs/>
          <w:color w:val="FF0000"/>
          <w:lang w:val="es-ES"/>
        </w:rPr>
        <w:t>Setembro</w:t>
      </w:r>
      <w:proofErr w:type="spellEnd"/>
      <w:r w:rsidRPr="0036337E">
        <w:rPr>
          <w:b/>
          <w:bCs/>
          <w:color w:val="FF0000"/>
          <w:lang w:val="es-ES"/>
        </w:rPr>
        <w:t xml:space="preserve"> 19</w:t>
      </w:r>
    </w:p>
    <w:p w14:paraId="5A84A743" w14:textId="77777777" w:rsidR="00101E7A" w:rsidRPr="0036337E" w:rsidRDefault="0036337E">
      <w:pPr>
        <w:rPr>
          <w:b/>
          <w:bCs/>
          <w:lang w:val="es-ES"/>
        </w:rPr>
      </w:pPr>
      <w:r w:rsidRPr="00752FC8">
        <w:rPr>
          <w:lang w:val="es-ES"/>
        </w:rPr>
        <w:t xml:space="preserve">INGRESSO PARA A OKTOBERFEST </w:t>
      </w:r>
      <w:r w:rsidRPr="0036337E">
        <w:rPr>
          <w:b/>
          <w:bCs/>
          <w:lang w:val="es-ES"/>
        </w:rPr>
        <w:t>NÃO INCLUÍDO</w:t>
      </w:r>
    </w:p>
    <w:p w14:paraId="2E119D1E" w14:textId="77777777" w:rsidR="00101E7A" w:rsidRPr="00752FC8" w:rsidRDefault="0036337E">
      <w:pPr>
        <w:rPr>
          <w:lang w:val="es-ES"/>
        </w:rPr>
      </w:pPr>
      <w:r w:rsidRPr="00752FC8">
        <w:rPr>
          <w:lang w:val="es-ES"/>
        </w:rPr>
        <w:t xml:space="preserve">5% </w:t>
      </w:r>
      <w:proofErr w:type="spellStart"/>
      <w:r w:rsidRPr="00752FC8">
        <w:rPr>
          <w:lang w:val="es-ES"/>
        </w:rPr>
        <w:t>desconto</w:t>
      </w:r>
      <w:proofErr w:type="spellEnd"/>
      <w:r w:rsidRPr="00752FC8">
        <w:rPr>
          <w:lang w:val="es-ES"/>
        </w:rPr>
        <w:t xml:space="preserve"> para o </w:t>
      </w:r>
      <w:proofErr w:type="spellStart"/>
      <w:r w:rsidRPr="00752FC8">
        <w:rPr>
          <w:lang w:val="es-ES"/>
        </w:rPr>
        <w:t>terceiro</w:t>
      </w:r>
      <w:proofErr w:type="spellEnd"/>
      <w:r w:rsidRPr="00752FC8">
        <w:rPr>
          <w:lang w:val="es-ES"/>
        </w:rPr>
        <w:t xml:space="preserve"> </w:t>
      </w:r>
      <w:proofErr w:type="spellStart"/>
      <w:r w:rsidRPr="00752FC8">
        <w:rPr>
          <w:lang w:val="es-ES"/>
        </w:rPr>
        <w:t>passageiro</w:t>
      </w:r>
      <w:proofErr w:type="spellEnd"/>
      <w:r w:rsidRPr="00752FC8">
        <w:rPr>
          <w:lang w:val="es-ES"/>
        </w:rPr>
        <w:t xml:space="preserve"> em </w:t>
      </w:r>
      <w:proofErr w:type="spellStart"/>
      <w:r w:rsidRPr="00752FC8">
        <w:rPr>
          <w:lang w:val="es-ES"/>
        </w:rPr>
        <w:t>quarto</w:t>
      </w:r>
      <w:proofErr w:type="spellEnd"/>
      <w:r w:rsidRPr="00752FC8">
        <w:rPr>
          <w:lang w:val="es-ES"/>
        </w:rPr>
        <w:t xml:space="preserve"> </w:t>
      </w:r>
      <w:proofErr w:type="spellStart"/>
      <w:r w:rsidRPr="00752FC8">
        <w:rPr>
          <w:lang w:val="es-ES"/>
        </w:rPr>
        <w:t>com</w:t>
      </w:r>
      <w:proofErr w:type="spellEnd"/>
      <w:r w:rsidRPr="00752FC8">
        <w:rPr>
          <w:lang w:val="es-ES"/>
        </w:rPr>
        <w:t xml:space="preserve"> +2 </w:t>
      </w:r>
      <w:proofErr w:type="spellStart"/>
      <w:r w:rsidRPr="00752FC8">
        <w:rPr>
          <w:lang w:val="es-ES"/>
        </w:rPr>
        <w:t>pessoas</w:t>
      </w:r>
      <w:proofErr w:type="spellEnd"/>
      <w:r w:rsidRPr="00752FC8">
        <w:rPr>
          <w:lang w:val="es-ES"/>
        </w:rPr>
        <w:t xml:space="preserve"> (QUARTO TRIPLO).</w:t>
      </w:r>
    </w:p>
    <w:p w14:paraId="74C55153" w14:textId="77777777" w:rsidR="00101E7A" w:rsidRPr="00752FC8" w:rsidRDefault="00101E7A">
      <w:pPr>
        <w:rPr>
          <w:lang w:val="es-ES"/>
        </w:rPr>
      </w:pPr>
    </w:p>
    <w:p w14:paraId="50CDDDA7" w14:textId="77777777" w:rsidR="00101E7A" w:rsidRPr="00752FC8" w:rsidRDefault="0036337E">
      <w:pPr>
        <w:pStyle w:val="Ttulo1"/>
        <w:rPr>
          <w:lang w:val="es-ES"/>
        </w:rPr>
      </w:pPr>
      <w:r w:rsidRPr="00752FC8">
        <w:rPr>
          <w:lang w:val="es-ES"/>
        </w:rPr>
        <w:t>ITINERÁRIO</w:t>
      </w:r>
    </w:p>
    <w:p w14:paraId="04BD3D4B" w14:textId="77777777" w:rsidR="00101E7A" w:rsidRPr="00752FC8" w:rsidRDefault="0036337E">
      <w:pPr>
        <w:pStyle w:val="Ttulo2"/>
        <w:rPr>
          <w:lang w:val="es-ES"/>
        </w:rPr>
      </w:pPr>
      <w:r w:rsidRPr="00752FC8">
        <w:rPr>
          <w:lang w:val="es-ES"/>
        </w:rPr>
        <w:t>DIA 1 DOM FRANKFURT</w:t>
      </w:r>
    </w:p>
    <w:p w14:paraId="6AE50FC1" w14:textId="77777777" w:rsidR="00101E7A" w:rsidRPr="00752FC8" w:rsidRDefault="0036337E">
      <w:pPr>
        <w:rPr>
          <w:lang w:val="es-ES"/>
        </w:rPr>
      </w:pPr>
      <w:proofErr w:type="spellStart"/>
      <w:r w:rsidRPr="00752FC8">
        <w:rPr>
          <w:lang w:val="es-ES"/>
        </w:rPr>
        <w:t>Chegada</w:t>
      </w:r>
      <w:proofErr w:type="spellEnd"/>
      <w:r w:rsidRPr="00752FC8">
        <w:rPr>
          <w:lang w:val="es-ES"/>
        </w:rPr>
        <w:t xml:space="preserve"> a Frankfurt e traslado </w:t>
      </w:r>
      <w:proofErr w:type="spellStart"/>
      <w:r w:rsidRPr="00752FC8">
        <w:rPr>
          <w:lang w:val="es-ES"/>
        </w:rPr>
        <w:t>ao</w:t>
      </w:r>
      <w:proofErr w:type="spellEnd"/>
      <w:r w:rsidRPr="00752FC8">
        <w:rPr>
          <w:lang w:val="es-ES"/>
        </w:rPr>
        <w:t xml:space="preserve"> hotel. O </w:t>
      </w:r>
      <w:proofErr w:type="spellStart"/>
      <w:r w:rsidRPr="00752FC8">
        <w:rPr>
          <w:lang w:val="es-ES"/>
        </w:rPr>
        <w:t>guia</w:t>
      </w:r>
      <w:proofErr w:type="spellEnd"/>
      <w:r w:rsidRPr="00752FC8">
        <w:rPr>
          <w:lang w:val="es-ES"/>
        </w:rPr>
        <w:t xml:space="preserve"> estará no hotel a partir das 19h00.</w:t>
      </w:r>
    </w:p>
    <w:p w14:paraId="709A5114" w14:textId="77777777" w:rsidR="00101E7A" w:rsidRPr="00752FC8" w:rsidRDefault="00101E7A">
      <w:pPr>
        <w:rPr>
          <w:lang w:val="es-ES"/>
        </w:rPr>
      </w:pPr>
    </w:p>
    <w:p w14:paraId="6B2550BE" w14:textId="77777777" w:rsidR="00101E7A" w:rsidRPr="00752FC8" w:rsidRDefault="0036337E">
      <w:pPr>
        <w:pStyle w:val="Ttulo2"/>
        <w:rPr>
          <w:lang w:val="es-ES"/>
        </w:rPr>
      </w:pPr>
      <w:r w:rsidRPr="00752FC8">
        <w:rPr>
          <w:lang w:val="es-ES"/>
        </w:rPr>
        <w:t>DIA 2 SEG FRANKFURT - ROTHENBURG - HEIDELBERG</w:t>
      </w:r>
    </w:p>
    <w:p w14:paraId="11977932" w14:textId="77777777" w:rsidR="00101E7A" w:rsidRPr="00752FC8" w:rsidRDefault="0036337E">
      <w:pPr>
        <w:rPr>
          <w:lang w:val="es-ES"/>
        </w:rPr>
      </w:pPr>
      <w:proofErr w:type="spellStart"/>
      <w:r w:rsidRPr="00752FC8">
        <w:rPr>
          <w:lang w:val="es-ES"/>
        </w:rPr>
        <w:t>Após</w:t>
      </w:r>
      <w:proofErr w:type="spellEnd"/>
      <w:r w:rsidRPr="00752FC8">
        <w:rPr>
          <w:lang w:val="es-ES"/>
        </w:rPr>
        <w:t xml:space="preserve"> o café da </w:t>
      </w:r>
      <w:proofErr w:type="spellStart"/>
      <w:r w:rsidRPr="00752FC8">
        <w:rPr>
          <w:lang w:val="es-ES"/>
        </w:rPr>
        <w:t>manhã</w:t>
      </w:r>
      <w:proofErr w:type="spellEnd"/>
      <w:r w:rsidRPr="00752FC8">
        <w:rPr>
          <w:lang w:val="es-ES"/>
        </w:rPr>
        <w:t xml:space="preserve">, realizaremos a visita da </w:t>
      </w:r>
      <w:proofErr w:type="spellStart"/>
      <w:r w:rsidRPr="00752FC8">
        <w:rPr>
          <w:lang w:val="es-ES"/>
        </w:rPr>
        <w:t>cidade</w:t>
      </w:r>
      <w:proofErr w:type="spellEnd"/>
      <w:r w:rsidRPr="00752FC8">
        <w:rPr>
          <w:lang w:val="es-ES"/>
        </w:rPr>
        <w:t xml:space="preserve"> de Frankfurt, onde </w:t>
      </w:r>
      <w:proofErr w:type="spellStart"/>
      <w:r w:rsidRPr="00752FC8">
        <w:rPr>
          <w:lang w:val="es-ES"/>
        </w:rPr>
        <w:t>conheceremos</w:t>
      </w:r>
      <w:proofErr w:type="spellEnd"/>
      <w:r w:rsidRPr="00752FC8">
        <w:rPr>
          <w:lang w:val="es-ES"/>
        </w:rPr>
        <w:t xml:space="preserve"> o centro histórico </w:t>
      </w:r>
      <w:proofErr w:type="spellStart"/>
      <w:r w:rsidRPr="00752FC8">
        <w:rPr>
          <w:lang w:val="es-ES"/>
        </w:rPr>
        <w:t>com</w:t>
      </w:r>
      <w:proofErr w:type="spellEnd"/>
      <w:r w:rsidRPr="00752FC8">
        <w:rPr>
          <w:lang w:val="es-ES"/>
        </w:rPr>
        <w:t xml:space="preserve"> o </w:t>
      </w:r>
      <w:proofErr w:type="spellStart"/>
      <w:r w:rsidRPr="00752FC8">
        <w:rPr>
          <w:lang w:val="es-ES"/>
        </w:rPr>
        <w:t>Römer</w:t>
      </w:r>
      <w:proofErr w:type="spellEnd"/>
      <w:r w:rsidRPr="00752FC8">
        <w:rPr>
          <w:lang w:val="es-ES"/>
        </w:rPr>
        <w:t xml:space="preserve">, a </w:t>
      </w:r>
      <w:proofErr w:type="spellStart"/>
      <w:r w:rsidRPr="00752FC8">
        <w:rPr>
          <w:lang w:val="es-ES"/>
        </w:rPr>
        <w:t>Prefeitura</w:t>
      </w:r>
      <w:proofErr w:type="spellEnd"/>
      <w:r w:rsidRPr="00752FC8">
        <w:rPr>
          <w:lang w:val="es-ES"/>
        </w:rPr>
        <w:t xml:space="preserve">, a Catedral e a </w:t>
      </w:r>
      <w:proofErr w:type="spellStart"/>
      <w:r w:rsidRPr="00752FC8">
        <w:rPr>
          <w:lang w:val="es-ES"/>
        </w:rPr>
        <w:t>Paulskirche</w:t>
      </w:r>
      <w:proofErr w:type="spellEnd"/>
      <w:r w:rsidRPr="00752FC8">
        <w:rPr>
          <w:lang w:val="es-ES"/>
        </w:rPr>
        <w:t xml:space="preserve"> (Igreja de São Paulo). </w:t>
      </w:r>
      <w:proofErr w:type="spellStart"/>
      <w:r w:rsidRPr="00752FC8">
        <w:rPr>
          <w:lang w:val="es-ES"/>
        </w:rPr>
        <w:t>Também</w:t>
      </w:r>
      <w:proofErr w:type="spellEnd"/>
      <w:r w:rsidRPr="00752FC8">
        <w:rPr>
          <w:lang w:val="es-ES"/>
        </w:rPr>
        <w:t xml:space="preserve"> veremos a Casa de Goethe, local de </w:t>
      </w:r>
      <w:proofErr w:type="spellStart"/>
      <w:r w:rsidRPr="00752FC8">
        <w:rPr>
          <w:lang w:val="es-ES"/>
        </w:rPr>
        <w:t>nascimento</w:t>
      </w:r>
      <w:proofErr w:type="spellEnd"/>
      <w:r w:rsidRPr="00752FC8">
        <w:rPr>
          <w:lang w:val="es-ES"/>
        </w:rPr>
        <w:t xml:space="preserve"> do grande poeta </w:t>
      </w:r>
      <w:proofErr w:type="spellStart"/>
      <w:r w:rsidRPr="00752FC8">
        <w:rPr>
          <w:lang w:val="es-ES"/>
        </w:rPr>
        <w:t>alemão</w:t>
      </w:r>
      <w:proofErr w:type="spellEnd"/>
      <w:r w:rsidRPr="00752FC8">
        <w:rPr>
          <w:lang w:val="es-ES"/>
        </w:rPr>
        <w:t xml:space="preserve">, </w:t>
      </w:r>
      <w:proofErr w:type="spellStart"/>
      <w:r w:rsidRPr="00752FC8">
        <w:rPr>
          <w:lang w:val="es-ES"/>
        </w:rPr>
        <w:t>assim</w:t>
      </w:r>
      <w:proofErr w:type="spellEnd"/>
      <w:r w:rsidRPr="00752FC8">
        <w:rPr>
          <w:lang w:val="es-ES"/>
        </w:rPr>
        <w:t xml:space="preserve"> como as </w:t>
      </w:r>
      <w:proofErr w:type="spellStart"/>
      <w:r w:rsidRPr="00752FC8">
        <w:rPr>
          <w:lang w:val="es-ES"/>
        </w:rPr>
        <w:t>instalações</w:t>
      </w:r>
      <w:proofErr w:type="spellEnd"/>
      <w:r w:rsidRPr="00752FC8">
        <w:rPr>
          <w:lang w:val="es-ES"/>
        </w:rPr>
        <w:t xml:space="preserve"> da Feira de Frankfurt, sede de </w:t>
      </w:r>
      <w:proofErr w:type="spellStart"/>
      <w:r w:rsidRPr="00752FC8">
        <w:rPr>
          <w:lang w:val="es-ES"/>
        </w:rPr>
        <w:t>exposições</w:t>
      </w:r>
      <w:proofErr w:type="spellEnd"/>
      <w:r w:rsidRPr="00752FC8">
        <w:rPr>
          <w:lang w:val="es-ES"/>
        </w:rPr>
        <w:t xml:space="preserve"> </w:t>
      </w:r>
      <w:proofErr w:type="spellStart"/>
      <w:r w:rsidRPr="00752FC8">
        <w:rPr>
          <w:lang w:val="es-ES"/>
        </w:rPr>
        <w:t>internacionais</w:t>
      </w:r>
      <w:proofErr w:type="spellEnd"/>
      <w:r w:rsidRPr="00752FC8">
        <w:rPr>
          <w:lang w:val="es-ES"/>
        </w:rPr>
        <w:t xml:space="preserve">. Veremos a Alte </w:t>
      </w:r>
      <w:proofErr w:type="spellStart"/>
      <w:r w:rsidRPr="00752FC8">
        <w:rPr>
          <w:lang w:val="es-ES"/>
        </w:rPr>
        <w:t>Oper</w:t>
      </w:r>
      <w:proofErr w:type="spellEnd"/>
      <w:r w:rsidRPr="00752FC8">
        <w:rPr>
          <w:lang w:val="es-ES"/>
        </w:rPr>
        <w:t xml:space="preserve"> (Ópera </w:t>
      </w:r>
      <w:proofErr w:type="spellStart"/>
      <w:r w:rsidRPr="00752FC8">
        <w:rPr>
          <w:lang w:val="es-ES"/>
        </w:rPr>
        <w:t>Antiga</w:t>
      </w:r>
      <w:proofErr w:type="spellEnd"/>
      <w:r w:rsidRPr="00752FC8">
        <w:rPr>
          <w:lang w:val="es-ES"/>
        </w:rPr>
        <w:t xml:space="preserve">) e o distrito </w:t>
      </w:r>
      <w:proofErr w:type="spellStart"/>
      <w:r w:rsidRPr="00752FC8">
        <w:rPr>
          <w:lang w:val="es-ES"/>
        </w:rPr>
        <w:t>financeiro</w:t>
      </w:r>
      <w:proofErr w:type="spellEnd"/>
      <w:r w:rsidRPr="00752FC8">
        <w:rPr>
          <w:lang w:val="es-ES"/>
        </w:rPr>
        <w:t xml:space="preserve">, </w:t>
      </w:r>
      <w:proofErr w:type="spellStart"/>
      <w:r w:rsidRPr="00752FC8">
        <w:rPr>
          <w:lang w:val="es-ES"/>
        </w:rPr>
        <w:t>com</w:t>
      </w:r>
      <w:proofErr w:type="spellEnd"/>
      <w:r w:rsidRPr="00752FC8">
        <w:rPr>
          <w:lang w:val="es-ES"/>
        </w:rPr>
        <w:t xml:space="preserve"> </w:t>
      </w:r>
      <w:proofErr w:type="spellStart"/>
      <w:r w:rsidRPr="00752FC8">
        <w:rPr>
          <w:lang w:val="es-ES"/>
        </w:rPr>
        <w:t>seus</w:t>
      </w:r>
      <w:proofErr w:type="spellEnd"/>
      <w:r w:rsidRPr="00752FC8">
        <w:rPr>
          <w:lang w:val="es-ES"/>
        </w:rPr>
        <w:t xml:space="preserve"> </w:t>
      </w:r>
      <w:proofErr w:type="spellStart"/>
      <w:r w:rsidRPr="00752FC8">
        <w:rPr>
          <w:lang w:val="es-ES"/>
        </w:rPr>
        <w:t>arranha-céus</w:t>
      </w:r>
      <w:proofErr w:type="spellEnd"/>
      <w:r w:rsidRPr="00752FC8">
        <w:rPr>
          <w:lang w:val="es-ES"/>
        </w:rPr>
        <w:t xml:space="preserve">, entre eles </w:t>
      </w:r>
      <w:proofErr w:type="spellStart"/>
      <w:r w:rsidRPr="00752FC8">
        <w:rPr>
          <w:lang w:val="es-ES"/>
        </w:rPr>
        <w:t>alguns</w:t>
      </w:r>
      <w:proofErr w:type="spellEnd"/>
      <w:r w:rsidRPr="00752FC8">
        <w:rPr>
          <w:lang w:val="es-ES"/>
        </w:rPr>
        <w:t xml:space="preserve"> dos </w:t>
      </w:r>
      <w:proofErr w:type="spellStart"/>
      <w:r w:rsidRPr="00752FC8">
        <w:rPr>
          <w:lang w:val="es-ES"/>
        </w:rPr>
        <w:t>mais</w:t>
      </w:r>
      <w:proofErr w:type="spellEnd"/>
      <w:r w:rsidRPr="00752FC8">
        <w:rPr>
          <w:lang w:val="es-ES"/>
        </w:rPr>
        <w:t xml:space="preserve"> altos da Europa. </w:t>
      </w:r>
      <w:proofErr w:type="spellStart"/>
      <w:r w:rsidRPr="00752FC8">
        <w:rPr>
          <w:lang w:val="es-ES"/>
        </w:rPr>
        <w:t>Além</w:t>
      </w:r>
      <w:proofErr w:type="spellEnd"/>
      <w:r w:rsidRPr="00752FC8">
        <w:rPr>
          <w:lang w:val="es-ES"/>
        </w:rPr>
        <w:t xml:space="preserve"> </w:t>
      </w:r>
      <w:proofErr w:type="spellStart"/>
      <w:r w:rsidRPr="00752FC8">
        <w:rPr>
          <w:lang w:val="es-ES"/>
        </w:rPr>
        <w:t>disso</w:t>
      </w:r>
      <w:proofErr w:type="spellEnd"/>
      <w:r w:rsidRPr="00752FC8">
        <w:rPr>
          <w:lang w:val="es-ES"/>
        </w:rPr>
        <w:t xml:space="preserve">, </w:t>
      </w:r>
      <w:proofErr w:type="spellStart"/>
      <w:r w:rsidRPr="00752FC8">
        <w:rPr>
          <w:lang w:val="es-ES"/>
        </w:rPr>
        <w:t>passaremos</w:t>
      </w:r>
      <w:proofErr w:type="spellEnd"/>
      <w:r w:rsidRPr="00752FC8">
        <w:rPr>
          <w:lang w:val="es-ES"/>
        </w:rPr>
        <w:t xml:space="preserve"> pelo Banco Central </w:t>
      </w:r>
      <w:proofErr w:type="spellStart"/>
      <w:r w:rsidRPr="00752FC8">
        <w:rPr>
          <w:lang w:val="es-ES"/>
        </w:rPr>
        <w:t>Europeu</w:t>
      </w:r>
      <w:proofErr w:type="spellEnd"/>
      <w:r w:rsidRPr="00752FC8">
        <w:rPr>
          <w:lang w:val="es-ES"/>
        </w:rPr>
        <w:t xml:space="preserve">, a </w:t>
      </w:r>
      <w:proofErr w:type="spellStart"/>
      <w:r w:rsidRPr="00752FC8">
        <w:rPr>
          <w:lang w:val="es-ES"/>
        </w:rPr>
        <w:t>Hauptwache</w:t>
      </w:r>
      <w:proofErr w:type="spellEnd"/>
      <w:r w:rsidRPr="00752FC8">
        <w:rPr>
          <w:lang w:val="es-ES"/>
        </w:rPr>
        <w:t xml:space="preserve"> e a </w:t>
      </w:r>
      <w:proofErr w:type="spellStart"/>
      <w:r w:rsidRPr="00752FC8">
        <w:rPr>
          <w:lang w:val="es-ES"/>
        </w:rPr>
        <w:t>rua</w:t>
      </w:r>
      <w:proofErr w:type="spellEnd"/>
      <w:r w:rsidRPr="00752FC8">
        <w:rPr>
          <w:lang w:val="es-ES"/>
        </w:rPr>
        <w:t xml:space="preserve"> comercial '</w:t>
      </w:r>
      <w:proofErr w:type="spellStart"/>
      <w:r w:rsidRPr="00752FC8">
        <w:rPr>
          <w:lang w:val="es-ES"/>
        </w:rPr>
        <w:t>Zeil</w:t>
      </w:r>
      <w:proofErr w:type="spellEnd"/>
      <w:r w:rsidRPr="00752FC8">
        <w:rPr>
          <w:lang w:val="es-ES"/>
        </w:rPr>
        <w:t xml:space="preserve">', </w:t>
      </w:r>
      <w:proofErr w:type="spellStart"/>
      <w:r w:rsidRPr="00752FC8">
        <w:rPr>
          <w:lang w:val="es-ES"/>
        </w:rPr>
        <w:t>assim</w:t>
      </w:r>
      <w:proofErr w:type="spellEnd"/>
      <w:r w:rsidRPr="00752FC8">
        <w:rPr>
          <w:lang w:val="es-ES"/>
        </w:rPr>
        <w:t xml:space="preserve"> como pelas torres das </w:t>
      </w:r>
      <w:proofErr w:type="spellStart"/>
      <w:r w:rsidRPr="00752FC8">
        <w:rPr>
          <w:lang w:val="es-ES"/>
        </w:rPr>
        <w:t>antigas</w:t>
      </w:r>
      <w:proofErr w:type="spellEnd"/>
      <w:r w:rsidRPr="00752FC8">
        <w:rPr>
          <w:lang w:val="es-ES"/>
        </w:rPr>
        <w:t xml:space="preserve"> </w:t>
      </w:r>
      <w:proofErr w:type="spellStart"/>
      <w:r w:rsidRPr="00752FC8">
        <w:rPr>
          <w:lang w:val="es-ES"/>
        </w:rPr>
        <w:t>muralhas</w:t>
      </w:r>
      <w:proofErr w:type="spellEnd"/>
      <w:r w:rsidRPr="00752FC8">
        <w:rPr>
          <w:lang w:val="es-ES"/>
        </w:rPr>
        <w:t xml:space="preserve"> e os </w:t>
      </w:r>
      <w:proofErr w:type="spellStart"/>
      <w:r w:rsidRPr="00752FC8">
        <w:rPr>
          <w:lang w:val="es-ES"/>
        </w:rPr>
        <w:t>museus</w:t>
      </w:r>
      <w:proofErr w:type="spellEnd"/>
      <w:r w:rsidRPr="00752FC8">
        <w:rPr>
          <w:lang w:val="es-ES"/>
        </w:rPr>
        <w:t xml:space="preserve"> </w:t>
      </w:r>
      <w:proofErr w:type="spellStart"/>
      <w:r w:rsidRPr="00752FC8">
        <w:rPr>
          <w:lang w:val="es-ES"/>
        </w:rPr>
        <w:t>às</w:t>
      </w:r>
      <w:proofErr w:type="spellEnd"/>
      <w:r w:rsidRPr="00752FC8">
        <w:rPr>
          <w:lang w:val="es-ES"/>
        </w:rPr>
        <w:t xml:space="preserve"> </w:t>
      </w:r>
      <w:proofErr w:type="spellStart"/>
      <w:r w:rsidRPr="00752FC8">
        <w:rPr>
          <w:lang w:val="es-ES"/>
        </w:rPr>
        <w:t>margens</w:t>
      </w:r>
      <w:proofErr w:type="spellEnd"/>
      <w:r w:rsidRPr="00752FC8">
        <w:rPr>
          <w:lang w:val="es-ES"/>
        </w:rPr>
        <w:t xml:space="preserve"> do Reno. </w:t>
      </w:r>
      <w:proofErr w:type="spellStart"/>
      <w:r w:rsidRPr="00752FC8">
        <w:rPr>
          <w:lang w:val="de-AT"/>
        </w:rPr>
        <w:t>Em</w:t>
      </w:r>
      <w:proofErr w:type="spellEnd"/>
      <w:r w:rsidRPr="00752FC8">
        <w:rPr>
          <w:lang w:val="de-AT"/>
        </w:rPr>
        <w:t xml:space="preserve"> </w:t>
      </w:r>
      <w:proofErr w:type="spellStart"/>
      <w:r w:rsidRPr="00752FC8">
        <w:rPr>
          <w:lang w:val="de-AT"/>
        </w:rPr>
        <w:t>seguida</w:t>
      </w:r>
      <w:proofErr w:type="spellEnd"/>
      <w:r w:rsidRPr="00752FC8">
        <w:rPr>
          <w:lang w:val="de-AT"/>
        </w:rPr>
        <w:t xml:space="preserve">, </w:t>
      </w:r>
      <w:proofErr w:type="spellStart"/>
      <w:r w:rsidRPr="00752FC8">
        <w:rPr>
          <w:lang w:val="de-AT"/>
        </w:rPr>
        <w:t>saída</w:t>
      </w:r>
      <w:proofErr w:type="spellEnd"/>
      <w:r w:rsidRPr="00752FC8">
        <w:rPr>
          <w:lang w:val="de-AT"/>
        </w:rPr>
        <w:t xml:space="preserve"> </w:t>
      </w:r>
      <w:proofErr w:type="spellStart"/>
      <w:r w:rsidRPr="00752FC8">
        <w:rPr>
          <w:lang w:val="de-AT"/>
        </w:rPr>
        <w:t>em</w:t>
      </w:r>
      <w:proofErr w:type="spellEnd"/>
      <w:r w:rsidRPr="00752FC8">
        <w:rPr>
          <w:lang w:val="de-AT"/>
        </w:rPr>
        <w:t xml:space="preserve"> </w:t>
      </w:r>
      <w:proofErr w:type="spellStart"/>
      <w:r w:rsidRPr="00752FC8">
        <w:rPr>
          <w:lang w:val="de-AT"/>
        </w:rPr>
        <w:t>direção</w:t>
      </w:r>
      <w:proofErr w:type="spellEnd"/>
      <w:r w:rsidRPr="00752FC8">
        <w:rPr>
          <w:lang w:val="de-AT"/>
        </w:rPr>
        <w:t xml:space="preserve"> a Rothenburg ob der Tauber. </w:t>
      </w:r>
      <w:proofErr w:type="spellStart"/>
      <w:r w:rsidRPr="00752FC8">
        <w:rPr>
          <w:lang w:val="es-ES"/>
        </w:rPr>
        <w:t>Ao</w:t>
      </w:r>
      <w:proofErr w:type="spellEnd"/>
      <w:r w:rsidRPr="00752FC8">
        <w:rPr>
          <w:lang w:val="es-ES"/>
        </w:rPr>
        <w:t xml:space="preserve"> </w:t>
      </w:r>
      <w:proofErr w:type="spellStart"/>
      <w:r w:rsidRPr="00752FC8">
        <w:rPr>
          <w:lang w:val="es-ES"/>
        </w:rPr>
        <w:t>chegar</w:t>
      </w:r>
      <w:proofErr w:type="spellEnd"/>
      <w:r w:rsidRPr="00752FC8">
        <w:rPr>
          <w:lang w:val="es-ES"/>
        </w:rPr>
        <w:t xml:space="preserve">, a </w:t>
      </w:r>
      <w:proofErr w:type="spellStart"/>
      <w:r w:rsidRPr="00752FC8">
        <w:rPr>
          <w:lang w:val="es-ES"/>
        </w:rPr>
        <w:t>cidade</w:t>
      </w:r>
      <w:proofErr w:type="spellEnd"/>
      <w:r w:rsidRPr="00752FC8">
        <w:rPr>
          <w:lang w:val="es-ES"/>
        </w:rPr>
        <w:t xml:space="preserve"> </w:t>
      </w:r>
      <w:proofErr w:type="spellStart"/>
      <w:r w:rsidRPr="00752FC8">
        <w:rPr>
          <w:lang w:val="es-ES"/>
        </w:rPr>
        <w:t>oferece</w:t>
      </w:r>
      <w:proofErr w:type="spellEnd"/>
      <w:r w:rsidRPr="00752FC8">
        <w:rPr>
          <w:lang w:val="es-ES"/>
        </w:rPr>
        <w:t xml:space="preserve"> </w:t>
      </w:r>
      <w:proofErr w:type="spellStart"/>
      <w:r w:rsidRPr="00752FC8">
        <w:rPr>
          <w:lang w:val="es-ES"/>
        </w:rPr>
        <w:t>uma</w:t>
      </w:r>
      <w:proofErr w:type="spellEnd"/>
      <w:r w:rsidRPr="00752FC8">
        <w:rPr>
          <w:lang w:val="es-ES"/>
        </w:rPr>
        <w:t xml:space="preserve"> </w:t>
      </w:r>
      <w:proofErr w:type="spellStart"/>
      <w:r w:rsidRPr="00752FC8">
        <w:rPr>
          <w:lang w:val="es-ES"/>
        </w:rPr>
        <w:t>autêntica</w:t>
      </w:r>
      <w:proofErr w:type="spellEnd"/>
      <w:r w:rsidRPr="00752FC8">
        <w:rPr>
          <w:lang w:val="es-ES"/>
        </w:rPr>
        <w:t xml:space="preserve"> </w:t>
      </w:r>
      <w:proofErr w:type="spellStart"/>
      <w:r w:rsidRPr="00752FC8">
        <w:rPr>
          <w:lang w:val="es-ES"/>
        </w:rPr>
        <w:t>paisagem</w:t>
      </w:r>
      <w:proofErr w:type="spellEnd"/>
      <w:r w:rsidRPr="00752FC8">
        <w:rPr>
          <w:lang w:val="es-ES"/>
        </w:rPr>
        <w:t xml:space="preserve"> medieval, </w:t>
      </w:r>
      <w:proofErr w:type="spellStart"/>
      <w:r w:rsidRPr="00752FC8">
        <w:rPr>
          <w:lang w:val="es-ES"/>
        </w:rPr>
        <w:t>com</w:t>
      </w:r>
      <w:proofErr w:type="spellEnd"/>
      <w:r w:rsidRPr="00752FC8">
        <w:rPr>
          <w:lang w:val="es-ES"/>
        </w:rPr>
        <w:t xml:space="preserve"> </w:t>
      </w:r>
      <w:proofErr w:type="spellStart"/>
      <w:r w:rsidRPr="00752FC8">
        <w:rPr>
          <w:lang w:val="es-ES"/>
        </w:rPr>
        <w:t>suas</w:t>
      </w:r>
      <w:proofErr w:type="spellEnd"/>
      <w:r w:rsidRPr="00752FC8">
        <w:rPr>
          <w:lang w:val="es-ES"/>
        </w:rPr>
        <w:t xml:space="preserve"> </w:t>
      </w:r>
      <w:proofErr w:type="spellStart"/>
      <w:r w:rsidRPr="00752FC8">
        <w:rPr>
          <w:lang w:val="es-ES"/>
        </w:rPr>
        <w:t>muralhas</w:t>
      </w:r>
      <w:proofErr w:type="spellEnd"/>
      <w:r w:rsidRPr="00752FC8">
        <w:rPr>
          <w:lang w:val="es-ES"/>
        </w:rPr>
        <w:t xml:space="preserve"> </w:t>
      </w:r>
      <w:proofErr w:type="spellStart"/>
      <w:r w:rsidRPr="00752FC8">
        <w:rPr>
          <w:lang w:val="es-ES"/>
        </w:rPr>
        <w:t>perfeitamente</w:t>
      </w:r>
      <w:proofErr w:type="spellEnd"/>
      <w:r w:rsidRPr="00752FC8">
        <w:rPr>
          <w:lang w:val="es-ES"/>
        </w:rPr>
        <w:t xml:space="preserve"> conservadas e </w:t>
      </w:r>
      <w:proofErr w:type="spellStart"/>
      <w:r w:rsidRPr="00752FC8">
        <w:rPr>
          <w:lang w:val="es-ES"/>
        </w:rPr>
        <w:t>ruas</w:t>
      </w:r>
      <w:proofErr w:type="spellEnd"/>
      <w:r w:rsidRPr="00752FC8">
        <w:rPr>
          <w:lang w:val="es-ES"/>
        </w:rPr>
        <w:t xml:space="preserve"> de paralelepípedos que </w:t>
      </w:r>
      <w:proofErr w:type="spellStart"/>
      <w:r w:rsidRPr="00752FC8">
        <w:rPr>
          <w:lang w:val="es-ES"/>
        </w:rPr>
        <w:t>evocam</w:t>
      </w:r>
      <w:proofErr w:type="spellEnd"/>
      <w:r w:rsidRPr="00752FC8">
        <w:rPr>
          <w:lang w:val="es-ES"/>
        </w:rPr>
        <w:t xml:space="preserve"> tempos de </w:t>
      </w:r>
      <w:proofErr w:type="spellStart"/>
      <w:r w:rsidRPr="00752FC8">
        <w:rPr>
          <w:lang w:val="es-ES"/>
        </w:rPr>
        <w:t>cavaleiros</w:t>
      </w:r>
      <w:proofErr w:type="spellEnd"/>
      <w:r w:rsidRPr="00752FC8">
        <w:rPr>
          <w:lang w:val="es-ES"/>
        </w:rPr>
        <w:t xml:space="preserve"> e </w:t>
      </w:r>
      <w:proofErr w:type="spellStart"/>
      <w:r w:rsidRPr="00752FC8">
        <w:rPr>
          <w:lang w:val="es-ES"/>
        </w:rPr>
        <w:t>donzelas</w:t>
      </w:r>
      <w:proofErr w:type="spellEnd"/>
      <w:r w:rsidRPr="00752FC8">
        <w:rPr>
          <w:lang w:val="es-ES"/>
        </w:rPr>
        <w:t xml:space="preserve">. A </w:t>
      </w:r>
      <w:proofErr w:type="spellStart"/>
      <w:r w:rsidRPr="00752FC8">
        <w:rPr>
          <w:lang w:val="es-ES"/>
        </w:rPr>
        <w:t>praça</w:t>
      </w:r>
      <w:proofErr w:type="spellEnd"/>
      <w:r w:rsidRPr="00752FC8">
        <w:rPr>
          <w:lang w:val="es-ES"/>
        </w:rPr>
        <w:t xml:space="preserve"> do </w:t>
      </w:r>
      <w:r w:rsidRPr="00752FC8">
        <w:rPr>
          <w:lang w:val="es-ES"/>
        </w:rPr>
        <w:lastRenderedPageBreak/>
        <w:t xml:space="preserve">mercado, </w:t>
      </w:r>
      <w:proofErr w:type="spellStart"/>
      <w:r w:rsidRPr="00752FC8">
        <w:rPr>
          <w:lang w:val="es-ES"/>
        </w:rPr>
        <w:t>com</w:t>
      </w:r>
      <w:proofErr w:type="spellEnd"/>
      <w:r w:rsidRPr="00752FC8">
        <w:rPr>
          <w:lang w:val="es-ES"/>
        </w:rPr>
        <w:t xml:space="preserve"> </w:t>
      </w:r>
      <w:proofErr w:type="spellStart"/>
      <w:r w:rsidRPr="00752FC8">
        <w:rPr>
          <w:lang w:val="es-ES"/>
        </w:rPr>
        <w:t>sua</w:t>
      </w:r>
      <w:proofErr w:type="spellEnd"/>
      <w:r w:rsidRPr="00752FC8">
        <w:rPr>
          <w:lang w:val="es-ES"/>
        </w:rPr>
        <w:t xml:space="preserve"> </w:t>
      </w:r>
      <w:proofErr w:type="spellStart"/>
      <w:r w:rsidRPr="00752FC8">
        <w:rPr>
          <w:lang w:val="es-ES"/>
        </w:rPr>
        <w:t>pitoresca</w:t>
      </w:r>
      <w:proofErr w:type="spellEnd"/>
      <w:r w:rsidRPr="00752FC8">
        <w:rPr>
          <w:lang w:val="es-ES"/>
        </w:rPr>
        <w:t xml:space="preserve"> </w:t>
      </w:r>
      <w:proofErr w:type="spellStart"/>
      <w:r w:rsidRPr="00752FC8">
        <w:rPr>
          <w:lang w:val="es-ES"/>
        </w:rPr>
        <w:t>prefeitura</w:t>
      </w:r>
      <w:proofErr w:type="spellEnd"/>
      <w:r w:rsidRPr="00752FC8">
        <w:rPr>
          <w:lang w:val="es-ES"/>
        </w:rPr>
        <w:t xml:space="preserve"> e casas em </w:t>
      </w:r>
      <w:proofErr w:type="spellStart"/>
      <w:r w:rsidRPr="00752FC8">
        <w:rPr>
          <w:lang w:val="es-ES"/>
        </w:rPr>
        <w:t>enxaimel</w:t>
      </w:r>
      <w:proofErr w:type="spellEnd"/>
      <w:r w:rsidRPr="00752FC8">
        <w:rPr>
          <w:lang w:val="es-ES"/>
        </w:rPr>
        <w:t xml:space="preserve">, </w:t>
      </w:r>
      <w:proofErr w:type="spellStart"/>
      <w:r w:rsidRPr="00752FC8">
        <w:rPr>
          <w:lang w:val="es-ES"/>
        </w:rPr>
        <w:t>constitui</w:t>
      </w:r>
      <w:proofErr w:type="spellEnd"/>
      <w:r w:rsidRPr="00752FC8">
        <w:rPr>
          <w:lang w:val="es-ES"/>
        </w:rPr>
        <w:t xml:space="preserve"> o </w:t>
      </w:r>
      <w:proofErr w:type="spellStart"/>
      <w:r w:rsidRPr="00752FC8">
        <w:rPr>
          <w:lang w:val="es-ES"/>
        </w:rPr>
        <w:t>coração</w:t>
      </w:r>
      <w:proofErr w:type="spellEnd"/>
      <w:r w:rsidRPr="00752FC8">
        <w:rPr>
          <w:lang w:val="es-ES"/>
        </w:rPr>
        <w:t xml:space="preserve"> </w:t>
      </w:r>
      <w:proofErr w:type="spellStart"/>
      <w:r w:rsidRPr="00752FC8">
        <w:rPr>
          <w:lang w:val="es-ES"/>
        </w:rPr>
        <w:t>deste</w:t>
      </w:r>
      <w:proofErr w:type="spellEnd"/>
      <w:r w:rsidRPr="00752FC8">
        <w:rPr>
          <w:lang w:val="es-ES"/>
        </w:rPr>
        <w:t xml:space="preserve"> destino. À tarde, </w:t>
      </w:r>
      <w:proofErr w:type="spellStart"/>
      <w:r w:rsidRPr="00752FC8">
        <w:rPr>
          <w:lang w:val="es-ES"/>
        </w:rPr>
        <w:t>continuação</w:t>
      </w:r>
      <w:proofErr w:type="spellEnd"/>
      <w:r w:rsidRPr="00752FC8">
        <w:rPr>
          <w:lang w:val="es-ES"/>
        </w:rPr>
        <w:t xml:space="preserve"> até Heidelberg. </w:t>
      </w:r>
      <w:proofErr w:type="spellStart"/>
      <w:r w:rsidRPr="00752FC8">
        <w:rPr>
          <w:lang w:val="es-ES"/>
        </w:rPr>
        <w:t>Hospedagem</w:t>
      </w:r>
      <w:proofErr w:type="spellEnd"/>
      <w:r w:rsidRPr="00752FC8">
        <w:rPr>
          <w:lang w:val="es-ES"/>
        </w:rPr>
        <w:t>.</w:t>
      </w:r>
    </w:p>
    <w:p w14:paraId="7B11237D" w14:textId="77777777" w:rsidR="00101E7A" w:rsidRPr="00752FC8" w:rsidRDefault="00101E7A">
      <w:pPr>
        <w:rPr>
          <w:lang w:val="es-ES"/>
        </w:rPr>
      </w:pPr>
    </w:p>
    <w:p w14:paraId="5B8B78AE" w14:textId="77777777" w:rsidR="00101E7A" w:rsidRPr="00752FC8" w:rsidRDefault="0036337E">
      <w:pPr>
        <w:pStyle w:val="Ttulo2"/>
        <w:rPr>
          <w:lang w:val="es-ES"/>
        </w:rPr>
      </w:pPr>
      <w:r w:rsidRPr="00752FC8">
        <w:rPr>
          <w:lang w:val="es-ES"/>
        </w:rPr>
        <w:t>DIA 3 TER HEIDELBERG</w:t>
      </w:r>
    </w:p>
    <w:p w14:paraId="10A1983C" w14:textId="77777777" w:rsidR="00101E7A" w:rsidRPr="00752FC8" w:rsidRDefault="0036337E">
      <w:pPr>
        <w:rPr>
          <w:lang w:val="es-ES"/>
        </w:rPr>
      </w:pPr>
      <w:r w:rsidRPr="00752FC8">
        <w:rPr>
          <w:lang w:val="es-ES"/>
        </w:rPr>
        <w:t xml:space="preserve">A jornada </w:t>
      </w:r>
      <w:proofErr w:type="spellStart"/>
      <w:r w:rsidRPr="00752FC8">
        <w:rPr>
          <w:lang w:val="es-ES"/>
        </w:rPr>
        <w:t>começa</w:t>
      </w:r>
      <w:proofErr w:type="spellEnd"/>
      <w:r w:rsidRPr="00752FC8">
        <w:rPr>
          <w:lang w:val="es-ES"/>
        </w:rPr>
        <w:t xml:space="preserve"> </w:t>
      </w:r>
      <w:proofErr w:type="spellStart"/>
      <w:r w:rsidRPr="00752FC8">
        <w:rPr>
          <w:lang w:val="es-ES"/>
        </w:rPr>
        <w:t>com</w:t>
      </w:r>
      <w:proofErr w:type="spellEnd"/>
      <w:r w:rsidRPr="00752FC8">
        <w:rPr>
          <w:lang w:val="es-ES"/>
        </w:rPr>
        <w:t xml:space="preserve"> a visita de Heidelberg, a </w:t>
      </w:r>
      <w:proofErr w:type="spellStart"/>
      <w:r w:rsidRPr="00752FC8">
        <w:rPr>
          <w:lang w:val="es-ES"/>
        </w:rPr>
        <w:t>cidade</w:t>
      </w:r>
      <w:proofErr w:type="spellEnd"/>
      <w:r w:rsidRPr="00752FC8">
        <w:rPr>
          <w:lang w:val="es-ES"/>
        </w:rPr>
        <w:t xml:space="preserve"> </w:t>
      </w:r>
      <w:proofErr w:type="spellStart"/>
      <w:r w:rsidRPr="00752FC8">
        <w:rPr>
          <w:lang w:val="es-ES"/>
        </w:rPr>
        <w:t>universitária</w:t>
      </w:r>
      <w:proofErr w:type="spellEnd"/>
      <w:r w:rsidRPr="00752FC8">
        <w:rPr>
          <w:lang w:val="es-ES"/>
        </w:rPr>
        <w:t xml:space="preserve"> </w:t>
      </w:r>
      <w:proofErr w:type="spellStart"/>
      <w:r w:rsidRPr="00752FC8">
        <w:rPr>
          <w:lang w:val="es-ES"/>
        </w:rPr>
        <w:t>mais</w:t>
      </w:r>
      <w:proofErr w:type="spellEnd"/>
      <w:r w:rsidRPr="00752FC8">
        <w:rPr>
          <w:lang w:val="es-ES"/>
        </w:rPr>
        <w:t xml:space="preserve"> </w:t>
      </w:r>
      <w:proofErr w:type="spellStart"/>
      <w:r w:rsidRPr="00752FC8">
        <w:rPr>
          <w:lang w:val="es-ES"/>
        </w:rPr>
        <w:t>antiga</w:t>
      </w:r>
      <w:proofErr w:type="spellEnd"/>
      <w:r w:rsidRPr="00752FC8">
        <w:rPr>
          <w:lang w:val="es-ES"/>
        </w:rPr>
        <w:t xml:space="preserve"> da </w:t>
      </w:r>
      <w:proofErr w:type="spellStart"/>
      <w:r w:rsidRPr="00752FC8">
        <w:rPr>
          <w:lang w:val="es-ES"/>
        </w:rPr>
        <w:t>Alemanha</w:t>
      </w:r>
      <w:proofErr w:type="spellEnd"/>
      <w:r w:rsidRPr="00752FC8">
        <w:rPr>
          <w:lang w:val="es-ES"/>
        </w:rPr>
        <w:t xml:space="preserve">. O </w:t>
      </w:r>
      <w:proofErr w:type="spellStart"/>
      <w:r w:rsidRPr="00752FC8">
        <w:rPr>
          <w:lang w:val="es-ES"/>
        </w:rPr>
        <w:t>percurso</w:t>
      </w:r>
      <w:proofErr w:type="spellEnd"/>
      <w:r w:rsidRPr="00752FC8">
        <w:rPr>
          <w:lang w:val="es-ES"/>
        </w:rPr>
        <w:t xml:space="preserve"> inicia-se no centro histórico, onde se </w:t>
      </w:r>
      <w:proofErr w:type="spellStart"/>
      <w:r w:rsidRPr="00752FC8">
        <w:rPr>
          <w:lang w:val="es-ES"/>
        </w:rPr>
        <w:t>destacam</w:t>
      </w:r>
      <w:proofErr w:type="spellEnd"/>
      <w:r w:rsidRPr="00752FC8">
        <w:rPr>
          <w:lang w:val="es-ES"/>
        </w:rPr>
        <w:t xml:space="preserve"> </w:t>
      </w:r>
      <w:proofErr w:type="spellStart"/>
      <w:r w:rsidRPr="00752FC8">
        <w:rPr>
          <w:lang w:val="es-ES"/>
        </w:rPr>
        <w:t>edifícios</w:t>
      </w:r>
      <w:proofErr w:type="spellEnd"/>
      <w:r w:rsidRPr="00752FC8">
        <w:rPr>
          <w:lang w:val="es-ES"/>
        </w:rPr>
        <w:t xml:space="preserve"> históricos como a </w:t>
      </w:r>
      <w:proofErr w:type="spellStart"/>
      <w:r w:rsidRPr="00752FC8">
        <w:rPr>
          <w:lang w:val="es-ES"/>
        </w:rPr>
        <w:t>antiga</w:t>
      </w:r>
      <w:proofErr w:type="spellEnd"/>
      <w:r w:rsidRPr="00752FC8">
        <w:rPr>
          <w:lang w:val="es-ES"/>
        </w:rPr>
        <w:t xml:space="preserve"> </w:t>
      </w:r>
      <w:proofErr w:type="spellStart"/>
      <w:r w:rsidRPr="00752FC8">
        <w:rPr>
          <w:lang w:val="es-ES"/>
        </w:rPr>
        <w:t>prefeitura</w:t>
      </w:r>
      <w:proofErr w:type="spellEnd"/>
      <w:r w:rsidRPr="00752FC8">
        <w:rPr>
          <w:lang w:val="es-ES"/>
        </w:rPr>
        <w:t xml:space="preserve"> e a </w:t>
      </w:r>
      <w:proofErr w:type="spellStart"/>
      <w:r w:rsidRPr="00752FC8">
        <w:rPr>
          <w:lang w:val="es-ES"/>
        </w:rPr>
        <w:t>Heiliggeistkirche</w:t>
      </w:r>
      <w:proofErr w:type="spellEnd"/>
      <w:r w:rsidRPr="00752FC8">
        <w:rPr>
          <w:lang w:val="es-ES"/>
        </w:rPr>
        <w:t xml:space="preserve">, ambos do </w:t>
      </w:r>
      <w:proofErr w:type="spellStart"/>
      <w:r w:rsidRPr="00752FC8">
        <w:rPr>
          <w:lang w:val="es-ES"/>
        </w:rPr>
        <w:t>século</w:t>
      </w:r>
      <w:proofErr w:type="spellEnd"/>
      <w:r w:rsidRPr="00752FC8">
        <w:rPr>
          <w:lang w:val="es-ES"/>
        </w:rPr>
        <w:t xml:space="preserve"> XV, </w:t>
      </w:r>
      <w:proofErr w:type="spellStart"/>
      <w:r w:rsidRPr="00752FC8">
        <w:rPr>
          <w:lang w:val="es-ES"/>
        </w:rPr>
        <w:t>além</w:t>
      </w:r>
      <w:proofErr w:type="spellEnd"/>
      <w:r w:rsidRPr="00752FC8">
        <w:rPr>
          <w:lang w:val="es-ES"/>
        </w:rPr>
        <w:t xml:space="preserve"> das </w:t>
      </w:r>
      <w:proofErr w:type="spellStart"/>
      <w:r w:rsidRPr="00752FC8">
        <w:rPr>
          <w:lang w:val="es-ES"/>
        </w:rPr>
        <w:t>tradicionais</w:t>
      </w:r>
      <w:proofErr w:type="spellEnd"/>
      <w:r w:rsidRPr="00752FC8">
        <w:rPr>
          <w:lang w:val="es-ES"/>
        </w:rPr>
        <w:t xml:space="preserve"> casas em </w:t>
      </w:r>
      <w:proofErr w:type="spellStart"/>
      <w:r w:rsidRPr="00752FC8">
        <w:rPr>
          <w:lang w:val="es-ES"/>
        </w:rPr>
        <w:t>enxaimel</w:t>
      </w:r>
      <w:proofErr w:type="spellEnd"/>
      <w:r w:rsidRPr="00752FC8">
        <w:rPr>
          <w:lang w:val="es-ES"/>
        </w:rPr>
        <w:t xml:space="preserve">. O ponto culminante é a visita </w:t>
      </w:r>
      <w:proofErr w:type="spellStart"/>
      <w:r w:rsidRPr="00752FC8">
        <w:rPr>
          <w:lang w:val="es-ES"/>
        </w:rPr>
        <w:t>ao</w:t>
      </w:r>
      <w:proofErr w:type="spellEnd"/>
      <w:r w:rsidRPr="00752FC8">
        <w:rPr>
          <w:lang w:val="es-ES"/>
        </w:rPr>
        <w:t xml:space="preserve"> </w:t>
      </w:r>
      <w:proofErr w:type="spellStart"/>
      <w:r w:rsidRPr="00752FC8">
        <w:rPr>
          <w:lang w:val="es-ES"/>
        </w:rPr>
        <w:t>castelo</w:t>
      </w:r>
      <w:proofErr w:type="spellEnd"/>
      <w:r w:rsidRPr="00752FC8">
        <w:rPr>
          <w:lang w:val="es-ES"/>
        </w:rPr>
        <w:t xml:space="preserve"> de Heidelberg, situado no alto da </w:t>
      </w:r>
      <w:proofErr w:type="spellStart"/>
      <w:r w:rsidRPr="00752FC8">
        <w:rPr>
          <w:lang w:val="es-ES"/>
        </w:rPr>
        <w:t>cidade</w:t>
      </w:r>
      <w:proofErr w:type="spellEnd"/>
      <w:r w:rsidRPr="00752FC8">
        <w:rPr>
          <w:lang w:val="es-ES"/>
        </w:rPr>
        <w:t xml:space="preserve">, de onde se </w:t>
      </w:r>
      <w:proofErr w:type="spellStart"/>
      <w:r w:rsidRPr="00752FC8">
        <w:rPr>
          <w:lang w:val="es-ES"/>
        </w:rPr>
        <w:t>obtém</w:t>
      </w:r>
      <w:proofErr w:type="spellEnd"/>
      <w:r w:rsidRPr="00752FC8">
        <w:rPr>
          <w:lang w:val="es-ES"/>
        </w:rPr>
        <w:t xml:space="preserve"> </w:t>
      </w:r>
      <w:proofErr w:type="spellStart"/>
      <w:r w:rsidRPr="00752FC8">
        <w:rPr>
          <w:lang w:val="es-ES"/>
        </w:rPr>
        <w:t>uma</w:t>
      </w:r>
      <w:proofErr w:type="spellEnd"/>
      <w:r w:rsidRPr="00752FC8">
        <w:rPr>
          <w:lang w:val="es-ES"/>
        </w:rPr>
        <w:t xml:space="preserve"> magnífica vista do vale do Neckar. Em </w:t>
      </w:r>
      <w:proofErr w:type="spellStart"/>
      <w:r w:rsidRPr="00752FC8">
        <w:rPr>
          <w:lang w:val="es-ES"/>
        </w:rPr>
        <w:t>seu</w:t>
      </w:r>
      <w:proofErr w:type="spellEnd"/>
      <w:r w:rsidRPr="00752FC8">
        <w:rPr>
          <w:lang w:val="es-ES"/>
        </w:rPr>
        <w:t xml:space="preserve"> interior </w:t>
      </w:r>
      <w:proofErr w:type="spellStart"/>
      <w:r w:rsidRPr="00752FC8">
        <w:rPr>
          <w:lang w:val="es-ES"/>
        </w:rPr>
        <w:t>encontra</w:t>
      </w:r>
      <w:proofErr w:type="spellEnd"/>
      <w:r w:rsidRPr="00752FC8">
        <w:rPr>
          <w:lang w:val="es-ES"/>
        </w:rPr>
        <w:t xml:space="preserve">-se </w:t>
      </w:r>
      <w:proofErr w:type="spellStart"/>
      <w:r w:rsidRPr="00752FC8">
        <w:rPr>
          <w:lang w:val="es-ES"/>
        </w:rPr>
        <w:t>a</w:t>
      </w:r>
      <w:proofErr w:type="spellEnd"/>
      <w:r w:rsidRPr="00752FC8">
        <w:rPr>
          <w:lang w:val="es-ES"/>
        </w:rPr>
        <w:t xml:space="preserve"> grande </w:t>
      </w:r>
      <w:proofErr w:type="spellStart"/>
      <w:r w:rsidRPr="00752FC8">
        <w:rPr>
          <w:lang w:val="es-ES"/>
        </w:rPr>
        <w:t>adega</w:t>
      </w:r>
      <w:proofErr w:type="spellEnd"/>
      <w:r w:rsidRPr="00752FC8">
        <w:rPr>
          <w:lang w:val="es-ES"/>
        </w:rPr>
        <w:t xml:space="preserve">, que abriga o </w:t>
      </w:r>
      <w:proofErr w:type="spellStart"/>
      <w:r w:rsidRPr="00752FC8">
        <w:rPr>
          <w:lang w:val="es-ES"/>
        </w:rPr>
        <w:t>maior</w:t>
      </w:r>
      <w:proofErr w:type="spellEnd"/>
      <w:r w:rsidRPr="00752FC8">
        <w:rPr>
          <w:lang w:val="es-ES"/>
        </w:rPr>
        <w:t xml:space="preserve"> barril de </w:t>
      </w:r>
      <w:proofErr w:type="spellStart"/>
      <w:r w:rsidRPr="00752FC8">
        <w:rPr>
          <w:lang w:val="es-ES"/>
        </w:rPr>
        <w:t>vinho</w:t>
      </w:r>
      <w:proofErr w:type="spellEnd"/>
      <w:r w:rsidRPr="00752FC8">
        <w:rPr>
          <w:lang w:val="es-ES"/>
        </w:rPr>
        <w:t xml:space="preserve"> do mundo. Posteriormente, </w:t>
      </w:r>
      <w:proofErr w:type="spellStart"/>
      <w:r w:rsidRPr="00752FC8">
        <w:rPr>
          <w:lang w:val="es-ES"/>
        </w:rPr>
        <w:t>passeio</w:t>
      </w:r>
      <w:proofErr w:type="spellEnd"/>
      <w:r w:rsidRPr="00752FC8">
        <w:rPr>
          <w:lang w:val="es-ES"/>
        </w:rPr>
        <w:t xml:space="preserve"> pela Ponte </w:t>
      </w:r>
      <w:proofErr w:type="spellStart"/>
      <w:r w:rsidRPr="00752FC8">
        <w:rPr>
          <w:lang w:val="es-ES"/>
        </w:rPr>
        <w:t>Velha</w:t>
      </w:r>
      <w:proofErr w:type="spellEnd"/>
      <w:r w:rsidRPr="00752FC8">
        <w:rPr>
          <w:lang w:val="es-ES"/>
        </w:rPr>
        <w:t xml:space="preserve">, </w:t>
      </w:r>
      <w:proofErr w:type="spellStart"/>
      <w:r w:rsidRPr="00752FC8">
        <w:rPr>
          <w:lang w:val="es-ES"/>
        </w:rPr>
        <w:t>uma</w:t>
      </w:r>
      <w:proofErr w:type="spellEnd"/>
      <w:r w:rsidRPr="00752FC8">
        <w:rPr>
          <w:lang w:val="es-ES"/>
        </w:rPr>
        <w:t xml:space="preserve"> </w:t>
      </w:r>
      <w:proofErr w:type="spellStart"/>
      <w:r w:rsidRPr="00752FC8">
        <w:rPr>
          <w:lang w:val="es-ES"/>
        </w:rPr>
        <w:t>construção</w:t>
      </w:r>
      <w:proofErr w:type="spellEnd"/>
      <w:r w:rsidRPr="00752FC8">
        <w:rPr>
          <w:lang w:val="es-ES"/>
        </w:rPr>
        <w:t xml:space="preserve"> de </w:t>
      </w:r>
      <w:proofErr w:type="spellStart"/>
      <w:r w:rsidRPr="00752FC8">
        <w:rPr>
          <w:lang w:val="es-ES"/>
        </w:rPr>
        <w:t>pedra</w:t>
      </w:r>
      <w:proofErr w:type="spellEnd"/>
      <w:r w:rsidRPr="00752FC8">
        <w:rPr>
          <w:lang w:val="es-ES"/>
        </w:rPr>
        <w:t xml:space="preserve"> do </w:t>
      </w:r>
      <w:proofErr w:type="spellStart"/>
      <w:r w:rsidRPr="00752FC8">
        <w:rPr>
          <w:lang w:val="es-ES"/>
        </w:rPr>
        <w:t>século</w:t>
      </w:r>
      <w:proofErr w:type="spellEnd"/>
      <w:r w:rsidRPr="00752FC8">
        <w:rPr>
          <w:lang w:val="es-ES"/>
        </w:rPr>
        <w:t xml:space="preserve"> XVIII que completa a visita. Tarde </w:t>
      </w:r>
      <w:proofErr w:type="spellStart"/>
      <w:r w:rsidRPr="00752FC8">
        <w:rPr>
          <w:lang w:val="es-ES"/>
        </w:rPr>
        <w:t>livre</w:t>
      </w:r>
      <w:proofErr w:type="spellEnd"/>
      <w:r w:rsidRPr="00752FC8">
        <w:rPr>
          <w:lang w:val="es-ES"/>
        </w:rPr>
        <w:t xml:space="preserve"> e </w:t>
      </w:r>
      <w:proofErr w:type="spellStart"/>
      <w:r w:rsidRPr="00752FC8">
        <w:rPr>
          <w:lang w:val="es-ES"/>
        </w:rPr>
        <w:t>hospedagem</w:t>
      </w:r>
      <w:proofErr w:type="spellEnd"/>
      <w:r w:rsidRPr="00752FC8">
        <w:rPr>
          <w:lang w:val="es-ES"/>
        </w:rPr>
        <w:t>.</w:t>
      </w:r>
    </w:p>
    <w:p w14:paraId="2259F44A" w14:textId="77777777" w:rsidR="00101E7A" w:rsidRPr="00752FC8" w:rsidRDefault="00101E7A">
      <w:pPr>
        <w:rPr>
          <w:lang w:val="es-ES"/>
        </w:rPr>
      </w:pPr>
    </w:p>
    <w:p w14:paraId="6FFD8117" w14:textId="77777777" w:rsidR="00101E7A" w:rsidRPr="00752FC8" w:rsidRDefault="0036337E">
      <w:pPr>
        <w:pStyle w:val="Ttulo2"/>
        <w:rPr>
          <w:lang w:val="es-ES"/>
        </w:rPr>
      </w:pPr>
      <w:r w:rsidRPr="00752FC8">
        <w:rPr>
          <w:lang w:val="es-ES"/>
        </w:rPr>
        <w:t>DIA 4 QUA HEIDELBERG - ESTRASBURGO - FRIBURGO</w:t>
      </w:r>
    </w:p>
    <w:p w14:paraId="6B4E30C3" w14:textId="77777777" w:rsidR="00101E7A" w:rsidRPr="00752FC8" w:rsidRDefault="0036337E">
      <w:pPr>
        <w:rPr>
          <w:lang w:val="es-ES"/>
        </w:rPr>
      </w:pPr>
      <w:r w:rsidRPr="00752FC8">
        <w:rPr>
          <w:lang w:val="es-ES"/>
        </w:rPr>
        <w:t xml:space="preserve">O </w:t>
      </w:r>
      <w:proofErr w:type="spellStart"/>
      <w:r w:rsidRPr="00752FC8">
        <w:rPr>
          <w:lang w:val="es-ES"/>
        </w:rPr>
        <w:t>percurso</w:t>
      </w:r>
      <w:proofErr w:type="spellEnd"/>
      <w:r w:rsidRPr="00752FC8">
        <w:rPr>
          <w:lang w:val="es-ES"/>
        </w:rPr>
        <w:t xml:space="preserve"> de </w:t>
      </w:r>
      <w:proofErr w:type="spellStart"/>
      <w:r w:rsidRPr="00752FC8">
        <w:rPr>
          <w:lang w:val="es-ES"/>
        </w:rPr>
        <w:t>hoje</w:t>
      </w:r>
      <w:proofErr w:type="spellEnd"/>
      <w:r w:rsidRPr="00752FC8">
        <w:rPr>
          <w:lang w:val="es-ES"/>
        </w:rPr>
        <w:t xml:space="preserve"> </w:t>
      </w:r>
      <w:proofErr w:type="spellStart"/>
      <w:r w:rsidRPr="00752FC8">
        <w:rPr>
          <w:lang w:val="es-ES"/>
        </w:rPr>
        <w:t>transcorre</w:t>
      </w:r>
      <w:proofErr w:type="spellEnd"/>
      <w:r w:rsidRPr="00752FC8">
        <w:rPr>
          <w:lang w:val="es-ES"/>
        </w:rPr>
        <w:t xml:space="preserve"> </w:t>
      </w:r>
      <w:proofErr w:type="spellStart"/>
      <w:r w:rsidRPr="00752FC8">
        <w:rPr>
          <w:lang w:val="es-ES"/>
        </w:rPr>
        <w:t>através</w:t>
      </w:r>
      <w:proofErr w:type="spellEnd"/>
      <w:r w:rsidRPr="00752FC8">
        <w:rPr>
          <w:lang w:val="es-ES"/>
        </w:rPr>
        <w:t xml:space="preserve"> dos vales do Neckar e do Reno, onde os </w:t>
      </w:r>
      <w:proofErr w:type="spellStart"/>
      <w:r w:rsidRPr="00752FC8">
        <w:rPr>
          <w:lang w:val="es-ES"/>
        </w:rPr>
        <w:t>vinhedos</w:t>
      </w:r>
      <w:proofErr w:type="spellEnd"/>
      <w:r w:rsidRPr="00752FC8">
        <w:rPr>
          <w:lang w:val="es-ES"/>
        </w:rPr>
        <w:t xml:space="preserve"> se </w:t>
      </w:r>
      <w:proofErr w:type="spellStart"/>
      <w:r w:rsidRPr="00752FC8">
        <w:rPr>
          <w:lang w:val="es-ES"/>
        </w:rPr>
        <w:t>estendem</w:t>
      </w:r>
      <w:proofErr w:type="spellEnd"/>
      <w:r w:rsidRPr="00752FC8">
        <w:rPr>
          <w:lang w:val="es-ES"/>
        </w:rPr>
        <w:t xml:space="preserve"> sobre suaves colinas que se </w:t>
      </w:r>
      <w:proofErr w:type="spellStart"/>
      <w:r w:rsidRPr="00752FC8">
        <w:rPr>
          <w:lang w:val="es-ES"/>
        </w:rPr>
        <w:t>refletem</w:t>
      </w:r>
      <w:proofErr w:type="spellEnd"/>
      <w:r w:rsidRPr="00752FC8">
        <w:rPr>
          <w:lang w:val="es-ES"/>
        </w:rPr>
        <w:t xml:space="preserve"> no rio. </w:t>
      </w:r>
      <w:proofErr w:type="spellStart"/>
      <w:r w:rsidRPr="00752FC8">
        <w:rPr>
          <w:lang w:val="es-ES"/>
        </w:rPr>
        <w:t>Ao</w:t>
      </w:r>
      <w:proofErr w:type="spellEnd"/>
      <w:r w:rsidRPr="00752FC8">
        <w:rPr>
          <w:lang w:val="es-ES"/>
        </w:rPr>
        <w:t xml:space="preserve"> aproximar-se da </w:t>
      </w:r>
      <w:proofErr w:type="spellStart"/>
      <w:r w:rsidRPr="00752FC8">
        <w:rPr>
          <w:lang w:val="es-ES"/>
        </w:rPr>
        <w:t>fronteira</w:t>
      </w:r>
      <w:proofErr w:type="spellEnd"/>
      <w:r w:rsidRPr="00752FC8">
        <w:rPr>
          <w:lang w:val="es-ES"/>
        </w:rPr>
        <w:t xml:space="preserve"> francesa, a </w:t>
      </w:r>
      <w:proofErr w:type="spellStart"/>
      <w:r w:rsidRPr="00752FC8">
        <w:rPr>
          <w:lang w:val="es-ES"/>
        </w:rPr>
        <w:t>paisagem</w:t>
      </w:r>
      <w:proofErr w:type="spellEnd"/>
      <w:r w:rsidRPr="00752FC8">
        <w:rPr>
          <w:lang w:val="es-ES"/>
        </w:rPr>
        <w:t xml:space="preserve"> </w:t>
      </w:r>
      <w:proofErr w:type="spellStart"/>
      <w:r w:rsidRPr="00752FC8">
        <w:rPr>
          <w:lang w:val="es-ES"/>
        </w:rPr>
        <w:t>dá</w:t>
      </w:r>
      <w:proofErr w:type="spellEnd"/>
      <w:r w:rsidRPr="00752FC8">
        <w:rPr>
          <w:lang w:val="es-ES"/>
        </w:rPr>
        <w:t xml:space="preserve"> lugar a bosques densos e colinas onduladas. </w:t>
      </w:r>
      <w:proofErr w:type="spellStart"/>
      <w:r w:rsidRPr="00752FC8">
        <w:rPr>
          <w:lang w:val="es-ES"/>
        </w:rPr>
        <w:t>Chegada</w:t>
      </w:r>
      <w:proofErr w:type="spellEnd"/>
      <w:r w:rsidRPr="00752FC8">
        <w:rPr>
          <w:lang w:val="es-ES"/>
        </w:rPr>
        <w:t xml:space="preserve"> a Estrasburgo, </w:t>
      </w:r>
      <w:proofErr w:type="spellStart"/>
      <w:r w:rsidRPr="00752FC8">
        <w:rPr>
          <w:lang w:val="es-ES"/>
        </w:rPr>
        <w:t>cidade</w:t>
      </w:r>
      <w:proofErr w:type="spellEnd"/>
      <w:r w:rsidRPr="00752FC8">
        <w:rPr>
          <w:lang w:val="es-ES"/>
        </w:rPr>
        <w:t xml:space="preserve"> de grande riqueza histórica e cultural, famosa por </w:t>
      </w:r>
      <w:proofErr w:type="spellStart"/>
      <w:r w:rsidRPr="00752FC8">
        <w:rPr>
          <w:lang w:val="es-ES"/>
        </w:rPr>
        <w:t>sua</w:t>
      </w:r>
      <w:proofErr w:type="spellEnd"/>
      <w:r w:rsidRPr="00752FC8">
        <w:rPr>
          <w:lang w:val="es-ES"/>
        </w:rPr>
        <w:t xml:space="preserve"> catedral gótica e </w:t>
      </w:r>
      <w:proofErr w:type="spellStart"/>
      <w:r w:rsidRPr="00752FC8">
        <w:rPr>
          <w:lang w:val="es-ES"/>
        </w:rPr>
        <w:t>seu</w:t>
      </w:r>
      <w:proofErr w:type="spellEnd"/>
      <w:r w:rsidRPr="00752FC8">
        <w:rPr>
          <w:lang w:val="es-ES"/>
        </w:rPr>
        <w:t xml:space="preserve"> encantador centro histórico. Destaca-se o </w:t>
      </w:r>
      <w:proofErr w:type="spellStart"/>
      <w:r w:rsidRPr="00752FC8">
        <w:rPr>
          <w:lang w:val="es-ES"/>
        </w:rPr>
        <w:t>bairro</w:t>
      </w:r>
      <w:proofErr w:type="spellEnd"/>
      <w:r w:rsidRPr="00752FC8">
        <w:rPr>
          <w:lang w:val="es-ES"/>
        </w:rPr>
        <w:t xml:space="preserve"> de La </w:t>
      </w:r>
      <w:proofErr w:type="spellStart"/>
      <w:r w:rsidRPr="00752FC8">
        <w:rPr>
          <w:lang w:val="es-ES"/>
        </w:rPr>
        <w:t>Petite</w:t>
      </w:r>
      <w:proofErr w:type="spellEnd"/>
      <w:r w:rsidRPr="00752FC8">
        <w:rPr>
          <w:lang w:val="es-ES"/>
        </w:rPr>
        <w:t xml:space="preserve"> France, </w:t>
      </w:r>
      <w:proofErr w:type="spellStart"/>
      <w:r w:rsidRPr="00752FC8">
        <w:rPr>
          <w:lang w:val="es-ES"/>
        </w:rPr>
        <w:t>com</w:t>
      </w:r>
      <w:proofErr w:type="spellEnd"/>
      <w:r w:rsidRPr="00752FC8">
        <w:rPr>
          <w:lang w:val="es-ES"/>
        </w:rPr>
        <w:t xml:space="preserve"> </w:t>
      </w:r>
      <w:proofErr w:type="spellStart"/>
      <w:r w:rsidRPr="00752FC8">
        <w:rPr>
          <w:lang w:val="es-ES"/>
        </w:rPr>
        <w:t>suas</w:t>
      </w:r>
      <w:proofErr w:type="spellEnd"/>
      <w:r w:rsidRPr="00752FC8">
        <w:rPr>
          <w:lang w:val="es-ES"/>
        </w:rPr>
        <w:t xml:space="preserve"> casas </w:t>
      </w:r>
      <w:proofErr w:type="spellStart"/>
      <w:r w:rsidRPr="00752FC8">
        <w:rPr>
          <w:lang w:val="es-ES"/>
        </w:rPr>
        <w:t>tradicionais</w:t>
      </w:r>
      <w:proofErr w:type="spellEnd"/>
      <w:r w:rsidRPr="00752FC8">
        <w:rPr>
          <w:lang w:val="es-ES"/>
        </w:rPr>
        <w:t xml:space="preserve"> e </w:t>
      </w:r>
      <w:proofErr w:type="spellStart"/>
      <w:r w:rsidRPr="00752FC8">
        <w:rPr>
          <w:lang w:val="es-ES"/>
        </w:rPr>
        <w:t>canais</w:t>
      </w:r>
      <w:proofErr w:type="spellEnd"/>
      <w:r w:rsidRPr="00752FC8">
        <w:rPr>
          <w:lang w:val="es-ES"/>
        </w:rPr>
        <w:t xml:space="preserve">, </w:t>
      </w:r>
      <w:proofErr w:type="spellStart"/>
      <w:r w:rsidRPr="00752FC8">
        <w:rPr>
          <w:lang w:val="es-ES"/>
        </w:rPr>
        <w:t>assim</w:t>
      </w:r>
      <w:proofErr w:type="spellEnd"/>
      <w:r w:rsidRPr="00752FC8">
        <w:rPr>
          <w:lang w:val="es-ES"/>
        </w:rPr>
        <w:t xml:space="preserve"> como a </w:t>
      </w:r>
      <w:proofErr w:type="spellStart"/>
      <w:r w:rsidRPr="00752FC8">
        <w:rPr>
          <w:lang w:val="es-ES"/>
        </w:rPr>
        <w:t>Praça</w:t>
      </w:r>
      <w:proofErr w:type="spellEnd"/>
      <w:r w:rsidRPr="00752FC8">
        <w:rPr>
          <w:lang w:val="es-ES"/>
        </w:rPr>
        <w:t xml:space="preserve"> da Catedral, especialmente animada durante o mercado de Natal. </w:t>
      </w:r>
      <w:proofErr w:type="spellStart"/>
      <w:r w:rsidRPr="00752FC8">
        <w:rPr>
          <w:lang w:val="es-ES"/>
        </w:rPr>
        <w:t>Após</w:t>
      </w:r>
      <w:proofErr w:type="spellEnd"/>
      <w:r w:rsidRPr="00752FC8">
        <w:rPr>
          <w:lang w:val="es-ES"/>
        </w:rPr>
        <w:t xml:space="preserve"> </w:t>
      </w:r>
      <w:proofErr w:type="spellStart"/>
      <w:r w:rsidRPr="00752FC8">
        <w:rPr>
          <w:lang w:val="es-ES"/>
        </w:rPr>
        <w:t>uma</w:t>
      </w:r>
      <w:proofErr w:type="spellEnd"/>
      <w:r w:rsidRPr="00752FC8">
        <w:rPr>
          <w:lang w:val="es-ES"/>
        </w:rPr>
        <w:t xml:space="preserve"> breve visita </w:t>
      </w:r>
      <w:proofErr w:type="spellStart"/>
      <w:r w:rsidRPr="00752FC8">
        <w:rPr>
          <w:lang w:val="es-ES"/>
        </w:rPr>
        <w:t>panorâmica</w:t>
      </w:r>
      <w:proofErr w:type="spellEnd"/>
      <w:r w:rsidRPr="00752FC8">
        <w:rPr>
          <w:lang w:val="es-ES"/>
        </w:rPr>
        <w:t xml:space="preserve">, </w:t>
      </w:r>
      <w:proofErr w:type="spellStart"/>
      <w:r w:rsidRPr="00752FC8">
        <w:rPr>
          <w:lang w:val="es-ES"/>
        </w:rPr>
        <w:t>continuação</w:t>
      </w:r>
      <w:proofErr w:type="spellEnd"/>
      <w:r w:rsidRPr="00752FC8">
        <w:rPr>
          <w:lang w:val="es-ES"/>
        </w:rPr>
        <w:t xml:space="preserve"> até Friburgo.</w:t>
      </w:r>
    </w:p>
    <w:p w14:paraId="31B187C6" w14:textId="77777777" w:rsidR="00101E7A" w:rsidRPr="00752FC8" w:rsidRDefault="00101E7A">
      <w:pPr>
        <w:rPr>
          <w:lang w:val="es-ES"/>
        </w:rPr>
      </w:pPr>
    </w:p>
    <w:p w14:paraId="02B2962B" w14:textId="77777777" w:rsidR="00101E7A" w:rsidRPr="00752FC8" w:rsidRDefault="0036337E">
      <w:pPr>
        <w:pStyle w:val="Ttulo2"/>
        <w:rPr>
          <w:lang w:val="es-ES"/>
        </w:rPr>
      </w:pPr>
      <w:r w:rsidRPr="00752FC8">
        <w:rPr>
          <w:lang w:val="es-ES"/>
        </w:rPr>
        <w:t>DIA 5 QUI FRIBURGO - FLORESTA NEGRA - LINDAU - MUNIQUE</w:t>
      </w:r>
    </w:p>
    <w:p w14:paraId="18379DEE" w14:textId="77777777" w:rsidR="00101E7A" w:rsidRPr="00752FC8" w:rsidRDefault="0036337E">
      <w:pPr>
        <w:rPr>
          <w:lang w:val="es-ES"/>
        </w:rPr>
      </w:pPr>
      <w:proofErr w:type="spellStart"/>
      <w:r w:rsidRPr="00752FC8">
        <w:rPr>
          <w:lang w:val="es-ES"/>
        </w:rPr>
        <w:t>Saída</w:t>
      </w:r>
      <w:proofErr w:type="spellEnd"/>
      <w:r w:rsidRPr="00752FC8">
        <w:rPr>
          <w:lang w:val="es-ES"/>
        </w:rPr>
        <w:t xml:space="preserve"> de Friburgo em </w:t>
      </w:r>
      <w:proofErr w:type="spellStart"/>
      <w:r w:rsidRPr="00752FC8">
        <w:rPr>
          <w:lang w:val="es-ES"/>
        </w:rPr>
        <w:t>direção</w:t>
      </w:r>
      <w:proofErr w:type="spellEnd"/>
      <w:r w:rsidRPr="00752FC8">
        <w:rPr>
          <w:lang w:val="es-ES"/>
        </w:rPr>
        <w:t xml:space="preserve"> à Floresta Negra, </w:t>
      </w:r>
      <w:proofErr w:type="spellStart"/>
      <w:r w:rsidRPr="00752FC8">
        <w:rPr>
          <w:lang w:val="es-ES"/>
        </w:rPr>
        <w:t>atravessando</w:t>
      </w:r>
      <w:proofErr w:type="spellEnd"/>
      <w:r w:rsidRPr="00752FC8">
        <w:rPr>
          <w:lang w:val="es-ES"/>
        </w:rPr>
        <w:t xml:space="preserve"> </w:t>
      </w:r>
      <w:proofErr w:type="spellStart"/>
      <w:r w:rsidRPr="00752FC8">
        <w:rPr>
          <w:lang w:val="es-ES"/>
        </w:rPr>
        <w:t>paisagens</w:t>
      </w:r>
      <w:proofErr w:type="spellEnd"/>
      <w:r w:rsidRPr="00752FC8">
        <w:rPr>
          <w:lang w:val="es-ES"/>
        </w:rPr>
        <w:t xml:space="preserve"> de grande </w:t>
      </w:r>
      <w:proofErr w:type="spellStart"/>
      <w:r w:rsidRPr="00752FC8">
        <w:rPr>
          <w:lang w:val="es-ES"/>
        </w:rPr>
        <w:t>beleza</w:t>
      </w:r>
      <w:proofErr w:type="spellEnd"/>
      <w:r w:rsidRPr="00752FC8">
        <w:rPr>
          <w:lang w:val="es-ES"/>
        </w:rPr>
        <w:t xml:space="preserve"> natural. </w:t>
      </w:r>
      <w:proofErr w:type="spellStart"/>
      <w:r w:rsidRPr="00752FC8">
        <w:rPr>
          <w:lang w:val="es-ES"/>
        </w:rPr>
        <w:t>Nossa</w:t>
      </w:r>
      <w:proofErr w:type="spellEnd"/>
      <w:r w:rsidRPr="00752FC8">
        <w:rPr>
          <w:lang w:val="es-ES"/>
        </w:rPr>
        <w:t xml:space="preserve"> </w:t>
      </w:r>
      <w:proofErr w:type="spellStart"/>
      <w:r w:rsidRPr="00752FC8">
        <w:rPr>
          <w:lang w:val="es-ES"/>
        </w:rPr>
        <w:t>primeira</w:t>
      </w:r>
      <w:proofErr w:type="spellEnd"/>
      <w:r w:rsidRPr="00752FC8">
        <w:rPr>
          <w:lang w:val="es-ES"/>
        </w:rPr>
        <w:t xml:space="preserve"> parada será para degustar </w:t>
      </w:r>
      <w:proofErr w:type="spellStart"/>
      <w:r w:rsidRPr="00752FC8">
        <w:rPr>
          <w:lang w:val="es-ES"/>
        </w:rPr>
        <w:t>uma</w:t>
      </w:r>
      <w:proofErr w:type="spellEnd"/>
      <w:r w:rsidRPr="00752FC8">
        <w:rPr>
          <w:lang w:val="es-ES"/>
        </w:rPr>
        <w:t xml:space="preserve"> </w:t>
      </w:r>
      <w:proofErr w:type="spellStart"/>
      <w:r w:rsidRPr="00752FC8">
        <w:rPr>
          <w:lang w:val="es-ES"/>
        </w:rPr>
        <w:t>autêntica</w:t>
      </w:r>
      <w:proofErr w:type="spellEnd"/>
      <w:r w:rsidRPr="00752FC8">
        <w:rPr>
          <w:lang w:val="es-ES"/>
        </w:rPr>
        <w:t xml:space="preserve"> torta de </w:t>
      </w:r>
      <w:proofErr w:type="spellStart"/>
      <w:r w:rsidRPr="00752FC8">
        <w:rPr>
          <w:lang w:val="es-ES"/>
        </w:rPr>
        <w:t>cerejas</w:t>
      </w:r>
      <w:proofErr w:type="spellEnd"/>
      <w:r w:rsidRPr="00752FC8">
        <w:rPr>
          <w:lang w:val="es-ES"/>
        </w:rPr>
        <w:t xml:space="preserve"> da Floresta Negra, </w:t>
      </w:r>
      <w:proofErr w:type="spellStart"/>
      <w:r w:rsidRPr="00752FC8">
        <w:rPr>
          <w:lang w:val="es-ES"/>
        </w:rPr>
        <w:t>acompanhada</w:t>
      </w:r>
      <w:proofErr w:type="spellEnd"/>
      <w:r w:rsidRPr="00752FC8">
        <w:rPr>
          <w:lang w:val="es-ES"/>
        </w:rPr>
        <w:t xml:space="preserve"> de café, e apreciar </w:t>
      </w:r>
      <w:proofErr w:type="spellStart"/>
      <w:r w:rsidRPr="00752FC8">
        <w:rPr>
          <w:lang w:val="es-ES"/>
        </w:rPr>
        <w:t>um</w:t>
      </w:r>
      <w:proofErr w:type="spellEnd"/>
      <w:r w:rsidRPr="00752FC8">
        <w:rPr>
          <w:lang w:val="es-ES"/>
        </w:rPr>
        <w:t xml:space="preserve"> dos sabores </w:t>
      </w:r>
      <w:proofErr w:type="spellStart"/>
      <w:r w:rsidRPr="00752FC8">
        <w:rPr>
          <w:lang w:val="es-ES"/>
        </w:rPr>
        <w:t>mais</w:t>
      </w:r>
      <w:proofErr w:type="spellEnd"/>
      <w:r w:rsidRPr="00752FC8">
        <w:rPr>
          <w:lang w:val="es-ES"/>
        </w:rPr>
        <w:t xml:space="preserve"> </w:t>
      </w:r>
      <w:proofErr w:type="spellStart"/>
      <w:r w:rsidRPr="00752FC8">
        <w:rPr>
          <w:lang w:val="es-ES"/>
        </w:rPr>
        <w:t>tradicionais</w:t>
      </w:r>
      <w:proofErr w:type="spellEnd"/>
      <w:r w:rsidRPr="00752FC8">
        <w:rPr>
          <w:lang w:val="es-ES"/>
        </w:rPr>
        <w:t xml:space="preserve"> e emblemáticos da </w:t>
      </w:r>
      <w:proofErr w:type="spellStart"/>
      <w:r w:rsidRPr="00752FC8">
        <w:rPr>
          <w:lang w:val="es-ES"/>
        </w:rPr>
        <w:t>região</w:t>
      </w:r>
      <w:proofErr w:type="spellEnd"/>
      <w:r w:rsidRPr="00752FC8">
        <w:rPr>
          <w:lang w:val="es-ES"/>
        </w:rPr>
        <w:t xml:space="preserve">. </w:t>
      </w:r>
      <w:proofErr w:type="spellStart"/>
      <w:r w:rsidRPr="00752FC8">
        <w:rPr>
          <w:lang w:val="es-ES"/>
        </w:rPr>
        <w:t>Uma</w:t>
      </w:r>
      <w:proofErr w:type="spellEnd"/>
      <w:r w:rsidRPr="00752FC8">
        <w:rPr>
          <w:lang w:val="es-ES"/>
        </w:rPr>
        <w:t xml:space="preserve"> pausa doce ideal para </w:t>
      </w:r>
      <w:proofErr w:type="spellStart"/>
      <w:r w:rsidRPr="00752FC8">
        <w:rPr>
          <w:lang w:val="es-ES"/>
        </w:rPr>
        <w:t>se</w:t>
      </w:r>
      <w:proofErr w:type="spellEnd"/>
      <w:r w:rsidRPr="00752FC8">
        <w:rPr>
          <w:lang w:val="es-ES"/>
        </w:rPr>
        <w:t xml:space="preserve"> aproximar da </w:t>
      </w:r>
      <w:proofErr w:type="spellStart"/>
      <w:r w:rsidRPr="00752FC8">
        <w:rPr>
          <w:lang w:val="es-ES"/>
        </w:rPr>
        <w:t>gastronomia</w:t>
      </w:r>
      <w:proofErr w:type="spellEnd"/>
      <w:r w:rsidRPr="00752FC8">
        <w:rPr>
          <w:lang w:val="es-ES"/>
        </w:rPr>
        <w:t xml:space="preserve"> local em </w:t>
      </w:r>
      <w:proofErr w:type="spellStart"/>
      <w:r w:rsidRPr="00752FC8">
        <w:rPr>
          <w:lang w:val="es-ES"/>
        </w:rPr>
        <w:t>um</w:t>
      </w:r>
      <w:proofErr w:type="spellEnd"/>
      <w:r w:rsidRPr="00752FC8">
        <w:rPr>
          <w:lang w:val="es-ES"/>
        </w:rPr>
        <w:t xml:space="preserve"> ambiente </w:t>
      </w:r>
      <w:proofErr w:type="spellStart"/>
      <w:r w:rsidRPr="00752FC8">
        <w:rPr>
          <w:lang w:val="es-ES"/>
        </w:rPr>
        <w:t>agradável</w:t>
      </w:r>
      <w:proofErr w:type="spellEnd"/>
      <w:r w:rsidRPr="00752FC8">
        <w:rPr>
          <w:lang w:val="es-ES"/>
        </w:rPr>
        <w:t xml:space="preserve">. Em seguida, veremos o </w:t>
      </w:r>
      <w:proofErr w:type="spellStart"/>
      <w:r w:rsidRPr="00752FC8">
        <w:rPr>
          <w:lang w:val="es-ES"/>
        </w:rPr>
        <w:t>maior</w:t>
      </w:r>
      <w:proofErr w:type="spellEnd"/>
      <w:r w:rsidRPr="00752FC8">
        <w:rPr>
          <w:lang w:val="es-ES"/>
        </w:rPr>
        <w:t xml:space="preserve"> </w:t>
      </w:r>
      <w:proofErr w:type="spellStart"/>
      <w:r w:rsidRPr="00752FC8">
        <w:rPr>
          <w:lang w:val="es-ES"/>
        </w:rPr>
        <w:t>relógio</w:t>
      </w:r>
      <w:proofErr w:type="spellEnd"/>
      <w:r w:rsidRPr="00752FC8">
        <w:rPr>
          <w:lang w:val="es-ES"/>
        </w:rPr>
        <w:t xml:space="preserve"> cuco do mundo, localizado em </w:t>
      </w:r>
      <w:proofErr w:type="spellStart"/>
      <w:r w:rsidRPr="00752FC8">
        <w:rPr>
          <w:lang w:val="es-ES"/>
        </w:rPr>
        <w:t>Schonach</w:t>
      </w:r>
      <w:proofErr w:type="spellEnd"/>
      <w:r w:rsidRPr="00752FC8">
        <w:rPr>
          <w:lang w:val="es-ES"/>
        </w:rPr>
        <w:t xml:space="preserve"> </w:t>
      </w:r>
      <w:proofErr w:type="spellStart"/>
      <w:r w:rsidRPr="00752FC8">
        <w:rPr>
          <w:lang w:val="es-ES"/>
        </w:rPr>
        <w:t>Untertal</w:t>
      </w:r>
      <w:proofErr w:type="spellEnd"/>
      <w:r w:rsidRPr="00752FC8">
        <w:rPr>
          <w:lang w:val="es-ES"/>
        </w:rPr>
        <w:t xml:space="preserve">. </w:t>
      </w:r>
      <w:proofErr w:type="spellStart"/>
      <w:r w:rsidRPr="00752FC8">
        <w:rPr>
          <w:lang w:val="es-ES"/>
        </w:rPr>
        <w:t>Construído</w:t>
      </w:r>
      <w:proofErr w:type="spellEnd"/>
      <w:r w:rsidRPr="00752FC8">
        <w:rPr>
          <w:lang w:val="es-ES"/>
        </w:rPr>
        <w:t xml:space="preserve"> pelo </w:t>
      </w:r>
      <w:proofErr w:type="spellStart"/>
      <w:r w:rsidRPr="00752FC8">
        <w:rPr>
          <w:lang w:val="es-ES"/>
        </w:rPr>
        <w:t>relojoeiro</w:t>
      </w:r>
      <w:proofErr w:type="spellEnd"/>
      <w:r w:rsidRPr="00752FC8">
        <w:rPr>
          <w:lang w:val="es-ES"/>
        </w:rPr>
        <w:t xml:space="preserve"> Josef </w:t>
      </w:r>
      <w:proofErr w:type="spellStart"/>
      <w:r w:rsidRPr="00752FC8">
        <w:rPr>
          <w:lang w:val="es-ES"/>
        </w:rPr>
        <w:t>Dold</w:t>
      </w:r>
      <w:proofErr w:type="spellEnd"/>
      <w:r w:rsidRPr="00752FC8">
        <w:rPr>
          <w:lang w:val="es-ES"/>
        </w:rPr>
        <w:t xml:space="preserve"> e </w:t>
      </w:r>
      <w:proofErr w:type="spellStart"/>
      <w:r w:rsidRPr="00752FC8">
        <w:rPr>
          <w:lang w:val="es-ES"/>
        </w:rPr>
        <w:t>sua</w:t>
      </w:r>
      <w:proofErr w:type="spellEnd"/>
      <w:r w:rsidRPr="00752FC8">
        <w:rPr>
          <w:lang w:val="es-ES"/>
        </w:rPr>
        <w:t xml:space="preserve"> </w:t>
      </w:r>
      <w:proofErr w:type="spellStart"/>
      <w:r w:rsidRPr="00752FC8">
        <w:rPr>
          <w:lang w:val="es-ES"/>
        </w:rPr>
        <w:t>família</w:t>
      </w:r>
      <w:proofErr w:type="spellEnd"/>
      <w:r w:rsidRPr="00752FC8">
        <w:rPr>
          <w:lang w:val="es-ES"/>
        </w:rPr>
        <w:t xml:space="preserve">, este </w:t>
      </w:r>
      <w:proofErr w:type="spellStart"/>
      <w:r w:rsidRPr="00752FC8">
        <w:rPr>
          <w:lang w:val="es-ES"/>
        </w:rPr>
        <w:t>impressionante</w:t>
      </w:r>
      <w:proofErr w:type="spellEnd"/>
      <w:r w:rsidRPr="00752FC8">
        <w:rPr>
          <w:lang w:val="es-ES"/>
        </w:rPr>
        <w:t xml:space="preserve"> mecanismo de madeira mede </w:t>
      </w:r>
      <w:proofErr w:type="spellStart"/>
      <w:r w:rsidRPr="00752FC8">
        <w:rPr>
          <w:lang w:val="es-ES"/>
        </w:rPr>
        <w:t>mais</w:t>
      </w:r>
      <w:proofErr w:type="spellEnd"/>
      <w:r w:rsidRPr="00752FC8">
        <w:rPr>
          <w:lang w:val="es-ES"/>
        </w:rPr>
        <w:t xml:space="preserve"> de </w:t>
      </w:r>
      <w:proofErr w:type="spellStart"/>
      <w:r w:rsidRPr="00752FC8">
        <w:rPr>
          <w:lang w:val="es-ES"/>
        </w:rPr>
        <w:t>três</w:t>
      </w:r>
      <w:proofErr w:type="spellEnd"/>
      <w:r w:rsidRPr="00752FC8">
        <w:rPr>
          <w:lang w:val="es-ES"/>
        </w:rPr>
        <w:t xml:space="preserve"> metros e representa </w:t>
      </w:r>
      <w:proofErr w:type="spellStart"/>
      <w:r w:rsidRPr="00752FC8">
        <w:rPr>
          <w:lang w:val="es-ES"/>
        </w:rPr>
        <w:t>uma</w:t>
      </w:r>
      <w:proofErr w:type="spellEnd"/>
      <w:r w:rsidRPr="00752FC8">
        <w:rPr>
          <w:lang w:val="es-ES"/>
        </w:rPr>
        <w:t xml:space="preserve"> </w:t>
      </w:r>
      <w:proofErr w:type="spellStart"/>
      <w:r w:rsidRPr="00752FC8">
        <w:rPr>
          <w:lang w:val="es-ES"/>
        </w:rPr>
        <w:t>mostra</w:t>
      </w:r>
      <w:proofErr w:type="spellEnd"/>
      <w:r w:rsidRPr="00752FC8">
        <w:rPr>
          <w:lang w:val="es-ES"/>
        </w:rPr>
        <w:t xml:space="preserve"> excepcional da </w:t>
      </w:r>
      <w:proofErr w:type="spellStart"/>
      <w:r w:rsidRPr="00752FC8">
        <w:rPr>
          <w:lang w:val="es-ES"/>
        </w:rPr>
        <w:t>tradição</w:t>
      </w:r>
      <w:proofErr w:type="spellEnd"/>
      <w:r w:rsidRPr="00752FC8">
        <w:rPr>
          <w:lang w:val="es-ES"/>
        </w:rPr>
        <w:t xml:space="preserve"> artesanal da </w:t>
      </w:r>
      <w:proofErr w:type="spellStart"/>
      <w:r w:rsidRPr="00752FC8">
        <w:rPr>
          <w:lang w:val="es-ES"/>
        </w:rPr>
        <w:t>região</w:t>
      </w:r>
      <w:proofErr w:type="spellEnd"/>
      <w:r w:rsidRPr="00752FC8">
        <w:rPr>
          <w:lang w:val="es-ES"/>
        </w:rPr>
        <w:t xml:space="preserve">. A </w:t>
      </w:r>
      <w:proofErr w:type="spellStart"/>
      <w:r w:rsidRPr="00752FC8">
        <w:rPr>
          <w:lang w:val="es-ES"/>
        </w:rPr>
        <w:t>viagem</w:t>
      </w:r>
      <w:proofErr w:type="spellEnd"/>
      <w:r w:rsidRPr="00752FC8">
        <w:rPr>
          <w:lang w:val="es-ES"/>
        </w:rPr>
        <w:t xml:space="preserve"> continua em </w:t>
      </w:r>
      <w:proofErr w:type="spellStart"/>
      <w:r w:rsidRPr="00752FC8">
        <w:rPr>
          <w:lang w:val="es-ES"/>
        </w:rPr>
        <w:t>direção</w:t>
      </w:r>
      <w:proofErr w:type="spellEnd"/>
      <w:r w:rsidRPr="00752FC8">
        <w:rPr>
          <w:lang w:val="es-ES"/>
        </w:rPr>
        <w:t xml:space="preserve"> a Lindau, </w:t>
      </w:r>
      <w:proofErr w:type="spellStart"/>
      <w:r w:rsidRPr="00752FC8">
        <w:rPr>
          <w:lang w:val="es-ES"/>
        </w:rPr>
        <w:t>uma</w:t>
      </w:r>
      <w:proofErr w:type="spellEnd"/>
      <w:r w:rsidRPr="00752FC8">
        <w:rPr>
          <w:lang w:val="es-ES"/>
        </w:rPr>
        <w:t xml:space="preserve"> </w:t>
      </w:r>
      <w:proofErr w:type="spellStart"/>
      <w:r w:rsidRPr="00752FC8">
        <w:rPr>
          <w:lang w:val="es-ES"/>
        </w:rPr>
        <w:t>pitoresca</w:t>
      </w:r>
      <w:proofErr w:type="spellEnd"/>
      <w:r w:rsidRPr="00752FC8">
        <w:rPr>
          <w:lang w:val="es-ES"/>
        </w:rPr>
        <w:t xml:space="preserve"> </w:t>
      </w:r>
      <w:proofErr w:type="spellStart"/>
      <w:r w:rsidRPr="00752FC8">
        <w:rPr>
          <w:lang w:val="es-ES"/>
        </w:rPr>
        <w:t>cidade</w:t>
      </w:r>
      <w:proofErr w:type="spellEnd"/>
      <w:r w:rsidRPr="00752FC8">
        <w:rPr>
          <w:lang w:val="es-ES"/>
        </w:rPr>
        <w:t xml:space="preserve"> situada em </w:t>
      </w:r>
      <w:proofErr w:type="spellStart"/>
      <w:r w:rsidRPr="00752FC8">
        <w:rPr>
          <w:lang w:val="es-ES"/>
        </w:rPr>
        <w:t>uma</w:t>
      </w:r>
      <w:proofErr w:type="spellEnd"/>
      <w:r w:rsidRPr="00752FC8">
        <w:rPr>
          <w:lang w:val="es-ES"/>
        </w:rPr>
        <w:t xml:space="preserve"> </w:t>
      </w:r>
      <w:proofErr w:type="spellStart"/>
      <w:r w:rsidRPr="00752FC8">
        <w:rPr>
          <w:lang w:val="es-ES"/>
        </w:rPr>
        <w:t>ilha</w:t>
      </w:r>
      <w:proofErr w:type="spellEnd"/>
      <w:r w:rsidRPr="00752FC8">
        <w:rPr>
          <w:lang w:val="es-ES"/>
        </w:rPr>
        <w:t xml:space="preserve"> no Lago de </w:t>
      </w:r>
      <w:proofErr w:type="spellStart"/>
      <w:r w:rsidRPr="00752FC8">
        <w:rPr>
          <w:lang w:val="es-ES"/>
        </w:rPr>
        <w:t>Constança</w:t>
      </w:r>
      <w:proofErr w:type="spellEnd"/>
      <w:r w:rsidRPr="00752FC8">
        <w:rPr>
          <w:lang w:val="es-ES"/>
        </w:rPr>
        <w:t xml:space="preserve">, </w:t>
      </w:r>
      <w:proofErr w:type="spellStart"/>
      <w:r w:rsidRPr="00752FC8">
        <w:rPr>
          <w:lang w:val="es-ES"/>
        </w:rPr>
        <w:t>conhecida</w:t>
      </w:r>
      <w:proofErr w:type="spellEnd"/>
      <w:r w:rsidRPr="00752FC8">
        <w:rPr>
          <w:lang w:val="es-ES"/>
        </w:rPr>
        <w:t xml:space="preserve"> por </w:t>
      </w:r>
      <w:proofErr w:type="spellStart"/>
      <w:r w:rsidRPr="00752FC8">
        <w:rPr>
          <w:lang w:val="es-ES"/>
        </w:rPr>
        <w:t>seu</w:t>
      </w:r>
      <w:proofErr w:type="spellEnd"/>
      <w:r w:rsidRPr="00752FC8">
        <w:rPr>
          <w:lang w:val="es-ES"/>
        </w:rPr>
        <w:t xml:space="preserve"> porto e </w:t>
      </w:r>
      <w:proofErr w:type="spellStart"/>
      <w:r w:rsidRPr="00752FC8">
        <w:rPr>
          <w:lang w:val="es-ES"/>
        </w:rPr>
        <w:t>sua</w:t>
      </w:r>
      <w:proofErr w:type="spellEnd"/>
      <w:r w:rsidRPr="00752FC8">
        <w:rPr>
          <w:lang w:val="es-ES"/>
        </w:rPr>
        <w:t xml:space="preserve"> </w:t>
      </w:r>
      <w:proofErr w:type="spellStart"/>
      <w:r w:rsidRPr="00752FC8">
        <w:rPr>
          <w:lang w:val="es-ES"/>
        </w:rPr>
        <w:t>arquitetura</w:t>
      </w:r>
      <w:proofErr w:type="spellEnd"/>
      <w:r w:rsidRPr="00752FC8">
        <w:rPr>
          <w:lang w:val="es-ES"/>
        </w:rPr>
        <w:t xml:space="preserve"> histórica. </w:t>
      </w:r>
      <w:proofErr w:type="spellStart"/>
      <w:r w:rsidRPr="00752FC8">
        <w:rPr>
          <w:lang w:val="es-ES"/>
        </w:rPr>
        <w:t>Após</w:t>
      </w:r>
      <w:proofErr w:type="spellEnd"/>
      <w:r w:rsidRPr="00752FC8">
        <w:rPr>
          <w:lang w:val="es-ES"/>
        </w:rPr>
        <w:t xml:space="preserve"> </w:t>
      </w:r>
      <w:proofErr w:type="spellStart"/>
      <w:r w:rsidRPr="00752FC8">
        <w:rPr>
          <w:lang w:val="es-ES"/>
        </w:rPr>
        <w:t>uma</w:t>
      </w:r>
      <w:proofErr w:type="spellEnd"/>
      <w:r w:rsidRPr="00752FC8">
        <w:rPr>
          <w:lang w:val="es-ES"/>
        </w:rPr>
        <w:t xml:space="preserve"> breve parada, </w:t>
      </w:r>
      <w:proofErr w:type="spellStart"/>
      <w:r w:rsidRPr="00752FC8">
        <w:rPr>
          <w:lang w:val="es-ES"/>
        </w:rPr>
        <w:t>continuação</w:t>
      </w:r>
      <w:proofErr w:type="spellEnd"/>
      <w:r w:rsidRPr="00752FC8">
        <w:rPr>
          <w:lang w:val="es-ES"/>
        </w:rPr>
        <w:t xml:space="preserve"> para </w:t>
      </w:r>
      <w:proofErr w:type="spellStart"/>
      <w:r w:rsidRPr="00752FC8">
        <w:rPr>
          <w:lang w:val="es-ES"/>
        </w:rPr>
        <w:t>Munique</w:t>
      </w:r>
      <w:proofErr w:type="spellEnd"/>
      <w:r w:rsidRPr="00752FC8">
        <w:rPr>
          <w:lang w:val="es-ES"/>
        </w:rPr>
        <w:t xml:space="preserve">, </w:t>
      </w:r>
      <w:proofErr w:type="spellStart"/>
      <w:r w:rsidRPr="00752FC8">
        <w:rPr>
          <w:lang w:val="es-ES"/>
        </w:rPr>
        <w:t>atravessando</w:t>
      </w:r>
      <w:proofErr w:type="spellEnd"/>
      <w:r w:rsidRPr="00752FC8">
        <w:rPr>
          <w:lang w:val="es-ES"/>
        </w:rPr>
        <w:t xml:space="preserve"> a </w:t>
      </w:r>
      <w:proofErr w:type="spellStart"/>
      <w:r w:rsidRPr="00752FC8">
        <w:rPr>
          <w:lang w:val="es-ES"/>
        </w:rPr>
        <w:t>região</w:t>
      </w:r>
      <w:proofErr w:type="spellEnd"/>
      <w:r w:rsidRPr="00752FC8">
        <w:rPr>
          <w:lang w:val="es-ES"/>
        </w:rPr>
        <w:t xml:space="preserve"> de </w:t>
      </w:r>
      <w:proofErr w:type="spellStart"/>
      <w:r w:rsidRPr="00752FC8">
        <w:rPr>
          <w:lang w:val="es-ES"/>
        </w:rPr>
        <w:t>Allgäu</w:t>
      </w:r>
      <w:proofErr w:type="spellEnd"/>
      <w:r w:rsidRPr="00752FC8">
        <w:rPr>
          <w:lang w:val="es-ES"/>
        </w:rPr>
        <w:t xml:space="preserve">, caracterizada por </w:t>
      </w:r>
      <w:proofErr w:type="spellStart"/>
      <w:r w:rsidRPr="00752FC8">
        <w:rPr>
          <w:lang w:val="es-ES"/>
        </w:rPr>
        <w:t>seus</w:t>
      </w:r>
      <w:proofErr w:type="spellEnd"/>
      <w:r w:rsidRPr="00752FC8">
        <w:rPr>
          <w:lang w:val="es-ES"/>
        </w:rPr>
        <w:t xml:space="preserve"> </w:t>
      </w:r>
      <w:r w:rsidRPr="00752FC8">
        <w:rPr>
          <w:lang w:val="es-ES"/>
        </w:rPr>
        <w:lastRenderedPageBreak/>
        <w:t xml:space="preserve">verdes prados, bosques e casas </w:t>
      </w:r>
      <w:proofErr w:type="spellStart"/>
      <w:r w:rsidRPr="00752FC8">
        <w:rPr>
          <w:lang w:val="es-ES"/>
        </w:rPr>
        <w:t>tradicionais</w:t>
      </w:r>
      <w:proofErr w:type="spellEnd"/>
      <w:r w:rsidRPr="00752FC8">
        <w:rPr>
          <w:lang w:val="es-ES"/>
        </w:rPr>
        <w:t xml:space="preserve"> decoradas </w:t>
      </w:r>
      <w:proofErr w:type="spellStart"/>
      <w:r w:rsidRPr="00752FC8">
        <w:rPr>
          <w:lang w:val="es-ES"/>
        </w:rPr>
        <w:t>com</w:t>
      </w:r>
      <w:proofErr w:type="spellEnd"/>
      <w:r w:rsidRPr="00752FC8">
        <w:rPr>
          <w:lang w:val="es-ES"/>
        </w:rPr>
        <w:t xml:space="preserve"> flores. </w:t>
      </w:r>
      <w:proofErr w:type="spellStart"/>
      <w:r w:rsidRPr="00752FC8">
        <w:rPr>
          <w:lang w:val="es-ES"/>
        </w:rPr>
        <w:t>Chegada</w:t>
      </w:r>
      <w:proofErr w:type="spellEnd"/>
      <w:r w:rsidRPr="00752FC8">
        <w:rPr>
          <w:lang w:val="es-ES"/>
        </w:rPr>
        <w:t xml:space="preserve"> e </w:t>
      </w:r>
      <w:proofErr w:type="spellStart"/>
      <w:r w:rsidRPr="00752FC8">
        <w:rPr>
          <w:lang w:val="es-ES"/>
        </w:rPr>
        <w:t>hospedagem</w:t>
      </w:r>
      <w:proofErr w:type="spellEnd"/>
      <w:r w:rsidRPr="00752FC8">
        <w:rPr>
          <w:lang w:val="es-ES"/>
        </w:rPr>
        <w:t>.</w:t>
      </w:r>
    </w:p>
    <w:p w14:paraId="28B270AE" w14:textId="77777777" w:rsidR="00101E7A" w:rsidRPr="00752FC8" w:rsidRDefault="00101E7A">
      <w:pPr>
        <w:rPr>
          <w:lang w:val="es-ES"/>
        </w:rPr>
      </w:pPr>
    </w:p>
    <w:p w14:paraId="60999D0C" w14:textId="77777777" w:rsidR="00101E7A" w:rsidRPr="00752FC8" w:rsidRDefault="0036337E">
      <w:pPr>
        <w:pStyle w:val="Ttulo2"/>
        <w:rPr>
          <w:lang w:val="es-ES"/>
        </w:rPr>
      </w:pPr>
      <w:r w:rsidRPr="00752FC8">
        <w:rPr>
          <w:lang w:val="es-ES"/>
        </w:rPr>
        <w:t>DIA 6 SEX MUNIQUE</w:t>
      </w:r>
    </w:p>
    <w:p w14:paraId="002ACD66" w14:textId="77777777" w:rsidR="00101E7A" w:rsidRPr="00752FC8" w:rsidRDefault="0036337E">
      <w:pPr>
        <w:rPr>
          <w:lang w:val="es-ES"/>
        </w:rPr>
      </w:pPr>
      <w:r w:rsidRPr="00752FC8">
        <w:rPr>
          <w:lang w:val="es-ES"/>
        </w:rPr>
        <w:t xml:space="preserve">Visita </w:t>
      </w:r>
      <w:proofErr w:type="spellStart"/>
      <w:r w:rsidRPr="00752FC8">
        <w:rPr>
          <w:lang w:val="es-ES"/>
        </w:rPr>
        <w:t>panorâmica</w:t>
      </w:r>
      <w:proofErr w:type="spellEnd"/>
      <w:r w:rsidRPr="00752FC8">
        <w:rPr>
          <w:lang w:val="es-ES"/>
        </w:rPr>
        <w:t xml:space="preserve"> de </w:t>
      </w:r>
      <w:proofErr w:type="spellStart"/>
      <w:r w:rsidRPr="00752FC8">
        <w:rPr>
          <w:lang w:val="es-ES"/>
        </w:rPr>
        <w:t>Munique</w:t>
      </w:r>
      <w:proofErr w:type="spellEnd"/>
      <w:r w:rsidRPr="00752FC8">
        <w:rPr>
          <w:lang w:val="es-ES"/>
        </w:rPr>
        <w:t xml:space="preserve">, capital da Baviera, situada </w:t>
      </w:r>
      <w:proofErr w:type="spellStart"/>
      <w:r w:rsidRPr="00752FC8">
        <w:rPr>
          <w:lang w:val="es-ES"/>
        </w:rPr>
        <w:t>às</w:t>
      </w:r>
      <w:proofErr w:type="spellEnd"/>
      <w:r w:rsidRPr="00752FC8">
        <w:rPr>
          <w:lang w:val="es-ES"/>
        </w:rPr>
        <w:t xml:space="preserve"> </w:t>
      </w:r>
      <w:proofErr w:type="spellStart"/>
      <w:r w:rsidRPr="00752FC8">
        <w:rPr>
          <w:lang w:val="es-ES"/>
        </w:rPr>
        <w:t>margens</w:t>
      </w:r>
      <w:proofErr w:type="spellEnd"/>
      <w:r w:rsidRPr="00752FC8">
        <w:rPr>
          <w:lang w:val="es-ES"/>
        </w:rPr>
        <w:t xml:space="preserve"> do rio Isar. O </w:t>
      </w:r>
      <w:proofErr w:type="spellStart"/>
      <w:r w:rsidRPr="00752FC8">
        <w:rPr>
          <w:lang w:val="es-ES"/>
        </w:rPr>
        <w:t>percurso</w:t>
      </w:r>
      <w:proofErr w:type="spellEnd"/>
      <w:r w:rsidRPr="00752FC8">
        <w:rPr>
          <w:lang w:val="es-ES"/>
        </w:rPr>
        <w:t xml:space="preserve"> </w:t>
      </w:r>
      <w:proofErr w:type="spellStart"/>
      <w:r w:rsidRPr="00752FC8">
        <w:rPr>
          <w:lang w:val="es-ES"/>
        </w:rPr>
        <w:t>começa</w:t>
      </w:r>
      <w:proofErr w:type="spellEnd"/>
      <w:r w:rsidRPr="00752FC8">
        <w:rPr>
          <w:lang w:val="es-ES"/>
        </w:rPr>
        <w:t xml:space="preserve"> no </w:t>
      </w:r>
      <w:proofErr w:type="spellStart"/>
      <w:r w:rsidRPr="00752FC8">
        <w:rPr>
          <w:lang w:val="es-ES"/>
        </w:rPr>
        <w:t>portão</w:t>
      </w:r>
      <w:proofErr w:type="spellEnd"/>
      <w:r w:rsidRPr="00752FC8">
        <w:rPr>
          <w:lang w:val="es-ES"/>
        </w:rPr>
        <w:t xml:space="preserve"> medieval </w:t>
      </w:r>
      <w:proofErr w:type="spellStart"/>
      <w:r w:rsidRPr="00752FC8">
        <w:rPr>
          <w:lang w:val="es-ES"/>
        </w:rPr>
        <w:t>Karlstor</w:t>
      </w:r>
      <w:proofErr w:type="spellEnd"/>
      <w:r w:rsidRPr="00752FC8">
        <w:rPr>
          <w:lang w:val="es-ES"/>
        </w:rPr>
        <w:t xml:space="preserve"> e continua até a Igreja de São Miguel, onde se </w:t>
      </w:r>
      <w:proofErr w:type="spellStart"/>
      <w:r w:rsidRPr="00752FC8">
        <w:rPr>
          <w:lang w:val="es-ES"/>
        </w:rPr>
        <w:t>encontram</w:t>
      </w:r>
      <w:proofErr w:type="spellEnd"/>
      <w:r w:rsidRPr="00752FC8">
        <w:rPr>
          <w:lang w:val="es-ES"/>
        </w:rPr>
        <w:t xml:space="preserve"> os restos do </w:t>
      </w:r>
      <w:proofErr w:type="spellStart"/>
      <w:r w:rsidRPr="00752FC8">
        <w:rPr>
          <w:lang w:val="es-ES"/>
        </w:rPr>
        <w:t>rei</w:t>
      </w:r>
      <w:proofErr w:type="spellEnd"/>
      <w:r w:rsidRPr="00752FC8">
        <w:rPr>
          <w:lang w:val="es-ES"/>
        </w:rPr>
        <w:t xml:space="preserve"> Luís II. </w:t>
      </w:r>
      <w:proofErr w:type="spellStart"/>
      <w:r w:rsidRPr="00752FC8">
        <w:rPr>
          <w:lang w:val="es-ES"/>
        </w:rPr>
        <w:t>Através</w:t>
      </w:r>
      <w:proofErr w:type="spellEnd"/>
      <w:r w:rsidRPr="00752FC8">
        <w:rPr>
          <w:lang w:val="es-ES"/>
        </w:rPr>
        <w:t xml:space="preserve"> da </w:t>
      </w:r>
      <w:proofErr w:type="spellStart"/>
      <w:r w:rsidRPr="00752FC8">
        <w:rPr>
          <w:lang w:val="es-ES"/>
        </w:rPr>
        <w:t>Marienplatz</w:t>
      </w:r>
      <w:proofErr w:type="spellEnd"/>
      <w:r w:rsidRPr="00752FC8">
        <w:rPr>
          <w:lang w:val="es-ES"/>
        </w:rPr>
        <w:t xml:space="preserve"> </w:t>
      </w:r>
      <w:proofErr w:type="spellStart"/>
      <w:r w:rsidRPr="00752FC8">
        <w:rPr>
          <w:lang w:val="es-ES"/>
        </w:rPr>
        <w:t>chega</w:t>
      </w:r>
      <w:proofErr w:type="spellEnd"/>
      <w:r w:rsidRPr="00752FC8">
        <w:rPr>
          <w:lang w:val="es-ES"/>
        </w:rPr>
        <w:t xml:space="preserve">-se à </w:t>
      </w:r>
      <w:proofErr w:type="spellStart"/>
      <w:r w:rsidRPr="00752FC8">
        <w:rPr>
          <w:lang w:val="es-ES"/>
        </w:rPr>
        <w:t>Prefeitura</w:t>
      </w:r>
      <w:proofErr w:type="spellEnd"/>
      <w:r w:rsidRPr="00752FC8">
        <w:rPr>
          <w:lang w:val="es-ES"/>
        </w:rPr>
        <w:t xml:space="preserve">, famosa pelo </w:t>
      </w:r>
      <w:proofErr w:type="spellStart"/>
      <w:r w:rsidRPr="00752FC8">
        <w:rPr>
          <w:lang w:val="es-ES"/>
        </w:rPr>
        <w:t>seu</w:t>
      </w:r>
      <w:proofErr w:type="spellEnd"/>
      <w:r w:rsidRPr="00752FC8">
        <w:rPr>
          <w:lang w:val="es-ES"/>
        </w:rPr>
        <w:t xml:space="preserve"> </w:t>
      </w:r>
      <w:proofErr w:type="spellStart"/>
      <w:r w:rsidRPr="00752FC8">
        <w:rPr>
          <w:lang w:val="es-ES"/>
        </w:rPr>
        <w:t>carrilhão</w:t>
      </w:r>
      <w:proofErr w:type="spellEnd"/>
      <w:r w:rsidRPr="00752FC8">
        <w:rPr>
          <w:lang w:val="es-ES"/>
        </w:rPr>
        <w:t xml:space="preserve">, e à </w:t>
      </w:r>
      <w:proofErr w:type="spellStart"/>
      <w:r w:rsidRPr="00752FC8">
        <w:rPr>
          <w:lang w:val="es-ES"/>
        </w:rPr>
        <w:t>Frauenkirche</w:t>
      </w:r>
      <w:proofErr w:type="spellEnd"/>
      <w:r w:rsidRPr="00752FC8">
        <w:rPr>
          <w:lang w:val="es-ES"/>
        </w:rPr>
        <w:t xml:space="preserve">, cuja entrada conserva, segundo a </w:t>
      </w:r>
      <w:proofErr w:type="spellStart"/>
      <w:r w:rsidRPr="00752FC8">
        <w:rPr>
          <w:lang w:val="es-ES"/>
        </w:rPr>
        <w:t>lenda</w:t>
      </w:r>
      <w:proofErr w:type="spellEnd"/>
      <w:r w:rsidRPr="00752FC8">
        <w:rPr>
          <w:lang w:val="es-ES"/>
        </w:rPr>
        <w:t xml:space="preserve">, a pegada do </w:t>
      </w:r>
      <w:proofErr w:type="spellStart"/>
      <w:r w:rsidRPr="00752FC8">
        <w:rPr>
          <w:lang w:val="es-ES"/>
        </w:rPr>
        <w:t>Diabo</w:t>
      </w:r>
      <w:proofErr w:type="spellEnd"/>
      <w:r w:rsidRPr="00752FC8">
        <w:rPr>
          <w:lang w:val="es-ES"/>
        </w:rPr>
        <w:t xml:space="preserve">. </w:t>
      </w:r>
      <w:proofErr w:type="spellStart"/>
      <w:r w:rsidRPr="00752FC8">
        <w:rPr>
          <w:lang w:val="es-ES"/>
        </w:rPr>
        <w:t>Passaremos</w:t>
      </w:r>
      <w:proofErr w:type="spellEnd"/>
      <w:r w:rsidRPr="00752FC8">
        <w:rPr>
          <w:lang w:val="es-ES"/>
        </w:rPr>
        <w:t xml:space="preserve"> </w:t>
      </w:r>
      <w:proofErr w:type="spellStart"/>
      <w:r w:rsidRPr="00752FC8">
        <w:rPr>
          <w:lang w:val="es-ES"/>
        </w:rPr>
        <w:t>também</w:t>
      </w:r>
      <w:proofErr w:type="spellEnd"/>
      <w:r w:rsidRPr="00752FC8">
        <w:rPr>
          <w:lang w:val="es-ES"/>
        </w:rPr>
        <w:t xml:space="preserve"> pela </w:t>
      </w:r>
      <w:proofErr w:type="spellStart"/>
      <w:r w:rsidRPr="00752FC8">
        <w:rPr>
          <w:lang w:val="es-ES"/>
        </w:rPr>
        <w:t>Praça</w:t>
      </w:r>
      <w:proofErr w:type="spellEnd"/>
      <w:r w:rsidRPr="00752FC8">
        <w:rPr>
          <w:lang w:val="es-ES"/>
        </w:rPr>
        <w:t xml:space="preserve"> da Ópera, pela </w:t>
      </w:r>
      <w:proofErr w:type="spellStart"/>
      <w:r w:rsidRPr="00752FC8">
        <w:rPr>
          <w:lang w:val="es-ES"/>
        </w:rPr>
        <w:t>Feldherrnhalle</w:t>
      </w:r>
      <w:proofErr w:type="spellEnd"/>
      <w:r w:rsidRPr="00752FC8">
        <w:rPr>
          <w:lang w:val="es-ES"/>
        </w:rPr>
        <w:t xml:space="preserve">, pela igreja </w:t>
      </w:r>
      <w:proofErr w:type="spellStart"/>
      <w:r w:rsidRPr="00752FC8">
        <w:rPr>
          <w:lang w:val="es-ES"/>
        </w:rPr>
        <w:t>Bürgersaalkirche</w:t>
      </w:r>
      <w:proofErr w:type="spellEnd"/>
      <w:r w:rsidRPr="00752FC8">
        <w:rPr>
          <w:lang w:val="es-ES"/>
        </w:rPr>
        <w:t xml:space="preserve">, pela </w:t>
      </w:r>
      <w:proofErr w:type="spellStart"/>
      <w:r w:rsidRPr="00752FC8">
        <w:rPr>
          <w:lang w:val="es-ES"/>
        </w:rPr>
        <w:t>Residência</w:t>
      </w:r>
      <w:proofErr w:type="spellEnd"/>
      <w:r w:rsidRPr="00752FC8">
        <w:rPr>
          <w:lang w:val="es-ES"/>
        </w:rPr>
        <w:t xml:space="preserve"> Real e pela Igreja de São Pedro. Antes de finalizar, </w:t>
      </w:r>
      <w:proofErr w:type="spellStart"/>
      <w:r w:rsidRPr="00752FC8">
        <w:rPr>
          <w:lang w:val="es-ES"/>
        </w:rPr>
        <w:t>faremos</w:t>
      </w:r>
      <w:proofErr w:type="spellEnd"/>
      <w:r w:rsidRPr="00752FC8">
        <w:rPr>
          <w:lang w:val="es-ES"/>
        </w:rPr>
        <w:t xml:space="preserve"> </w:t>
      </w:r>
      <w:proofErr w:type="spellStart"/>
      <w:r w:rsidRPr="00752FC8">
        <w:rPr>
          <w:lang w:val="es-ES"/>
        </w:rPr>
        <w:t>um</w:t>
      </w:r>
      <w:proofErr w:type="spellEnd"/>
      <w:r w:rsidRPr="00752FC8">
        <w:rPr>
          <w:lang w:val="es-ES"/>
        </w:rPr>
        <w:t xml:space="preserve"> </w:t>
      </w:r>
      <w:proofErr w:type="spellStart"/>
      <w:r w:rsidRPr="00752FC8">
        <w:rPr>
          <w:lang w:val="es-ES"/>
        </w:rPr>
        <w:t>passeio</w:t>
      </w:r>
      <w:proofErr w:type="spellEnd"/>
      <w:r w:rsidRPr="00752FC8">
        <w:rPr>
          <w:lang w:val="es-ES"/>
        </w:rPr>
        <w:t xml:space="preserve"> pelo </w:t>
      </w:r>
      <w:proofErr w:type="spellStart"/>
      <w:r w:rsidRPr="00752FC8">
        <w:rPr>
          <w:lang w:val="es-ES"/>
        </w:rPr>
        <w:t>Jardim</w:t>
      </w:r>
      <w:proofErr w:type="spellEnd"/>
      <w:r w:rsidRPr="00752FC8">
        <w:rPr>
          <w:lang w:val="es-ES"/>
        </w:rPr>
        <w:t xml:space="preserve"> </w:t>
      </w:r>
      <w:proofErr w:type="spellStart"/>
      <w:r w:rsidRPr="00752FC8">
        <w:rPr>
          <w:lang w:val="es-ES"/>
        </w:rPr>
        <w:t>Inglês</w:t>
      </w:r>
      <w:proofErr w:type="spellEnd"/>
      <w:r w:rsidRPr="00752FC8">
        <w:rPr>
          <w:lang w:val="es-ES"/>
        </w:rPr>
        <w:t xml:space="preserve">, </w:t>
      </w:r>
      <w:proofErr w:type="spellStart"/>
      <w:r w:rsidRPr="00752FC8">
        <w:rPr>
          <w:lang w:val="es-ES"/>
        </w:rPr>
        <w:t>um</w:t>
      </w:r>
      <w:proofErr w:type="spellEnd"/>
      <w:r w:rsidRPr="00752FC8">
        <w:rPr>
          <w:lang w:val="es-ES"/>
        </w:rPr>
        <w:t xml:space="preserve"> dos </w:t>
      </w:r>
      <w:proofErr w:type="spellStart"/>
      <w:r w:rsidRPr="00752FC8">
        <w:rPr>
          <w:lang w:val="es-ES"/>
        </w:rPr>
        <w:t>maiores</w:t>
      </w:r>
      <w:proofErr w:type="spellEnd"/>
      <w:r w:rsidRPr="00752FC8">
        <w:rPr>
          <w:lang w:val="es-ES"/>
        </w:rPr>
        <w:t xml:space="preserve"> parques urbanos da Europa. </w:t>
      </w:r>
      <w:proofErr w:type="spellStart"/>
      <w:r w:rsidRPr="00752FC8">
        <w:rPr>
          <w:lang w:val="es-ES"/>
        </w:rPr>
        <w:t>Hospedagem</w:t>
      </w:r>
      <w:proofErr w:type="spellEnd"/>
      <w:r w:rsidRPr="00752FC8">
        <w:rPr>
          <w:lang w:val="es-ES"/>
        </w:rPr>
        <w:t>.</w:t>
      </w:r>
    </w:p>
    <w:p w14:paraId="05167516" w14:textId="77777777" w:rsidR="00101E7A" w:rsidRPr="00752FC8" w:rsidRDefault="00101E7A">
      <w:pPr>
        <w:rPr>
          <w:lang w:val="es-ES"/>
        </w:rPr>
      </w:pPr>
    </w:p>
    <w:p w14:paraId="499674DB" w14:textId="77777777" w:rsidR="00101E7A" w:rsidRPr="00752FC8" w:rsidRDefault="0036337E">
      <w:pPr>
        <w:pStyle w:val="Ttulo2"/>
        <w:rPr>
          <w:lang w:val="es-ES"/>
        </w:rPr>
      </w:pPr>
      <w:r w:rsidRPr="00752FC8">
        <w:rPr>
          <w:lang w:val="es-ES"/>
        </w:rPr>
        <w:t>DIA 7 SÁB MUNIQUE - NEUSCHWANSTEIN - MUNIQUE</w:t>
      </w:r>
    </w:p>
    <w:p w14:paraId="2C0DCFAF" w14:textId="77777777" w:rsidR="00101E7A" w:rsidRPr="00752FC8" w:rsidRDefault="0036337E">
      <w:pPr>
        <w:rPr>
          <w:lang w:val="es-ES"/>
        </w:rPr>
      </w:pPr>
      <w:proofErr w:type="spellStart"/>
      <w:r w:rsidRPr="00752FC8">
        <w:rPr>
          <w:lang w:val="es-ES"/>
        </w:rPr>
        <w:t>Excursão</w:t>
      </w:r>
      <w:proofErr w:type="spellEnd"/>
      <w:r w:rsidRPr="00752FC8">
        <w:rPr>
          <w:lang w:val="es-ES"/>
        </w:rPr>
        <w:t xml:space="preserve"> </w:t>
      </w:r>
      <w:proofErr w:type="spellStart"/>
      <w:r w:rsidRPr="00752FC8">
        <w:rPr>
          <w:lang w:val="es-ES"/>
        </w:rPr>
        <w:t>ao</w:t>
      </w:r>
      <w:proofErr w:type="spellEnd"/>
      <w:r w:rsidRPr="00752FC8">
        <w:rPr>
          <w:lang w:val="es-ES"/>
        </w:rPr>
        <w:t xml:space="preserve"> Castelo de </w:t>
      </w:r>
      <w:proofErr w:type="spellStart"/>
      <w:r w:rsidRPr="00752FC8">
        <w:rPr>
          <w:lang w:val="es-ES"/>
        </w:rPr>
        <w:t>Neuschwanstein</w:t>
      </w:r>
      <w:proofErr w:type="spellEnd"/>
      <w:r w:rsidRPr="00752FC8">
        <w:rPr>
          <w:lang w:val="es-ES"/>
        </w:rPr>
        <w:t xml:space="preserve">, mandado construir pelo </w:t>
      </w:r>
      <w:proofErr w:type="spellStart"/>
      <w:r w:rsidRPr="00752FC8">
        <w:rPr>
          <w:lang w:val="es-ES"/>
        </w:rPr>
        <w:t>rei</w:t>
      </w:r>
      <w:proofErr w:type="spellEnd"/>
      <w:r w:rsidRPr="00752FC8">
        <w:rPr>
          <w:lang w:val="es-ES"/>
        </w:rPr>
        <w:t xml:space="preserve"> Luís II da Baviera. Inspirado nos </w:t>
      </w:r>
      <w:proofErr w:type="spellStart"/>
      <w:r w:rsidRPr="00752FC8">
        <w:rPr>
          <w:lang w:val="es-ES"/>
        </w:rPr>
        <w:t>castelos</w:t>
      </w:r>
      <w:proofErr w:type="spellEnd"/>
      <w:r w:rsidRPr="00752FC8">
        <w:rPr>
          <w:lang w:val="es-ES"/>
        </w:rPr>
        <w:t xml:space="preserve"> </w:t>
      </w:r>
      <w:proofErr w:type="spellStart"/>
      <w:r w:rsidRPr="00752FC8">
        <w:rPr>
          <w:lang w:val="es-ES"/>
        </w:rPr>
        <w:t>medievais</w:t>
      </w:r>
      <w:proofErr w:type="spellEnd"/>
      <w:r w:rsidRPr="00752FC8">
        <w:rPr>
          <w:lang w:val="es-ES"/>
        </w:rPr>
        <w:t xml:space="preserve"> dos </w:t>
      </w:r>
      <w:proofErr w:type="spellStart"/>
      <w:r w:rsidRPr="00752FC8">
        <w:rPr>
          <w:lang w:val="es-ES"/>
        </w:rPr>
        <w:t>Cavaleiros</w:t>
      </w:r>
      <w:proofErr w:type="spellEnd"/>
      <w:r w:rsidRPr="00752FC8">
        <w:rPr>
          <w:lang w:val="es-ES"/>
        </w:rPr>
        <w:t xml:space="preserve"> </w:t>
      </w:r>
      <w:proofErr w:type="spellStart"/>
      <w:r w:rsidRPr="00752FC8">
        <w:rPr>
          <w:lang w:val="es-ES"/>
        </w:rPr>
        <w:t>Teutônicos</w:t>
      </w:r>
      <w:proofErr w:type="spellEnd"/>
      <w:r w:rsidRPr="00752FC8">
        <w:rPr>
          <w:lang w:val="es-ES"/>
        </w:rPr>
        <w:t xml:space="preserve">, </w:t>
      </w:r>
      <w:proofErr w:type="spellStart"/>
      <w:r w:rsidRPr="00752FC8">
        <w:rPr>
          <w:lang w:val="es-ES"/>
        </w:rPr>
        <w:t>seu</w:t>
      </w:r>
      <w:proofErr w:type="spellEnd"/>
      <w:r w:rsidRPr="00752FC8">
        <w:rPr>
          <w:lang w:val="es-ES"/>
        </w:rPr>
        <w:t xml:space="preserve"> interior </w:t>
      </w:r>
      <w:proofErr w:type="spellStart"/>
      <w:r w:rsidRPr="00752FC8">
        <w:rPr>
          <w:lang w:val="es-ES"/>
        </w:rPr>
        <w:t>recria</w:t>
      </w:r>
      <w:proofErr w:type="spellEnd"/>
      <w:r w:rsidRPr="00752FC8">
        <w:rPr>
          <w:lang w:val="es-ES"/>
        </w:rPr>
        <w:t xml:space="preserve"> </w:t>
      </w:r>
      <w:proofErr w:type="spellStart"/>
      <w:r w:rsidRPr="00752FC8">
        <w:rPr>
          <w:lang w:val="es-ES"/>
        </w:rPr>
        <w:t>um</w:t>
      </w:r>
      <w:proofErr w:type="spellEnd"/>
      <w:r w:rsidRPr="00752FC8">
        <w:rPr>
          <w:lang w:val="es-ES"/>
        </w:rPr>
        <w:t xml:space="preserve"> mundo de </w:t>
      </w:r>
      <w:proofErr w:type="spellStart"/>
      <w:r w:rsidRPr="00752FC8">
        <w:rPr>
          <w:lang w:val="es-ES"/>
        </w:rPr>
        <w:t>lendas</w:t>
      </w:r>
      <w:proofErr w:type="spellEnd"/>
      <w:r w:rsidRPr="00752FC8">
        <w:rPr>
          <w:lang w:val="es-ES"/>
        </w:rPr>
        <w:t xml:space="preserve"> e </w:t>
      </w:r>
      <w:proofErr w:type="spellStart"/>
      <w:r w:rsidRPr="00752FC8">
        <w:rPr>
          <w:lang w:val="es-ES"/>
        </w:rPr>
        <w:t>mitologia</w:t>
      </w:r>
      <w:proofErr w:type="spellEnd"/>
      <w:r w:rsidRPr="00752FC8">
        <w:rPr>
          <w:lang w:val="es-ES"/>
        </w:rPr>
        <w:t xml:space="preserve">. À tarde, </w:t>
      </w:r>
      <w:proofErr w:type="spellStart"/>
      <w:r w:rsidRPr="00752FC8">
        <w:rPr>
          <w:lang w:val="es-ES"/>
        </w:rPr>
        <w:t>passagem</w:t>
      </w:r>
      <w:proofErr w:type="spellEnd"/>
      <w:r w:rsidRPr="00752FC8">
        <w:rPr>
          <w:lang w:val="es-ES"/>
        </w:rPr>
        <w:t xml:space="preserve"> por </w:t>
      </w:r>
      <w:proofErr w:type="spellStart"/>
      <w:r w:rsidRPr="00752FC8">
        <w:rPr>
          <w:lang w:val="es-ES"/>
        </w:rPr>
        <w:t>Oberammergau</w:t>
      </w:r>
      <w:proofErr w:type="spellEnd"/>
      <w:r w:rsidRPr="00752FC8">
        <w:rPr>
          <w:lang w:val="es-ES"/>
        </w:rPr>
        <w:t xml:space="preserve">, </w:t>
      </w:r>
      <w:proofErr w:type="spellStart"/>
      <w:r w:rsidRPr="00752FC8">
        <w:rPr>
          <w:lang w:val="es-ES"/>
        </w:rPr>
        <w:t>conhecido</w:t>
      </w:r>
      <w:proofErr w:type="spellEnd"/>
      <w:r w:rsidRPr="00752FC8">
        <w:rPr>
          <w:lang w:val="es-ES"/>
        </w:rPr>
        <w:t xml:space="preserve"> pela </w:t>
      </w:r>
      <w:proofErr w:type="spellStart"/>
      <w:r w:rsidRPr="00752FC8">
        <w:rPr>
          <w:lang w:val="es-ES"/>
        </w:rPr>
        <w:t>representação</w:t>
      </w:r>
      <w:proofErr w:type="spellEnd"/>
      <w:r w:rsidRPr="00752FC8">
        <w:rPr>
          <w:lang w:val="es-ES"/>
        </w:rPr>
        <w:t xml:space="preserve"> da </w:t>
      </w:r>
      <w:proofErr w:type="spellStart"/>
      <w:r w:rsidRPr="00752FC8">
        <w:rPr>
          <w:lang w:val="es-ES"/>
        </w:rPr>
        <w:t>Paixão</w:t>
      </w:r>
      <w:proofErr w:type="spellEnd"/>
      <w:r w:rsidRPr="00752FC8">
        <w:rPr>
          <w:lang w:val="es-ES"/>
        </w:rPr>
        <w:t xml:space="preserve"> que se realiza a cada </w:t>
      </w:r>
      <w:proofErr w:type="spellStart"/>
      <w:r w:rsidRPr="00752FC8">
        <w:rPr>
          <w:lang w:val="es-ES"/>
        </w:rPr>
        <w:t>dez</w:t>
      </w:r>
      <w:proofErr w:type="spellEnd"/>
      <w:r w:rsidRPr="00752FC8">
        <w:rPr>
          <w:lang w:val="es-ES"/>
        </w:rPr>
        <w:t xml:space="preserve"> anos desde 1633. Posteriormente, visita à </w:t>
      </w:r>
      <w:proofErr w:type="spellStart"/>
      <w:r w:rsidRPr="00752FC8">
        <w:rPr>
          <w:lang w:val="es-ES"/>
        </w:rPr>
        <w:t>abadia</w:t>
      </w:r>
      <w:proofErr w:type="spellEnd"/>
      <w:r w:rsidRPr="00752FC8">
        <w:rPr>
          <w:lang w:val="es-ES"/>
        </w:rPr>
        <w:t xml:space="preserve"> </w:t>
      </w:r>
      <w:proofErr w:type="spellStart"/>
      <w:r w:rsidRPr="00752FC8">
        <w:rPr>
          <w:lang w:val="es-ES"/>
        </w:rPr>
        <w:t>beneditina</w:t>
      </w:r>
      <w:proofErr w:type="spellEnd"/>
      <w:r w:rsidRPr="00752FC8">
        <w:rPr>
          <w:lang w:val="es-ES"/>
        </w:rPr>
        <w:t xml:space="preserve"> de </w:t>
      </w:r>
      <w:proofErr w:type="spellStart"/>
      <w:r w:rsidRPr="00752FC8">
        <w:rPr>
          <w:lang w:val="es-ES"/>
        </w:rPr>
        <w:t>Ettal</w:t>
      </w:r>
      <w:proofErr w:type="spellEnd"/>
      <w:r w:rsidRPr="00752FC8">
        <w:rPr>
          <w:lang w:val="es-ES"/>
        </w:rPr>
        <w:t xml:space="preserve">. Retorno a </w:t>
      </w:r>
      <w:proofErr w:type="spellStart"/>
      <w:r w:rsidRPr="00752FC8">
        <w:rPr>
          <w:lang w:val="es-ES"/>
        </w:rPr>
        <w:t>Munique</w:t>
      </w:r>
      <w:proofErr w:type="spellEnd"/>
      <w:r w:rsidRPr="00752FC8">
        <w:rPr>
          <w:lang w:val="es-ES"/>
        </w:rPr>
        <w:t xml:space="preserve"> e </w:t>
      </w:r>
      <w:proofErr w:type="spellStart"/>
      <w:r w:rsidRPr="00752FC8">
        <w:rPr>
          <w:lang w:val="es-ES"/>
        </w:rPr>
        <w:t>hospedagem</w:t>
      </w:r>
      <w:proofErr w:type="spellEnd"/>
      <w:r w:rsidRPr="00752FC8">
        <w:rPr>
          <w:lang w:val="es-ES"/>
        </w:rPr>
        <w:t>.</w:t>
      </w:r>
    </w:p>
    <w:p w14:paraId="28E54345" w14:textId="77777777" w:rsidR="00101E7A" w:rsidRPr="00752FC8" w:rsidRDefault="00101E7A">
      <w:pPr>
        <w:rPr>
          <w:lang w:val="es-ES"/>
        </w:rPr>
      </w:pPr>
    </w:p>
    <w:p w14:paraId="7E52679C" w14:textId="77777777" w:rsidR="00101E7A" w:rsidRPr="00752FC8" w:rsidRDefault="0036337E">
      <w:pPr>
        <w:pStyle w:val="Ttulo2"/>
        <w:rPr>
          <w:lang w:val="es-ES"/>
        </w:rPr>
      </w:pPr>
      <w:r w:rsidRPr="00752FC8">
        <w:rPr>
          <w:lang w:val="es-ES"/>
        </w:rPr>
        <w:t>DIA 8 DOM MUNIQUE - ZURIQUE</w:t>
      </w:r>
    </w:p>
    <w:p w14:paraId="3A5DB8B1" w14:textId="77777777" w:rsidR="00101E7A" w:rsidRPr="00752FC8" w:rsidRDefault="0036337E">
      <w:pPr>
        <w:rPr>
          <w:lang w:val="es-ES"/>
        </w:rPr>
      </w:pPr>
      <w:r w:rsidRPr="00752FC8">
        <w:rPr>
          <w:lang w:val="es-ES"/>
        </w:rPr>
        <w:t xml:space="preserve">Café da </w:t>
      </w:r>
      <w:proofErr w:type="spellStart"/>
      <w:r w:rsidRPr="00752FC8">
        <w:rPr>
          <w:lang w:val="es-ES"/>
        </w:rPr>
        <w:t>manhã</w:t>
      </w:r>
      <w:proofErr w:type="spellEnd"/>
      <w:r w:rsidRPr="00752FC8">
        <w:rPr>
          <w:lang w:val="es-ES"/>
        </w:rPr>
        <w:t xml:space="preserve"> e </w:t>
      </w:r>
      <w:proofErr w:type="spellStart"/>
      <w:r w:rsidRPr="00752FC8">
        <w:rPr>
          <w:lang w:val="es-ES"/>
        </w:rPr>
        <w:t>saída</w:t>
      </w:r>
      <w:proofErr w:type="spellEnd"/>
      <w:r w:rsidRPr="00752FC8">
        <w:rPr>
          <w:lang w:val="es-ES"/>
        </w:rPr>
        <w:t xml:space="preserve"> para Schaffhausen, famosa pelas Cataratas do Reno, a </w:t>
      </w:r>
      <w:proofErr w:type="spellStart"/>
      <w:r w:rsidRPr="00752FC8">
        <w:rPr>
          <w:lang w:val="es-ES"/>
        </w:rPr>
        <w:t>maior</w:t>
      </w:r>
      <w:proofErr w:type="spellEnd"/>
      <w:r w:rsidRPr="00752FC8">
        <w:rPr>
          <w:lang w:val="es-ES"/>
        </w:rPr>
        <w:t xml:space="preserve"> </w:t>
      </w:r>
      <w:proofErr w:type="spellStart"/>
      <w:r w:rsidRPr="00752FC8">
        <w:rPr>
          <w:lang w:val="es-ES"/>
        </w:rPr>
        <w:t>cachoeira</w:t>
      </w:r>
      <w:proofErr w:type="spellEnd"/>
      <w:r w:rsidRPr="00752FC8">
        <w:rPr>
          <w:lang w:val="es-ES"/>
        </w:rPr>
        <w:t xml:space="preserve"> da Europa Central. Em seguida, </w:t>
      </w:r>
      <w:proofErr w:type="spellStart"/>
      <w:r w:rsidRPr="00752FC8">
        <w:rPr>
          <w:lang w:val="es-ES"/>
        </w:rPr>
        <w:t>passagem</w:t>
      </w:r>
      <w:proofErr w:type="spellEnd"/>
      <w:r w:rsidRPr="00752FC8">
        <w:rPr>
          <w:lang w:val="es-ES"/>
        </w:rPr>
        <w:t xml:space="preserve"> pelo centro </w:t>
      </w:r>
      <w:proofErr w:type="spellStart"/>
      <w:r w:rsidRPr="00752FC8">
        <w:rPr>
          <w:lang w:val="es-ES"/>
        </w:rPr>
        <w:t>antigo</w:t>
      </w:r>
      <w:proofErr w:type="spellEnd"/>
      <w:r w:rsidRPr="00752FC8">
        <w:rPr>
          <w:lang w:val="es-ES"/>
        </w:rPr>
        <w:t xml:space="preserve"> de Schaffhausen, fechado para </w:t>
      </w:r>
      <w:proofErr w:type="spellStart"/>
      <w:r w:rsidRPr="00752FC8">
        <w:rPr>
          <w:lang w:val="es-ES"/>
        </w:rPr>
        <w:t>automóveis</w:t>
      </w:r>
      <w:proofErr w:type="spellEnd"/>
      <w:r w:rsidRPr="00752FC8">
        <w:rPr>
          <w:lang w:val="es-ES"/>
        </w:rPr>
        <w:t xml:space="preserve">, que é considerado </w:t>
      </w:r>
      <w:proofErr w:type="spellStart"/>
      <w:r w:rsidRPr="00752FC8">
        <w:rPr>
          <w:lang w:val="es-ES"/>
        </w:rPr>
        <w:t>um</w:t>
      </w:r>
      <w:proofErr w:type="spellEnd"/>
      <w:r w:rsidRPr="00752FC8">
        <w:rPr>
          <w:lang w:val="es-ES"/>
        </w:rPr>
        <w:t xml:space="preserve"> dos </w:t>
      </w:r>
      <w:proofErr w:type="spellStart"/>
      <w:r w:rsidRPr="00752FC8">
        <w:rPr>
          <w:lang w:val="es-ES"/>
        </w:rPr>
        <w:t>mais</w:t>
      </w:r>
      <w:proofErr w:type="spellEnd"/>
      <w:r w:rsidRPr="00752FC8">
        <w:rPr>
          <w:lang w:val="es-ES"/>
        </w:rPr>
        <w:t xml:space="preserve"> </w:t>
      </w:r>
      <w:proofErr w:type="spellStart"/>
      <w:r w:rsidRPr="00752FC8">
        <w:rPr>
          <w:lang w:val="es-ES"/>
        </w:rPr>
        <w:t>pitorescos</w:t>
      </w:r>
      <w:proofErr w:type="spellEnd"/>
      <w:r w:rsidRPr="00752FC8">
        <w:rPr>
          <w:lang w:val="es-ES"/>
        </w:rPr>
        <w:t xml:space="preserve"> de toda a </w:t>
      </w:r>
      <w:proofErr w:type="spellStart"/>
      <w:r w:rsidRPr="00752FC8">
        <w:rPr>
          <w:lang w:val="es-ES"/>
        </w:rPr>
        <w:t>Suíça</w:t>
      </w:r>
      <w:proofErr w:type="spellEnd"/>
      <w:r w:rsidRPr="00752FC8">
        <w:rPr>
          <w:lang w:val="es-ES"/>
        </w:rPr>
        <w:t xml:space="preserve">. </w:t>
      </w:r>
      <w:proofErr w:type="spellStart"/>
      <w:r w:rsidRPr="00752FC8">
        <w:rPr>
          <w:lang w:val="es-ES"/>
        </w:rPr>
        <w:t>Chegada</w:t>
      </w:r>
      <w:proofErr w:type="spellEnd"/>
      <w:r w:rsidRPr="00752FC8">
        <w:rPr>
          <w:lang w:val="es-ES"/>
        </w:rPr>
        <w:t xml:space="preserve"> a </w:t>
      </w:r>
      <w:proofErr w:type="spellStart"/>
      <w:r w:rsidRPr="00752FC8">
        <w:rPr>
          <w:lang w:val="es-ES"/>
        </w:rPr>
        <w:t>Zurique</w:t>
      </w:r>
      <w:proofErr w:type="spellEnd"/>
      <w:r w:rsidRPr="00752FC8">
        <w:rPr>
          <w:lang w:val="es-ES"/>
        </w:rPr>
        <w:t xml:space="preserve"> à tarde. </w:t>
      </w:r>
      <w:proofErr w:type="spellStart"/>
      <w:r w:rsidRPr="00752FC8">
        <w:rPr>
          <w:lang w:val="es-ES"/>
        </w:rPr>
        <w:t>Acomodação</w:t>
      </w:r>
      <w:proofErr w:type="spellEnd"/>
      <w:r w:rsidRPr="00752FC8">
        <w:rPr>
          <w:lang w:val="es-ES"/>
        </w:rPr>
        <w:t>.</w:t>
      </w:r>
    </w:p>
    <w:p w14:paraId="3883433B" w14:textId="77777777" w:rsidR="00101E7A" w:rsidRPr="00752FC8" w:rsidRDefault="00101E7A">
      <w:pPr>
        <w:rPr>
          <w:lang w:val="es-ES"/>
        </w:rPr>
      </w:pPr>
    </w:p>
    <w:p w14:paraId="1EB6FB9D" w14:textId="77777777" w:rsidR="00101E7A" w:rsidRPr="00752FC8" w:rsidRDefault="0036337E">
      <w:pPr>
        <w:pStyle w:val="Ttulo2"/>
        <w:rPr>
          <w:lang w:val="es-ES"/>
        </w:rPr>
      </w:pPr>
      <w:r w:rsidRPr="00752FC8">
        <w:rPr>
          <w:lang w:val="es-ES"/>
        </w:rPr>
        <w:t>DIA 9 SEG ZURIQUE</w:t>
      </w:r>
    </w:p>
    <w:p w14:paraId="6CDF6CF5" w14:textId="77777777" w:rsidR="00101E7A" w:rsidRPr="00752FC8" w:rsidRDefault="0036337E">
      <w:pPr>
        <w:rPr>
          <w:lang w:val="es-ES"/>
        </w:rPr>
      </w:pPr>
      <w:r w:rsidRPr="00752FC8">
        <w:rPr>
          <w:lang w:val="es-ES"/>
        </w:rPr>
        <w:t xml:space="preserve">Pela </w:t>
      </w:r>
      <w:proofErr w:type="spellStart"/>
      <w:r w:rsidRPr="00752FC8">
        <w:rPr>
          <w:lang w:val="es-ES"/>
        </w:rPr>
        <w:t>manhã</w:t>
      </w:r>
      <w:proofErr w:type="spellEnd"/>
      <w:r w:rsidRPr="00752FC8">
        <w:rPr>
          <w:lang w:val="es-ES"/>
        </w:rPr>
        <w:t xml:space="preserve">, visita da </w:t>
      </w:r>
      <w:proofErr w:type="spellStart"/>
      <w:r w:rsidRPr="00752FC8">
        <w:rPr>
          <w:lang w:val="es-ES"/>
        </w:rPr>
        <w:t>cidade</w:t>
      </w:r>
      <w:proofErr w:type="spellEnd"/>
      <w:r w:rsidRPr="00752FC8">
        <w:rPr>
          <w:lang w:val="es-ES"/>
        </w:rPr>
        <w:t xml:space="preserve">, destacando o centro histórico </w:t>
      </w:r>
      <w:proofErr w:type="spellStart"/>
      <w:r w:rsidRPr="00752FC8">
        <w:rPr>
          <w:lang w:val="es-ES"/>
        </w:rPr>
        <w:t>com</w:t>
      </w:r>
      <w:proofErr w:type="spellEnd"/>
      <w:r w:rsidRPr="00752FC8">
        <w:rPr>
          <w:lang w:val="es-ES"/>
        </w:rPr>
        <w:t xml:space="preserve"> a catedral, a </w:t>
      </w:r>
      <w:proofErr w:type="spellStart"/>
      <w:r w:rsidRPr="00752FC8">
        <w:rPr>
          <w:lang w:val="es-ES"/>
        </w:rPr>
        <w:t>antiga</w:t>
      </w:r>
      <w:proofErr w:type="spellEnd"/>
      <w:r w:rsidRPr="00752FC8">
        <w:rPr>
          <w:lang w:val="es-ES"/>
        </w:rPr>
        <w:t xml:space="preserve"> </w:t>
      </w:r>
      <w:proofErr w:type="spellStart"/>
      <w:r w:rsidRPr="00752FC8">
        <w:rPr>
          <w:lang w:val="es-ES"/>
        </w:rPr>
        <w:t>prefeitura</w:t>
      </w:r>
      <w:proofErr w:type="spellEnd"/>
      <w:r w:rsidRPr="00752FC8">
        <w:rPr>
          <w:lang w:val="es-ES"/>
        </w:rPr>
        <w:t xml:space="preserve"> e a Porta de São </w:t>
      </w:r>
      <w:proofErr w:type="spellStart"/>
      <w:r w:rsidRPr="00752FC8">
        <w:rPr>
          <w:lang w:val="es-ES"/>
        </w:rPr>
        <w:t>Martinho</w:t>
      </w:r>
      <w:proofErr w:type="spellEnd"/>
      <w:r w:rsidRPr="00752FC8">
        <w:rPr>
          <w:lang w:val="es-ES"/>
        </w:rPr>
        <w:t xml:space="preserve">. O </w:t>
      </w:r>
      <w:proofErr w:type="spellStart"/>
      <w:r w:rsidRPr="00752FC8">
        <w:rPr>
          <w:lang w:val="es-ES"/>
        </w:rPr>
        <w:t>percurso</w:t>
      </w:r>
      <w:proofErr w:type="spellEnd"/>
      <w:r w:rsidRPr="00752FC8">
        <w:rPr>
          <w:lang w:val="es-ES"/>
        </w:rPr>
        <w:t xml:space="preserve"> continua pelo centro comercial e </w:t>
      </w:r>
      <w:proofErr w:type="spellStart"/>
      <w:r w:rsidRPr="00752FC8">
        <w:rPr>
          <w:lang w:val="es-ES"/>
        </w:rPr>
        <w:t>financeiro</w:t>
      </w:r>
      <w:proofErr w:type="spellEnd"/>
      <w:r w:rsidRPr="00752FC8">
        <w:rPr>
          <w:lang w:val="es-ES"/>
        </w:rPr>
        <w:t xml:space="preserve">, a </w:t>
      </w:r>
      <w:proofErr w:type="spellStart"/>
      <w:r w:rsidRPr="00752FC8">
        <w:rPr>
          <w:lang w:val="es-ES"/>
        </w:rPr>
        <w:t>Bahnhofstrasse</w:t>
      </w:r>
      <w:proofErr w:type="spellEnd"/>
      <w:r w:rsidRPr="00752FC8">
        <w:rPr>
          <w:lang w:val="es-ES"/>
        </w:rPr>
        <w:t xml:space="preserve">, a igreja de </w:t>
      </w:r>
      <w:proofErr w:type="spellStart"/>
      <w:r w:rsidRPr="00752FC8">
        <w:rPr>
          <w:lang w:val="es-ES"/>
        </w:rPr>
        <w:t>Fraumünster</w:t>
      </w:r>
      <w:proofErr w:type="spellEnd"/>
      <w:r w:rsidRPr="00752FC8">
        <w:rPr>
          <w:lang w:val="es-ES"/>
        </w:rPr>
        <w:t xml:space="preserve">, o </w:t>
      </w:r>
      <w:proofErr w:type="spellStart"/>
      <w:r w:rsidRPr="00752FC8">
        <w:rPr>
          <w:lang w:val="es-ES"/>
        </w:rPr>
        <w:t>Limmatquai</w:t>
      </w:r>
      <w:proofErr w:type="spellEnd"/>
      <w:r w:rsidRPr="00752FC8">
        <w:rPr>
          <w:lang w:val="es-ES"/>
        </w:rPr>
        <w:t xml:space="preserve"> e o </w:t>
      </w:r>
      <w:proofErr w:type="spellStart"/>
      <w:r w:rsidRPr="00752FC8">
        <w:rPr>
          <w:lang w:val="es-ES"/>
        </w:rPr>
        <w:t>bairro</w:t>
      </w:r>
      <w:proofErr w:type="spellEnd"/>
      <w:r w:rsidRPr="00752FC8">
        <w:rPr>
          <w:lang w:val="es-ES"/>
        </w:rPr>
        <w:t xml:space="preserve"> da </w:t>
      </w:r>
      <w:proofErr w:type="spellStart"/>
      <w:r w:rsidRPr="00752FC8">
        <w:rPr>
          <w:lang w:val="es-ES"/>
        </w:rPr>
        <w:t>Universidade</w:t>
      </w:r>
      <w:proofErr w:type="spellEnd"/>
      <w:r w:rsidRPr="00752FC8">
        <w:rPr>
          <w:lang w:val="es-ES"/>
        </w:rPr>
        <w:t xml:space="preserve">. Em seguida, </w:t>
      </w:r>
      <w:proofErr w:type="spellStart"/>
      <w:r w:rsidRPr="00752FC8">
        <w:rPr>
          <w:lang w:val="es-ES"/>
        </w:rPr>
        <w:t>descobriremos</w:t>
      </w:r>
      <w:proofErr w:type="spellEnd"/>
      <w:r w:rsidRPr="00752FC8">
        <w:rPr>
          <w:lang w:val="es-ES"/>
        </w:rPr>
        <w:t xml:space="preserve"> o mundo do chocolate </w:t>
      </w:r>
      <w:proofErr w:type="spellStart"/>
      <w:r w:rsidRPr="00752FC8">
        <w:rPr>
          <w:lang w:val="es-ES"/>
        </w:rPr>
        <w:t>com</w:t>
      </w:r>
      <w:proofErr w:type="spellEnd"/>
      <w:r w:rsidRPr="00752FC8">
        <w:rPr>
          <w:lang w:val="es-ES"/>
        </w:rPr>
        <w:t xml:space="preserve"> a visita à Casa do Chocolate </w:t>
      </w:r>
      <w:proofErr w:type="spellStart"/>
      <w:r w:rsidRPr="00752FC8">
        <w:rPr>
          <w:lang w:val="es-ES"/>
        </w:rPr>
        <w:t>Lindt</w:t>
      </w:r>
      <w:proofErr w:type="spellEnd"/>
      <w:r w:rsidRPr="00752FC8">
        <w:rPr>
          <w:lang w:val="es-ES"/>
        </w:rPr>
        <w:t xml:space="preserve">, onde </w:t>
      </w:r>
      <w:proofErr w:type="spellStart"/>
      <w:r w:rsidRPr="00752FC8">
        <w:rPr>
          <w:lang w:val="es-ES"/>
        </w:rPr>
        <w:t>conheceremos</w:t>
      </w:r>
      <w:proofErr w:type="spellEnd"/>
      <w:r w:rsidRPr="00752FC8">
        <w:rPr>
          <w:lang w:val="es-ES"/>
        </w:rPr>
        <w:t xml:space="preserve"> </w:t>
      </w:r>
      <w:proofErr w:type="spellStart"/>
      <w:r w:rsidRPr="00752FC8">
        <w:rPr>
          <w:lang w:val="es-ES"/>
        </w:rPr>
        <w:t>sua</w:t>
      </w:r>
      <w:proofErr w:type="spellEnd"/>
      <w:r w:rsidRPr="00752FC8">
        <w:rPr>
          <w:lang w:val="es-ES"/>
        </w:rPr>
        <w:t xml:space="preserve"> </w:t>
      </w:r>
      <w:proofErr w:type="spellStart"/>
      <w:r w:rsidRPr="00752FC8">
        <w:rPr>
          <w:lang w:val="es-ES"/>
        </w:rPr>
        <w:t>história</w:t>
      </w:r>
      <w:proofErr w:type="spellEnd"/>
      <w:r w:rsidRPr="00752FC8">
        <w:rPr>
          <w:lang w:val="es-ES"/>
        </w:rPr>
        <w:t xml:space="preserve"> e desfrutaremos de </w:t>
      </w:r>
      <w:proofErr w:type="spellStart"/>
      <w:r w:rsidRPr="00752FC8">
        <w:rPr>
          <w:lang w:val="es-ES"/>
        </w:rPr>
        <w:t>uma</w:t>
      </w:r>
      <w:proofErr w:type="spellEnd"/>
      <w:r w:rsidRPr="00752FC8">
        <w:rPr>
          <w:lang w:val="es-ES"/>
        </w:rPr>
        <w:t xml:space="preserve"> </w:t>
      </w:r>
      <w:proofErr w:type="spellStart"/>
      <w:r w:rsidRPr="00752FC8">
        <w:rPr>
          <w:lang w:val="es-ES"/>
        </w:rPr>
        <w:t>degustação</w:t>
      </w:r>
      <w:proofErr w:type="spellEnd"/>
      <w:r w:rsidRPr="00752FC8">
        <w:rPr>
          <w:lang w:val="es-ES"/>
        </w:rPr>
        <w:t>.</w:t>
      </w:r>
    </w:p>
    <w:p w14:paraId="5263D250" w14:textId="77777777" w:rsidR="00101E7A" w:rsidRPr="00752FC8" w:rsidRDefault="00101E7A">
      <w:pPr>
        <w:rPr>
          <w:lang w:val="es-ES"/>
        </w:rPr>
      </w:pPr>
    </w:p>
    <w:p w14:paraId="5A8822B3" w14:textId="77777777" w:rsidR="00101E7A" w:rsidRPr="00752FC8" w:rsidRDefault="0036337E">
      <w:pPr>
        <w:pStyle w:val="Ttulo2"/>
        <w:rPr>
          <w:lang w:val="es-ES"/>
        </w:rPr>
      </w:pPr>
      <w:r w:rsidRPr="00752FC8">
        <w:rPr>
          <w:lang w:val="es-ES"/>
        </w:rPr>
        <w:t>DIA 10 TER ZURIQUE - LUCERNA - BERNA</w:t>
      </w:r>
    </w:p>
    <w:p w14:paraId="33A80C7D" w14:textId="77777777" w:rsidR="00101E7A" w:rsidRPr="00752FC8" w:rsidRDefault="0036337E">
      <w:pPr>
        <w:rPr>
          <w:lang w:val="es-ES"/>
        </w:rPr>
      </w:pPr>
      <w:proofErr w:type="spellStart"/>
      <w:r w:rsidRPr="00752FC8">
        <w:rPr>
          <w:lang w:val="es-ES"/>
        </w:rPr>
        <w:t>Saída</w:t>
      </w:r>
      <w:proofErr w:type="spellEnd"/>
      <w:r w:rsidRPr="00752FC8">
        <w:rPr>
          <w:lang w:val="es-ES"/>
        </w:rPr>
        <w:t xml:space="preserve"> em </w:t>
      </w:r>
      <w:proofErr w:type="spellStart"/>
      <w:r w:rsidRPr="00752FC8">
        <w:rPr>
          <w:lang w:val="es-ES"/>
        </w:rPr>
        <w:t>direção</w:t>
      </w:r>
      <w:proofErr w:type="spellEnd"/>
      <w:r w:rsidRPr="00752FC8">
        <w:rPr>
          <w:lang w:val="es-ES"/>
        </w:rPr>
        <w:t xml:space="preserve"> a Lucerna, </w:t>
      </w:r>
      <w:proofErr w:type="spellStart"/>
      <w:r w:rsidRPr="00752FC8">
        <w:rPr>
          <w:lang w:val="es-ES"/>
        </w:rPr>
        <w:t>cidade</w:t>
      </w:r>
      <w:proofErr w:type="spellEnd"/>
      <w:r w:rsidRPr="00752FC8">
        <w:rPr>
          <w:lang w:val="es-ES"/>
        </w:rPr>
        <w:t xml:space="preserve"> medieval situada </w:t>
      </w:r>
      <w:proofErr w:type="spellStart"/>
      <w:r w:rsidRPr="00752FC8">
        <w:rPr>
          <w:lang w:val="es-ES"/>
        </w:rPr>
        <w:t>às</w:t>
      </w:r>
      <w:proofErr w:type="spellEnd"/>
      <w:r w:rsidRPr="00752FC8">
        <w:rPr>
          <w:lang w:val="es-ES"/>
        </w:rPr>
        <w:t xml:space="preserve"> </w:t>
      </w:r>
      <w:proofErr w:type="spellStart"/>
      <w:r w:rsidRPr="00752FC8">
        <w:rPr>
          <w:lang w:val="es-ES"/>
        </w:rPr>
        <w:t>margens</w:t>
      </w:r>
      <w:proofErr w:type="spellEnd"/>
      <w:r w:rsidRPr="00752FC8">
        <w:rPr>
          <w:lang w:val="es-ES"/>
        </w:rPr>
        <w:t xml:space="preserve"> do Lago dos </w:t>
      </w:r>
      <w:proofErr w:type="spellStart"/>
      <w:r w:rsidRPr="00752FC8">
        <w:rPr>
          <w:lang w:val="es-ES"/>
        </w:rPr>
        <w:t>Quatro</w:t>
      </w:r>
      <w:proofErr w:type="spellEnd"/>
      <w:r w:rsidRPr="00752FC8">
        <w:rPr>
          <w:lang w:val="es-ES"/>
        </w:rPr>
        <w:t xml:space="preserve"> </w:t>
      </w:r>
      <w:proofErr w:type="spellStart"/>
      <w:r w:rsidRPr="00752FC8">
        <w:rPr>
          <w:lang w:val="es-ES"/>
        </w:rPr>
        <w:t>Cantões</w:t>
      </w:r>
      <w:proofErr w:type="spellEnd"/>
      <w:r w:rsidRPr="00752FC8">
        <w:rPr>
          <w:lang w:val="es-ES"/>
        </w:rPr>
        <w:t xml:space="preserve">. </w:t>
      </w:r>
      <w:proofErr w:type="spellStart"/>
      <w:r w:rsidRPr="00752FC8">
        <w:rPr>
          <w:lang w:val="es-ES"/>
        </w:rPr>
        <w:t>Um</w:t>
      </w:r>
      <w:proofErr w:type="spellEnd"/>
      <w:r w:rsidRPr="00752FC8">
        <w:rPr>
          <w:lang w:val="es-ES"/>
        </w:rPr>
        <w:t xml:space="preserve"> de </w:t>
      </w:r>
      <w:proofErr w:type="spellStart"/>
      <w:r w:rsidRPr="00752FC8">
        <w:rPr>
          <w:lang w:val="es-ES"/>
        </w:rPr>
        <w:t>seus</w:t>
      </w:r>
      <w:proofErr w:type="spellEnd"/>
      <w:r w:rsidRPr="00752FC8">
        <w:rPr>
          <w:lang w:val="es-ES"/>
        </w:rPr>
        <w:t xml:space="preserve"> </w:t>
      </w:r>
      <w:proofErr w:type="spellStart"/>
      <w:r w:rsidRPr="00752FC8">
        <w:rPr>
          <w:lang w:val="es-ES"/>
        </w:rPr>
        <w:t>principais</w:t>
      </w:r>
      <w:proofErr w:type="spellEnd"/>
      <w:r w:rsidRPr="00752FC8">
        <w:rPr>
          <w:lang w:val="es-ES"/>
        </w:rPr>
        <w:t xml:space="preserve"> </w:t>
      </w:r>
      <w:proofErr w:type="spellStart"/>
      <w:r w:rsidRPr="00752FC8">
        <w:rPr>
          <w:lang w:val="es-ES"/>
        </w:rPr>
        <w:t>atrativos</w:t>
      </w:r>
      <w:proofErr w:type="spellEnd"/>
      <w:r w:rsidRPr="00752FC8">
        <w:rPr>
          <w:lang w:val="es-ES"/>
        </w:rPr>
        <w:t xml:space="preserve"> é a Ponte da Capela, </w:t>
      </w:r>
      <w:proofErr w:type="spellStart"/>
      <w:r w:rsidRPr="00752FC8">
        <w:rPr>
          <w:lang w:val="es-ES"/>
        </w:rPr>
        <w:t>construída</w:t>
      </w:r>
      <w:proofErr w:type="spellEnd"/>
      <w:r w:rsidRPr="00752FC8">
        <w:rPr>
          <w:lang w:val="es-ES"/>
        </w:rPr>
        <w:t xml:space="preserve"> em madeira em 1333 e decorada </w:t>
      </w:r>
      <w:proofErr w:type="spellStart"/>
      <w:r w:rsidRPr="00752FC8">
        <w:rPr>
          <w:lang w:val="es-ES"/>
        </w:rPr>
        <w:t>com</w:t>
      </w:r>
      <w:proofErr w:type="spellEnd"/>
      <w:r w:rsidRPr="00752FC8">
        <w:rPr>
          <w:lang w:val="es-ES"/>
        </w:rPr>
        <w:t xml:space="preserve"> pinturas. Em seguida, vamos nos dirigir a </w:t>
      </w:r>
      <w:proofErr w:type="spellStart"/>
      <w:r w:rsidRPr="00752FC8">
        <w:rPr>
          <w:lang w:val="es-ES"/>
        </w:rPr>
        <w:t>Engelberg</w:t>
      </w:r>
      <w:proofErr w:type="spellEnd"/>
      <w:r w:rsidRPr="00752FC8">
        <w:rPr>
          <w:lang w:val="es-ES"/>
        </w:rPr>
        <w:t xml:space="preserve">, de onde se sobe no </w:t>
      </w:r>
      <w:proofErr w:type="spellStart"/>
      <w:r w:rsidRPr="00752FC8">
        <w:rPr>
          <w:lang w:val="es-ES"/>
        </w:rPr>
        <w:t>primeiro</w:t>
      </w:r>
      <w:proofErr w:type="spellEnd"/>
      <w:r w:rsidRPr="00752FC8">
        <w:rPr>
          <w:lang w:val="es-ES"/>
        </w:rPr>
        <w:t xml:space="preserve"> teleférico </w:t>
      </w:r>
      <w:proofErr w:type="spellStart"/>
      <w:r w:rsidRPr="00752FC8">
        <w:rPr>
          <w:lang w:val="es-ES"/>
        </w:rPr>
        <w:t>giratório</w:t>
      </w:r>
      <w:proofErr w:type="spellEnd"/>
      <w:r w:rsidRPr="00752FC8">
        <w:rPr>
          <w:lang w:val="es-ES"/>
        </w:rPr>
        <w:t xml:space="preserve"> do mundo até o topo do Monte </w:t>
      </w:r>
      <w:proofErr w:type="spellStart"/>
      <w:r w:rsidRPr="00752FC8">
        <w:rPr>
          <w:lang w:val="es-ES"/>
        </w:rPr>
        <w:t>Titlis</w:t>
      </w:r>
      <w:proofErr w:type="spellEnd"/>
      <w:r w:rsidRPr="00752FC8">
        <w:rPr>
          <w:lang w:val="es-ES"/>
        </w:rPr>
        <w:t xml:space="preserve">, a 3.020 metros, </w:t>
      </w:r>
      <w:proofErr w:type="spellStart"/>
      <w:r w:rsidRPr="00752FC8">
        <w:rPr>
          <w:lang w:val="es-ES"/>
        </w:rPr>
        <w:t>com</w:t>
      </w:r>
      <w:proofErr w:type="spellEnd"/>
      <w:r w:rsidRPr="00752FC8">
        <w:rPr>
          <w:lang w:val="es-ES"/>
        </w:rPr>
        <w:t xml:space="preserve"> </w:t>
      </w:r>
      <w:proofErr w:type="spellStart"/>
      <w:r w:rsidRPr="00752FC8">
        <w:rPr>
          <w:lang w:val="es-ES"/>
        </w:rPr>
        <w:t>impressionantes</w:t>
      </w:r>
      <w:proofErr w:type="spellEnd"/>
      <w:r w:rsidRPr="00752FC8">
        <w:rPr>
          <w:lang w:val="es-ES"/>
        </w:rPr>
        <w:t xml:space="preserve"> vistas dos Alpes. À tarde, </w:t>
      </w:r>
      <w:proofErr w:type="spellStart"/>
      <w:r w:rsidRPr="00752FC8">
        <w:rPr>
          <w:lang w:val="es-ES"/>
        </w:rPr>
        <w:t>continuação</w:t>
      </w:r>
      <w:proofErr w:type="spellEnd"/>
      <w:r w:rsidRPr="00752FC8">
        <w:rPr>
          <w:lang w:val="es-ES"/>
        </w:rPr>
        <w:t xml:space="preserve"> até Berna, capital da </w:t>
      </w:r>
      <w:proofErr w:type="spellStart"/>
      <w:r w:rsidRPr="00752FC8">
        <w:rPr>
          <w:lang w:val="es-ES"/>
        </w:rPr>
        <w:t>Suíça</w:t>
      </w:r>
      <w:proofErr w:type="spellEnd"/>
      <w:r w:rsidRPr="00752FC8">
        <w:rPr>
          <w:lang w:val="es-ES"/>
        </w:rPr>
        <w:t xml:space="preserve"> e </w:t>
      </w:r>
      <w:proofErr w:type="spellStart"/>
      <w:r w:rsidRPr="00752FC8">
        <w:rPr>
          <w:lang w:val="es-ES"/>
        </w:rPr>
        <w:t>uma</w:t>
      </w:r>
      <w:proofErr w:type="spellEnd"/>
      <w:r w:rsidRPr="00752FC8">
        <w:rPr>
          <w:lang w:val="es-ES"/>
        </w:rPr>
        <w:t xml:space="preserve"> das </w:t>
      </w:r>
      <w:proofErr w:type="spellStart"/>
      <w:r w:rsidRPr="00752FC8">
        <w:rPr>
          <w:lang w:val="es-ES"/>
        </w:rPr>
        <w:t>cidades</w:t>
      </w:r>
      <w:proofErr w:type="spellEnd"/>
      <w:r w:rsidRPr="00752FC8">
        <w:rPr>
          <w:lang w:val="es-ES"/>
        </w:rPr>
        <w:t xml:space="preserve"> </w:t>
      </w:r>
      <w:proofErr w:type="spellStart"/>
      <w:r w:rsidRPr="00752FC8">
        <w:rPr>
          <w:lang w:val="es-ES"/>
        </w:rPr>
        <w:t>medievais</w:t>
      </w:r>
      <w:proofErr w:type="spellEnd"/>
      <w:r w:rsidRPr="00752FC8">
        <w:rPr>
          <w:lang w:val="es-ES"/>
        </w:rPr>
        <w:t xml:space="preserve"> </w:t>
      </w:r>
      <w:proofErr w:type="spellStart"/>
      <w:r w:rsidRPr="00752FC8">
        <w:rPr>
          <w:lang w:val="es-ES"/>
        </w:rPr>
        <w:t>mais</w:t>
      </w:r>
      <w:proofErr w:type="spellEnd"/>
      <w:r w:rsidRPr="00752FC8">
        <w:rPr>
          <w:lang w:val="es-ES"/>
        </w:rPr>
        <w:t xml:space="preserve"> </w:t>
      </w:r>
      <w:proofErr w:type="spellStart"/>
      <w:r w:rsidRPr="00752FC8">
        <w:rPr>
          <w:lang w:val="es-ES"/>
        </w:rPr>
        <w:t>bem</w:t>
      </w:r>
      <w:proofErr w:type="spellEnd"/>
      <w:r w:rsidRPr="00752FC8">
        <w:rPr>
          <w:lang w:val="es-ES"/>
        </w:rPr>
        <w:t xml:space="preserve"> conservadas da Europa. </w:t>
      </w:r>
      <w:proofErr w:type="spellStart"/>
      <w:r w:rsidRPr="00752FC8">
        <w:rPr>
          <w:lang w:val="es-ES"/>
        </w:rPr>
        <w:t>Hospedagem</w:t>
      </w:r>
      <w:proofErr w:type="spellEnd"/>
      <w:r w:rsidRPr="00752FC8">
        <w:rPr>
          <w:lang w:val="es-ES"/>
        </w:rPr>
        <w:t>.</w:t>
      </w:r>
    </w:p>
    <w:p w14:paraId="50F3DA9F" w14:textId="77777777" w:rsidR="00101E7A" w:rsidRPr="00752FC8" w:rsidRDefault="00101E7A">
      <w:pPr>
        <w:rPr>
          <w:lang w:val="es-ES"/>
        </w:rPr>
      </w:pPr>
    </w:p>
    <w:p w14:paraId="3616DCFB" w14:textId="77777777" w:rsidR="00101E7A" w:rsidRPr="00752FC8" w:rsidRDefault="0036337E">
      <w:pPr>
        <w:pStyle w:val="Ttulo2"/>
        <w:rPr>
          <w:lang w:val="es-ES"/>
        </w:rPr>
      </w:pPr>
      <w:r w:rsidRPr="00752FC8">
        <w:rPr>
          <w:lang w:val="es-ES"/>
        </w:rPr>
        <w:t>DIA 11 QUA BERNA - GRUYÈRES - GENEBRA</w:t>
      </w:r>
    </w:p>
    <w:p w14:paraId="26284D25" w14:textId="17A07F0C" w:rsidR="00101E7A" w:rsidRPr="00752FC8" w:rsidRDefault="0036337E">
      <w:pPr>
        <w:rPr>
          <w:lang w:val="es-ES"/>
        </w:rPr>
      </w:pPr>
      <w:r w:rsidRPr="00752FC8">
        <w:rPr>
          <w:lang w:val="es-ES"/>
        </w:rPr>
        <w:t xml:space="preserve">Visita </w:t>
      </w:r>
      <w:proofErr w:type="spellStart"/>
      <w:r w:rsidRPr="00752FC8">
        <w:rPr>
          <w:lang w:val="es-ES"/>
        </w:rPr>
        <w:t>panorâmica</w:t>
      </w:r>
      <w:proofErr w:type="spellEnd"/>
      <w:r w:rsidRPr="00752FC8">
        <w:rPr>
          <w:lang w:val="es-ES"/>
        </w:rPr>
        <w:t xml:space="preserve"> de Berna, destacando a Torre do </w:t>
      </w:r>
      <w:proofErr w:type="spellStart"/>
      <w:r w:rsidRPr="00752FC8">
        <w:rPr>
          <w:lang w:val="es-ES"/>
        </w:rPr>
        <w:t>Relógio</w:t>
      </w:r>
      <w:proofErr w:type="spellEnd"/>
      <w:r w:rsidRPr="00752FC8">
        <w:rPr>
          <w:lang w:val="es-ES"/>
        </w:rPr>
        <w:t xml:space="preserve"> e a Catedral de São Vicente do </w:t>
      </w:r>
      <w:proofErr w:type="spellStart"/>
      <w:r w:rsidRPr="00752FC8">
        <w:rPr>
          <w:lang w:val="es-ES"/>
        </w:rPr>
        <w:t>século</w:t>
      </w:r>
      <w:proofErr w:type="spellEnd"/>
      <w:r w:rsidRPr="00752FC8">
        <w:rPr>
          <w:lang w:val="es-ES"/>
        </w:rPr>
        <w:t xml:space="preserve"> XV. </w:t>
      </w:r>
      <w:proofErr w:type="spellStart"/>
      <w:r w:rsidRPr="00752FC8">
        <w:rPr>
          <w:lang w:val="es-ES"/>
        </w:rPr>
        <w:t>Após</w:t>
      </w:r>
      <w:proofErr w:type="spellEnd"/>
      <w:r w:rsidRPr="00752FC8">
        <w:rPr>
          <w:lang w:val="es-ES"/>
        </w:rPr>
        <w:t xml:space="preserve"> o </w:t>
      </w:r>
      <w:proofErr w:type="spellStart"/>
      <w:r w:rsidRPr="00752FC8">
        <w:rPr>
          <w:lang w:val="es-ES"/>
        </w:rPr>
        <w:t>passeio</w:t>
      </w:r>
      <w:proofErr w:type="spellEnd"/>
      <w:r w:rsidRPr="00752FC8">
        <w:rPr>
          <w:lang w:val="es-ES"/>
        </w:rPr>
        <w:t xml:space="preserve">, </w:t>
      </w:r>
      <w:proofErr w:type="spellStart"/>
      <w:r w:rsidRPr="00752FC8">
        <w:rPr>
          <w:lang w:val="es-ES"/>
        </w:rPr>
        <w:t>saída</w:t>
      </w:r>
      <w:proofErr w:type="spellEnd"/>
      <w:r w:rsidRPr="00752FC8">
        <w:rPr>
          <w:lang w:val="es-ES"/>
        </w:rPr>
        <w:t xml:space="preserve"> em </w:t>
      </w:r>
      <w:proofErr w:type="spellStart"/>
      <w:r w:rsidRPr="00752FC8">
        <w:rPr>
          <w:lang w:val="es-ES"/>
        </w:rPr>
        <w:t>direção</w:t>
      </w:r>
      <w:proofErr w:type="spellEnd"/>
      <w:r w:rsidRPr="00752FC8">
        <w:rPr>
          <w:lang w:val="es-ES"/>
        </w:rPr>
        <w:t xml:space="preserve"> à </w:t>
      </w:r>
      <w:proofErr w:type="spellStart"/>
      <w:r w:rsidRPr="00752FC8">
        <w:rPr>
          <w:lang w:val="es-ES"/>
        </w:rPr>
        <w:t>região</w:t>
      </w:r>
      <w:proofErr w:type="spellEnd"/>
      <w:r w:rsidRPr="00752FC8">
        <w:rPr>
          <w:lang w:val="es-ES"/>
        </w:rPr>
        <w:t xml:space="preserve"> de Gruyeres, </w:t>
      </w:r>
      <w:proofErr w:type="spellStart"/>
      <w:r w:rsidRPr="00752FC8">
        <w:rPr>
          <w:lang w:val="es-ES"/>
        </w:rPr>
        <w:t>uma</w:t>
      </w:r>
      <w:proofErr w:type="spellEnd"/>
      <w:r w:rsidRPr="00752FC8">
        <w:rPr>
          <w:lang w:val="es-ES"/>
        </w:rPr>
        <w:t xml:space="preserve"> </w:t>
      </w:r>
      <w:proofErr w:type="spellStart"/>
      <w:r w:rsidRPr="00752FC8">
        <w:rPr>
          <w:lang w:val="es-ES"/>
        </w:rPr>
        <w:t>pequena</w:t>
      </w:r>
      <w:proofErr w:type="spellEnd"/>
      <w:r w:rsidRPr="00752FC8">
        <w:rPr>
          <w:lang w:val="es-ES"/>
        </w:rPr>
        <w:t xml:space="preserve"> </w:t>
      </w:r>
      <w:proofErr w:type="spellStart"/>
      <w:r w:rsidRPr="00752FC8">
        <w:rPr>
          <w:lang w:val="es-ES"/>
        </w:rPr>
        <w:t>cidade</w:t>
      </w:r>
      <w:proofErr w:type="spellEnd"/>
      <w:r w:rsidRPr="00752FC8">
        <w:rPr>
          <w:lang w:val="es-ES"/>
        </w:rPr>
        <w:t xml:space="preserve"> </w:t>
      </w:r>
      <w:proofErr w:type="spellStart"/>
      <w:r w:rsidRPr="00752FC8">
        <w:rPr>
          <w:lang w:val="es-ES"/>
        </w:rPr>
        <w:t>cheia</w:t>
      </w:r>
      <w:proofErr w:type="spellEnd"/>
      <w:r w:rsidRPr="00752FC8">
        <w:rPr>
          <w:lang w:val="es-ES"/>
        </w:rPr>
        <w:t xml:space="preserve"> de charme. A </w:t>
      </w:r>
      <w:proofErr w:type="spellStart"/>
      <w:r w:rsidRPr="00752FC8">
        <w:rPr>
          <w:lang w:val="es-ES"/>
        </w:rPr>
        <w:t>região</w:t>
      </w:r>
      <w:proofErr w:type="spellEnd"/>
      <w:r w:rsidRPr="00752FC8">
        <w:rPr>
          <w:lang w:val="es-ES"/>
        </w:rPr>
        <w:t xml:space="preserve"> é </w:t>
      </w:r>
      <w:proofErr w:type="spellStart"/>
      <w:r w:rsidRPr="00752FC8">
        <w:rPr>
          <w:lang w:val="es-ES"/>
        </w:rPr>
        <w:t>conhecida</w:t>
      </w:r>
      <w:proofErr w:type="spellEnd"/>
      <w:r w:rsidRPr="00752FC8">
        <w:rPr>
          <w:lang w:val="es-ES"/>
        </w:rPr>
        <w:t xml:space="preserve"> pela </w:t>
      </w:r>
      <w:proofErr w:type="spellStart"/>
      <w:r w:rsidRPr="00752FC8">
        <w:rPr>
          <w:lang w:val="es-ES"/>
        </w:rPr>
        <w:t>produção</w:t>
      </w:r>
      <w:proofErr w:type="spellEnd"/>
      <w:r w:rsidRPr="00752FC8">
        <w:rPr>
          <w:lang w:val="es-ES"/>
        </w:rPr>
        <w:t xml:space="preserve"> do </w:t>
      </w:r>
      <w:proofErr w:type="spellStart"/>
      <w:r w:rsidRPr="00752FC8">
        <w:rPr>
          <w:lang w:val="es-ES"/>
        </w:rPr>
        <w:t>queijo</w:t>
      </w:r>
      <w:proofErr w:type="spellEnd"/>
      <w:r w:rsidRPr="00752FC8">
        <w:rPr>
          <w:lang w:val="es-ES"/>
        </w:rPr>
        <w:t xml:space="preserve"> </w:t>
      </w:r>
      <w:proofErr w:type="spellStart"/>
      <w:r w:rsidRPr="00752FC8">
        <w:rPr>
          <w:lang w:val="es-ES"/>
        </w:rPr>
        <w:t>gruyère</w:t>
      </w:r>
      <w:proofErr w:type="spellEnd"/>
      <w:r w:rsidRPr="00752FC8">
        <w:rPr>
          <w:lang w:val="es-ES"/>
        </w:rPr>
        <w:t xml:space="preserve">, </w:t>
      </w:r>
      <w:proofErr w:type="spellStart"/>
      <w:r w:rsidRPr="00752FC8">
        <w:rPr>
          <w:lang w:val="es-ES"/>
        </w:rPr>
        <w:t>um</w:t>
      </w:r>
      <w:proofErr w:type="spellEnd"/>
      <w:r w:rsidRPr="00752FC8">
        <w:rPr>
          <w:lang w:val="es-ES"/>
        </w:rPr>
        <w:t xml:space="preserve"> dos </w:t>
      </w:r>
      <w:proofErr w:type="spellStart"/>
      <w:r w:rsidRPr="00752FC8">
        <w:rPr>
          <w:lang w:val="es-ES"/>
        </w:rPr>
        <w:t>mais</w:t>
      </w:r>
      <w:proofErr w:type="spellEnd"/>
      <w:r w:rsidRPr="00752FC8">
        <w:rPr>
          <w:lang w:val="es-ES"/>
        </w:rPr>
        <w:t xml:space="preserve"> apreciados da </w:t>
      </w:r>
      <w:proofErr w:type="spellStart"/>
      <w:r w:rsidRPr="00752FC8">
        <w:rPr>
          <w:lang w:val="es-ES"/>
        </w:rPr>
        <w:t>Suíça</w:t>
      </w:r>
      <w:proofErr w:type="spellEnd"/>
      <w:r w:rsidRPr="00752FC8">
        <w:rPr>
          <w:lang w:val="es-ES"/>
        </w:rPr>
        <w:t xml:space="preserve">. </w:t>
      </w:r>
      <w:proofErr w:type="spellStart"/>
      <w:r w:rsidRPr="00752FC8">
        <w:rPr>
          <w:lang w:val="es-ES"/>
        </w:rPr>
        <w:t>Passeio</w:t>
      </w:r>
      <w:proofErr w:type="spellEnd"/>
      <w:r w:rsidRPr="00752FC8">
        <w:rPr>
          <w:lang w:val="es-ES"/>
        </w:rPr>
        <w:t xml:space="preserve"> pela </w:t>
      </w:r>
      <w:proofErr w:type="spellStart"/>
      <w:r w:rsidRPr="00752FC8">
        <w:rPr>
          <w:lang w:val="es-ES"/>
        </w:rPr>
        <w:t>localidade</w:t>
      </w:r>
      <w:proofErr w:type="spellEnd"/>
      <w:r w:rsidRPr="00752FC8">
        <w:rPr>
          <w:lang w:val="es-ES"/>
        </w:rPr>
        <w:t xml:space="preserve">. </w:t>
      </w:r>
      <w:proofErr w:type="spellStart"/>
      <w:r w:rsidRPr="00752FC8">
        <w:rPr>
          <w:lang w:val="es-ES"/>
        </w:rPr>
        <w:t>Continuação</w:t>
      </w:r>
      <w:proofErr w:type="spellEnd"/>
      <w:r w:rsidRPr="00752FC8">
        <w:rPr>
          <w:lang w:val="es-ES"/>
        </w:rPr>
        <w:t xml:space="preserve"> até </w:t>
      </w:r>
      <w:proofErr w:type="spellStart"/>
      <w:r w:rsidRPr="00752FC8">
        <w:rPr>
          <w:lang w:val="es-ES"/>
        </w:rPr>
        <w:t>Genebra</w:t>
      </w:r>
      <w:proofErr w:type="spellEnd"/>
      <w:r w:rsidRPr="00752FC8">
        <w:rPr>
          <w:lang w:val="es-ES"/>
        </w:rPr>
        <w:t xml:space="preserve">. </w:t>
      </w:r>
      <w:proofErr w:type="spellStart"/>
      <w:r w:rsidRPr="00752FC8">
        <w:rPr>
          <w:lang w:val="es-ES"/>
        </w:rPr>
        <w:t>Hospedagem</w:t>
      </w:r>
      <w:proofErr w:type="spellEnd"/>
      <w:r w:rsidRPr="00752FC8">
        <w:rPr>
          <w:lang w:val="es-ES"/>
        </w:rPr>
        <w:t>.</w:t>
      </w:r>
    </w:p>
    <w:p w14:paraId="7324549D" w14:textId="77777777" w:rsidR="00101E7A" w:rsidRPr="00752FC8" w:rsidRDefault="00101E7A">
      <w:pPr>
        <w:rPr>
          <w:lang w:val="es-ES"/>
        </w:rPr>
      </w:pPr>
    </w:p>
    <w:p w14:paraId="53CEF283" w14:textId="77777777" w:rsidR="00101E7A" w:rsidRPr="00752FC8" w:rsidRDefault="0036337E">
      <w:pPr>
        <w:pStyle w:val="Ttulo2"/>
        <w:rPr>
          <w:lang w:val="es-ES"/>
        </w:rPr>
      </w:pPr>
      <w:r w:rsidRPr="00752FC8">
        <w:rPr>
          <w:lang w:val="es-ES"/>
        </w:rPr>
        <w:t>DIA 12 QUI GENEBRA</w:t>
      </w:r>
    </w:p>
    <w:p w14:paraId="453A5F96" w14:textId="77777777" w:rsidR="00101E7A" w:rsidRPr="00752FC8" w:rsidRDefault="0036337E">
      <w:pPr>
        <w:rPr>
          <w:lang w:val="es-ES"/>
        </w:rPr>
      </w:pPr>
      <w:proofErr w:type="spellStart"/>
      <w:r w:rsidRPr="00752FC8">
        <w:rPr>
          <w:lang w:val="es-ES"/>
        </w:rPr>
        <w:t>Passeio</w:t>
      </w:r>
      <w:proofErr w:type="spellEnd"/>
      <w:r w:rsidRPr="00752FC8">
        <w:rPr>
          <w:lang w:val="es-ES"/>
        </w:rPr>
        <w:t xml:space="preserve"> pela </w:t>
      </w:r>
      <w:proofErr w:type="spellStart"/>
      <w:r w:rsidRPr="00752FC8">
        <w:rPr>
          <w:lang w:val="es-ES"/>
        </w:rPr>
        <w:t>cidade</w:t>
      </w:r>
      <w:proofErr w:type="spellEnd"/>
      <w:r w:rsidRPr="00752FC8">
        <w:rPr>
          <w:lang w:val="es-ES"/>
        </w:rPr>
        <w:t xml:space="preserve">, onde veremos a </w:t>
      </w:r>
      <w:proofErr w:type="spellStart"/>
      <w:r w:rsidRPr="00752FC8">
        <w:rPr>
          <w:lang w:val="es-ES"/>
        </w:rPr>
        <w:t>Promenade</w:t>
      </w:r>
      <w:proofErr w:type="spellEnd"/>
      <w:r w:rsidRPr="00752FC8">
        <w:rPr>
          <w:lang w:val="es-ES"/>
        </w:rPr>
        <w:t xml:space="preserve"> du Lac e o </w:t>
      </w:r>
      <w:proofErr w:type="spellStart"/>
      <w:r w:rsidRPr="00752FC8">
        <w:rPr>
          <w:lang w:val="es-ES"/>
        </w:rPr>
        <w:t>Jardim</w:t>
      </w:r>
      <w:proofErr w:type="spellEnd"/>
      <w:r w:rsidRPr="00752FC8">
        <w:rPr>
          <w:lang w:val="es-ES"/>
        </w:rPr>
        <w:t xml:space="preserve"> </w:t>
      </w:r>
      <w:proofErr w:type="spellStart"/>
      <w:r w:rsidRPr="00752FC8">
        <w:rPr>
          <w:lang w:val="es-ES"/>
        </w:rPr>
        <w:t>Inglês</w:t>
      </w:r>
      <w:proofErr w:type="spellEnd"/>
      <w:r w:rsidRPr="00752FC8">
        <w:rPr>
          <w:lang w:val="es-ES"/>
        </w:rPr>
        <w:t xml:space="preserve">, onde se </w:t>
      </w:r>
      <w:proofErr w:type="spellStart"/>
      <w:r w:rsidRPr="00752FC8">
        <w:rPr>
          <w:lang w:val="es-ES"/>
        </w:rPr>
        <w:t>encontra</w:t>
      </w:r>
      <w:proofErr w:type="spellEnd"/>
      <w:r w:rsidRPr="00752FC8">
        <w:rPr>
          <w:lang w:val="es-ES"/>
        </w:rPr>
        <w:t xml:space="preserve"> o famoso </w:t>
      </w:r>
      <w:proofErr w:type="spellStart"/>
      <w:r w:rsidRPr="00752FC8">
        <w:rPr>
          <w:lang w:val="es-ES"/>
        </w:rPr>
        <w:t>Relógio</w:t>
      </w:r>
      <w:proofErr w:type="spellEnd"/>
      <w:r w:rsidRPr="00752FC8">
        <w:rPr>
          <w:lang w:val="es-ES"/>
        </w:rPr>
        <w:t xml:space="preserve"> Floral. </w:t>
      </w:r>
      <w:proofErr w:type="spellStart"/>
      <w:r w:rsidRPr="00752FC8">
        <w:rPr>
          <w:lang w:val="es-ES"/>
        </w:rPr>
        <w:t>Genebra</w:t>
      </w:r>
      <w:proofErr w:type="spellEnd"/>
      <w:r w:rsidRPr="00752FC8">
        <w:rPr>
          <w:lang w:val="es-ES"/>
        </w:rPr>
        <w:t xml:space="preserve"> é </w:t>
      </w:r>
      <w:proofErr w:type="spellStart"/>
      <w:r w:rsidRPr="00752FC8">
        <w:rPr>
          <w:lang w:val="es-ES"/>
        </w:rPr>
        <w:t>berço</w:t>
      </w:r>
      <w:proofErr w:type="spellEnd"/>
      <w:r w:rsidRPr="00752FC8">
        <w:rPr>
          <w:lang w:val="es-ES"/>
        </w:rPr>
        <w:t xml:space="preserve"> de figuras históricas como Calvino, Rousseau, Voltaire e Henri Dunant, fundador da Cruz </w:t>
      </w:r>
      <w:proofErr w:type="spellStart"/>
      <w:r w:rsidRPr="00752FC8">
        <w:rPr>
          <w:lang w:val="es-ES"/>
        </w:rPr>
        <w:t>Vermelha</w:t>
      </w:r>
      <w:proofErr w:type="spellEnd"/>
      <w:r w:rsidRPr="00752FC8">
        <w:rPr>
          <w:lang w:val="es-ES"/>
        </w:rPr>
        <w:t xml:space="preserve">. O símbolo da </w:t>
      </w:r>
      <w:proofErr w:type="spellStart"/>
      <w:r w:rsidRPr="00752FC8">
        <w:rPr>
          <w:lang w:val="es-ES"/>
        </w:rPr>
        <w:t>cidade</w:t>
      </w:r>
      <w:proofErr w:type="spellEnd"/>
      <w:r w:rsidRPr="00752FC8">
        <w:rPr>
          <w:lang w:val="es-ES"/>
        </w:rPr>
        <w:t xml:space="preserve"> é o Jet </w:t>
      </w:r>
      <w:proofErr w:type="spellStart"/>
      <w:r w:rsidRPr="00752FC8">
        <w:rPr>
          <w:lang w:val="es-ES"/>
        </w:rPr>
        <w:t>d'Eau</w:t>
      </w:r>
      <w:proofErr w:type="spellEnd"/>
      <w:r w:rsidRPr="00752FC8">
        <w:rPr>
          <w:lang w:val="es-ES"/>
        </w:rPr>
        <w:t xml:space="preserve">, </w:t>
      </w:r>
      <w:proofErr w:type="spellStart"/>
      <w:r w:rsidRPr="00752FC8">
        <w:rPr>
          <w:lang w:val="es-ES"/>
        </w:rPr>
        <w:t>um</w:t>
      </w:r>
      <w:proofErr w:type="spellEnd"/>
      <w:r w:rsidRPr="00752FC8">
        <w:rPr>
          <w:lang w:val="es-ES"/>
        </w:rPr>
        <w:t xml:space="preserve"> dos jatos de </w:t>
      </w:r>
      <w:proofErr w:type="spellStart"/>
      <w:r w:rsidRPr="00752FC8">
        <w:rPr>
          <w:lang w:val="es-ES"/>
        </w:rPr>
        <w:t>água</w:t>
      </w:r>
      <w:proofErr w:type="spellEnd"/>
      <w:r w:rsidRPr="00752FC8">
        <w:rPr>
          <w:lang w:val="es-ES"/>
        </w:rPr>
        <w:t xml:space="preserve"> </w:t>
      </w:r>
      <w:proofErr w:type="spellStart"/>
      <w:r w:rsidRPr="00752FC8">
        <w:rPr>
          <w:lang w:val="es-ES"/>
        </w:rPr>
        <w:t>mais</w:t>
      </w:r>
      <w:proofErr w:type="spellEnd"/>
      <w:r w:rsidRPr="00752FC8">
        <w:rPr>
          <w:lang w:val="es-ES"/>
        </w:rPr>
        <w:t xml:space="preserve"> altos do mundo, </w:t>
      </w:r>
      <w:proofErr w:type="spellStart"/>
      <w:r w:rsidRPr="00752FC8">
        <w:rPr>
          <w:lang w:val="es-ES"/>
        </w:rPr>
        <w:t>com</w:t>
      </w:r>
      <w:proofErr w:type="spellEnd"/>
      <w:r w:rsidRPr="00752FC8">
        <w:rPr>
          <w:lang w:val="es-ES"/>
        </w:rPr>
        <w:t xml:space="preserve"> </w:t>
      </w:r>
      <w:proofErr w:type="spellStart"/>
      <w:r w:rsidRPr="00752FC8">
        <w:rPr>
          <w:lang w:val="es-ES"/>
        </w:rPr>
        <w:t>uma</w:t>
      </w:r>
      <w:proofErr w:type="spellEnd"/>
      <w:r w:rsidRPr="00752FC8">
        <w:rPr>
          <w:lang w:val="es-ES"/>
        </w:rPr>
        <w:t xml:space="preserve"> altura de 140 metros. </w:t>
      </w:r>
      <w:proofErr w:type="spellStart"/>
      <w:r w:rsidRPr="00752FC8">
        <w:rPr>
          <w:lang w:val="es-ES"/>
        </w:rPr>
        <w:t>Passeio</w:t>
      </w:r>
      <w:proofErr w:type="spellEnd"/>
      <w:r w:rsidRPr="00752FC8">
        <w:rPr>
          <w:lang w:val="es-ES"/>
        </w:rPr>
        <w:t xml:space="preserve"> pelo centro histórico </w:t>
      </w:r>
      <w:proofErr w:type="spellStart"/>
      <w:r w:rsidRPr="00752FC8">
        <w:rPr>
          <w:lang w:val="es-ES"/>
        </w:rPr>
        <w:t>com</w:t>
      </w:r>
      <w:proofErr w:type="spellEnd"/>
      <w:r w:rsidRPr="00752FC8">
        <w:rPr>
          <w:lang w:val="es-ES"/>
        </w:rPr>
        <w:t xml:space="preserve"> a Catedral de São Pedro e visita </w:t>
      </w:r>
      <w:proofErr w:type="spellStart"/>
      <w:r w:rsidRPr="00752FC8">
        <w:rPr>
          <w:lang w:val="es-ES"/>
        </w:rPr>
        <w:t>ao</w:t>
      </w:r>
      <w:proofErr w:type="spellEnd"/>
      <w:r w:rsidRPr="00752FC8">
        <w:rPr>
          <w:lang w:val="es-ES"/>
        </w:rPr>
        <w:t xml:space="preserve"> </w:t>
      </w:r>
      <w:proofErr w:type="spellStart"/>
      <w:r w:rsidRPr="00752FC8">
        <w:rPr>
          <w:lang w:val="es-ES"/>
        </w:rPr>
        <w:t>Parc</w:t>
      </w:r>
      <w:proofErr w:type="spellEnd"/>
      <w:r w:rsidRPr="00752FC8">
        <w:rPr>
          <w:lang w:val="es-ES"/>
        </w:rPr>
        <w:t xml:space="preserve"> des </w:t>
      </w:r>
      <w:proofErr w:type="spellStart"/>
      <w:r w:rsidRPr="00752FC8">
        <w:rPr>
          <w:lang w:val="es-ES"/>
        </w:rPr>
        <w:t>Bastions</w:t>
      </w:r>
      <w:proofErr w:type="spellEnd"/>
      <w:r w:rsidRPr="00752FC8">
        <w:rPr>
          <w:lang w:val="es-ES"/>
        </w:rPr>
        <w:t xml:space="preserve"> </w:t>
      </w:r>
      <w:proofErr w:type="spellStart"/>
      <w:r w:rsidRPr="00752FC8">
        <w:rPr>
          <w:lang w:val="es-ES"/>
        </w:rPr>
        <w:t>com</w:t>
      </w:r>
      <w:proofErr w:type="spellEnd"/>
      <w:r w:rsidRPr="00752FC8">
        <w:rPr>
          <w:lang w:val="es-ES"/>
        </w:rPr>
        <w:t xml:space="preserve"> o Monumento </w:t>
      </w:r>
      <w:proofErr w:type="spellStart"/>
      <w:r w:rsidRPr="00752FC8">
        <w:rPr>
          <w:lang w:val="es-ES"/>
        </w:rPr>
        <w:t>aos</w:t>
      </w:r>
      <w:proofErr w:type="spellEnd"/>
      <w:r w:rsidRPr="00752FC8">
        <w:rPr>
          <w:lang w:val="es-ES"/>
        </w:rPr>
        <w:t xml:space="preserve"> Reformadores. Tarde </w:t>
      </w:r>
      <w:proofErr w:type="spellStart"/>
      <w:r w:rsidRPr="00752FC8">
        <w:rPr>
          <w:lang w:val="es-ES"/>
        </w:rPr>
        <w:t>livre</w:t>
      </w:r>
      <w:proofErr w:type="spellEnd"/>
      <w:r w:rsidRPr="00752FC8">
        <w:rPr>
          <w:lang w:val="es-ES"/>
        </w:rPr>
        <w:t xml:space="preserve"> e </w:t>
      </w:r>
      <w:proofErr w:type="spellStart"/>
      <w:r w:rsidRPr="00752FC8">
        <w:rPr>
          <w:lang w:val="es-ES"/>
        </w:rPr>
        <w:t>hospedagem</w:t>
      </w:r>
      <w:proofErr w:type="spellEnd"/>
      <w:r w:rsidRPr="00752FC8">
        <w:rPr>
          <w:lang w:val="es-ES"/>
        </w:rPr>
        <w:t>.</w:t>
      </w:r>
    </w:p>
    <w:p w14:paraId="6B71C8B8" w14:textId="77777777" w:rsidR="00101E7A" w:rsidRPr="00752FC8" w:rsidRDefault="00101E7A">
      <w:pPr>
        <w:rPr>
          <w:lang w:val="es-ES"/>
        </w:rPr>
      </w:pPr>
    </w:p>
    <w:p w14:paraId="072E22C6" w14:textId="77777777" w:rsidR="00101E7A" w:rsidRPr="00752FC8" w:rsidRDefault="0036337E">
      <w:pPr>
        <w:pStyle w:val="Ttulo2"/>
        <w:rPr>
          <w:lang w:val="es-ES"/>
        </w:rPr>
      </w:pPr>
      <w:r w:rsidRPr="00752FC8">
        <w:rPr>
          <w:lang w:val="es-ES"/>
        </w:rPr>
        <w:t>DIA 13 SEX GENEBRA - MONTREUX - ZERMATT</w:t>
      </w:r>
    </w:p>
    <w:p w14:paraId="0FF8B703" w14:textId="77777777" w:rsidR="00101E7A" w:rsidRPr="00752FC8" w:rsidRDefault="0036337E">
      <w:pPr>
        <w:rPr>
          <w:lang w:val="es-ES"/>
        </w:rPr>
      </w:pPr>
      <w:proofErr w:type="spellStart"/>
      <w:r w:rsidRPr="00752FC8">
        <w:rPr>
          <w:lang w:val="es-ES"/>
        </w:rPr>
        <w:t>Saída</w:t>
      </w:r>
      <w:proofErr w:type="spellEnd"/>
      <w:r w:rsidRPr="00752FC8">
        <w:rPr>
          <w:lang w:val="es-ES"/>
        </w:rPr>
        <w:t xml:space="preserve"> em </w:t>
      </w:r>
      <w:proofErr w:type="spellStart"/>
      <w:r w:rsidRPr="00752FC8">
        <w:rPr>
          <w:lang w:val="es-ES"/>
        </w:rPr>
        <w:t>direção</w:t>
      </w:r>
      <w:proofErr w:type="spellEnd"/>
      <w:r w:rsidRPr="00752FC8">
        <w:rPr>
          <w:lang w:val="es-ES"/>
        </w:rPr>
        <w:t xml:space="preserve"> a </w:t>
      </w:r>
      <w:proofErr w:type="spellStart"/>
      <w:r w:rsidRPr="00752FC8">
        <w:rPr>
          <w:lang w:val="es-ES"/>
        </w:rPr>
        <w:t>Montreux</w:t>
      </w:r>
      <w:proofErr w:type="spellEnd"/>
      <w:r w:rsidRPr="00752FC8">
        <w:rPr>
          <w:lang w:val="es-ES"/>
        </w:rPr>
        <w:t xml:space="preserve">, onde a </w:t>
      </w:r>
      <w:proofErr w:type="spellStart"/>
      <w:r w:rsidRPr="00752FC8">
        <w:rPr>
          <w:lang w:val="es-ES"/>
        </w:rPr>
        <w:t>combinação</w:t>
      </w:r>
      <w:proofErr w:type="spellEnd"/>
      <w:r w:rsidRPr="00752FC8">
        <w:rPr>
          <w:lang w:val="es-ES"/>
        </w:rPr>
        <w:t xml:space="preserve"> de lago, </w:t>
      </w:r>
      <w:proofErr w:type="spellStart"/>
      <w:r w:rsidRPr="00752FC8">
        <w:rPr>
          <w:lang w:val="es-ES"/>
        </w:rPr>
        <w:t>montanhas</w:t>
      </w:r>
      <w:proofErr w:type="spellEnd"/>
      <w:r w:rsidRPr="00752FC8">
        <w:rPr>
          <w:lang w:val="es-ES"/>
        </w:rPr>
        <w:t xml:space="preserve"> e </w:t>
      </w:r>
      <w:proofErr w:type="spellStart"/>
      <w:r w:rsidRPr="00752FC8">
        <w:rPr>
          <w:lang w:val="es-ES"/>
        </w:rPr>
        <w:t>vinhedos</w:t>
      </w:r>
      <w:proofErr w:type="spellEnd"/>
      <w:r w:rsidRPr="00752FC8">
        <w:rPr>
          <w:lang w:val="es-ES"/>
        </w:rPr>
        <w:t xml:space="preserve"> </w:t>
      </w:r>
      <w:proofErr w:type="spellStart"/>
      <w:r w:rsidRPr="00752FC8">
        <w:rPr>
          <w:lang w:val="es-ES"/>
        </w:rPr>
        <w:t>cria</w:t>
      </w:r>
      <w:proofErr w:type="spellEnd"/>
      <w:r w:rsidRPr="00752FC8">
        <w:rPr>
          <w:lang w:val="es-ES"/>
        </w:rPr>
        <w:t xml:space="preserve"> </w:t>
      </w:r>
      <w:proofErr w:type="spellStart"/>
      <w:r w:rsidRPr="00752FC8">
        <w:rPr>
          <w:lang w:val="es-ES"/>
        </w:rPr>
        <w:t>uma</w:t>
      </w:r>
      <w:proofErr w:type="spellEnd"/>
      <w:r w:rsidRPr="00752FC8">
        <w:rPr>
          <w:lang w:val="es-ES"/>
        </w:rPr>
        <w:t xml:space="preserve"> </w:t>
      </w:r>
      <w:proofErr w:type="spellStart"/>
      <w:r w:rsidRPr="00752FC8">
        <w:rPr>
          <w:lang w:val="es-ES"/>
        </w:rPr>
        <w:t>paisagem</w:t>
      </w:r>
      <w:proofErr w:type="spellEnd"/>
      <w:r w:rsidRPr="00752FC8">
        <w:rPr>
          <w:lang w:val="es-ES"/>
        </w:rPr>
        <w:t xml:space="preserve"> única. Breve visita e entrada </w:t>
      </w:r>
      <w:proofErr w:type="spellStart"/>
      <w:r w:rsidRPr="00752FC8">
        <w:rPr>
          <w:lang w:val="es-ES"/>
        </w:rPr>
        <w:t>ao</w:t>
      </w:r>
      <w:proofErr w:type="spellEnd"/>
      <w:r w:rsidRPr="00752FC8">
        <w:rPr>
          <w:lang w:val="es-ES"/>
        </w:rPr>
        <w:t xml:space="preserve"> Castelo de </w:t>
      </w:r>
      <w:proofErr w:type="spellStart"/>
      <w:r w:rsidRPr="00752FC8">
        <w:rPr>
          <w:lang w:val="es-ES"/>
        </w:rPr>
        <w:t>Chillon</w:t>
      </w:r>
      <w:proofErr w:type="spellEnd"/>
      <w:r w:rsidRPr="00752FC8">
        <w:rPr>
          <w:lang w:val="es-ES"/>
        </w:rPr>
        <w:t xml:space="preserve">, situado </w:t>
      </w:r>
      <w:proofErr w:type="spellStart"/>
      <w:r w:rsidRPr="00752FC8">
        <w:rPr>
          <w:lang w:val="es-ES"/>
        </w:rPr>
        <w:t>às</w:t>
      </w:r>
      <w:proofErr w:type="spellEnd"/>
      <w:r w:rsidRPr="00752FC8">
        <w:rPr>
          <w:lang w:val="es-ES"/>
        </w:rPr>
        <w:t xml:space="preserve"> </w:t>
      </w:r>
      <w:proofErr w:type="spellStart"/>
      <w:r w:rsidRPr="00752FC8">
        <w:rPr>
          <w:lang w:val="es-ES"/>
        </w:rPr>
        <w:t>margens</w:t>
      </w:r>
      <w:proofErr w:type="spellEnd"/>
      <w:r w:rsidRPr="00752FC8">
        <w:rPr>
          <w:lang w:val="es-ES"/>
        </w:rPr>
        <w:t xml:space="preserve"> do Lago </w:t>
      </w:r>
      <w:proofErr w:type="spellStart"/>
      <w:r w:rsidRPr="00752FC8">
        <w:rPr>
          <w:lang w:val="es-ES"/>
        </w:rPr>
        <w:t>Léman</w:t>
      </w:r>
      <w:proofErr w:type="spellEnd"/>
      <w:r w:rsidRPr="00752FC8">
        <w:rPr>
          <w:lang w:val="es-ES"/>
        </w:rPr>
        <w:t xml:space="preserve"> e </w:t>
      </w:r>
      <w:proofErr w:type="spellStart"/>
      <w:r w:rsidRPr="00752FC8">
        <w:rPr>
          <w:lang w:val="es-ES"/>
        </w:rPr>
        <w:t>antiga</w:t>
      </w:r>
      <w:proofErr w:type="spellEnd"/>
      <w:r w:rsidRPr="00752FC8">
        <w:rPr>
          <w:lang w:val="es-ES"/>
        </w:rPr>
        <w:t xml:space="preserve"> </w:t>
      </w:r>
      <w:proofErr w:type="spellStart"/>
      <w:r w:rsidRPr="00752FC8">
        <w:rPr>
          <w:lang w:val="es-ES"/>
        </w:rPr>
        <w:t>residência</w:t>
      </w:r>
      <w:proofErr w:type="spellEnd"/>
      <w:r w:rsidRPr="00752FC8">
        <w:rPr>
          <w:lang w:val="es-ES"/>
        </w:rPr>
        <w:t xml:space="preserve"> dos condes de </w:t>
      </w:r>
      <w:proofErr w:type="spellStart"/>
      <w:r w:rsidRPr="00752FC8">
        <w:rPr>
          <w:lang w:val="es-ES"/>
        </w:rPr>
        <w:t>Saboia</w:t>
      </w:r>
      <w:proofErr w:type="spellEnd"/>
      <w:r w:rsidRPr="00752FC8">
        <w:rPr>
          <w:lang w:val="es-ES"/>
        </w:rPr>
        <w:t xml:space="preserve"> durante </w:t>
      </w:r>
      <w:proofErr w:type="spellStart"/>
      <w:r w:rsidRPr="00752FC8">
        <w:rPr>
          <w:lang w:val="es-ES"/>
        </w:rPr>
        <w:t>quase</w:t>
      </w:r>
      <w:proofErr w:type="spellEnd"/>
      <w:r w:rsidRPr="00752FC8">
        <w:rPr>
          <w:lang w:val="es-ES"/>
        </w:rPr>
        <w:t xml:space="preserve"> </w:t>
      </w:r>
      <w:proofErr w:type="spellStart"/>
      <w:r w:rsidRPr="00752FC8">
        <w:rPr>
          <w:lang w:val="es-ES"/>
        </w:rPr>
        <w:t>quatro</w:t>
      </w:r>
      <w:proofErr w:type="spellEnd"/>
      <w:r w:rsidRPr="00752FC8">
        <w:rPr>
          <w:lang w:val="es-ES"/>
        </w:rPr>
        <w:t xml:space="preserve"> </w:t>
      </w:r>
      <w:proofErr w:type="spellStart"/>
      <w:r w:rsidRPr="00752FC8">
        <w:rPr>
          <w:lang w:val="es-ES"/>
        </w:rPr>
        <w:t>séculos</w:t>
      </w:r>
      <w:proofErr w:type="spellEnd"/>
      <w:r w:rsidRPr="00752FC8">
        <w:rPr>
          <w:lang w:val="es-ES"/>
        </w:rPr>
        <w:t xml:space="preserve">. </w:t>
      </w:r>
      <w:proofErr w:type="spellStart"/>
      <w:r w:rsidRPr="00752FC8">
        <w:rPr>
          <w:lang w:val="es-ES"/>
        </w:rPr>
        <w:t>Continuação</w:t>
      </w:r>
      <w:proofErr w:type="spellEnd"/>
      <w:r w:rsidRPr="00752FC8">
        <w:rPr>
          <w:lang w:val="es-ES"/>
        </w:rPr>
        <w:t xml:space="preserve"> até Zermatt, </w:t>
      </w:r>
      <w:proofErr w:type="spellStart"/>
      <w:r w:rsidRPr="00752FC8">
        <w:rPr>
          <w:lang w:val="es-ES"/>
        </w:rPr>
        <w:t>pitoresco</w:t>
      </w:r>
      <w:proofErr w:type="spellEnd"/>
      <w:r w:rsidRPr="00752FC8">
        <w:rPr>
          <w:lang w:val="es-ES"/>
        </w:rPr>
        <w:t xml:space="preserve"> </w:t>
      </w:r>
      <w:proofErr w:type="spellStart"/>
      <w:r w:rsidRPr="00752FC8">
        <w:rPr>
          <w:lang w:val="es-ES"/>
        </w:rPr>
        <w:t>povoado</w:t>
      </w:r>
      <w:proofErr w:type="spellEnd"/>
      <w:r w:rsidRPr="00752FC8">
        <w:rPr>
          <w:lang w:val="es-ES"/>
        </w:rPr>
        <w:t xml:space="preserve"> alpino </w:t>
      </w:r>
      <w:proofErr w:type="spellStart"/>
      <w:r w:rsidRPr="00752FC8">
        <w:rPr>
          <w:lang w:val="es-ES"/>
        </w:rPr>
        <w:t>livre</w:t>
      </w:r>
      <w:proofErr w:type="spellEnd"/>
      <w:r w:rsidRPr="00752FC8">
        <w:rPr>
          <w:lang w:val="es-ES"/>
        </w:rPr>
        <w:t xml:space="preserve"> de </w:t>
      </w:r>
      <w:proofErr w:type="spellStart"/>
      <w:r w:rsidRPr="00752FC8">
        <w:rPr>
          <w:lang w:val="es-ES"/>
        </w:rPr>
        <w:t>tráfego</w:t>
      </w:r>
      <w:proofErr w:type="spellEnd"/>
      <w:r w:rsidRPr="00752FC8">
        <w:rPr>
          <w:lang w:val="es-ES"/>
        </w:rPr>
        <w:t xml:space="preserve">, localizado </w:t>
      </w:r>
      <w:proofErr w:type="spellStart"/>
      <w:r w:rsidRPr="00752FC8">
        <w:rPr>
          <w:lang w:val="es-ES"/>
        </w:rPr>
        <w:t>aos</w:t>
      </w:r>
      <w:proofErr w:type="spellEnd"/>
      <w:r w:rsidRPr="00752FC8">
        <w:rPr>
          <w:lang w:val="es-ES"/>
        </w:rPr>
        <w:t xml:space="preserve"> </w:t>
      </w:r>
      <w:proofErr w:type="spellStart"/>
      <w:r w:rsidRPr="00752FC8">
        <w:rPr>
          <w:lang w:val="es-ES"/>
        </w:rPr>
        <w:t>pés</w:t>
      </w:r>
      <w:proofErr w:type="spellEnd"/>
      <w:r w:rsidRPr="00752FC8">
        <w:rPr>
          <w:lang w:val="es-ES"/>
        </w:rPr>
        <w:t xml:space="preserve"> do </w:t>
      </w:r>
      <w:proofErr w:type="spellStart"/>
      <w:r w:rsidRPr="00752FC8">
        <w:rPr>
          <w:lang w:val="es-ES"/>
        </w:rPr>
        <w:t>Matterhorn</w:t>
      </w:r>
      <w:proofErr w:type="spellEnd"/>
      <w:r w:rsidRPr="00752FC8">
        <w:rPr>
          <w:lang w:val="es-ES"/>
        </w:rPr>
        <w:t xml:space="preserve">. </w:t>
      </w:r>
      <w:proofErr w:type="spellStart"/>
      <w:r w:rsidRPr="00752FC8">
        <w:rPr>
          <w:lang w:val="es-ES"/>
        </w:rPr>
        <w:t>Hospedagem</w:t>
      </w:r>
      <w:proofErr w:type="spellEnd"/>
      <w:r w:rsidRPr="00752FC8">
        <w:rPr>
          <w:lang w:val="es-ES"/>
        </w:rPr>
        <w:t>.</w:t>
      </w:r>
    </w:p>
    <w:p w14:paraId="5391A097" w14:textId="77777777" w:rsidR="00101E7A" w:rsidRPr="00752FC8" w:rsidRDefault="00101E7A">
      <w:pPr>
        <w:rPr>
          <w:lang w:val="es-ES"/>
        </w:rPr>
      </w:pPr>
    </w:p>
    <w:p w14:paraId="14CAAB08" w14:textId="77777777" w:rsidR="00101E7A" w:rsidRPr="00752FC8" w:rsidRDefault="0036337E">
      <w:pPr>
        <w:pStyle w:val="Ttulo2"/>
        <w:rPr>
          <w:lang w:val="es-ES"/>
        </w:rPr>
      </w:pPr>
      <w:r w:rsidRPr="00752FC8">
        <w:rPr>
          <w:lang w:val="es-ES"/>
        </w:rPr>
        <w:lastRenderedPageBreak/>
        <w:t>DIA 14 SAB ZERMATT</w:t>
      </w:r>
    </w:p>
    <w:p w14:paraId="3E101425" w14:textId="77777777" w:rsidR="00101E7A" w:rsidRPr="00752FC8" w:rsidRDefault="0036337E">
      <w:pPr>
        <w:rPr>
          <w:lang w:val="es-ES"/>
        </w:rPr>
      </w:pPr>
      <w:r w:rsidRPr="00752FC8">
        <w:rPr>
          <w:lang w:val="es-ES"/>
        </w:rPr>
        <w:t xml:space="preserve">Subida em </w:t>
      </w:r>
      <w:proofErr w:type="spellStart"/>
      <w:r w:rsidRPr="00752FC8">
        <w:rPr>
          <w:lang w:val="es-ES"/>
        </w:rPr>
        <w:t>trem</w:t>
      </w:r>
      <w:proofErr w:type="spellEnd"/>
      <w:r w:rsidRPr="00752FC8">
        <w:rPr>
          <w:lang w:val="es-ES"/>
        </w:rPr>
        <w:t xml:space="preserve"> </w:t>
      </w:r>
      <w:proofErr w:type="spellStart"/>
      <w:r w:rsidRPr="00752FC8">
        <w:rPr>
          <w:lang w:val="es-ES"/>
        </w:rPr>
        <w:t>cremalheira</w:t>
      </w:r>
      <w:proofErr w:type="spellEnd"/>
      <w:r w:rsidRPr="00752FC8">
        <w:rPr>
          <w:lang w:val="es-ES"/>
        </w:rPr>
        <w:t xml:space="preserve"> </w:t>
      </w:r>
      <w:proofErr w:type="spellStart"/>
      <w:r w:rsidRPr="00752FC8">
        <w:rPr>
          <w:lang w:val="es-ES"/>
        </w:rPr>
        <w:t>ao</w:t>
      </w:r>
      <w:proofErr w:type="spellEnd"/>
      <w:r w:rsidRPr="00752FC8">
        <w:rPr>
          <w:lang w:val="es-ES"/>
        </w:rPr>
        <w:t xml:space="preserve"> </w:t>
      </w:r>
      <w:proofErr w:type="spellStart"/>
      <w:r w:rsidRPr="00752FC8">
        <w:rPr>
          <w:lang w:val="es-ES"/>
        </w:rPr>
        <w:t>Gornergrat</w:t>
      </w:r>
      <w:proofErr w:type="spellEnd"/>
      <w:r w:rsidRPr="00752FC8">
        <w:rPr>
          <w:lang w:val="es-ES"/>
        </w:rPr>
        <w:t xml:space="preserve">, mirante situado a 3.089 metros de </w:t>
      </w:r>
      <w:proofErr w:type="spellStart"/>
      <w:r w:rsidRPr="00752FC8">
        <w:rPr>
          <w:lang w:val="es-ES"/>
        </w:rPr>
        <w:t>altitude</w:t>
      </w:r>
      <w:proofErr w:type="spellEnd"/>
      <w:r w:rsidRPr="00752FC8">
        <w:rPr>
          <w:lang w:val="es-ES"/>
        </w:rPr>
        <w:t xml:space="preserve">, de onde se </w:t>
      </w:r>
      <w:proofErr w:type="spellStart"/>
      <w:r w:rsidRPr="00752FC8">
        <w:rPr>
          <w:lang w:val="es-ES"/>
        </w:rPr>
        <w:t>obtém</w:t>
      </w:r>
      <w:proofErr w:type="spellEnd"/>
      <w:r w:rsidRPr="00752FC8">
        <w:rPr>
          <w:lang w:val="es-ES"/>
        </w:rPr>
        <w:t xml:space="preserve"> </w:t>
      </w:r>
      <w:proofErr w:type="spellStart"/>
      <w:r w:rsidRPr="00752FC8">
        <w:rPr>
          <w:lang w:val="es-ES"/>
        </w:rPr>
        <w:t>uma</w:t>
      </w:r>
      <w:proofErr w:type="spellEnd"/>
      <w:r w:rsidRPr="00752FC8">
        <w:rPr>
          <w:lang w:val="es-ES"/>
        </w:rPr>
        <w:t xml:space="preserve"> das </w:t>
      </w:r>
      <w:proofErr w:type="spellStart"/>
      <w:r w:rsidRPr="00752FC8">
        <w:rPr>
          <w:lang w:val="es-ES"/>
        </w:rPr>
        <w:t>melhores</w:t>
      </w:r>
      <w:proofErr w:type="spellEnd"/>
      <w:r w:rsidRPr="00752FC8">
        <w:rPr>
          <w:lang w:val="es-ES"/>
        </w:rPr>
        <w:t xml:space="preserve"> vistas do </w:t>
      </w:r>
      <w:proofErr w:type="spellStart"/>
      <w:r w:rsidRPr="00752FC8">
        <w:rPr>
          <w:lang w:val="es-ES"/>
        </w:rPr>
        <w:t>Matterhorn</w:t>
      </w:r>
      <w:proofErr w:type="spellEnd"/>
      <w:r w:rsidRPr="00752FC8">
        <w:rPr>
          <w:lang w:val="es-ES"/>
        </w:rPr>
        <w:t xml:space="preserve"> e dos Alpes, </w:t>
      </w:r>
      <w:proofErr w:type="spellStart"/>
      <w:r w:rsidRPr="00752FC8">
        <w:rPr>
          <w:lang w:val="es-ES"/>
        </w:rPr>
        <w:t>com</w:t>
      </w:r>
      <w:proofErr w:type="spellEnd"/>
      <w:r w:rsidRPr="00752FC8">
        <w:rPr>
          <w:lang w:val="es-ES"/>
        </w:rPr>
        <w:t xml:space="preserve"> </w:t>
      </w:r>
      <w:proofErr w:type="spellStart"/>
      <w:r w:rsidRPr="00752FC8">
        <w:rPr>
          <w:lang w:val="es-ES"/>
        </w:rPr>
        <w:t>panorâmicas</w:t>
      </w:r>
      <w:proofErr w:type="spellEnd"/>
      <w:r w:rsidRPr="00752FC8">
        <w:rPr>
          <w:lang w:val="es-ES"/>
        </w:rPr>
        <w:t xml:space="preserve"> de até 29 picos </w:t>
      </w:r>
      <w:proofErr w:type="spellStart"/>
      <w:r w:rsidRPr="00752FC8">
        <w:rPr>
          <w:lang w:val="es-ES"/>
        </w:rPr>
        <w:t>com</w:t>
      </w:r>
      <w:proofErr w:type="spellEnd"/>
      <w:r w:rsidRPr="00752FC8">
        <w:rPr>
          <w:lang w:val="es-ES"/>
        </w:rPr>
        <w:t xml:space="preserve"> </w:t>
      </w:r>
      <w:proofErr w:type="spellStart"/>
      <w:r w:rsidRPr="00752FC8">
        <w:rPr>
          <w:lang w:val="es-ES"/>
        </w:rPr>
        <w:t>mais</w:t>
      </w:r>
      <w:proofErr w:type="spellEnd"/>
      <w:r w:rsidRPr="00752FC8">
        <w:rPr>
          <w:lang w:val="es-ES"/>
        </w:rPr>
        <w:t xml:space="preserve"> de 4.000 metros. Retorno de </w:t>
      </w:r>
      <w:proofErr w:type="spellStart"/>
      <w:r w:rsidRPr="00752FC8">
        <w:rPr>
          <w:lang w:val="es-ES"/>
        </w:rPr>
        <w:t>trem</w:t>
      </w:r>
      <w:proofErr w:type="spellEnd"/>
      <w:r w:rsidRPr="00752FC8">
        <w:rPr>
          <w:lang w:val="es-ES"/>
        </w:rPr>
        <w:t xml:space="preserve"> a Zermatt e </w:t>
      </w:r>
      <w:proofErr w:type="spellStart"/>
      <w:r w:rsidRPr="00752FC8">
        <w:rPr>
          <w:lang w:val="es-ES"/>
        </w:rPr>
        <w:t>hospedagem</w:t>
      </w:r>
      <w:proofErr w:type="spellEnd"/>
      <w:r w:rsidRPr="00752FC8">
        <w:rPr>
          <w:lang w:val="es-ES"/>
        </w:rPr>
        <w:t>.</w:t>
      </w:r>
    </w:p>
    <w:p w14:paraId="09E198CD" w14:textId="77777777" w:rsidR="00101E7A" w:rsidRPr="00752FC8" w:rsidRDefault="00101E7A">
      <w:pPr>
        <w:rPr>
          <w:lang w:val="es-ES"/>
        </w:rPr>
      </w:pPr>
    </w:p>
    <w:p w14:paraId="2EAF9D48" w14:textId="77777777" w:rsidR="00101E7A" w:rsidRPr="00752FC8" w:rsidRDefault="0036337E">
      <w:pPr>
        <w:pStyle w:val="Ttulo2"/>
        <w:rPr>
          <w:lang w:val="es-ES"/>
        </w:rPr>
      </w:pPr>
      <w:r w:rsidRPr="00752FC8">
        <w:rPr>
          <w:lang w:val="es-ES"/>
        </w:rPr>
        <w:t>DIA 15 DOM ZERMATT - GLACIER EXPRESS - ZURIQUE</w:t>
      </w:r>
    </w:p>
    <w:p w14:paraId="22319E76" w14:textId="77777777" w:rsidR="00101E7A" w:rsidRPr="00752FC8" w:rsidRDefault="0036337E">
      <w:pPr>
        <w:rPr>
          <w:lang w:val="es-ES"/>
        </w:rPr>
      </w:pPr>
      <w:r w:rsidRPr="00752FC8">
        <w:rPr>
          <w:lang w:val="es-ES"/>
        </w:rPr>
        <w:t xml:space="preserve">Embarque no Glacier Express, </w:t>
      </w:r>
      <w:proofErr w:type="spellStart"/>
      <w:r w:rsidRPr="00752FC8">
        <w:rPr>
          <w:lang w:val="es-ES"/>
        </w:rPr>
        <w:t>um</w:t>
      </w:r>
      <w:proofErr w:type="spellEnd"/>
      <w:r w:rsidRPr="00752FC8">
        <w:rPr>
          <w:lang w:val="es-ES"/>
        </w:rPr>
        <w:t xml:space="preserve"> dos </w:t>
      </w:r>
      <w:proofErr w:type="spellStart"/>
      <w:r w:rsidRPr="00752FC8">
        <w:rPr>
          <w:lang w:val="es-ES"/>
        </w:rPr>
        <w:t>trens</w:t>
      </w:r>
      <w:proofErr w:type="spellEnd"/>
      <w:r w:rsidRPr="00752FC8">
        <w:rPr>
          <w:lang w:val="es-ES"/>
        </w:rPr>
        <w:t xml:space="preserve"> </w:t>
      </w:r>
      <w:proofErr w:type="spellStart"/>
      <w:r w:rsidRPr="00752FC8">
        <w:rPr>
          <w:lang w:val="es-ES"/>
        </w:rPr>
        <w:t>panorâmicos</w:t>
      </w:r>
      <w:proofErr w:type="spellEnd"/>
      <w:r w:rsidRPr="00752FC8">
        <w:rPr>
          <w:lang w:val="es-ES"/>
        </w:rPr>
        <w:t xml:space="preserve"> </w:t>
      </w:r>
      <w:proofErr w:type="spellStart"/>
      <w:r w:rsidRPr="00752FC8">
        <w:rPr>
          <w:lang w:val="es-ES"/>
        </w:rPr>
        <w:t>mais</w:t>
      </w:r>
      <w:proofErr w:type="spellEnd"/>
      <w:r w:rsidRPr="00752FC8">
        <w:rPr>
          <w:lang w:val="es-ES"/>
        </w:rPr>
        <w:t xml:space="preserve"> famosos da </w:t>
      </w:r>
      <w:proofErr w:type="spellStart"/>
      <w:r w:rsidRPr="00752FC8">
        <w:rPr>
          <w:lang w:val="es-ES"/>
        </w:rPr>
        <w:t>Suíça</w:t>
      </w:r>
      <w:proofErr w:type="spellEnd"/>
      <w:r w:rsidRPr="00752FC8">
        <w:rPr>
          <w:lang w:val="es-ES"/>
        </w:rPr>
        <w:t xml:space="preserve">, </w:t>
      </w:r>
      <w:proofErr w:type="spellStart"/>
      <w:r w:rsidRPr="00752FC8">
        <w:rPr>
          <w:lang w:val="es-ES"/>
        </w:rPr>
        <w:t>conhecido</w:t>
      </w:r>
      <w:proofErr w:type="spellEnd"/>
      <w:r w:rsidRPr="00752FC8">
        <w:rPr>
          <w:lang w:val="es-ES"/>
        </w:rPr>
        <w:t xml:space="preserve"> como o "</w:t>
      </w:r>
      <w:proofErr w:type="spellStart"/>
      <w:r w:rsidRPr="00752FC8">
        <w:rPr>
          <w:lang w:val="es-ES"/>
        </w:rPr>
        <w:t>trem</w:t>
      </w:r>
      <w:proofErr w:type="spellEnd"/>
      <w:r w:rsidRPr="00752FC8">
        <w:rPr>
          <w:lang w:val="es-ES"/>
        </w:rPr>
        <w:t xml:space="preserve"> </w:t>
      </w:r>
      <w:proofErr w:type="spellStart"/>
      <w:r w:rsidRPr="00752FC8">
        <w:rPr>
          <w:lang w:val="es-ES"/>
        </w:rPr>
        <w:t>expresso</w:t>
      </w:r>
      <w:proofErr w:type="spellEnd"/>
      <w:r w:rsidRPr="00752FC8">
        <w:rPr>
          <w:lang w:val="es-ES"/>
        </w:rPr>
        <w:t xml:space="preserve"> </w:t>
      </w:r>
      <w:proofErr w:type="spellStart"/>
      <w:r w:rsidRPr="00752FC8">
        <w:rPr>
          <w:lang w:val="es-ES"/>
        </w:rPr>
        <w:t>mais</w:t>
      </w:r>
      <w:proofErr w:type="spellEnd"/>
      <w:r w:rsidRPr="00752FC8">
        <w:rPr>
          <w:lang w:val="es-ES"/>
        </w:rPr>
        <w:t xml:space="preserve"> lento do mundo". O </w:t>
      </w:r>
      <w:proofErr w:type="spellStart"/>
      <w:r w:rsidRPr="00752FC8">
        <w:rPr>
          <w:lang w:val="es-ES"/>
        </w:rPr>
        <w:t>trajeto</w:t>
      </w:r>
      <w:proofErr w:type="spellEnd"/>
      <w:r w:rsidRPr="00752FC8">
        <w:rPr>
          <w:lang w:val="es-ES"/>
        </w:rPr>
        <w:t xml:space="preserve"> entre Zermatt e Chur </w:t>
      </w:r>
      <w:proofErr w:type="spellStart"/>
      <w:r w:rsidRPr="00752FC8">
        <w:rPr>
          <w:lang w:val="es-ES"/>
        </w:rPr>
        <w:t>atravessa</w:t>
      </w:r>
      <w:proofErr w:type="spellEnd"/>
      <w:r w:rsidRPr="00752FC8">
        <w:rPr>
          <w:lang w:val="es-ES"/>
        </w:rPr>
        <w:t xml:space="preserve"> vales, </w:t>
      </w:r>
      <w:proofErr w:type="spellStart"/>
      <w:r w:rsidRPr="00752FC8">
        <w:rPr>
          <w:lang w:val="es-ES"/>
        </w:rPr>
        <w:t>montanhas</w:t>
      </w:r>
      <w:proofErr w:type="spellEnd"/>
      <w:r w:rsidRPr="00752FC8">
        <w:rPr>
          <w:lang w:val="es-ES"/>
        </w:rPr>
        <w:t xml:space="preserve"> e </w:t>
      </w:r>
      <w:proofErr w:type="spellStart"/>
      <w:r w:rsidRPr="00752FC8">
        <w:rPr>
          <w:lang w:val="es-ES"/>
        </w:rPr>
        <w:t>espetaculares</w:t>
      </w:r>
      <w:proofErr w:type="spellEnd"/>
      <w:r w:rsidRPr="00752FC8">
        <w:rPr>
          <w:lang w:val="es-ES"/>
        </w:rPr>
        <w:t xml:space="preserve"> </w:t>
      </w:r>
      <w:proofErr w:type="spellStart"/>
      <w:r w:rsidRPr="00752FC8">
        <w:rPr>
          <w:lang w:val="es-ES"/>
        </w:rPr>
        <w:t>pontes</w:t>
      </w:r>
      <w:proofErr w:type="spellEnd"/>
      <w:r w:rsidRPr="00752FC8">
        <w:rPr>
          <w:lang w:val="es-ES"/>
        </w:rPr>
        <w:t xml:space="preserve">, </w:t>
      </w:r>
      <w:proofErr w:type="spellStart"/>
      <w:r w:rsidRPr="00752FC8">
        <w:rPr>
          <w:lang w:val="es-ES"/>
        </w:rPr>
        <w:t>incluindo</w:t>
      </w:r>
      <w:proofErr w:type="spellEnd"/>
      <w:r w:rsidRPr="00752FC8">
        <w:rPr>
          <w:lang w:val="es-ES"/>
        </w:rPr>
        <w:t xml:space="preserve"> a </w:t>
      </w:r>
      <w:proofErr w:type="spellStart"/>
      <w:r w:rsidRPr="00752FC8">
        <w:rPr>
          <w:lang w:val="es-ES"/>
        </w:rPr>
        <w:t>passagem</w:t>
      </w:r>
      <w:proofErr w:type="spellEnd"/>
      <w:r w:rsidRPr="00752FC8">
        <w:rPr>
          <w:lang w:val="es-ES"/>
        </w:rPr>
        <w:t xml:space="preserve"> pelo porto de </w:t>
      </w:r>
      <w:proofErr w:type="spellStart"/>
      <w:r w:rsidRPr="00752FC8">
        <w:rPr>
          <w:lang w:val="es-ES"/>
        </w:rPr>
        <w:t>Oberalp</w:t>
      </w:r>
      <w:proofErr w:type="spellEnd"/>
      <w:r w:rsidRPr="00752FC8">
        <w:rPr>
          <w:lang w:val="es-ES"/>
        </w:rPr>
        <w:t xml:space="preserve">, a 2.033 metros de </w:t>
      </w:r>
      <w:proofErr w:type="spellStart"/>
      <w:r w:rsidRPr="00752FC8">
        <w:rPr>
          <w:lang w:val="es-ES"/>
        </w:rPr>
        <w:t>altitude</w:t>
      </w:r>
      <w:proofErr w:type="spellEnd"/>
      <w:r w:rsidRPr="00752FC8">
        <w:rPr>
          <w:lang w:val="es-ES"/>
        </w:rPr>
        <w:t xml:space="preserve">. </w:t>
      </w:r>
      <w:proofErr w:type="spellStart"/>
      <w:r w:rsidRPr="00752FC8">
        <w:rPr>
          <w:lang w:val="es-ES"/>
        </w:rPr>
        <w:t>Chegada</w:t>
      </w:r>
      <w:proofErr w:type="spellEnd"/>
      <w:r w:rsidRPr="00752FC8">
        <w:rPr>
          <w:lang w:val="es-ES"/>
        </w:rPr>
        <w:t xml:space="preserve"> a Chur e </w:t>
      </w:r>
      <w:proofErr w:type="spellStart"/>
      <w:r w:rsidRPr="00752FC8">
        <w:rPr>
          <w:lang w:val="es-ES"/>
        </w:rPr>
        <w:t>continuação</w:t>
      </w:r>
      <w:proofErr w:type="spellEnd"/>
      <w:r w:rsidRPr="00752FC8">
        <w:rPr>
          <w:lang w:val="es-ES"/>
        </w:rPr>
        <w:t xml:space="preserve"> de </w:t>
      </w:r>
      <w:proofErr w:type="spellStart"/>
      <w:r w:rsidRPr="00752FC8">
        <w:rPr>
          <w:lang w:val="es-ES"/>
        </w:rPr>
        <w:t>ônibus</w:t>
      </w:r>
      <w:proofErr w:type="spellEnd"/>
      <w:r w:rsidRPr="00752FC8">
        <w:rPr>
          <w:lang w:val="es-ES"/>
        </w:rPr>
        <w:t xml:space="preserve"> até </w:t>
      </w:r>
      <w:proofErr w:type="spellStart"/>
      <w:r w:rsidRPr="00752FC8">
        <w:rPr>
          <w:lang w:val="es-ES"/>
        </w:rPr>
        <w:t>Zurique</w:t>
      </w:r>
      <w:proofErr w:type="spellEnd"/>
      <w:r w:rsidRPr="00752FC8">
        <w:rPr>
          <w:lang w:val="es-ES"/>
        </w:rPr>
        <w:t xml:space="preserve">. </w:t>
      </w:r>
      <w:proofErr w:type="spellStart"/>
      <w:r w:rsidRPr="00752FC8">
        <w:rPr>
          <w:lang w:val="es-ES"/>
        </w:rPr>
        <w:t>Hospedagem</w:t>
      </w:r>
      <w:proofErr w:type="spellEnd"/>
      <w:r w:rsidRPr="00752FC8">
        <w:rPr>
          <w:lang w:val="es-ES"/>
        </w:rPr>
        <w:t>.</w:t>
      </w:r>
    </w:p>
    <w:p w14:paraId="6498DD65" w14:textId="77777777" w:rsidR="00101E7A" w:rsidRPr="00752FC8" w:rsidRDefault="00101E7A">
      <w:pPr>
        <w:rPr>
          <w:lang w:val="es-ES"/>
        </w:rPr>
      </w:pPr>
    </w:p>
    <w:p w14:paraId="5772654D" w14:textId="77777777" w:rsidR="00101E7A" w:rsidRPr="00752FC8" w:rsidRDefault="0036337E">
      <w:pPr>
        <w:pStyle w:val="Ttulo2"/>
        <w:rPr>
          <w:lang w:val="es-ES"/>
        </w:rPr>
      </w:pPr>
      <w:r w:rsidRPr="00752FC8">
        <w:rPr>
          <w:lang w:val="es-ES"/>
        </w:rPr>
        <w:t>DIA 16 SEG ZURIQUE</w:t>
      </w:r>
    </w:p>
    <w:p w14:paraId="5AA50D3E" w14:textId="77777777" w:rsidR="00101E7A" w:rsidRPr="00752FC8" w:rsidRDefault="0036337E">
      <w:pPr>
        <w:rPr>
          <w:lang w:val="es-ES"/>
        </w:rPr>
      </w:pPr>
      <w:r w:rsidRPr="00752FC8">
        <w:rPr>
          <w:lang w:val="es-ES"/>
        </w:rPr>
        <w:t xml:space="preserve">Café da </w:t>
      </w:r>
      <w:proofErr w:type="spellStart"/>
      <w:r w:rsidRPr="00752FC8">
        <w:rPr>
          <w:lang w:val="es-ES"/>
        </w:rPr>
        <w:t>manhã</w:t>
      </w:r>
      <w:proofErr w:type="spellEnd"/>
      <w:r w:rsidRPr="00752FC8">
        <w:rPr>
          <w:lang w:val="es-ES"/>
        </w:rPr>
        <w:t xml:space="preserve"> e traslado de </w:t>
      </w:r>
      <w:proofErr w:type="spellStart"/>
      <w:r w:rsidRPr="00752FC8">
        <w:rPr>
          <w:lang w:val="es-ES"/>
        </w:rPr>
        <w:t>saída</w:t>
      </w:r>
      <w:proofErr w:type="spellEnd"/>
      <w:r w:rsidRPr="00752FC8">
        <w:rPr>
          <w:lang w:val="es-ES"/>
        </w:rPr>
        <w:t xml:space="preserve"> para o </w:t>
      </w:r>
      <w:proofErr w:type="spellStart"/>
      <w:r w:rsidRPr="00752FC8">
        <w:rPr>
          <w:lang w:val="es-ES"/>
        </w:rPr>
        <w:t>aeroporto</w:t>
      </w:r>
      <w:proofErr w:type="spellEnd"/>
      <w:r w:rsidRPr="00752FC8">
        <w:rPr>
          <w:lang w:val="es-ES"/>
        </w:rPr>
        <w:t>.</w:t>
      </w:r>
    </w:p>
    <w:sectPr w:rsidR="00101E7A" w:rsidRPr="00752FC8" w:rsidSect="00034616">
      <w:headerReference w:type="default" r:id="rId8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CDE744" w14:textId="77777777" w:rsidR="00752FC8" w:rsidRDefault="00752FC8" w:rsidP="00752FC8">
      <w:pPr>
        <w:spacing w:after="0" w:line="240" w:lineRule="auto"/>
      </w:pPr>
      <w:r>
        <w:separator/>
      </w:r>
    </w:p>
  </w:endnote>
  <w:endnote w:type="continuationSeparator" w:id="0">
    <w:p w14:paraId="47E4ACF9" w14:textId="77777777" w:rsidR="00752FC8" w:rsidRDefault="00752FC8" w:rsidP="00752F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09E92E" w14:textId="77777777" w:rsidR="00752FC8" w:rsidRDefault="00752FC8" w:rsidP="00752FC8">
      <w:pPr>
        <w:spacing w:after="0" w:line="240" w:lineRule="auto"/>
      </w:pPr>
      <w:r>
        <w:separator/>
      </w:r>
    </w:p>
  </w:footnote>
  <w:footnote w:type="continuationSeparator" w:id="0">
    <w:p w14:paraId="19A7232F" w14:textId="77777777" w:rsidR="00752FC8" w:rsidRDefault="00752FC8" w:rsidP="00752FC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489B1B" w14:textId="376FE35F" w:rsidR="00752FC8" w:rsidRDefault="00752FC8">
    <w:pPr>
      <w:pStyle w:val="Encabezado"/>
    </w:pPr>
    <w:r>
      <w:rPr>
        <w:noProof/>
      </w:rPr>
      <w:drawing>
        <wp:inline distT="0" distB="0" distL="0" distR="0" wp14:anchorId="483A220B" wp14:editId="29957148">
          <wp:extent cx="1114425" cy="1114425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14425" cy="1114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01E7A"/>
    <w:rsid w:val="0015074B"/>
    <w:rsid w:val="0029639D"/>
    <w:rsid w:val="00326F90"/>
    <w:rsid w:val="0036337E"/>
    <w:rsid w:val="00752FC8"/>
    <w:rsid w:val="00AA1D8D"/>
    <w:rsid w:val="00B47730"/>
    <w:rsid w:val="00CB0664"/>
    <w:rsid w:val="00E16726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737AD3A"/>
  <w14:defaultImageDpi w14:val="300"/>
  <w15:docId w15:val="{0A062966-47D8-45FA-8DC3-3430D80825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Arial" w:hAnsi="Arial"/>
    </w:rPr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240" w:after="120"/>
      <w:outlineLvl w:val="0"/>
    </w:pPr>
    <w:rPr>
      <w:rFonts w:asciiTheme="majorHAnsi" w:eastAsiaTheme="majorEastAsia" w:hAnsiTheme="majorHAnsi" w:cstheme="majorBidi"/>
      <w:b/>
      <w:bCs/>
      <w:color w:val="000000"/>
      <w:sz w:val="36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80"/>
      <w:outlineLvl w:val="1"/>
    </w:pPr>
    <w:rPr>
      <w:rFonts w:asciiTheme="majorHAnsi" w:eastAsiaTheme="majorEastAsia" w:hAnsiTheme="majorHAnsi" w:cstheme="majorBidi"/>
      <w:b/>
      <w:bCs/>
      <w:color w:val="000000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1410</Words>
  <Characters>7756</Characters>
  <Application>Microsoft Office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9148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user24</cp:lastModifiedBy>
  <cp:revision>4</cp:revision>
  <dcterms:created xsi:type="dcterms:W3CDTF">2013-12-23T23:15:00Z</dcterms:created>
  <dcterms:modified xsi:type="dcterms:W3CDTF">2026-05-29T07:37:00Z</dcterms:modified>
  <cp:category/>
</cp:coreProperties>
</file>