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14935" w14:textId="77777777" w:rsidR="00327E7B" w:rsidRPr="004168C0" w:rsidRDefault="004168C0" w:rsidP="004168C0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</w:pPr>
      <w:r w:rsidRPr="004168C0">
        <w:rPr>
          <w:rFonts w:ascii="Century Gothic" w:eastAsia="Times New Roman" w:hAnsi="Century Gothic" w:cs="Arial"/>
          <w:b/>
          <w:color w:val="64A0BA"/>
          <w:sz w:val="36"/>
          <w:szCs w:val="36"/>
          <w:lang w:val="pt-BR" w:eastAsia="de-DE"/>
        </w:rPr>
        <w:t>ALEMANHA ROMÂNTICA E OS BALCÃS</w:t>
      </w:r>
    </w:p>
    <w:p w14:paraId="11726F7E" w14:textId="77777777" w:rsidR="00327E7B" w:rsidRPr="004168C0" w:rsidRDefault="004168C0" w:rsidP="004168C0">
      <w:pPr>
        <w:spacing w:after="0" w:line="240" w:lineRule="auto"/>
        <w:jc w:val="center"/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</w:pPr>
      <w:r w:rsidRPr="004168C0">
        <w:rPr>
          <w:rFonts w:ascii="Century Gothic" w:eastAsia="Times New Roman" w:hAnsi="Century Gothic" w:cs="Arial"/>
          <w:b/>
          <w:color w:val="64A0BA"/>
          <w:sz w:val="28"/>
          <w:szCs w:val="28"/>
          <w:lang w:val="pt-BR" w:eastAsia="de-DE"/>
        </w:rPr>
        <w:t>Categoria: Primeira</w:t>
      </w:r>
    </w:p>
    <w:p w14:paraId="6E2BE433" w14:textId="77777777" w:rsidR="00327E7B" w:rsidRPr="004168C0" w:rsidRDefault="004168C0" w:rsidP="004168C0">
      <w:pPr>
        <w:jc w:val="center"/>
        <w:rPr>
          <w:lang w:val="es-ES"/>
        </w:rPr>
      </w:pPr>
      <w:r w:rsidRPr="004168C0">
        <w:rPr>
          <w:lang w:val="es-ES"/>
        </w:rPr>
        <w:t xml:space="preserve">Código: </w:t>
      </w:r>
      <w:proofErr w:type="gramStart"/>
      <w:r w:rsidRPr="004168C0">
        <w:rPr>
          <w:lang w:val="es-ES"/>
        </w:rPr>
        <w:t>ALCRO  |</w:t>
      </w:r>
      <w:proofErr w:type="gramEnd"/>
      <w:r w:rsidRPr="004168C0">
        <w:rPr>
          <w:lang w:val="es-ES"/>
        </w:rPr>
        <w:t xml:space="preserve">  20 </w:t>
      </w:r>
      <w:proofErr w:type="spellStart"/>
      <w:r w:rsidRPr="004168C0">
        <w:rPr>
          <w:lang w:val="es-ES"/>
        </w:rPr>
        <w:t>Dias</w:t>
      </w:r>
      <w:proofErr w:type="spellEnd"/>
    </w:p>
    <w:p w14:paraId="24DE77E8" w14:textId="77777777" w:rsidR="00327E7B" w:rsidRPr="004168C0" w:rsidRDefault="00327E7B">
      <w:pPr>
        <w:rPr>
          <w:lang w:val="es-ES"/>
        </w:rPr>
      </w:pPr>
    </w:p>
    <w:p w14:paraId="05AAD108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SAÍDAS GARANTIDAS 2027</w:t>
      </w:r>
    </w:p>
    <w:p w14:paraId="0521D9E8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>MAIO . . . . . . . . . . . . . . . . . . . . . . . . . . . 16</w:t>
      </w:r>
    </w:p>
    <w:p w14:paraId="7EB13D05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JUNHO . . . . . . . . . . . . . . . . . . . . . </w:t>
      </w:r>
      <w:proofErr w:type="gramStart"/>
      <w:r w:rsidRPr="004168C0">
        <w:rPr>
          <w:lang w:val="es-ES"/>
        </w:rPr>
        <w:t>. . . .</w:t>
      </w:r>
      <w:proofErr w:type="gramEnd"/>
      <w:r w:rsidRPr="004168C0">
        <w:rPr>
          <w:lang w:val="es-ES"/>
        </w:rPr>
        <w:t xml:space="preserve"> . 13</w:t>
      </w:r>
    </w:p>
    <w:p w14:paraId="707EDB4E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AGOSTO . . . . . . . . . . . . . . . . . . . . . </w:t>
      </w:r>
      <w:proofErr w:type="gramStart"/>
      <w:r w:rsidRPr="004168C0">
        <w:rPr>
          <w:lang w:val="es-ES"/>
        </w:rPr>
        <w:t>. . . .</w:t>
      </w:r>
      <w:proofErr w:type="gramEnd"/>
      <w:r w:rsidRPr="004168C0">
        <w:rPr>
          <w:lang w:val="es-ES"/>
        </w:rPr>
        <w:t xml:space="preserve"> 22</w:t>
      </w:r>
    </w:p>
    <w:p w14:paraId="4DB02E28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>SETEMBRO . . . . . . . . . . . . . . . . . . . . . . . . 19</w:t>
      </w:r>
    </w:p>
    <w:p w14:paraId="7AE780E1" w14:textId="77777777" w:rsidR="00327E7B" w:rsidRPr="004168C0" w:rsidRDefault="00327E7B">
      <w:pPr>
        <w:rPr>
          <w:lang w:val="es-ES"/>
        </w:rPr>
      </w:pPr>
    </w:p>
    <w:p w14:paraId="1E483B77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HOTÉIS PREVISTOS</w:t>
      </w:r>
    </w:p>
    <w:p w14:paraId="541E044B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>(</w:t>
      </w:r>
      <w:proofErr w:type="spellStart"/>
      <w:r w:rsidRPr="004168C0">
        <w:rPr>
          <w:lang w:val="es-ES"/>
        </w:rPr>
        <w:t>ou</w:t>
      </w:r>
      <w:proofErr w:type="spellEnd"/>
      <w:r w:rsidRPr="004168C0">
        <w:rPr>
          <w:lang w:val="es-ES"/>
        </w:rPr>
        <w:t xml:space="preserve"> similares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categoria</w:t>
      </w:r>
      <w:proofErr w:type="spellEnd"/>
      <w:r w:rsidRPr="004168C0">
        <w:rPr>
          <w:lang w:val="es-ES"/>
        </w:rPr>
        <w:t xml:space="preserve"> indicada, conforme 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>)</w:t>
      </w:r>
    </w:p>
    <w:p w14:paraId="1E9796B4" w14:textId="77777777" w:rsidR="00327E7B" w:rsidRPr="004168C0" w:rsidRDefault="004168C0">
      <w:pPr>
        <w:rPr>
          <w:lang w:val="es-ES"/>
        </w:rPr>
      </w:pPr>
      <w:r w:rsidRPr="004168C0">
        <w:rPr>
          <w:b/>
          <w:lang w:val="es-ES"/>
        </w:rPr>
        <w:t xml:space="preserve">FRANKFURT: </w:t>
      </w:r>
      <w:r w:rsidRPr="004168C0">
        <w:rPr>
          <w:lang w:val="es-ES"/>
        </w:rPr>
        <w:t>MARITIM ★★★★</w:t>
      </w:r>
    </w:p>
    <w:p w14:paraId="387D289F" w14:textId="77777777" w:rsidR="00327E7B" w:rsidRPr="004168C0" w:rsidRDefault="004168C0">
      <w:pPr>
        <w:rPr>
          <w:lang w:val="es-ES"/>
        </w:rPr>
      </w:pPr>
      <w:r w:rsidRPr="004168C0">
        <w:rPr>
          <w:b/>
          <w:lang w:val="es-ES"/>
        </w:rPr>
        <w:t xml:space="preserve">HEIDELBERG: </w:t>
      </w:r>
      <w:r w:rsidRPr="004168C0">
        <w:rPr>
          <w:lang w:val="es-ES"/>
        </w:rPr>
        <w:t>MARRIOTT ★★★★</w:t>
      </w:r>
    </w:p>
    <w:p w14:paraId="348C1C33" w14:textId="7E464DF1" w:rsidR="00327E7B" w:rsidRPr="004168C0" w:rsidRDefault="004168C0">
      <w:pPr>
        <w:rPr>
          <w:lang w:val="es-ES"/>
        </w:rPr>
      </w:pPr>
      <w:r w:rsidRPr="004168C0">
        <w:rPr>
          <w:b/>
          <w:lang w:val="es-ES"/>
        </w:rPr>
        <w:t xml:space="preserve">FRIBURGO: </w:t>
      </w:r>
      <w:r w:rsidRPr="004168C0">
        <w:rPr>
          <w:lang w:val="es-ES"/>
        </w:rPr>
        <w:t xml:space="preserve">HAMPTON BY HILTON ★★★★ </w:t>
      </w:r>
    </w:p>
    <w:p w14:paraId="7E22B275" w14:textId="77777777" w:rsidR="00327E7B" w:rsidRDefault="004168C0">
      <w:r>
        <w:rPr>
          <w:b/>
        </w:rPr>
        <w:t xml:space="preserve">MUNIQUE: </w:t>
      </w:r>
      <w:r>
        <w:t>WESTIN GRAND MUNICH ★★★★(s)</w:t>
      </w:r>
    </w:p>
    <w:p w14:paraId="14251BDB" w14:textId="77777777" w:rsidR="00327E7B" w:rsidRDefault="004168C0">
      <w:r>
        <w:rPr>
          <w:b/>
        </w:rPr>
        <w:t xml:space="preserve">VIENA: </w:t>
      </w:r>
      <w:r>
        <w:t>INTERCONTINENTAL ★★★★(s)</w:t>
      </w:r>
    </w:p>
    <w:p w14:paraId="6EAA6304" w14:textId="77777777" w:rsidR="00327E7B" w:rsidRDefault="004168C0">
      <w:r>
        <w:rPr>
          <w:b/>
        </w:rPr>
        <w:t xml:space="preserve">LIUBLIANA: </w:t>
      </w:r>
      <w:r>
        <w:t>GRAND PLAZA ★★★★(s)</w:t>
      </w:r>
    </w:p>
    <w:p w14:paraId="19A59514" w14:textId="77777777" w:rsidR="00327E7B" w:rsidRDefault="004168C0">
      <w:r>
        <w:rPr>
          <w:b/>
        </w:rPr>
        <w:t xml:space="preserve">SPLIT: </w:t>
      </w:r>
      <w:r>
        <w:t>HOTEL ATRIUM ★★★★(s)</w:t>
      </w:r>
    </w:p>
    <w:p w14:paraId="0054E73A" w14:textId="77777777" w:rsidR="00327E7B" w:rsidRDefault="004168C0">
      <w:r>
        <w:rPr>
          <w:b/>
        </w:rPr>
        <w:t xml:space="preserve">DUBROVNIK: </w:t>
      </w:r>
      <w:r>
        <w:t>DUBROVNIK PALACE ★★★★(s)</w:t>
      </w:r>
    </w:p>
    <w:p w14:paraId="54375012" w14:textId="77777777" w:rsidR="00327E7B" w:rsidRDefault="004168C0">
      <w:r>
        <w:rPr>
          <w:b/>
        </w:rPr>
        <w:t xml:space="preserve">SARAJEVO: </w:t>
      </w:r>
      <w:r>
        <w:t>HOTEL PRESIDENT ★★★★(s)  /  HOTEL EUROPE ★★★★(s)</w:t>
      </w:r>
    </w:p>
    <w:p w14:paraId="69079EA0" w14:textId="77777777" w:rsidR="00327E7B" w:rsidRDefault="004168C0">
      <w:r>
        <w:rPr>
          <w:b/>
        </w:rPr>
        <w:t xml:space="preserve">ZAGREB: </w:t>
      </w:r>
      <w:r>
        <w:t>HOTEL SHERATON ★★★★(s)</w:t>
      </w:r>
    </w:p>
    <w:p w14:paraId="645D516A" w14:textId="77777777" w:rsidR="00327E7B" w:rsidRDefault="00327E7B"/>
    <w:p w14:paraId="6B0941EC" w14:textId="77777777" w:rsidR="00327E7B" w:rsidRDefault="004168C0">
      <w:pPr>
        <w:pStyle w:val="Ttulo2"/>
      </w:pPr>
      <w:r>
        <w:lastRenderedPageBreak/>
        <w:t>SERVIÇOS INCLUÍDOS</w:t>
      </w:r>
    </w:p>
    <w:p w14:paraId="5D32E295" w14:textId="77777777" w:rsidR="00327E7B" w:rsidRDefault="004168C0">
      <w:pPr>
        <w:pStyle w:val="Listaconvietas"/>
      </w:pPr>
      <w:r>
        <w:t>Guia acompanhante em espanhol</w:t>
      </w:r>
    </w:p>
    <w:p w14:paraId="042B650B" w14:textId="77777777" w:rsidR="00327E7B" w:rsidRPr="004168C0" w:rsidRDefault="004168C0">
      <w:pPr>
        <w:pStyle w:val="Listaconvietas"/>
        <w:rPr>
          <w:lang w:val="es-ES"/>
        </w:rPr>
      </w:pPr>
      <w:r w:rsidRPr="004168C0">
        <w:rPr>
          <w:lang w:val="es-ES"/>
        </w:rPr>
        <w:t xml:space="preserve">19 </w:t>
      </w:r>
      <w:proofErr w:type="spellStart"/>
      <w:r w:rsidRPr="004168C0">
        <w:rPr>
          <w:lang w:val="es-ES"/>
        </w:rPr>
        <w:t>noites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café da </w:t>
      </w:r>
      <w:proofErr w:type="spellStart"/>
      <w:r w:rsidRPr="004168C0">
        <w:rPr>
          <w:lang w:val="es-ES"/>
        </w:rPr>
        <w:t>manhã</w:t>
      </w:r>
      <w:proofErr w:type="spellEnd"/>
      <w:r w:rsidRPr="004168C0">
        <w:rPr>
          <w:lang w:val="es-ES"/>
        </w:rPr>
        <w:t xml:space="preserve"> tipo buffet</w:t>
      </w:r>
    </w:p>
    <w:p w14:paraId="0FD01497" w14:textId="77777777" w:rsidR="00327E7B" w:rsidRPr="004168C0" w:rsidRDefault="004168C0">
      <w:pPr>
        <w:pStyle w:val="Listaconvietas"/>
        <w:rPr>
          <w:lang w:val="es-ES"/>
        </w:rPr>
      </w:pPr>
      <w:r w:rsidRPr="004168C0">
        <w:rPr>
          <w:lang w:val="es-ES"/>
        </w:rPr>
        <w:t xml:space="preserve">Entradas e </w:t>
      </w:r>
      <w:proofErr w:type="spellStart"/>
      <w:r w:rsidRPr="004168C0">
        <w:rPr>
          <w:lang w:val="es-ES"/>
        </w:rPr>
        <w:t>experiências</w:t>
      </w:r>
      <w:proofErr w:type="spellEnd"/>
      <w:r w:rsidRPr="004168C0">
        <w:rPr>
          <w:lang w:val="es-ES"/>
        </w:rPr>
        <w:t xml:space="preserve"> conforme o </w:t>
      </w:r>
      <w:proofErr w:type="spellStart"/>
      <w:r w:rsidRPr="004168C0">
        <w:rPr>
          <w:lang w:val="es-ES"/>
        </w:rPr>
        <w:t>itinerário</w:t>
      </w:r>
      <w:proofErr w:type="spellEnd"/>
    </w:p>
    <w:p w14:paraId="3CB2A42C" w14:textId="77777777" w:rsidR="00327E7B" w:rsidRDefault="004168C0">
      <w:pPr>
        <w:pStyle w:val="Listaconvietas"/>
      </w:pPr>
      <w:r>
        <w:t xml:space="preserve">1 Jantar </w:t>
      </w:r>
      <w:proofErr w:type="spellStart"/>
      <w:r>
        <w:t>típico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Viena</w:t>
      </w:r>
      <w:proofErr w:type="spellEnd"/>
    </w:p>
    <w:p w14:paraId="2C50F21E" w14:textId="77777777" w:rsidR="00327E7B" w:rsidRDefault="00327E7B"/>
    <w:p w14:paraId="38654356" w14:textId="77777777" w:rsidR="00327E7B" w:rsidRDefault="004168C0">
      <w:pPr>
        <w:pStyle w:val="Ttulo2"/>
      </w:pPr>
      <w:r>
        <w:t>TARIFAS EM EUROS</w:t>
      </w:r>
    </w:p>
    <w:p w14:paraId="1FD51D4D" w14:textId="77777777" w:rsidR="00327E7B" w:rsidRDefault="004168C0">
      <w:r>
        <w:t>€ 5.085,– por pessoa em apto. duplo</w:t>
      </w:r>
    </w:p>
    <w:p w14:paraId="4DD1CB65" w14:textId="77777777" w:rsidR="00327E7B" w:rsidRDefault="004168C0">
      <w:r>
        <w:t>€ 2.660,– suplemento individual</w:t>
      </w:r>
    </w:p>
    <w:p w14:paraId="0474B2EB" w14:textId="77777777" w:rsidR="00327E7B" w:rsidRDefault="004168C0">
      <w:r>
        <w:t>€ 300,- suplemento por pessoa Oktoberfest em Munique Setembro 19</w:t>
      </w:r>
    </w:p>
    <w:p w14:paraId="0C0090F4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>INGRESSO PARA A OKTOBERFEST NÃO INCLUÍDO</w:t>
      </w:r>
    </w:p>
    <w:p w14:paraId="0CC5A13B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5% </w:t>
      </w:r>
      <w:proofErr w:type="spellStart"/>
      <w:r w:rsidRPr="004168C0">
        <w:rPr>
          <w:lang w:val="es-ES"/>
        </w:rPr>
        <w:t>desconto</w:t>
      </w:r>
      <w:proofErr w:type="spellEnd"/>
      <w:r w:rsidRPr="004168C0">
        <w:rPr>
          <w:lang w:val="es-ES"/>
        </w:rPr>
        <w:t xml:space="preserve"> para o </w:t>
      </w:r>
      <w:proofErr w:type="spellStart"/>
      <w:r w:rsidRPr="004168C0">
        <w:rPr>
          <w:lang w:val="es-ES"/>
        </w:rPr>
        <w:t>terceiro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passageiro</w:t>
      </w:r>
      <w:proofErr w:type="spellEnd"/>
      <w:r w:rsidRPr="004168C0">
        <w:rPr>
          <w:lang w:val="es-ES"/>
        </w:rPr>
        <w:t xml:space="preserve"> em </w:t>
      </w:r>
      <w:proofErr w:type="spellStart"/>
      <w:r w:rsidRPr="004168C0">
        <w:rPr>
          <w:lang w:val="es-ES"/>
        </w:rPr>
        <w:t>quarto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+2 </w:t>
      </w:r>
      <w:proofErr w:type="spellStart"/>
      <w:r w:rsidRPr="004168C0">
        <w:rPr>
          <w:lang w:val="es-ES"/>
        </w:rPr>
        <w:t>pessoas</w:t>
      </w:r>
      <w:proofErr w:type="spellEnd"/>
      <w:r w:rsidRPr="004168C0">
        <w:rPr>
          <w:lang w:val="es-ES"/>
        </w:rPr>
        <w:t xml:space="preserve"> (QUARTO TRIPLO).</w:t>
      </w:r>
    </w:p>
    <w:p w14:paraId="14C71DF1" w14:textId="77777777" w:rsidR="00327E7B" w:rsidRPr="004168C0" w:rsidRDefault="00327E7B">
      <w:pPr>
        <w:rPr>
          <w:lang w:val="es-ES"/>
        </w:rPr>
      </w:pPr>
    </w:p>
    <w:p w14:paraId="35D4614C" w14:textId="77777777" w:rsidR="00327E7B" w:rsidRPr="004168C0" w:rsidRDefault="004168C0">
      <w:pPr>
        <w:pStyle w:val="Ttulo1"/>
        <w:rPr>
          <w:lang w:val="es-ES"/>
        </w:rPr>
      </w:pPr>
      <w:r w:rsidRPr="004168C0">
        <w:rPr>
          <w:lang w:val="es-ES"/>
        </w:rPr>
        <w:t>ITINERÁRIO</w:t>
      </w:r>
    </w:p>
    <w:p w14:paraId="2FA563AC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 DOM FRANKFURT</w:t>
      </w:r>
    </w:p>
    <w:p w14:paraId="76ED86C3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 a Frankfurt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traslado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hotel. O </w:t>
      </w:r>
      <w:proofErr w:type="spellStart"/>
      <w:r w:rsidRPr="004168C0">
        <w:rPr>
          <w:lang w:val="es-ES"/>
        </w:rPr>
        <w:t>guia</w:t>
      </w:r>
      <w:proofErr w:type="spellEnd"/>
      <w:r w:rsidRPr="004168C0">
        <w:rPr>
          <w:lang w:val="es-ES"/>
        </w:rPr>
        <w:t xml:space="preserve"> estará no hotel a partir das 19h00.</w:t>
      </w:r>
    </w:p>
    <w:p w14:paraId="1157D969" w14:textId="77777777" w:rsidR="00327E7B" w:rsidRPr="004168C0" w:rsidRDefault="00327E7B">
      <w:pPr>
        <w:rPr>
          <w:lang w:val="es-ES"/>
        </w:rPr>
      </w:pPr>
    </w:p>
    <w:p w14:paraId="723C3A47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2 SEG FRANKFURT - ROTHENBURG - HEIDELBERG</w:t>
      </w:r>
    </w:p>
    <w:p w14:paraId="0B94AB49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Após</w:t>
      </w:r>
      <w:proofErr w:type="spellEnd"/>
      <w:r w:rsidRPr="004168C0">
        <w:rPr>
          <w:lang w:val="es-ES"/>
        </w:rPr>
        <w:t xml:space="preserve"> o café da </w:t>
      </w:r>
      <w:proofErr w:type="spellStart"/>
      <w:r w:rsidRPr="004168C0">
        <w:rPr>
          <w:lang w:val="es-ES"/>
        </w:rPr>
        <w:t>manhã</w:t>
      </w:r>
      <w:proofErr w:type="spellEnd"/>
      <w:r w:rsidRPr="004168C0">
        <w:rPr>
          <w:lang w:val="es-ES"/>
        </w:rPr>
        <w:t xml:space="preserve">, realizaremos a visita da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de Frankfurt, onde </w:t>
      </w:r>
      <w:proofErr w:type="spellStart"/>
      <w:r w:rsidRPr="004168C0">
        <w:rPr>
          <w:lang w:val="es-ES"/>
        </w:rPr>
        <w:t>conheceremos</w:t>
      </w:r>
      <w:proofErr w:type="spellEnd"/>
      <w:r w:rsidRPr="004168C0">
        <w:rPr>
          <w:lang w:val="es-ES"/>
        </w:rPr>
        <w:t xml:space="preserve"> o centro histórico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o </w:t>
      </w:r>
      <w:proofErr w:type="spellStart"/>
      <w:r w:rsidRPr="004168C0">
        <w:rPr>
          <w:lang w:val="es-ES"/>
        </w:rPr>
        <w:t>Römer</w:t>
      </w:r>
      <w:proofErr w:type="spellEnd"/>
      <w:r w:rsidRPr="004168C0">
        <w:rPr>
          <w:lang w:val="es-ES"/>
        </w:rPr>
        <w:t xml:space="preserve">, a </w:t>
      </w:r>
      <w:proofErr w:type="spellStart"/>
      <w:r w:rsidRPr="004168C0">
        <w:rPr>
          <w:lang w:val="es-ES"/>
        </w:rPr>
        <w:t>Prefeitura</w:t>
      </w:r>
      <w:proofErr w:type="spellEnd"/>
      <w:r w:rsidRPr="004168C0">
        <w:rPr>
          <w:lang w:val="es-ES"/>
        </w:rPr>
        <w:t xml:space="preserve">, a Catedral e a </w:t>
      </w:r>
      <w:proofErr w:type="spellStart"/>
      <w:r w:rsidRPr="004168C0">
        <w:rPr>
          <w:lang w:val="es-ES"/>
        </w:rPr>
        <w:t>Paulskirche</w:t>
      </w:r>
      <w:proofErr w:type="spellEnd"/>
      <w:r w:rsidRPr="004168C0">
        <w:rPr>
          <w:lang w:val="es-ES"/>
        </w:rPr>
        <w:t xml:space="preserve"> (Igreja de São Paulo). </w:t>
      </w:r>
      <w:proofErr w:type="spellStart"/>
      <w:r w:rsidRPr="004168C0">
        <w:rPr>
          <w:lang w:val="es-ES"/>
        </w:rPr>
        <w:t>Também</w:t>
      </w:r>
      <w:proofErr w:type="spellEnd"/>
      <w:r w:rsidRPr="004168C0">
        <w:rPr>
          <w:lang w:val="es-ES"/>
        </w:rPr>
        <w:t xml:space="preserve"> veremos a Casa de Goethe, local de </w:t>
      </w:r>
      <w:proofErr w:type="spellStart"/>
      <w:r w:rsidRPr="004168C0">
        <w:rPr>
          <w:lang w:val="es-ES"/>
        </w:rPr>
        <w:t>nascimento</w:t>
      </w:r>
      <w:proofErr w:type="spellEnd"/>
      <w:r w:rsidRPr="004168C0">
        <w:rPr>
          <w:lang w:val="es-ES"/>
        </w:rPr>
        <w:t xml:space="preserve"> do grande poeta </w:t>
      </w:r>
      <w:proofErr w:type="spellStart"/>
      <w:r w:rsidRPr="004168C0">
        <w:rPr>
          <w:lang w:val="es-ES"/>
        </w:rPr>
        <w:t>alemão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assim</w:t>
      </w:r>
      <w:proofErr w:type="spellEnd"/>
      <w:r w:rsidRPr="004168C0">
        <w:rPr>
          <w:lang w:val="es-ES"/>
        </w:rPr>
        <w:t xml:space="preserve"> como as </w:t>
      </w:r>
      <w:proofErr w:type="spellStart"/>
      <w:r w:rsidRPr="004168C0">
        <w:rPr>
          <w:lang w:val="es-ES"/>
        </w:rPr>
        <w:t>instalações</w:t>
      </w:r>
      <w:proofErr w:type="spellEnd"/>
      <w:r w:rsidRPr="004168C0">
        <w:rPr>
          <w:lang w:val="es-ES"/>
        </w:rPr>
        <w:t xml:space="preserve"> da Feira de Frankfurt, sede de </w:t>
      </w:r>
      <w:proofErr w:type="spellStart"/>
      <w:r w:rsidRPr="004168C0">
        <w:rPr>
          <w:lang w:val="es-ES"/>
        </w:rPr>
        <w:t>exposições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internacionais</w:t>
      </w:r>
      <w:proofErr w:type="spellEnd"/>
      <w:r w:rsidRPr="004168C0">
        <w:rPr>
          <w:lang w:val="es-ES"/>
        </w:rPr>
        <w:t xml:space="preserve">. Veremos a Alte </w:t>
      </w:r>
      <w:proofErr w:type="spellStart"/>
      <w:r w:rsidRPr="004168C0">
        <w:rPr>
          <w:lang w:val="es-ES"/>
        </w:rPr>
        <w:t>Oper</w:t>
      </w:r>
      <w:proofErr w:type="spellEnd"/>
      <w:r w:rsidRPr="004168C0">
        <w:rPr>
          <w:lang w:val="es-ES"/>
        </w:rPr>
        <w:t xml:space="preserve"> (Ópera </w:t>
      </w:r>
      <w:proofErr w:type="spellStart"/>
      <w:r w:rsidRPr="004168C0">
        <w:rPr>
          <w:lang w:val="es-ES"/>
        </w:rPr>
        <w:t>Antiga</w:t>
      </w:r>
      <w:proofErr w:type="spellEnd"/>
      <w:r w:rsidRPr="004168C0">
        <w:rPr>
          <w:lang w:val="es-ES"/>
        </w:rPr>
        <w:t xml:space="preserve">) e o distrito </w:t>
      </w:r>
      <w:proofErr w:type="spellStart"/>
      <w:r w:rsidRPr="004168C0">
        <w:rPr>
          <w:lang w:val="es-ES"/>
        </w:rPr>
        <w:t>financeiro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seus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arranha-céus</w:t>
      </w:r>
      <w:proofErr w:type="spellEnd"/>
      <w:r w:rsidRPr="004168C0">
        <w:rPr>
          <w:lang w:val="es-ES"/>
        </w:rPr>
        <w:t xml:space="preserve">, entre eles </w:t>
      </w:r>
      <w:proofErr w:type="spellStart"/>
      <w:r w:rsidRPr="004168C0">
        <w:rPr>
          <w:lang w:val="es-ES"/>
        </w:rPr>
        <w:t>alguns</w:t>
      </w:r>
      <w:proofErr w:type="spellEnd"/>
      <w:r w:rsidRPr="004168C0">
        <w:rPr>
          <w:lang w:val="es-ES"/>
        </w:rPr>
        <w:t xml:space="preserve"> dos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altos da Europa. </w:t>
      </w:r>
      <w:proofErr w:type="spellStart"/>
      <w:r w:rsidRPr="004168C0">
        <w:rPr>
          <w:lang w:val="es-ES"/>
        </w:rPr>
        <w:t>Além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disso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passaremos</w:t>
      </w:r>
      <w:proofErr w:type="spellEnd"/>
      <w:r w:rsidRPr="004168C0">
        <w:rPr>
          <w:lang w:val="es-ES"/>
        </w:rPr>
        <w:t xml:space="preserve"> pelo Banco Central </w:t>
      </w:r>
      <w:proofErr w:type="spellStart"/>
      <w:r w:rsidRPr="004168C0">
        <w:rPr>
          <w:lang w:val="es-ES"/>
        </w:rPr>
        <w:t>Europeu</w:t>
      </w:r>
      <w:proofErr w:type="spellEnd"/>
      <w:r w:rsidRPr="004168C0">
        <w:rPr>
          <w:lang w:val="es-ES"/>
        </w:rPr>
        <w:t xml:space="preserve">, a </w:t>
      </w:r>
      <w:proofErr w:type="spellStart"/>
      <w:r w:rsidRPr="004168C0">
        <w:rPr>
          <w:lang w:val="es-ES"/>
        </w:rPr>
        <w:t>Hauptwache</w:t>
      </w:r>
      <w:proofErr w:type="spellEnd"/>
      <w:r w:rsidRPr="004168C0">
        <w:rPr>
          <w:lang w:val="es-ES"/>
        </w:rPr>
        <w:t xml:space="preserve"> e a </w:t>
      </w:r>
      <w:proofErr w:type="spellStart"/>
      <w:r w:rsidRPr="004168C0">
        <w:rPr>
          <w:lang w:val="es-ES"/>
        </w:rPr>
        <w:t>rua</w:t>
      </w:r>
      <w:proofErr w:type="spellEnd"/>
      <w:r w:rsidRPr="004168C0">
        <w:rPr>
          <w:lang w:val="es-ES"/>
        </w:rPr>
        <w:t xml:space="preserve"> comercial '</w:t>
      </w:r>
      <w:proofErr w:type="spellStart"/>
      <w:r w:rsidRPr="004168C0">
        <w:rPr>
          <w:lang w:val="es-ES"/>
        </w:rPr>
        <w:t>Zeil</w:t>
      </w:r>
      <w:proofErr w:type="spellEnd"/>
      <w:r w:rsidRPr="004168C0">
        <w:rPr>
          <w:lang w:val="es-ES"/>
        </w:rPr>
        <w:t xml:space="preserve">', </w:t>
      </w:r>
      <w:proofErr w:type="spellStart"/>
      <w:r w:rsidRPr="004168C0">
        <w:rPr>
          <w:lang w:val="es-ES"/>
        </w:rPr>
        <w:t>assim</w:t>
      </w:r>
      <w:proofErr w:type="spellEnd"/>
      <w:r w:rsidRPr="004168C0">
        <w:rPr>
          <w:lang w:val="es-ES"/>
        </w:rPr>
        <w:t xml:space="preserve"> como pelas torres das </w:t>
      </w:r>
      <w:proofErr w:type="spellStart"/>
      <w:r w:rsidRPr="004168C0">
        <w:rPr>
          <w:lang w:val="es-ES"/>
        </w:rPr>
        <w:t>antigas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muralhas</w:t>
      </w:r>
      <w:proofErr w:type="spellEnd"/>
      <w:r w:rsidRPr="004168C0">
        <w:rPr>
          <w:lang w:val="es-ES"/>
        </w:rPr>
        <w:t xml:space="preserve"> e os </w:t>
      </w:r>
      <w:proofErr w:type="spellStart"/>
      <w:r w:rsidRPr="004168C0">
        <w:rPr>
          <w:lang w:val="es-ES"/>
        </w:rPr>
        <w:t>museus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às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margens</w:t>
      </w:r>
      <w:proofErr w:type="spellEnd"/>
      <w:r w:rsidRPr="004168C0">
        <w:rPr>
          <w:lang w:val="es-ES"/>
        </w:rPr>
        <w:t xml:space="preserve"> do Reno. </w:t>
      </w:r>
      <w:proofErr w:type="spellStart"/>
      <w:r w:rsidRPr="004168C0">
        <w:rPr>
          <w:lang w:val="de-AT"/>
        </w:rPr>
        <w:t>Em</w:t>
      </w:r>
      <w:proofErr w:type="spellEnd"/>
      <w:r w:rsidRPr="004168C0">
        <w:rPr>
          <w:lang w:val="de-AT"/>
        </w:rPr>
        <w:t xml:space="preserve"> </w:t>
      </w:r>
      <w:proofErr w:type="spellStart"/>
      <w:r w:rsidRPr="004168C0">
        <w:rPr>
          <w:lang w:val="de-AT"/>
        </w:rPr>
        <w:t>seguida</w:t>
      </w:r>
      <w:proofErr w:type="spellEnd"/>
      <w:r w:rsidRPr="004168C0">
        <w:rPr>
          <w:lang w:val="de-AT"/>
        </w:rPr>
        <w:t xml:space="preserve">, </w:t>
      </w:r>
      <w:proofErr w:type="spellStart"/>
      <w:r w:rsidRPr="004168C0">
        <w:rPr>
          <w:lang w:val="de-AT"/>
        </w:rPr>
        <w:t>saída</w:t>
      </w:r>
      <w:proofErr w:type="spellEnd"/>
      <w:r w:rsidRPr="004168C0">
        <w:rPr>
          <w:lang w:val="de-AT"/>
        </w:rPr>
        <w:t xml:space="preserve"> </w:t>
      </w:r>
      <w:proofErr w:type="spellStart"/>
      <w:r w:rsidRPr="004168C0">
        <w:rPr>
          <w:lang w:val="de-AT"/>
        </w:rPr>
        <w:t>em</w:t>
      </w:r>
      <w:proofErr w:type="spellEnd"/>
      <w:r w:rsidRPr="004168C0">
        <w:rPr>
          <w:lang w:val="de-AT"/>
        </w:rPr>
        <w:t xml:space="preserve"> </w:t>
      </w:r>
      <w:proofErr w:type="spellStart"/>
      <w:r w:rsidRPr="004168C0">
        <w:rPr>
          <w:lang w:val="de-AT"/>
        </w:rPr>
        <w:t>direção</w:t>
      </w:r>
      <w:proofErr w:type="spellEnd"/>
      <w:r w:rsidRPr="004168C0">
        <w:rPr>
          <w:lang w:val="de-AT"/>
        </w:rPr>
        <w:t xml:space="preserve"> a Rothenburg ob der Tauber.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chegar</w:t>
      </w:r>
      <w:proofErr w:type="spellEnd"/>
      <w:r w:rsidRPr="004168C0">
        <w:rPr>
          <w:lang w:val="es-ES"/>
        </w:rPr>
        <w:t xml:space="preserve">, 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oferece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autêntica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paisagem</w:t>
      </w:r>
      <w:proofErr w:type="spellEnd"/>
      <w:r w:rsidRPr="004168C0">
        <w:rPr>
          <w:lang w:val="es-ES"/>
        </w:rPr>
        <w:t xml:space="preserve"> medieval,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suas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muralhas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perfeitamente</w:t>
      </w:r>
      <w:proofErr w:type="spellEnd"/>
      <w:r w:rsidRPr="004168C0">
        <w:rPr>
          <w:lang w:val="es-ES"/>
        </w:rPr>
        <w:t xml:space="preserve"> conservadas e </w:t>
      </w:r>
      <w:proofErr w:type="spellStart"/>
      <w:r w:rsidRPr="004168C0">
        <w:rPr>
          <w:lang w:val="es-ES"/>
        </w:rPr>
        <w:t>ruas</w:t>
      </w:r>
      <w:proofErr w:type="spellEnd"/>
      <w:r w:rsidRPr="004168C0">
        <w:rPr>
          <w:lang w:val="es-ES"/>
        </w:rPr>
        <w:t xml:space="preserve"> de paralelepípedos que </w:t>
      </w:r>
      <w:proofErr w:type="spellStart"/>
      <w:r w:rsidRPr="004168C0">
        <w:rPr>
          <w:lang w:val="es-ES"/>
        </w:rPr>
        <w:t>evocam</w:t>
      </w:r>
      <w:proofErr w:type="spellEnd"/>
      <w:r w:rsidRPr="004168C0">
        <w:rPr>
          <w:lang w:val="es-ES"/>
        </w:rPr>
        <w:t xml:space="preserve"> tempos de </w:t>
      </w:r>
      <w:proofErr w:type="spellStart"/>
      <w:r w:rsidRPr="004168C0">
        <w:rPr>
          <w:lang w:val="es-ES"/>
        </w:rPr>
        <w:t>cavaleiros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donzelas</w:t>
      </w:r>
      <w:proofErr w:type="spellEnd"/>
      <w:r w:rsidRPr="004168C0">
        <w:rPr>
          <w:lang w:val="es-ES"/>
        </w:rPr>
        <w:t xml:space="preserve">. A </w:t>
      </w:r>
      <w:proofErr w:type="spellStart"/>
      <w:r w:rsidRPr="004168C0">
        <w:rPr>
          <w:lang w:val="es-ES"/>
        </w:rPr>
        <w:t>praça</w:t>
      </w:r>
      <w:proofErr w:type="spellEnd"/>
      <w:r w:rsidRPr="004168C0">
        <w:rPr>
          <w:lang w:val="es-ES"/>
        </w:rPr>
        <w:t xml:space="preserve"> do </w:t>
      </w:r>
      <w:r w:rsidRPr="004168C0">
        <w:rPr>
          <w:lang w:val="es-ES"/>
        </w:rPr>
        <w:lastRenderedPageBreak/>
        <w:t xml:space="preserve">mercado,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pitoresca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prefeitura</w:t>
      </w:r>
      <w:proofErr w:type="spellEnd"/>
      <w:r w:rsidRPr="004168C0">
        <w:rPr>
          <w:lang w:val="es-ES"/>
        </w:rPr>
        <w:t xml:space="preserve"> e casas em </w:t>
      </w:r>
      <w:proofErr w:type="spellStart"/>
      <w:r w:rsidRPr="004168C0">
        <w:rPr>
          <w:lang w:val="es-ES"/>
        </w:rPr>
        <w:t>enxaimel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constitui</w:t>
      </w:r>
      <w:proofErr w:type="spellEnd"/>
      <w:r w:rsidRPr="004168C0">
        <w:rPr>
          <w:lang w:val="es-ES"/>
        </w:rPr>
        <w:t xml:space="preserve"> o </w:t>
      </w:r>
      <w:proofErr w:type="spellStart"/>
      <w:r w:rsidRPr="004168C0">
        <w:rPr>
          <w:lang w:val="es-ES"/>
        </w:rPr>
        <w:t>coração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deste</w:t>
      </w:r>
      <w:proofErr w:type="spellEnd"/>
      <w:r w:rsidRPr="004168C0">
        <w:rPr>
          <w:lang w:val="es-ES"/>
        </w:rPr>
        <w:t xml:space="preserve"> destino. À tarde,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até Heidelberg.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617BBBCD" w14:textId="77777777" w:rsidR="00327E7B" w:rsidRPr="004168C0" w:rsidRDefault="00327E7B">
      <w:pPr>
        <w:rPr>
          <w:lang w:val="es-ES"/>
        </w:rPr>
      </w:pPr>
    </w:p>
    <w:p w14:paraId="62E08EB9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3 TER HEIDELBERG</w:t>
      </w:r>
    </w:p>
    <w:p w14:paraId="5BD03495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A jornada </w:t>
      </w:r>
      <w:proofErr w:type="spellStart"/>
      <w:r w:rsidRPr="004168C0">
        <w:rPr>
          <w:lang w:val="es-ES"/>
        </w:rPr>
        <w:t>começa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a visita de Heidelberg, 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universitária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antiga</w:t>
      </w:r>
      <w:proofErr w:type="spellEnd"/>
      <w:r w:rsidRPr="004168C0">
        <w:rPr>
          <w:lang w:val="es-ES"/>
        </w:rPr>
        <w:t xml:space="preserve"> da </w:t>
      </w:r>
      <w:proofErr w:type="spellStart"/>
      <w:r w:rsidRPr="004168C0">
        <w:rPr>
          <w:lang w:val="es-ES"/>
        </w:rPr>
        <w:t>Alemanha</w:t>
      </w:r>
      <w:proofErr w:type="spellEnd"/>
      <w:r w:rsidRPr="004168C0">
        <w:rPr>
          <w:lang w:val="es-ES"/>
        </w:rPr>
        <w:t xml:space="preserve">. O </w:t>
      </w:r>
      <w:proofErr w:type="spellStart"/>
      <w:r w:rsidRPr="004168C0">
        <w:rPr>
          <w:lang w:val="es-ES"/>
        </w:rPr>
        <w:t>percurso</w:t>
      </w:r>
      <w:proofErr w:type="spellEnd"/>
      <w:r w:rsidRPr="004168C0">
        <w:rPr>
          <w:lang w:val="es-ES"/>
        </w:rPr>
        <w:t xml:space="preserve"> inicia-se no centro histórico, onde se </w:t>
      </w:r>
      <w:proofErr w:type="spellStart"/>
      <w:r w:rsidRPr="004168C0">
        <w:rPr>
          <w:lang w:val="es-ES"/>
        </w:rPr>
        <w:t>destacam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edifícios</w:t>
      </w:r>
      <w:proofErr w:type="spellEnd"/>
      <w:r w:rsidRPr="004168C0">
        <w:rPr>
          <w:lang w:val="es-ES"/>
        </w:rPr>
        <w:t xml:space="preserve"> históricos como a </w:t>
      </w:r>
      <w:proofErr w:type="spellStart"/>
      <w:r w:rsidRPr="004168C0">
        <w:rPr>
          <w:lang w:val="es-ES"/>
        </w:rPr>
        <w:t>antiga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prefeitura</w:t>
      </w:r>
      <w:proofErr w:type="spellEnd"/>
      <w:r w:rsidRPr="004168C0">
        <w:rPr>
          <w:lang w:val="es-ES"/>
        </w:rPr>
        <w:t xml:space="preserve"> e a </w:t>
      </w:r>
      <w:proofErr w:type="spellStart"/>
      <w:r w:rsidRPr="004168C0">
        <w:rPr>
          <w:lang w:val="es-ES"/>
        </w:rPr>
        <w:t>Heiliggeistkirche</w:t>
      </w:r>
      <w:proofErr w:type="spellEnd"/>
      <w:r w:rsidRPr="004168C0">
        <w:rPr>
          <w:lang w:val="es-ES"/>
        </w:rPr>
        <w:t xml:space="preserve">, </w:t>
      </w:r>
      <w:proofErr w:type="gramStart"/>
      <w:r w:rsidRPr="004168C0">
        <w:rPr>
          <w:lang w:val="es-ES"/>
        </w:rPr>
        <w:t>ambos do</w:t>
      </w:r>
      <w:proofErr w:type="gram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século</w:t>
      </w:r>
      <w:proofErr w:type="spellEnd"/>
      <w:r w:rsidRPr="004168C0">
        <w:rPr>
          <w:lang w:val="es-ES"/>
        </w:rPr>
        <w:t xml:space="preserve"> XV, </w:t>
      </w:r>
      <w:proofErr w:type="spellStart"/>
      <w:r w:rsidRPr="004168C0">
        <w:rPr>
          <w:lang w:val="es-ES"/>
        </w:rPr>
        <w:t>além</w:t>
      </w:r>
      <w:proofErr w:type="spellEnd"/>
      <w:r w:rsidRPr="004168C0">
        <w:rPr>
          <w:lang w:val="es-ES"/>
        </w:rPr>
        <w:t xml:space="preserve"> das </w:t>
      </w:r>
      <w:proofErr w:type="spellStart"/>
      <w:r w:rsidRPr="004168C0">
        <w:rPr>
          <w:lang w:val="es-ES"/>
        </w:rPr>
        <w:t>tradicionais</w:t>
      </w:r>
      <w:proofErr w:type="spellEnd"/>
      <w:r w:rsidRPr="004168C0">
        <w:rPr>
          <w:lang w:val="es-ES"/>
        </w:rPr>
        <w:t xml:space="preserve"> casas em </w:t>
      </w:r>
      <w:proofErr w:type="spellStart"/>
      <w:r w:rsidRPr="004168C0">
        <w:rPr>
          <w:lang w:val="es-ES"/>
        </w:rPr>
        <w:t>enxaimel</w:t>
      </w:r>
      <w:proofErr w:type="spellEnd"/>
      <w:r w:rsidRPr="004168C0">
        <w:rPr>
          <w:lang w:val="es-ES"/>
        </w:rPr>
        <w:t xml:space="preserve">. O ponto culminante é a visita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castelo</w:t>
      </w:r>
      <w:proofErr w:type="spellEnd"/>
      <w:r w:rsidRPr="004168C0">
        <w:rPr>
          <w:lang w:val="es-ES"/>
        </w:rPr>
        <w:t xml:space="preserve"> de Heidelberg, situado no alto da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, de onde se </w:t>
      </w:r>
      <w:proofErr w:type="spellStart"/>
      <w:r w:rsidRPr="004168C0">
        <w:rPr>
          <w:lang w:val="es-ES"/>
        </w:rPr>
        <w:t>obtém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magnífica vista do vale do Neckar. Em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interior </w:t>
      </w:r>
      <w:proofErr w:type="spellStart"/>
      <w:r w:rsidRPr="004168C0">
        <w:rPr>
          <w:lang w:val="es-ES"/>
        </w:rPr>
        <w:t>encontra</w:t>
      </w:r>
      <w:proofErr w:type="spellEnd"/>
      <w:r w:rsidRPr="004168C0">
        <w:rPr>
          <w:lang w:val="es-ES"/>
        </w:rPr>
        <w:t xml:space="preserve">-se </w:t>
      </w:r>
      <w:proofErr w:type="spellStart"/>
      <w:r w:rsidRPr="004168C0">
        <w:rPr>
          <w:lang w:val="es-ES"/>
        </w:rPr>
        <w:t>a</w:t>
      </w:r>
      <w:proofErr w:type="spellEnd"/>
      <w:r w:rsidRPr="004168C0">
        <w:rPr>
          <w:lang w:val="es-ES"/>
        </w:rPr>
        <w:t xml:space="preserve"> grande </w:t>
      </w:r>
      <w:proofErr w:type="spellStart"/>
      <w:r w:rsidRPr="004168C0">
        <w:rPr>
          <w:lang w:val="es-ES"/>
        </w:rPr>
        <w:t>adega</w:t>
      </w:r>
      <w:proofErr w:type="spellEnd"/>
      <w:r w:rsidRPr="004168C0">
        <w:rPr>
          <w:lang w:val="es-ES"/>
        </w:rPr>
        <w:t xml:space="preserve">, que abriga o </w:t>
      </w:r>
      <w:proofErr w:type="spellStart"/>
      <w:r w:rsidRPr="004168C0">
        <w:rPr>
          <w:lang w:val="es-ES"/>
        </w:rPr>
        <w:t>maior</w:t>
      </w:r>
      <w:proofErr w:type="spellEnd"/>
      <w:r w:rsidRPr="004168C0">
        <w:rPr>
          <w:lang w:val="es-ES"/>
        </w:rPr>
        <w:t xml:space="preserve"> barril de </w:t>
      </w:r>
      <w:proofErr w:type="spellStart"/>
      <w:r w:rsidRPr="004168C0">
        <w:rPr>
          <w:lang w:val="es-ES"/>
        </w:rPr>
        <w:t>vinho</w:t>
      </w:r>
      <w:proofErr w:type="spellEnd"/>
      <w:r w:rsidRPr="004168C0">
        <w:rPr>
          <w:lang w:val="es-ES"/>
        </w:rPr>
        <w:t xml:space="preserve"> do mundo. Posteriormente, </w:t>
      </w:r>
      <w:proofErr w:type="spellStart"/>
      <w:r w:rsidRPr="004168C0">
        <w:rPr>
          <w:lang w:val="es-ES"/>
        </w:rPr>
        <w:t>passeio</w:t>
      </w:r>
      <w:proofErr w:type="spellEnd"/>
      <w:r w:rsidRPr="004168C0">
        <w:rPr>
          <w:lang w:val="es-ES"/>
        </w:rPr>
        <w:t xml:space="preserve"> pela Ponte </w:t>
      </w:r>
      <w:proofErr w:type="spellStart"/>
      <w:r w:rsidRPr="004168C0">
        <w:rPr>
          <w:lang w:val="es-ES"/>
        </w:rPr>
        <w:t>Velha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construção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pedra</w:t>
      </w:r>
      <w:proofErr w:type="spellEnd"/>
      <w:r w:rsidRPr="004168C0">
        <w:rPr>
          <w:lang w:val="es-ES"/>
        </w:rPr>
        <w:t xml:space="preserve"> do </w:t>
      </w:r>
      <w:proofErr w:type="spellStart"/>
      <w:r w:rsidRPr="004168C0">
        <w:rPr>
          <w:lang w:val="es-ES"/>
        </w:rPr>
        <w:t>século</w:t>
      </w:r>
      <w:proofErr w:type="spellEnd"/>
      <w:r w:rsidRPr="004168C0">
        <w:rPr>
          <w:lang w:val="es-ES"/>
        </w:rPr>
        <w:t xml:space="preserve"> XVIII que completa a visita. Tarde </w:t>
      </w:r>
      <w:proofErr w:type="spellStart"/>
      <w:r w:rsidRPr="004168C0">
        <w:rPr>
          <w:lang w:val="es-ES"/>
        </w:rPr>
        <w:t>livre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5D7E2F1D" w14:textId="77777777" w:rsidR="00327E7B" w:rsidRPr="004168C0" w:rsidRDefault="00327E7B">
      <w:pPr>
        <w:rPr>
          <w:lang w:val="es-ES"/>
        </w:rPr>
      </w:pPr>
    </w:p>
    <w:p w14:paraId="4CE25675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4 QUA HEIDELBERG - ESTRASBURGO - FRIBURGO</w:t>
      </w:r>
    </w:p>
    <w:p w14:paraId="221BA810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O </w:t>
      </w:r>
      <w:proofErr w:type="spellStart"/>
      <w:r w:rsidRPr="004168C0">
        <w:rPr>
          <w:lang w:val="es-ES"/>
        </w:rPr>
        <w:t>percurso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hoje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transcorre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através</w:t>
      </w:r>
      <w:proofErr w:type="spellEnd"/>
      <w:r w:rsidRPr="004168C0">
        <w:rPr>
          <w:lang w:val="es-ES"/>
        </w:rPr>
        <w:t xml:space="preserve"> dos vales do Neckar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do Reno, onde os </w:t>
      </w:r>
      <w:proofErr w:type="spellStart"/>
      <w:r w:rsidRPr="004168C0">
        <w:rPr>
          <w:lang w:val="es-ES"/>
        </w:rPr>
        <w:t>vinhedos</w:t>
      </w:r>
      <w:proofErr w:type="spellEnd"/>
      <w:r w:rsidRPr="004168C0">
        <w:rPr>
          <w:lang w:val="es-ES"/>
        </w:rPr>
        <w:t xml:space="preserve"> se </w:t>
      </w:r>
      <w:proofErr w:type="spellStart"/>
      <w:r w:rsidRPr="004168C0">
        <w:rPr>
          <w:lang w:val="es-ES"/>
        </w:rPr>
        <w:t>estendem</w:t>
      </w:r>
      <w:proofErr w:type="spellEnd"/>
      <w:r w:rsidRPr="004168C0">
        <w:rPr>
          <w:lang w:val="es-ES"/>
        </w:rPr>
        <w:t xml:space="preserve"> sobre suaves colinas que se </w:t>
      </w:r>
      <w:proofErr w:type="spellStart"/>
      <w:r w:rsidRPr="004168C0">
        <w:rPr>
          <w:lang w:val="es-ES"/>
        </w:rPr>
        <w:t>refletem</w:t>
      </w:r>
      <w:proofErr w:type="spellEnd"/>
      <w:r w:rsidRPr="004168C0">
        <w:rPr>
          <w:lang w:val="es-ES"/>
        </w:rPr>
        <w:t xml:space="preserve"> no rio.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aproximar-se da </w:t>
      </w:r>
      <w:proofErr w:type="spellStart"/>
      <w:r w:rsidRPr="004168C0">
        <w:rPr>
          <w:lang w:val="es-ES"/>
        </w:rPr>
        <w:t>fronteira</w:t>
      </w:r>
      <w:proofErr w:type="spellEnd"/>
      <w:r w:rsidRPr="004168C0">
        <w:rPr>
          <w:lang w:val="es-ES"/>
        </w:rPr>
        <w:t xml:space="preserve"> francesa, a </w:t>
      </w:r>
      <w:proofErr w:type="spellStart"/>
      <w:r w:rsidRPr="004168C0">
        <w:rPr>
          <w:lang w:val="es-ES"/>
        </w:rPr>
        <w:t>paisagem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dá</w:t>
      </w:r>
      <w:proofErr w:type="spellEnd"/>
      <w:r w:rsidRPr="004168C0">
        <w:rPr>
          <w:lang w:val="es-ES"/>
        </w:rPr>
        <w:t xml:space="preserve"> lugar a bosques densos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colinas onduladas.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 a Estrasburgo,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de grande riqueza histórica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cultural, famosa por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catedral gótica e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encantador centro histórico. Destaca-se o </w:t>
      </w:r>
      <w:proofErr w:type="spellStart"/>
      <w:r w:rsidRPr="004168C0">
        <w:rPr>
          <w:lang w:val="es-ES"/>
        </w:rPr>
        <w:t>bairro</w:t>
      </w:r>
      <w:proofErr w:type="spellEnd"/>
      <w:r w:rsidRPr="004168C0">
        <w:rPr>
          <w:lang w:val="es-ES"/>
        </w:rPr>
        <w:t xml:space="preserve"> de La </w:t>
      </w:r>
      <w:proofErr w:type="spellStart"/>
      <w:r w:rsidRPr="004168C0">
        <w:rPr>
          <w:lang w:val="es-ES"/>
        </w:rPr>
        <w:t>Petite</w:t>
      </w:r>
      <w:proofErr w:type="spellEnd"/>
      <w:r w:rsidRPr="004168C0">
        <w:rPr>
          <w:lang w:val="es-ES"/>
        </w:rPr>
        <w:t xml:space="preserve"> France,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suas</w:t>
      </w:r>
      <w:proofErr w:type="spellEnd"/>
      <w:r w:rsidRPr="004168C0">
        <w:rPr>
          <w:lang w:val="es-ES"/>
        </w:rPr>
        <w:t xml:space="preserve"> casas </w:t>
      </w:r>
      <w:proofErr w:type="spellStart"/>
      <w:r w:rsidRPr="004168C0">
        <w:rPr>
          <w:lang w:val="es-ES"/>
        </w:rPr>
        <w:t>tradicionais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canais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assim</w:t>
      </w:r>
      <w:proofErr w:type="spellEnd"/>
      <w:r w:rsidRPr="004168C0">
        <w:rPr>
          <w:lang w:val="es-ES"/>
        </w:rPr>
        <w:t xml:space="preserve"> como a </w:t>
      </w:r>
      <w:proofErr w:type="spellStart"/>
      <w:r w:rsidRPr="004168C0">
        <w:rPr>
          <w:lang w:val="es-ES"/>
        </w:rPr>
        <w:t>Praça</w:t>
      </w:r>
      <w:proofErr w:type="spellEnd"/>
      <w:r w:rsidRPr="004168C0">
        <w:rPr>
          <w:lang w:val="es-ES"/>
        </w:rPr>
        <w:t xml:space="preserve"> da Catedral, especialmente animada durante o mercado de Natal. </w:t>
      </w:r>
      <w:proofErr w:type="spellStart"/>
      <w:r w:rsidRPr="004168C0">
        <w:rPr>
          <w:lang w:val="es-ES"/>
        </w:rPr>
        <w:t>Após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breve visita </w:t>
      </w:r>
      <w:proofErr w:type="spellStart"/>
      <w:r w:rsidRPr="004168C0">
        <w:rPr>
          <w:lang w:val="es-ES"/>
        </w:rPr>
        <w:t>panorâmica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até Friburgo.</w:t>
      </w:r>
    </w:p>
    <w:p w14:paraId="1A0B3453" w14:textId="77777777" w:rsidR="00327E7B" w:rsidRPr="004168C0" w:rsidRDefault="00327E7B">
      <w:pPr>
        <w:rPr>
          <w:lang w:val="es-ES"/>
        </w:rPr>
      </w:pPr>
    </w:p>
    <w:p w14:paraId="3AE304B5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5 QUI FRIBURGO - FLORESTA NEGRA - LINDAU - MUNIQUE</w:t>
      </w:r>
    </w:p>
    <w:p w14:paraId="32386234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Saída</w:t>
      </w:r>
      <w:proofErr w:type="spellEnd"/>
      <w:r w:rsidRPr="004168C0">
        <w:rPr>
          <w:lang w:val="es-ES"/>
        </w:rPr>
        <w:t xml:space="preserve"> de Friburgo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à Floresta Negra, </w:t>
      </w:r>
      <w:proofErr w:type="spellStart"/>
      <w:r w:rsidRPr="004168C0">
        <w:rPr>
          <w:lang w:val="es-ES"/>
        </w:rPr>
        <w:t>atravessando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paisagens</w:t>
      </w:r>
      <w:proofErr w:type="spellEnd"/>
      <w:r w:rsidRPr="004168C0">
        <w:rPr>
          <w:lang w:val="es-ES"/>
        </w:rPr>
        <w:t xml:space="preserve"> de grande </w:t>
      </w:r>
      <w:proofErr w:type="spellStart"/>
      <w:r w:rsidRPr="004168C0">
        <w:rPr>
          <w:lang w:val="es-ES"/>
        </w:rPr>
        <w:t>beleza</w:t>
      </w:r>
      <w:proofErr w:type="spellEnd"/>
      <w:r w:rsidRPr="004168C0">
        <w:rPr>
          <w:lang w:val="es-ES"/>
        </w:rPr>
        <w:t xml:space="preserve"> natural. </w:t>
      </w:r>
      <w:proofErr w:type="spellStart"/>
      <w:r w:rsidRPr="004168C0">
        <w:rPr>
          <w:lang w:val="es-ES"/>
        </w:rPr>
        <w:t>Nossa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primeira</w:t>
      </w:r>
      <w:proofErr w:type="spellEnd"/>
      <w:r w:rsidRPr="004168C0">
        <w:rPr>
          <w:lang w:val="es-ES"/>
        </w:rPr>
        <w:t xml:space="preserve"> parada será para degustar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autêntica</w:t>
      </w:r>
      <w:proofErr w:type="spellEnd"/>
      <w:r w:rsidRPr="004168C0">
        <w:rPr>
          <w:lang w:val="es-ES"/>
        </w:rPr>
        <w:t xml:space="preserve"> torta de </w:t>
      </w:r>
      <w:proofErr w:type="spellStart"/>
      <w:r w:rsidRPr="004168C0">
        <w:rPr>
          <w:lang w:val="es-ES"/>
        </w:rPr>
        <w:t>cerejas</w:t>
      </w:r>
      <w:proofErr w:type="spellEnd"/>
      <w:r w:rsidRPr="004168C0">
        <w:rPr>
          <w:lang w:val="es-ES"/>
        </w:rPr>
        <w:t xml:space="preserve"> da Floresta Negra, </w:t>
      </w:r>
      <w:proofErr w:type="spellStart"/>
      <w:r w:rsidRPr="004168C0">
        <w:rPr>
          <w:lang w:val="es-ES"/>
        </w:rPr>
        <w:t>acompanhada</w:t>
      </w:r>
      <w:proofErr w:type="spellEnd"/>
      <w:r w:rsidRPr="004168C0">
        <w:rPr>
          <w:lang w:val="es-ES"/>
        </w:rPr>
        <w:t xml:space="preserve"> de café, e apreciar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dos sabores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tradicionais</w:t>
      </w:r>
      <w:proofErr w:type="spellEnd"/>
      <w:r w:rsidRPr="004168C0">
        <w:rPr>
          <w:lang w:val="es-ES"/>
        </w:rPr>
        <w:t xml:space="preserve"> e emblemáticos da </w:t>
      </w:r>
      <w:proofErr w:type="spellStart"/>
      <w:r w:rsidRPr="004168C0">
        <w:rPr>
          <w:lang w:val="es-ES"/>
        </w:rPr>
        <w:t>região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pausa </w:t>
      </w:r>
      <w:proofErr w:type="gramStart"/>
      <w:r w:rsidRPr="004168C0">
        <w:rPr>
          <w:lang w:val="es-ES"/>
        </w:rPr>
        <w:t>doce ideal</w:t>
      </w:r>
      <w:proofErr w:type="gramEnd"/>
      <w:r w:rsidRPr="004168C0">
        <w:rPr>
          <w:lang w:val="es-ES"/>
        </w:rPr>
        <w:t xml:space="preserve"> para </w:t>
      </w:r>
      <w:proofErr w:type="spellStart"/>
      <w:r w:rsidRPr="004168C0">
        <w:rPr>
          <w:lang w:val="es-ES"/>
        </w:rPr>
        <w:t>se</w:t>
      </w:r>
      <w:proofErr w:type="spellEnd"/>
      <w:r w:rsidRPr="004168C0">
        <w:rPr>
          <w:lang w:val="es-ES"/>
        </w:rPr>
        <w:t xml:space="preserve"> aproximar da </w:t>
      </w:r>
      <w:proofErr w:type="spellStart"/>
      <w:r w:rsidRPr="004168C0">
        <w:rPr>
          <w:lang w:val="es-ES"/>
        </w:rPr>
        <w:t>gastronomia</w:t>
      </w:r>
      <w:proofErr w:type="spellEnd"/>
      <w:r w:rsidRPr="004168C0">
        <w:rPr>
          <w:lang w:val="es-ES"/>
        </w:rPr>
        <w:t xml:space="preserve"> local em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ambiente </w:t>
      </w:r>
      <w:proofErr w:type="spellStart"/>
      <w:r w:rsidRPr="004168C0">
        <w:rPr>
          <w:lang w:val="es-ES"/>
        </w:rPr>
        <w:t>agradável</w:t>
      </w:r>
      <w:proofErr w:type="spellEnd"/>
      <w:r w:rsidRPr="004168C0">
        <w:rPr>
          <w:lang w:val="es-ES"/>
        </w:rPr>
        <w:t xml:space="preserve">. Em seguida, veremos o </w:t>
      </w:r>
      <w:proofErr w:type="spellStart"/>
      <w:r w:rsidRPr="004168C0">
        <w:rPr>
          <w:lang w:val="es-ES"/>
        </w:rPr>
        <w:t>maior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relógio</w:t>
      </w:r>
      <w:proofErr w:type="spellEnd"/>
      <w:r w:rsidRPr="004168C0">
        <w:rPr>
          <w:lang w:val="es-ES"/>
        </w:rPr>
        <w:t xml:space="preserve"> cuco do mundo, localizado em </w:t>
      </w:r>
      <w:proofErr w:type="spellStart"/>
      <w:r w:rsidRPr="004168C0">
        <w:rPr>
          <w:lang w:val="es-ES"/>
        </w:rPr>
        <w:t>Schonach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Untertal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Construído</w:t>
      </w:r>
      <w:proofErr w:type="spellEnd"/>
      <w:r w:rsidRPr="004168C0">
        <w:rPr>
          <w:lang w:val="es-ES"/>
        </w:rPr>
        <w:t xml:space="preserve"> pelo </w:t>
      </w:r>
      <w:proofErr w:type="spellStart"/>
      <w:r w:rsidRPr="004168C0">
        <w:rPr>
          <w:lang w:val="es-ES"/>
        </w:rPr>
        <w:t>relojoeiro</w:t>
      </w:r>
      <w:proofErr w:type="spellEnd"/>
      <w:r w:rsidRPr="004168C0">
        <w:rPr>
          <w:lang w:val="es-ES"/>
        </w:rPr>
        <w:t xml:space="preserve"> Josef </w:t>
      </w:r>
      <w:proofErr w:type="spellStart"/>
      <w:r w:rsidRPr="004168C0">
        <w:rPr>
          <w:lang w:val="es-ES"/>
        </w:rPr>
        <w:t>Dold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família</w:t>
      </w:r>
      <w:proofErr w:type="spellEnd"/>
      <w:r w:rsidRPr="004168C0">
        <w:rPr>
          <w:lang w:val="es-ES"/>
        </w:rPr>
        <w:t xml:space="preserve">, este </w:t>
      </w:r>
      <w:proofErr w:type="spellStart"/>
      <w:r w:rsidRPr="004168C0">
        <w:rPr>
          <w:lang w:val="es-ES"/>
        </w:rPr>
        <w:t>impressionante</w:t>
      </w:r>
      <w:proofErr w:type="spellEnd"/>
      <w:r w:rsidRPr="004168C0">
        <w:rPr>
          <w:lang w:val="es-ES"/>
        </w:rPr>
        <w:t xml:space="preserve"> mecanismo de madeira mede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três</w:t>
      </w:r>
      <w:proofErr w:type="spellEnd"/>
      <w:r w:rsidRPr="004168C0">
        <w:rPr>
          <w:lang w:val="es-ES"/>
        </w:rPr>
        <w:t xml:space="preserve"> metros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representa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mostra</w:t>
      </w:r>
      <w:proofErr w:type="spellEnd"/>
      <w:r w:rsidRPr="004168C0">
        <w:rPr>
          <w:lang w:val="es-ES"/>
        </w:rPr>
        <w:t xml:space="preserve"> excepcional da </w:t>
      </w:r>
      <w:proofErr w:type="spellStart"/>
      <w:r w:rsidRPr="004168C0">
        <w:rPr>
          <w:lang w:val="es-ES"/>
        </w:rPr>
        <w:t>tradição</w:t>
      </w:r>
      <w:proofErr w:type="spellEnd"/>
      <w:r w:rsidRPr="004168C0">
        <w:rPr>
          <w:lang w:val="es-ES"/>
        </w:rPr>
        <w:t xml:space="preserve"> artesanal da </w:t>
      </w:r>
      <w:proofErr w:type="spellStart"/>
      <w:r w:rsidRPr="004168C0">
        <w:rPr>
          <w:lang w:val="es-ES"/>
        </w:rPr>
        <w:t>região</w:t>
      </w:r>
      <w:proofErr w:type="spellEnd"/>
      <w:r w:rsidRPr="004168C0">
        <w:rPr>
          <w:lang w:val="es-ES"/>
        </w:rPr>
        <w:t xml:space="preserve">. A </w:t>
      </w:r>
      <w:proofErr w:type="spellStart"/>
      <w:r w:rsidRPr="004168C0">
        <w:rPr>
          <w:lang w:val="es-ES"/>
        </w:rPr>
        <w:t>viagem</w:t>
      </w:r>
      <w:proofErr w:type="spellEnd"/>
      <w:r w:rsidRPr="004168C0">
        <w:rPr>
          <w:lang w:val="es-ES"/>
        </w:rPr>
        <w:t xml:space="preserve"> continua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a Lindau,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pitoresca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situada em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ilha</w:t>
      </w:r>
      <w:proofErr w:type="spellEnd"/>
      <w:r w:rsidRPr="004168C0">
        <w:rPr>
          <w:lang w:val="es-ES"/>
        </w:rPr>
        <w:t xml:space="preserve"> no Lago de </w:t>
      </w:r>
      <w:proofErr w:type="spellStart"/>
      <w:r w:rsidRPr="004168C0">
        <w:rPr>
          <w:lang w:val="es-ES"/>
        </w:rPr>
        <w:t>Constança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conhecida</w:t>
      </w:r>
      <w:proofErr w:type="spellEnd"/>
      <w:r w:rsidRPr="004168C0">
        <w:rPr>
          <w:lang w:val="es-ES"/>
        </w:rPr>
        <w:t xml:space="preserve"> por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porto e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arquitetura</w:t>
      </w:r>
      <w:proofErr w:type="spellEnd"/>
      <w:r w:rsidRPr="004168C0">
        <w:rPr>
          <w:lang w:val="es-ES"/>
        </w:rPr>
        <w:t xml:space="preserve"> histórica. </w:t>
      </w:r>
      <w:proofErr w:type="spellStart"/>
      <w:r w:rsidRPr="004168C0">
        <w:rPr>
          <w:lang w:val="es-ES"/>
        </w:rPr>
        <w:t>Após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breve parada,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para </w:t>
      </w:r>
      <w:proofErr w:type="spellStart"/>
      <w:r w:rsidRPr="004168C0">
        <w:rPr>
          <w:lang w:val="es-ES"/>
        </w:rPr>
        <w:t>Munique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atravessando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região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Allgäu</w:t>
      </w:r>
      <w:proofErr w:type="spellEnd"/>
      <w:r w:rsidRPr="004168C0">
        <w:rPr>
          <w:lang w:val="es-ES"/>
        </w:rPr>
        <w:t xml:space="preserve">, caracterizada por </w:t>
      </w:r>
      <w:proofErr w:type="spellStart"/>
      <w:r w:rsidRPr="004168C0">
        <w:rPr>
          <w:lang w:val="es-ES"/>
        </w:rPr>
        <w:t>seus</w:t>
      </w:r>
      <w:proofErr w:type="spellEnd"/>
      <w:r w:rsidRPr="004168C0">
        <w:rPr>
          <w:lang w:val="es-ES"/>
        </w:rPr>
        <w:t xml:space="preserve"> </w:t>
      </w:r>
      <w:r w:rsidRPr="004168C0">
        <w:rPr>
          <w:lang w:val="es-ES"/>
        </w:rPr>
        <w:lastRenderedPageBreak/>
        <w:t xml:space="preserve">verdes prados, bosques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casas </w:t>
      </w:r>
      <w:proofErr w:type="spellStart"/>
      <w:r w:rsidRPr="004168C0">
        <w:rPr>
          <w:lang w:val="es-ES"/>
        </w:rPr>
        <w:t>tradicionais</w:t>
      </w:r>
      <w:proofErr w:type="spellEnd"/>
      <w:r w:rsidRPr="004168C0">
        <w:rPr>
          <w:lang w:val="es-ES"/>
        </w:rPr>
        <w:t xml:space="preserve"> decoradas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flores.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381C458D" w14:textId="77777777" w:rsidR="00327E7B" w:rsidRPr="004168C0" w:rsidRDefault="00327E7B">
      <w:pPr>
        <w:rPr>
          <w:lang w:val="es-ES"/>
        </w:rPr>
      </w:pPr>
    </w:p>
    <w:p w14:paraId="2FA4F1D7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6 SEX MUNIQUE</w:t>
      </w:r>
    </w:p>
    <w:p w14:paraId="65DE80BF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Visita </w:t>
      </w:r>
      <w:proofErr w:type="spellStart"/>
      <w:r w:rsidRPr="004168C0">
        <w:rPr>
          <w:lang w:val="es-ES"/>
        </w:rPr>
        <w:t>panorâmica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Munique</w:t>
      </w:r>
      <w:proofErr w:type="spellEnd"/>
      <w:r w:rsidRPr="004168C0">
        <w:rPr>
          <w:lang w:val="es-ES"/>
        </w:rPr>
        <w:t xml:space="preserve">, capital da Baviera, situada </w:t>
      </w:r>
      <w:proofErr w:type="spellStart"/>
      <w:r w:rsidRPr="004168C0">
        <w:rPr>
          <w:lang w:val="es-ES"/>
        </w:rPr>
        <w:t>às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margens</w:t>
      </w:r>
      <w:proofErr w:type="spellEnd"/>
      <w:r w:rsidRPr="004168C0">
        <w:rPr>
          <w:lang w:val="es-ES"/>
        </w:rPr>
        <w:t xml:space="preserve"> do rio Isar. O </w:t>
      </w:r>
      <w:proofErr w:type="spellStart"/>
      <w:r w:rsidRPr="004168C0">
        <w:rPr>
          <w:lang w:val="es-ES"/>
        </w:rPr>
        <w:t>percurso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começa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porta medieval </w:t>
      </w:r>
      <w:proofErr w:type="spellStart"/>
      <w:r w:rsidRPr="004168C0">
        <w:rPr>
          <w:lang w:val="es-ES"/>
        </w:rPr>
        <w:t>Karlstor</w:t>
      </w:r>
      <w:proofErr w:type="spellEnd"/>
      <w:r w:rsidRPr="004168C0">
        <w:rPr>
          <w:lang w:val="es-ES"/>
        </w:rPr>
        <w:t xml:space="preserve"> e continua até a Igreja de São Miguel, onde se </w:t>
      </w:r>
      <w:proofErr w:type="spellStart"/>
      <w:r w:rsidRPr="004168C0">
        <w:rPr>
          <w:lang w:val="es-ES"/>
        </w:rPr>
        <w:t>encontram</w:t>
      </w:r>
      <w:proofErr w:type="spellEnd"/>
      <w:r w:rsidRPr="004168C0">
        <w:rPr>
          <w:lang w:val="es-ES"/>
        </w:rPr>
        <w:t xml:space="preserve"> os restos do </w:t>
      </w:r>
      <w:proofErr w:type="spellStart"/>
      <w:r w:rsidRPr="004168C0">
        <w:rPr>
          <w:lang w:val="es-ES"/>
        </w:rPr>
        <w:t>rei</w:t>
      </w:r>
      <w:proofErr w:type="spellEnd"/>
      <w:r w:rsidRPr="004168C0">
        <w:rPr>
          <w:lang w:val="es-ES"/>
        </w:rPr>
        <w:t xml:space="preserve"> Luís II. </w:t>
      </w:r>
      <w:proofErr w:type="spellStart"/>
      <w:r w:rsidRPr="004168C0">
        <w:rPr>
          <w:lang w:val="es-ES"/>
        </w:rPr>
        <w:t>Através</w:t>
      </w:r>
      <w:proofErr w:type="spellEnd"/>
      <w:r w:rsidRPr="004168C0">
        <w:rPr>
          <w:lang w:val="es-ES"/>
        </w:rPr>
        <w:t xml:space="preserve"> da </w:t>
      </w:r>
      <w:proofErr w:type="spellStart"/>
      <w:r w:rsidRPr="004168C0">
        <w:rPr>
          <w:lang w:val="es-ES"/>
        </w:rPr>
        <w:t>Marienplatz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chega</w:t>
      </w:r>
      <w:proofErr w:type="spellEnd"/>
      <w:r w:rsidRPr="004168C0">
        <w:rPr>
          <w:lang w:val="es-ES"/>
        </w:rPr>
        <w:t xml:space="preserve">-se à </w:t>
      </w:r>
      <w:proofErr w:type="spellStart"/>
      <w:r w:rsidRPr="004168C0">
        <w:rPr>
          <w:lang w:val="es-ES"/>
        </w:rPr>
        <w:t>Prefeitura</w:t>
      </w:r>
      <w:proofErr w:type="spellEnd"/>
      <w:r w:rsidRPr="004168C0">
        <w:rPr>
          <w:lang w:val="es-ES"/>
        </w:rPr>
        <w:t xml:space="preserve">, famosa por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carrilhão</w:t>
      </w:r>
      <w:proofErr w:type="spellEnd"/>
      <w:r w:rsidRPr="004168C0">
        <w:rPr>
          <w:lang w:val="es-ES"/>
        </w:rPr>
        <w:t xml:space="preserve">, e à </w:t>
      </w:r>
      <w:proofErr w:type="spellStart"/>
      <w:r w:rsidRPr="004168C0">
        <w:rPr>
          <w:lang w:val="es-ES"/>
        </w:rPr>
        <w:t>Frauenkirche</w:t>
      </w:r>
      <w:proofErr w:type="spellEnd"/>
      <w:r w:rsidRPr="004168C0">
        <w:rPr>
          <w:lang w:val="es-ES"/>
        </w:rPr>
        <w:t xml:space="preserve">, cuja entrada conserva, segundo a </w:t>
      </w:r>
      <w:proofErr w:type="spellStart"/>
      <w:r w:rsidRPr="004168C0">
        <w:rPr>
          <w:lang w:val="es-ES"/>
        </w:rPr>
        <w:t>lenda</w:t>
      </w:r>
      <w:proofErr w:type="spellEnd"/>
      <w:r w:rsidRPr="004168C0">
        <w:rPr>
          <w:lang w:val="es-ES"/>
        </w:rPr>
        <w:t xml:space="preserve">, a pegada do </w:t>
      </w:r>
      <w:proofErr w:type="spellStart"/>
      <w:r w:rsidRPr="004168C0">
        <w:rPr>
          <w:lang w:val="es-ES"/>
        </w:rPr>
        <w:t>Diabo</w:t>
      </w:r>
      <w:proofErr w:type="spellEnd"/>
      <w:r w:rsidRPr="004168C0">
        <w:rPr>
          <w:lang w:val="es-ES"/>
        </w:rPr>
        <w:t xml:space="preserve">. O </w:t>
      </w:r>
      <w:proofErr w:type="spellStart"/>
      <w:r w:rsidRPr="004168C0">
        <w:rPr>
          <w:lang w:val="es-ES"/>
        </w:rPr>
        <w:t>itinerário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inclui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ainda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Praça</w:t>
      </w:r>
      <w:proofErr w:type="spellEnd"/>
      <w:r w:rsidRPr="004168C0">
        <w:rPr>
          <w:lang w:val="es-ES"/>
        </w:rPr>
        <w:t xml:space="preserve"> da Ópera, a </w:t>
      </w:r>
      <w:proofErr w:type="spellStart"/>
      <w:r w:rsidRPr="004168C0">
        <w:rPr>
          <w:lang w:val="es-ES"/>
        </w:rPr>
        <w:t>Feldherrnhalle</w:t>
      </w:r>
      <w:proofErr w:type="spellEnd"/>
      <w:r w:rsidRPr="004168C0">
        <w:rPr>
          <w:lang w:val="es-ES"/>
        </w:rPr>
        <w:t xml:space="preserve">, a igreja </w:t>
      </w:r>
      <w:proofErr w:type="spellStart"/>
      <w:r w:rsidRPr="004168C0">
        <w:rPr>
          <w:lang w:val="es-ES"/>
        </w:rPr>
        <w:t>Bürgersaalkirche</w:t>
      </w:r>
      <w:proofErr w:type="spellEnd"/>
      <w:r w:rsidRPr="004168C0">
        <w:rPr>
          <w:lang w:val="es-ES"/>
        </w:rPr>
        <w:t xml:space="preserve">, a </w:t>
      </w:r>
      <w:proofErr w:type="spellStart"/>
      <w:r w:rsidRPr="004168C0">
        <w:rPr>
          <w:lang w:val="es-ES"/>
        </w:rPr>
        <w:t>Residência</w:t>
      </w:r>
      <w:proofErr w:type="spellEnd"/>
      <w:r w:rsidRPr="004168C0">
        <w:rPr>
          <w:lang w:val="es-ES"/>
        </w:rPr>
        <w:t xml:space="preserve"> Real e a Igreja de São Pedro. Antes de finalizar, realiza-se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passeio</w:t>
      </w:r>
      <w:proofErr w:type="spellEnd"/>
      <w:r w:rsidRPr="004168C0">
        <w:rPr>
          <w:lang w:val="es-ES"/>
        </w:rPr>
        <w:t xml:space="preserve"> pelo </w:t>
      </w:r>
      <w:proofErr w:type="spellStart"/>
      <w:r w:rsidRPr="004168C0">
        <w:rPr>
          <w:lang w:val="es-ES"/>
        </w:rPr>
        <w:t>Jardim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Inglês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dos </w:t>
      </w:r>
      <w:proofErr w:type="spellStart"/>
      <w:r w:rsidRPr="004168C0">
        <w:rPr>
          <w:lang w:val="es-ES"/>
        </w:rPr>
        <w:t>maiores</w:t>
      </w:r>
      <w:proofErr w:type="spellEnd"/>
      <w:r w:rsidRPr="004168C0">
        <w:rPr>
          <w:lang w:val="es-ES"/>
        </w:rPr>
        <w:t xml:space="preserve"> parques urbanos da Europa.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23FE0FB5" w14:textId="77777777" w:rsidR="00327E7B" w:rsidRPr="004168C0" w:rsidRDefault="00327E7B">
      <w:pPr>
        <w:rPr>
          <w:lang w:val="es-ES"/>
        </w:rPr>
      </w:pPr>
    </w:p>
    <w:p w14:paraId="64AD50F1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7 SÁB MUNIQUE - NEUSCHWANSTEIN - MUNIQUE</w:t>
      </w:r>
    </w:p>
    <w:p w14:paraId="6807249C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Excursão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Castelo de </w:t>
      </w:r>
      <w:proofErr w:type="spellStart"/>
      <w:r w:rsidRPr="004168C0">
        <w:rPr>
          <w:lang w:val="es-ES"/>
        </w:rPr>
        <w:t>Neuschwanstein</w:t>
      </w:r>
      <w:proofErr w:type="spellEnd"/>
      <w:r w:rsidRPr="004168C0">
        <w:rPr>
          <w:lang w:val="es-ES"/>
        </w:rPr>
        <w:t xml:space="preserve">, mandado construir pelo </w:t>
      </w:r>
      <w:proofErr w:type="spellStart"/>
      <w:r w:rsidRPr="004168C0">
        <w:rPr>
          <w:lang w:val="es-ES"/>
        </w:rPr>
        <w:t>rei</w:t>
      </w:r>
      <w:proofErr w:type="spellEnd"/>
      <w:r w:rsidRPr="004168C0">
        <w:rPr>
          <w:lang w:val="es-ES"/>
        </w:rPr>
        <w:t xml:space="preserve"> Luís II da Baviera. Inspirado nos </w:t>
      </w:r>
      <w:proofErr w:type="spellStart"/>
      <w:r w:rsidRPr="004168C0">
        <w:rPr>
          <w:lang w:val="es-ES"/>
        </w:rPr>
        <w:t>castelos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medievais</w:t>
      </w:r>
      <w:proofErr w:type="spellEnd"/>
      <w:r w:rsidRPr="004168C0">
        <w:rPr>
          <w:lang w:val="es-ES"/>
        </w:rPr>
        <w:t xml:space="preserve"> dos </w:t>
      </w:r>
      <w:proofErr w:type="spellStart"/>
      <w:r w:rsidRPr="004168C0">
        <w:rPr>
          <w:lang w:val="es-ES"/>
        </w:rPr>
        <w:t>Cavaleiros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Teutônicos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interior </w:t>
      </w:r>
      <w:proofErr w:type="spellStart"/>
      <w:r w:rsidRPr="004168C0">
        <w:rPr>
          <w:lang w:val="es-ES"/>
        </w:rPr>
        <w:t>recria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mundo de </w:t>
      </w:r>
      <w:proofErr w:type="spellStart"/>
      <w:r w:rsidRPr="004168C0">
        <w:rPr>
          <w:lang w:val="es-ES"/>
        </w:rPr>
        <w:t>lendas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mitologia</w:t>
      </w:r>
      <w:proofErr w:type="spellEnd"/>
      <w:r w:rsidRPr="004168C0">
        <w:rPr>
          <w:lang w:val="es-ES"/>
        </w:rPr>
        <w:t xml:space="preserve">. À tarde, </w:t>
      </w:r>
      <w:proofErr w:type="spellStart"/>
      <w:r w:rsidRPr="004168C0">
        <w:rPr>
          <w:lang w:val="es-ES"/>
        </w:rPr>
        <w:t>passagem</w:t>
      </w:r>
      <w:proofErr w:type="spellEnd"/>
      <w:r w:rsidRPr="004168C0">
        <w:rPr>
          <w:lang w:val="es-ES"/>
        </w:rPr>
        <w:t xml:space="preserve"> por </w:t>
      </w:r>
      <w:proofErr w:type="spellStart"/>
      <w:r w:rsidRPr="004168C0">
        <w:rPr>
          <w:lang w:val="es-ES"/>
        </w:rPr>
        <w:t>Oberammergau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conhecido</w:t>
      </w:r>
      <w:proofErr w:type="spellEnd"/>
      <w:r w:rsidRPr="004168C0">
        <w:rPr>
          <w:lang w:val="es-ES"/>
        </w:rPr>
        <w:t xml:space="preserve"> pela </w:t>
      </w:r>
      <w:proofErr w:type="spellStart"/>
      <w:r w:rsidRPr="004168C0">
        <w:rPr>
          <w:lang w:val="es-ES"/>
        </w:rPr>
        <w:t>representação</w:t>
      </w:r>
      <w:proofErr w:type="spellEnd"/>
      <w:r w:rsidRPr="004168C0">
        <w:rPr>
          <w:lang w:val="es-ES"/>
        </w:rPr>
        <w:t xml:space="preserve"> da </w:t>
      </w:r>
      <w:proofErr w:type="spellStart"/>
      <w:r w:rsidRPr="004168C0">
        <w:rPr>
          <w:lang w:val="es-ES"/>
        </w:rPr>
        <w:t>Paixão</w:t>
      </w:r>
      <w:proofErr w:type="spellEnd"/>
      <w:r w:rsidRPr="004168C0">
        <w:rPr>
          <w:lang w:val="es-ES"/>
        </w:rPr>
        <w:t xml:space="preserve"> que se realiza a cada </w:t>
      </w:r>
      <w:proofErr w:type="spellStart"/>
      <w:r w:rsidRPr="004168C0">
        <w:rPr>
          <w:lang w:val="es-ES"/>
        </w:rPr>
        <w:t>dez</w:t>
      </w:r>
      <w:proofErr w:type="spellEnd"/>
      <w:r w:rsidRPr="004168C0">
        <w:rPr>
          <w:lang w:val="es-ES"/>
        </w:rPr>
        <w:t xml:space="preserve"> anos desde 1633. Posteriormente, visita à </w:t>
      </w:r>
      <w:proofErr w:type="spellStart"/>
      <w:r w:rsidRPr="004168C0">
        <w:rPr>
          <w:lang w:val="es-ES"/>
        </w:rPr>
        <w:t>abadia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beneditina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Ettal</w:t>
      </w:r>
      <w:proofErr w:type="spellEnd"/>
      <w:r w:rsidRPr="004168C0">
        <w:rPr>
          <w:lang w:val="es-ES"/>
        </w:rPr>
        <w:t xml:space="preserve">. Retorno a </w:t>
      </w:r>
      <w:proofErr w:type="spellStart"/>
      <w:r w:rsidRPr="004168C0">
        <w:rPr>
          <w:lang w:val="es-ES"/>
        </w:rPr>
        <w:t>Munique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7514668F" w14:textId="77777777" w:rsidR="00327E7B" w:rsidRPr="004168C0" w:rsidRDefault="00327E7B">
      <w:pPr>
        <w:rPr>
          <w:lang w:val="es-ES"/>
        </w:rPr>
      </w:pPr>
    </w:p>
    <w:p w14:paraId="2AAF7FC0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8 DOM MUNIQUE - VALE DO DANÚBIO - VIENA</w:t>
      </w:r>
    </w:p>
    <w:p w14:paraId="29C4AFB5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Café da </w:t>
      </w:r>
      <w:proofErr w:type="spellStart"/>
      <w:r w:rsidRPr="004168C0">
        <w:rPr>
          <w:lang w:val="es-ES"/>
        </w:rPr>
        <w:t>manhã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saída</w:t>
      </w:r>
      <w:proofErr w:type="spellEnd"/>
      <w:r w:rsidRPr="004168C0">
        <w:rPr>
          <w:lang w:val="es-ES"/>
        </w:rPr>
        <w:t xml:space="preserve"> para Viena, </w:t>
      </w:r>
      <w:proofErr w:type="spellStart"/>
      <w:r w:rsidRPr="004168C0">
        <w:rPr>
          <w:lang w:val="es-ES"/>
        </w:rPr>
        <w:t>passando</w:t>
      </w:r>
      <w:proofErr w:type="spellEnd"/>
      <w:r w:rsidRPr="004168C0">
        <w:rPr>
          <w:lang w:val="es-ES"/>
        </w:rPr>
        <w:t xml:space="preserve"> pelo Vale do </w:t>
      </w:r>
      <w:proofErr w:type="spellStart"/>
      <w:r w:rsidRPr="004168C0">
        <w:rPr>
          <w:lang w:val="es-ES"/>
        </w:rPr>
        <w:t>Danúbio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Apresentamos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beleza</w:t>
      </w:r>
      <w:proofErr w:type="spellEnd"/>
      <w:r w:rsidRPr="004168C0">
        <w:rPr>
          <w:lang w:val="es-ES"/>
        </w:rPr>
        <w:t xml:space="preserve"> do Vale do </w:t>
      </w:r>
      <w:proofErr w:type="spellStart"/>
      <w:r w:rsidRPr="004168C0">
        <w:rPr>
          <w:lang w:val="es-ES"/>
        </w:rPr>
        <w:t>Danúbio</w:t>
      </w:r>
      <w:proofErr w:type="spellEnd"/>
      <w:r w:rsidRPr="004168C0">
        <w:rPr>
          <w:lang w:val="es-ES"/>
        </w:rPr>
        <w:t xml:space="preserve"> por </w:t>
      </w:r>
      <w:proofErr w:type="spellStart"/>
      <w:r w:rsidRPr="004168C0">
        <w:rPr>
          <w:lang w:val="es-ES"/>
        </w:rPr>
        <w:t>meio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cenário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romântico</w:t>
      </w:r>
      <w:proofErr w:type="spellEnd"/>
      <w:r w:rsidRPr="004168C0">
        <w:rPr>
          <w:lang w:val="es-ES"/>
        </w:rPr>
        <w:t xml:space="preserve">, repleto de </w:t>
      </w:r>
      <w:proofErr w:type="spellStart"/>
      <w:r w:rsidRPr="004168C0">
        <w:rPr>
          <w:lang w:val="es-ES"/>
        </w:rPr>
        <w:t>histórias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lendas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Faremos</w:t>
      </w:r>
      <w:proofErr w:type="spellEnd"/>
      <w:r w:rsidRPr="004168C0">
        <w:rPr>
          <w:lang w:val="es-ES"/>
        </w:rPr>
        <w:t xml:space="preserve"> um breve </w:t>
      </w:r>
      <w:proofErr w:type="spellStart"/>
      <w:r w:rsidRPr="004168C0">
        <w:rPr>
          <w:lang w:val="es-ES"/>
        </w:rPr>
        <w:t>passeio</w:t>
      </w:r>
      <w:proofErr w:type="spellEnd"/>
      <w:r w:rsidRPr="004168C0">
        <w:rPr>
          <w:lang w:val="es-ES"/>
        </w:rPr>
        <w:t xml:space="preserve"> por </w:t>
      </w:r>
      <w:proofErr w:type="spellStart"/>
      <w:r w:rsidRPr="004168C0">
        <w:rPr>
          <w:lang w:val="es-ES"/>
        </w:rPr>
        <w:t>Dürnstein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medieval famosa por ter sido o local onde o </w:t>
      </w:r>
      <w:proofErr w:type="spellStart"/>
      <w:r w:rsidRPr="004168C0">
        <w:rPr>
          <w:lang w:val="es-ES"/>
        </w:rPr>
        <w:t>rei</w:t>
      </w:r>
      <w:proofErr w:type="spellEnd"/>
      <w:r w:rsidRPr="004168C0">
        <w:rPr>
          <w:lang w:val="es-ES"/>
        </w:rPr>
        <w:t xml:space="preserve"> Ricardo </w:t>
      </w:r>
      <w:proofErr w:type="spellStart"/>
      <w:r w:rsidRPr="004168C0">
        <w:rPr>
          <w:lang w:val="es-ES"/>
        </w:rPr>
        <w:t>foi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mantido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prisioneiro</w:t>
      </w:r>
      <w:proofErr w:type="spellEnd"/>
      <w:r w:rsidRPr="004168C0">
        <w:rPr>
          <w:lang w:val="es-ES"/>
        </w:rPr>
        <w:t xml:space="preserve"> em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castelo</w:t>
      </w:r>
      <w:proofErr w:type="spellEnd"/>
      <w:r w:rsidRPr="004168C0">
        <w:rPr>
          <w:lang w:val="es-ES"/>
        </w:rPr>
        <w:t xml:space="preserve"> (</w:t>
      </w:r>
      <w:proofErr w:type="spellStart"/>
      <w:r w:rsidRPr="004168C0">
        <w:rPr>
          <w:lang w:val="es-ES"/>
        </w:rPr>
        <w:t>hoje</w:t>
      </w:r>
      <w:proofErr w:type="spellEnd"/>
      <w:r w:rsidRPr="004168C0">
        <w:rPr>
          <w:lang w:val="es-ES"/>
        </w:rPr>
        <w:t xml:space="preserve"> em </w:t>
      </w:r>
      <w:proofErr w:type="spellStart"/>
      <w:r w:rsidRPr="004168C0">
        <w:rPr>
          <w:lang w:val="es-ES"/>
        </w:rPr>
        <w:t>ruínas</w:t>
      </w:r>
      <w:proofErr w:type="spellEnd"/>
      <w:r w:rsidRPr="004168C0">
        <w:rPr>
          <w:lang w:val="es-ES"/>
        </w:rPr>
        <w:t xml:space="preserve">).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para Viena.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acomodação</w:t>
      </w:r>
      <w:proofErr w:type="spellEnd"/>
      <w:r w:rsidRPr="004168C0">
        <w:rPr>
          <w:lang w:val="es-ES"/>
        </w:rPr>
        <w:t xml:space="preserve">. À </w:t>
      </w:r>
      <w:proofErr w:type="spellStart"/>
      <w:r w:rsidRPr="004168C0">
        <w:rPr>
          <w:lang w:val="es-ES"/>
        </w:rPr>
        <w:t>noite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jantar</w:t>
      </w:r>
      <w:proofErr w:type="spellEnd"/>
      <w:r w:rsidRPr="004168C0">
        <w:rPr>
          <w:lang w:val="es-ES"/>
        </w:rPr>
        <w:t xml:space="preserve"> típico austríaco no famoso Restaurante </w:t>
      </w:r>
      <w:proofErr w:type="spellStart"/>
      <w:r w:rsidRPr="004168C0">
        <w:rPr>
          <w:lang w:val="es-ES"/>
        </w:rPr>
        <w:t>Marchfelderhof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conhecido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além</w:t>
      </w:r>
      <w:proofErr w:type="spellEnd"/>
      <w:r w:rsidRPr="004168C0">
        <w:rPr>
          <w:lang w:val="es-ES"/>
        </w:rPr>
        <w:t xml:space="preserve"> das </w:t>
      </w:r>
      <w:proofErr w:type="spellStart"/>
      <w:r w:rsidRPr="004168C0">
        <w:rPr>
          <w:lang w:val="es-ES"/>
        </w:rPr>
        <w:t>fronteiras</w:t>
      </w:r>
      <w:proofErr w:type="spellEnd"/>
      <w:r w:rsidRPr="004168C0">
        <w:rPr>
          <w:lang w:val="es-ES"/>
        </w:rPr>
        <w:t xml:space="preserve"> do país. </w:t>
      </w:r>
      <w:proofErr w:type="spellStart"/>
      <w:r w:rsidRPr="004168C0">
        <w:rPr>
          <w:lang w:val="es-ES"/>
        </w:rPr>
        <w:t>Neste</w:t>
      </w:r>
      <w:proofErr w:type="spellEnd"/>
      <w:r w:rsidRPr="004168C0">
        <w:rPr>
          <w:lang w:val="es-ES"/>
        </w:rPr>
        <w:t xml:space="preserve"> ambiente </w:t>
      </w:r>
      <w:proofErr w:type="spellStart"/>
      <w:r w:rsidRPr="004168C0">
        <w:rPr>
          <w:lang w:val="es-ES"/>
        </w:rPr>
        <w:t>verdadeiramente</w:t>
      </w:r>
      <w:proofErr w:type="spellEnd"/>
      <w:r w:rsidRPr="004168C0">
        <w:rPr>
          <w:lang w:val="es-ES"/>
        </w:rPr>
        <w:t xml:space="preserve"> único, </w:t>
      </w:r>
      <w:proofErr w:type="spellStart"/>
      <w:r w:rsidRPr="004168C0">
        <w:rPr>
          <w:lang w:val="es-ES"/>
        </w:rPr>
        <w:t>você</w:t>
      </w:r>
      <w:proofErr w:type="spellEnd"/>
      <w:r w:rsidRPr="004168C0">
        <w:rPr>
          <w:lang w:val="es-ES"/>
        </w:rPr>
        <w:t xml:space="preserve"> logo </w:t>
      </w:r>
      <w:proofErr w:type="spellStart"/>
      <w:r w:rsidRPr="004168C0">
        <w:rPr>
          <w:lang w:val="es-ES"/>
        </w:rPr>
        <w:t>terá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sensação</w:t>
      </w:r>
      <w:proofErr w:type="spellEnd"/>
      <w:r w:rsidRPr="004168C0">
        <w:rPr>
          <w:lang w:val="es-ES"/>
        </w:rPr>
        <w:t xml:space="preserve"> de que a </w:t>
      </w:r>
      <w:proofErr w:type="spellStart"/>
      <w:r w:rsidRPr="004168C0">
        <w:rPr>
          <w:lang w:val="es-ES"/>
        </w:rPr>
        <w:t>Imperatriz</w:t>
      </w:r>
      <w:proofErr w:type="spellEnd"/>
      <w:r w:rsidRPr="004168C0">
        <w:rPr>
          <w:lang w:val="es-ES"/>
        </w:rPr>
        <w:t xml:space="preserve"> Sissi está sentada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lado à mesa. Naturalmente, </w:t>
      </w:r>
      <w:proofErr w:type="gramStart"/>
      <w:r w:rsidRPr="004168C0">
        <w:rPr>
          <w:lang w:val="es-ES"/>
        </w:rPr>
        <w:t>as bebidas</w:t>
      </w:r>
      <w:proofErr w:type="gram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também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estão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incluídas</w:t>
      </w:r>
      <w:proofErr w:type="spellEnd"/>
      <w:r w:rsidRPr="004168C0">
        <w:rPr>
          <w:lang w:val="es-ES"/>
        </w:rPr>
        <w:t>.</w:t>
      </w:r>
    </w:p>
    <w:p w14:paraId="79958D1D" w14:textId="77777777" w:rsidR="00327E7B" w:rsidRPr="004168C0" w:rsidRDefault="00327E7B">
      <w:pPr>
        <w:rPr>
          <w:lang w:val="es-ES"/>
        </w:rPr>
      </w:pPr>
    </w:p>
    <w:p w14:paraId="795393FB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9 SEG VIENA</w:t>
      </w:r>
    </w:p>
    <w:p w14:paraId="16610D88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Após</w:t>
      </w:r>
      <w:proofErr w:type="spellEnd"/>
      <w:r w:rsidRPr="004168C0">
        <w:rPr>
          <w:lang w:val="es-ES"/>
        </w:rPr>
        <w:t xml:space="preserve"> o café da </w:t>
      </w:r>
      <w:proofErr w:type="spellStart"/>
      <w:r w:rsidRPr="004168C0">
        <w:rPr>
          <w:lang w:val="es-ES"/>
        </w:rPr>
        <w:t>manhã</w:t>
      </w:r>
      <w:proofErr w:type="spellEnd"/>
      <w:r w:rsidRPr="004168C0">
        <w:rPr>
          <w:lang w:val="es-ES"/>
        </w:rPr>
        <w:t xml:space="preserve"> no hotel, exploraremos Viena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visita </w:t>
      </w:r>
      <w:proofErr w:type="spellStart"/>
      <w:r w:rsidRPr="004168C0">
        <w:rPr>
          <w:lang w:val="es-ES"/>
        </w:rPr>
        <w:t>panorâmica</w:t>
      </w:r>
      <w:proofErr w:type="spellEnd"/>
      <w:r w:rsidRPr="004168C0">
        <w:rPr>
          <w:lang w:val="es-ES"/>
        </w:rPr>
        <w:t xml:space="preserve"> que </w:t>
      </w:r>
      <w:proofErr w:type="spellStart"/>
      <w:r w:rsidRPr="004168C0">
        <w:rPr>
          <w:lang w:val="es-ES"/>
        </w:rPr>
        <w:t>oferece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excelente </w:t>
      </w:r>
      <w:proofErr w:type="spellStart"/>
      <w:r w:rsidRPr="004168C0">
        <w:rPr>
          <w:lang w:val="es-ES"/>
        </w:rPr>
        <w:t>impressão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seus</w:t>
      </w:r>
      <w:proofErr w:type="spellEnd"/>
      <w:r w:rsidRPr="004168C0">
        <w:rPr>
          <w:lang w:val="es-ES"/>
        </w:rPr>
        <w:t xml:space="preserve"> numerosos </w:t>
      </w:r>
      <w:proofErr w:type="spellStart"/>
      <w:r w:rsidRPr="004168C0">
        <w:rPr>
          <w:lang w:val="es-ES"/>
        </w:rPr>
        <w:t>atrativos</w:t>
      </w:r>
      <w:proofErr w:type="spellEnd"/>
      <w:r w:rsidRPr="004168C0">
        <w:rPr>
          <w:lang w:val="es-ES"/>
        </w:rPr>
        <w:t xml:space="preserve">. Visitaremos os </w:t>
      </w:r>
      <w:proofErr w:type="spellStart"/>
      <w:r w:rsidRPr="004168C0">
        <w:rPr>
          <w:lang w:val="es-ES"/>
        </w:rPr>
        <w:t>jardins</w:t>
      </w:r>
      <w:proofErr w:type="spellEnd"/>
      <w:r w:rsidRPr="004168C0">
        <w:rPr>
          <w:lang w:val="es-ES"/>
        </w:rPr>
        <w:t xml:space="preserve"> </w:t>
      </w:r>
      <w:r w:rsidRPr="004168C0">
        <w:rPr>
          <w:lang w:val="es-ES"/>
        </w:rPr>
        <w:lastRenderedPageBreak/>
        <w:t xml:space="preserve">do histórico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 Belvedere, </w:t>
      </w:r>
      <w:proofErr w:type="spellStart"/>
      <w:r w:rsidRPr="004168C0">
        <w:rPr>
          <w:lang w:val="es-ES"/>
        </w:rPr>
        <w:t>antigo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verão</w:t>
      </w:r>
      <w:proofErr w:type="spellEnd"/>
      <w:r w:rsidRPr="004168C0">
        <w:rPr>
          <w:lang w:val="es-ES"/>
        </w:rPr>
        <w:t xml:space="preserve"> do príncipe </w:t>
      </w:r>
      <w:proofErr w:type="spellStart"/>
      <w:r w:rsidRPr="004168C0">
        <w:rPr>
          <w:lang w:val="es-ES"/>
        </w:rPr>
        <w:t>Eugênio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Saboia</w:t>
      </w:r>
      <w:proofErr w:type="spellEnd"/>
      <w:r w:rsidRPr="004168C0">
        <w:rPr>
          <w:lang w:val="es-ES"/>
        </w:rPr>
        <w:t xml:space="preserve">, de onde </w:t>
      </w:r>
      <w:proofErr w:type="spellStart"/>
      <w:r w:rsidRPr="004168C0">
        <w:rPr>
          <w:lang w:val="es-ES"/>
        </w:rPr>
        <w:t>poderá</w:t>
      </w:r>
      <w:proofErr w:type="spellEnd"/>
      <w:r w:rsidRPr="004168C0">
        <w:rPr>
          <w:lang w:val="es-ES"/>
        </w:rPr>
        <w:t xml:space="preserve"> desfrutar de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magnífica vista da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imortalizada</w:t>
      </w:r>
      <w:proofErr w:type="spellEnd"/>
      <w:r w:rsidRPr="004168C0">
        <w:rPr>
          <w:lang w:val="es-ES"/>
        </w:rPr>
        <w:t xml:space="preserve"> pelo artista Giovanni Antonio Canal em </w:t>
      </w:r>
      <w:proofErr w:type="spellStart"/>
      <w:r w:rsidRPr="004168C0">
        <w:rPr>
          <w:lang w:val="es-ES"/>
        </w:rPr>
        <w:t>suas</w:t>
      </w:r>
      <w:proofErr w:type="spellEnd"/>
      <w:r w:rsidRPr="004168C0">
        <w:rPr>
          <w:lang w:val="es-ES"/>
        </w:rPr>
        <w:t xml:space="preserve"> pinturas. Continuaremos pela </w:t>
      </w:r>
      <w:proofErr w:type="spellStart"/>
      <w:r w:rsidRPr="004168C0">
        <w:rPr>
          <w:lang w:val="es-ES"/>
        </w:rPr>
        <w:t>Ringstrasse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edifícios</w:t>
      </w:r>
      <w:proofErr w:type="spellEnd"/>
      <w:r w:rsidRPr="004168C0">
        <w:rPr>
          <w:lang w:val="es-ES"/>
        </w:rPr>
        <w:t xml:space="preserve"> emblemáticos como a Ópera Estatal, o </w:t>
      </w:r>
      <w:proofErr w:type="spellStart"/>
      <w:r w:rsidRPr="004168C0">
        <w:rPr>
          <w:lang w:val="es-ES"/>
        </w:rPr>
        <w:t>Museu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Ciências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Naturais</w:t>
      </w:r>
      <w:proofErr w:type="spellEnd"/>
      <w:r w:rsidRPr="004168C0">
        <w:rPr>
          <w:lang w:val="es-ES"/>
        </w:rPr>
        <w:t xml:space="preserve">, o Monumento a Maria Teresa, o Parlamento austríaco, a </w:t>
      </w:r>
      <w:proofErr w:type="spellStart"/>
      <w:r w:rsidRPr="004168C0">
        <w:rPr>
          <w:lang w:val="es-ES"/>
        </w:rPr>
        <w:t>Prefeitura</w:t>
      </w:r>
      <w:proofErr w:type="spellEnd"/>
      <w:r w:rsidRPr="004168C0">
        <w:rPr>
          <w:lang w:val="es-ES"/>
        </w:rPr>
        <w:t xml:space="preserve">, o Teatro Nacional e o </w:t>
      </w:r>
      <w:proofErr w:type="spellStart"/>
      <w:r w:rsidRPr="004168C0">
        <w:rPr>
          <w:lang w:val="es-ES"/>
        </w:rPr>
        <w:t>Hofburg</w:t>
      </w:r>
      <w:proofErr w:type="spellEnd"/>
      <w:r w:rsidRPr="004168C0">
        <w:rPr>
          <w:lang w:val="es-ES"/>
        </w:rPr>
        <w:t xml:space="preserve">, sede do </w:t>
      </w:r>
      <w:proofErr w:type="spellStart"/>
      <w:r w:rsidRPr="004168C0">
        <w:rPr>
          <w:lang w:val="es-ES"/>
        </w:rPr>
        <w:t>nosso</w:t>
      </w:r>
      <w:proofErr w:type="spellEnd"/>
      <w:r w:rsidRPr="004168C0">
        <w:rPr>
          <w:lang w:val="es-ES"/>
        </w:rPr>
        <w:t xml:space="preserve"> </w:t>
      </w:r>
      <w:proofErr w:type="gramStart"/>
      <w:r w:rsidRPr="004168C0">
        <w:rPr>
          <w:lang w:val="es-ES"/>
        </w:rPr>
        <w:t>Presidente</w:t>
      </w:r>
      <w:proofErr w:type="gramEnd"/>
      <w:r w:rsidRPr="004168C0">
        <w:rPr>
          <w:lang w:val="es-ES"/>
        </w:rPr>
        <w:t xml:space="preserve"> Federal. </w:t>
      </w:r>
      <w:proofErr w:type="spellStart"/>
      <w:r w:rsidRPr="004168C0">
        <w:rPr>
          <w:lang w:val="es-ES"/>
        </w:rPr>
        <w:t>Passearemos</w:t>
      </w:r>
      <w:proofErr w:type="spellEnd"/>
      <w:r w:rsidRPr="004168C0">
        <w:rPr>
          <w:lang w:val="es-ES"/>
        </w:rPr>
        <w:t xml:space="preserve"> pelas encantadoras </w:t>
      </w:r>
      <w:proofErr w:type="spellStart"/>
      <w:r w:rsidRPr="004168C0">
        <w:rPr>
          <w:lang w:val="es-ES"/>
        </w:rPr>
        <w:t>ruas</w:t>
      </w:r>
      <w:proofErr w:type="spellEnd"/>
      <w:r w:rsidRPr="004168C0">
        <w:rPr>
          <w:lang w:val="es-ES"/>
        </w:rPr>
        <w:t xml:space="preserve"> do centro histórico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visitaremos o interior da Catedral de Santo Estêvão. </w:t>
      </w:r>
      <w:proofErr w:type="spellStart"/>
      <w:r w:rsidRPr="004168C0">
        <w:rPr>
          <w:lang w:val="es-ES"/>
        </w:rPr>
        <w:t>Também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passaremos</w:t>
      </w:r>
      <w:proofErr w:type="spellEnd"/>
      <w:r w:rsidRPr="004168C0">
        <w:rPr>
          <w:lang w:val="es-ES"/>
        </w:rPr>
        <w:t xml:space="preserve"> pelo </w:t>
      </w:r>
      <w:proofErr w:type="spellStart"/>
      <w:r w:rsidRPr="004168C0">
        <w:rPr>
          <w:lang w:val="es-ES"/>
        </w:rPr>
        <w:t>Relógio</w:t>
      </w:r>
      <w:proofErr w:type="spellEnd"/>
      <w:r w:rsidRPr="004168C0">
        <w:rPr>
          <w:lang w:val="es-ES"/>
        </w:rPr>
        <w:t xml:space="preserve"> Anker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pelo </w:t>
      </w:r>
      <w:proofErr w:type="spellStart"/>
      <w:r w:rsidRPr="004168C0">
        <w:rPr>
          <w:lang w:val="es-ES"/>
        </w:rPr>
        <w:t>bairro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judeu</w:t>
      </w:r>
      <w:proofErr w:type="spellEnd"/>
      <w:r w:rsidRPr="004168C0">
        <w:rPr>
          <w:lang w:val="es-ES"/>
        </w:rPr>
        <w:t xml:space="preserve">. O </w:t>
      </w:r>
      <w:proofErr w:type="spellStart"/>
      <w:r w:rsidRPr="004168C0">
        <w:rPr>
          <w:lang w:val="es-ES"/>
        </w:rPr>
        <w:t>percurso</w:t>
      </w:r>
      <w:proofErr w:type="spellEnd"/>
      <w:r w:rsidRPr="004168C0">
        <w:rPr>
          <w:lang w:val="es-ES"/>
        </w:rPr>
        <w:t xml:space="preserve"> termina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Maria-</w:t>
      </w:r>
      <w:proofErr w:type="spellStart"/>
      <w:r w:rsidRPr="004168C0">
        <w:rPr>
          <w:lang w:val="es-ES"/>
        </w:rPr>
        <w:t>Theresien</w:t>
      </w:r>
      <w:proofErr w:type="spellEnd"/>
      <w:r w:rsidRPr="004168C0">
        <w:rPr>
          <w:lang w:val="es-ES"/>
        </w:rPr>
        <w:t>-</w:t>
      </w:r>
      <w:proofErr w:type="spellStart"/>
      <w:r w:rsidRPr="004168C0">
        <w:rPr>
          <w:lang w:val="es-ES"/>
        </w:rPr>
        <w:t>Platz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Após</w:t>
      </w:r>
      <w:proofErr w:type="spellEnd"/>
      <w:r w:rsidRPr="004168C0">
        <w:rPr>
          <w:lang w:val="es-ES"/>
        </w:rPr>
        <w:t xml:space="preserve"> a visita, </w:t>
      </w:r>
      <w:proofErr w:type="spellStart"/>
      <w:r w:rsidRPr="004168C0">
        <w:rPr>
          <w:lang w:val="es-ES"/>
        </w:rPr>
        <w:t>terá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opção</w:t>
      </w:r>
      <w:proofErr w:type="spellEnd"/>
      <w:r w:rsidRPr="004168C0">
        <w:rPr>
          <w:lang w:val="es-ES"/>
        </w:rPr>
        <w:t xml:space="preserve"> de participar de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excursão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Schönbrunn</w:t>
      </w:r>
      <w:proofErr w:type="spellEnd"/>
      <w:r w:rsidRPr="004168C0">
        <w:rPr>
          <w:lang w:val="es-ES"/>
        </w:rPr>
        <w:t xml:space="preserve">. À tarde, </w:t>
      </w:r>
      <w:proofErr w:type="spellStart"/>
      <w:r w:rsidRPr="004168C0">
        <w:rPr>
          <w:lang w:val="es-ES"/>
        </w:rPr>
        <w:t>possibilidade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assistir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concerto</w:t>
      </w:r>
      <w:proofErr w:type="spellEnd"/>
      <w:r w:rsidRPr="004168C0">
        <w:rPr>
          <w:lang w:val="es-ES"/>
        </w:rPr>
        <w:t xml:space="preserve"> de música </w:t>
      </w:r>
      <w:proofErr w:type="spellStart"/>
      <w:r w:rsidRPr="004168C0">
        <w:rPr>
          <w:lang w:val="es-ES"/>
        </w:rPr>
        <w:t>clássica</w:t>
      </w:r>
      <w:proofErr w:type="spellEnd"/>
      <w:r w:rsidRPr="004168C0">
        <w:rPr>
          <w:lang w:val="es-ES"/>
        </w:rPr>
        <w:t xml:space="preserve"> (ambas </w:t>
      </w:r>
      <w:proofErr w:type="spellStart"/>
      <w:r w:rsidRPr="004168C0">
        <w:rPr>
          <w:lang w:val="es-ES"/>
        </w:rPr>
        <w:t>não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incluídas</w:t>
      </w:r>
      <w:proofErr w:type="spellEnd"/>
      <w:r w:rsidRPr="004168C0">
        <w:rPr>
          <w:lang w:val="es-ES"/>
        </w:rPr>
        <w:t>).</w:t>
      </w:r>
    </w:p>
    <w:p w14:paraId="2450CBF0" w14:textId="77777777" w:rsidR="00327E7B" w:rsidRPr="004168C0" w:rsidRDefault="00327E7B">
      <w:pPr>
        <w:rPr>
          <w:lang w:val="es-ES"/>
        </w:rPr>
      </w:pPr>
    </w:p>
    <w:p w14:paraId="4AAC6C23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10 TER VIENA - LIUBLIANA</w:t>
      </w:r>
    </w:p>
    <w:p w14:paraId="53BD4C29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Pela </w:t>
      </w:r>
      <w:proofErr w:type="spellStart"/>
      <w:r w:rsidRPr="004168C0">
        <w:rPr>
          <w:lang w:val="es-ES"/>
        </w:rPr>
        <w:t>manhã</w:t>
      </w:r>
      <w:proofErr w:type="spellEnd"/>
      <w:r w:rsidRPr="004168C0">
        <w:rPr>
          <w:lang w:val="es-ES"/>
        </w:rPr>
        <w:t xml:space="preserve">, partiremos de </w:t>
      </w:r>
      <w:proofErr w:type="spellStart"/>
      <w:r w:rsidRPr="004168C0">
        <w:rPr>
          <w:lang w:val="es-ES"/>
        </w:rPr>
        <w:t>ônibus</w:t>
      </w:r>
      <w:proofErr w:type="spellEnd"/>
      <w:r w:rsidRPr="004168C0">
        <w:rPr>
          <w:lang w:val="es-ES"/>
        </w:rPr>
        <w:t xml:space="preserve">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Ljubljana</w:t>
      </w:r>
      <w:proofErr w:type="spellEnd"/>
      <w:r w:rsidRPr="004168C0">
        <w:rPr>
          <w:lang w:val="es-ES"/>
        </w:rPr>
        <w:t xml:space="preserve">, a encantadora capital da </w:t>
      </w:r>
      <w:proofErr w:type="spellStart"/>
      <w:r w:rsidRPr="004168C0">
        <w:rPr>
          <w:lang w:val="es-ES"/>
        </w:rPr>
        <w:t>Eslovênia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, realizaremos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passeio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pé</w:t>
      </w:r>
      <w:proofErr w:type="spellEnd"/>
      <w:r w:rsidRPr="004168C0">
        <w:rPr>
          <w:lang w:val="es-ES"/>
        </w:rPr>
        <w:t xml:space="preserve"> pelo centro histórico, onde se </w:t>
      </w:r>
      <w:proofErr w:type="spellStart"/>
      <w:r w:rsidRPr="004168C0">
        <w:rPr>
          <w:lang w:val="es-ES"/>
        </w:rPr>
        <w:t>destacam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Prefeitura</w:t>
      </w:r>
      <w:proofErr w:type="spellEnd"/>
      <w:r w:rsidRPr="004168C0">
        <w:rPr>
          <w:lang w:val="es-ES"/>
        </w:rPr>
        <w:t xml:space="preserve">, a </w:t>
      </w:r>
      <w:proofErr w:type="spellStart"/>
      <w:r w:rsidRPr="004168C0">
        <w:rPr>
          <w:lang w:val="es-ES"/>
        </w:rPr>
        <w:t>Fonte</w:t>
      </w:r>
      <w:proofErr w:type="spellEnd"/>
      <w:r w:rsidRPr="004168C0">
        <w:rPr>
          <w:lang w:val="es-ES"/>
        </w:rPr>
        <w:t xml:space="preserve"> de </w:t>
      </w:r>
      <w:proofErr w:type="spellStart"/>
      <w:r w:rsidRPr="004168C0">
        <w:rPr>
          <w:lang w:val="es-ES"/>
        </w:rPr>
        <w:t>Robba</w:t>
      </w:r>
      <w:proofErr w:type="spellEnd"/>
      <w:r w:rsidRPr="004168C0">
        <w:rPr>
          <w:lang w:val="es-ES"/>
        </w:rPr>
        <w:t xml:space="preserve">, as </w:t>
      </w:r>
      <w:proofErr w:type="spellStart"/>
      <w:r w:rsidRPr="004168C0">
        <w:rPr>
          <w:lang w:val="es-ES"/>
        </w:rPr>
        <w:t>Três</w:t>
      </w:r>
      <w:proofErr w:type="spellEnd"/>
      <w:r w:rsidRPr="004168C0">
        <w:rPr>
          <w:lang w:val="es-ES"/>
        </w:rPr>
        <w:t xml:space="preserve"> Pontes, a </w:t>
      </w:r>
      <w:proofErr w:type="spellStart"/>
      <w:r w:rsidRPr="004168C0">
        <w:rPr>
          <w:lang w:val="es-ES"/>
        </w:rPr>
        <w:t>Universidade</w:t>
      </w:r>
      <w:proofErr w:type="spellEnd"/>
      <w:r w:rsidRPr="004168C0">
        <w:rPr>
          <w:lang w:val="es-ES"/>
        </w:rPr>
        <w:t xml:space="preserve"> e o Parlamento.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201FABBF" w14:textId="77777777" w:rsidR="00327E7B" w:rsidRPr="004168C0" w:rsidRDefault="00327E7B">
      <w:pPr>
        <w:rPr>
          <w:lang w:val="es-ES"/>
        </w:rPr>
      </w:pPr>
    </w:p>
    <w:p w14:paraId="7A0C729C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11 QUA LIUBLIANA - POSTOJNA - BLED - LIUBLIANA</w:t>
      </w:r>
    </w:p>
    <w:p w14:paraId="4A95BBAA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Hoje</w:t>
      </w:r>
      <w:proofErr w:type="spellEnd"/>
      <w:r w:rsidRPr="004168C0">
        <w:rPr>
          <w:lang w:val="es-ES"/>
        </w:rPr>
        <w:t xml:space="preserve"> seguiremos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Postojna</w:t>
      </w:r>
      <w:proofErr w:type="spellEnd"/>
      <w:r w:rsidRPr="004168C0">
        <w:rPr>
          <w:lang w:val="es-ES"/>
        </w:rPr>
        <w:t xml:space="preserve">, famosa por </w:t>
      </w:r>
      <w:proofErr w:type="spellStart"/>
      <w:r w:rsidRPr="004168C0">
        <w:rPr>
          <w:lang w:val="es-ES"/>
        </w:rPr>
        <w:t>suas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impressionantes</w:t>
      </w:r>
      <w:proofErr w:type="spellEnd"/>
      <w:r w:rsidRPr="004168C0">
        <w:rPr>
          <w:lang w:val="es-ES"/>
        </w:rPr>
        <w:t xml:space="preserve"> cavernas de </w:t>
      </w:r>
      <w:proofErr w:type="spellStart"/>
      <w:r w:rsidRPr="004168C0">
        <w:rPr>
          <w:lang w:val="es-ES"/>
        </w:rPr>
        <w:t>estalactites</w:t>
      </w:r>
      <w:proofErr w:type="spellEnd"/>
      <w:r w:rsidRPr="004168C0">
        <w:rPr>
          <w:lang w:val="es-ES"/>
        </w:rPr>
        <w:t xml:space="preserve">. A visita será realizada em </w:t>
      </w:r>
      <w:proofErr w:type="spellStart"/>
      <w:r w:rsidRPr="004168C0">
        <w:rPr>
          <w:lang w:val="es-ES"/>
        </w:rPr>
        <w:t>um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trem</w:t>
      </w:r>
      <w:proofErr w:type="spellEnd"/>
      <w:r w:rsidRPr="004168C0">
        <w:rPr>
          <w:lang w:val="es-ES"/>
        </w:rPr>
        <w:t xml:space="preserve"> turístico </w:t>
      </w:r>
      <w:proofErr w:type="spellStart"/>
      <w:r w:rsidRPr="004168C0">
        <w:rPr>
          <w:lang w:val="es-ES"/>
        </w:rPr>
        <w:t>mineiro</w:t>
      </w:r>
      <w:proofErr w:type="spellEnd"/>
      <w:r w:rsidRPr="004168C0">
        <w:rPr>
          <w:lang w:val="es-ES"/>
        </w:rPr>
        <w:t xml:space="preserve"> que </w:t>
      </w:r>
      <w:proofErr w:type="spellStart"/>
      <w:r w:rsidRPr="004168C0">
        <w:rPr>
          <w:lang w:val="es-ES"/>
        </w:rPr>
        <w:t>percorre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espaços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tão</w:t>
      </w:r>
      <w:proofErr w:type="spellEnd"/>
      <w:r w:rsidRPr="004168C0">
        <w:rPr>
          <w:lang w:val="es-ES"/>
        </w:rPr>
        <w:t xml:space="preserve"> evocativos como o </w:t>
      </w:r>
      <w:proofErr w:type="spellStart"/>
      <w:r w:rsidRPr="004168C0">
        <w:rPr>
          <w:lang w:val="es-ES"/>
        </w:rPr>
        <w:t>Salão</w:t>
      </w:r>
      <w:proofErr w:type="spellEnd"/>
      <w:r w:rsidRPr="004168C0">
        <w:rPr>
          <w:lang w:val="es-ES"/>
        </w:rPr>
        <w:t xml:space="preserve"> de Baile e o Paraíso. Destaca-se especialmente a grande caverna </w:t>
      </w:r>
      <w:proofErr w:type="spellStart"/>
      <w:r w:rsidRPr="004168C0">
        <w:rPr>
          <w:lang w:val="es-ES"/>
        </w:rPr>
        <w:t>abobadada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conhecida</w:t>
      </w:r>
      <w:proofErr w:type="spellEnd"/>
      <w:r w:rsidRPr="004168C0">
        <w:rPr>
          <w:lang w:val="es-ES"/>
        </w:rPr>
        <w:t xml:space="preserve"> como Sala de </w:t>
      </w:r>
      <w:proofErr w:type="spellStart"/>
      <w:r w:rsidRPr="004168C0">
        <w:rPr>
          <w:lang w:val="es-ES"/>
        </w:rPr>
        <w:t>Concertos</w:t>
      </w:r>
      <w:proofErr w:type="spellEnd"/>
      <w:r w:rsidRPr="004168C0">
        <w:rPr>
          <w:lang w:val="es-ES"/>
        </w:rPr>
        <w:t xml:space="preserve">. Em seguida,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até </w:t>
      </w:r>
      <w:proofErr w:type="spellStart"/>
      <w:r w:rsidRPr="004168C0">
        <w:rPr>
          <w:lang w:val="es-ES"/>
        </w:rPr>
        <w:t>Bled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icônico</w:t>
      </w:r>
      <w:proofErr w:type="spellEnd"/>
      <w:r w:rsidRPr="004168C0">
        <w:rPr>
          <w:lang w:val="es-ES"/>
        </w:rPr>
        <w:t xml:space="preserve"> lago e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pequena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ilha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das </w:t>
      </w:r>
      <w:proofErr w:type="spellStart"/>
      <w:r w:rsidRPr="004168C0">
        <w:rPr>
          <w:lang w:val="es-ES"/>
        </w:rPr>
        <w:t>imagens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representativas do país. Retorno a </w:t>
      </w:r>
      <w:proofErr w:type="spellStart"/>
      <w:r w:rsidRPr="004168C0">
        <w:rPr>
          <w:lang w:val="es-ES"/>
        </w:rPr>
        <w:t>Ljubljana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6D4D3F4C" w14:textId="77777777" w:rsidR="00327E7B" w:rsidRPr="004168C0" w:rsidRDefault="00327E7B">
      <w:pPr>
        <w:rPr>
          <w:lang w:val="es-ES"/>
        </w:rPr>
      </w:pPr>
    </w:p>
    <w:p w14:paraId="47823EF2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12 QUI LIUBLIANA - ZADAR - SPLIT</w:t>
      </w:r>
    </w:p>
    <w:p w14:paraId="6AB598F6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Deixaremos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Ljubljana</w:t>
      </w:r>
      <w:proofErr w:type="spellEnd"/>
      <w:r w:rsidRPr="004168C0">
        <w:rPr>
          <w:lang w:val="es-ES"/>
        </w:rPr>
        <w:t xml:space="preserve"> para seguir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Zadar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que </w:t>
      </w:r>
      <w:proofErr w:type="spellStart"/>
      <w:r w:rsidRPr="004168C0">
        <w:rPr>
          <w:lang w:val="es-ES"/>
        </w:rPr>
        <w:t>foi</w:t>
      </w:r>
      <w:proofErr w:type="spellEnd"/>
      <w:r w:rsidRPr="004168C0">
        <w:rPr>
          <w:lang w:val="es-ES"/>
        </w:rPr>
        <w:t xml:space="preserve"> o centro administrativo da </w:t>
      </w:r>
      <w:proofErr w:type="spellStart"/>
      <w:r w:rsidRPr="004168C0">
        <w:rPr>
          <w:lang w:val="es-ES"/>
        </w:rPr>
        <w:t>Dalmácia</w:t>
      </w:r>
      <w:proofErr w:type="spellEnd"/>
      <w:r w:rsidRPr="004168C0">
        <w:rPr>
          <w:lang w:val="es-ES"/>
        </w:rPr>
        <w:t xml:space="preserve"> bizantina e </w:t>
      </w:r>
      <w:proofErr w:type="spellStart"/>
      <w:r w:rsidRPr="004168C0">
        <w:rPr>
          <w:lang w:val="es-ES"/>
        </w:rPr>
        <w:t>alcançou</w:t>
      </w:r>
      <w:proofErr w:type="spellEnd"/>
      <w:r w:rsidRPr="004168C0">
        <w:rPr>
          <w:lang w:val="es-ES"/>
        </w:rPr>
        <w:t xml:space="preserve"> grande </w:t>
      </w:r>
      <w:proofErr w:type="spellStart"/>
      <w:r w:rsidRPr="004168C0">
        <w:rPr>
          <w:lang w:val="es-ES"/>
        </w:rPr>
        <w:t>importância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Europa no </w:t>
      </w:r>
      <w:proofErr w:type="spellStart"/>
      <w:r w:rsidRPr="004168C0">
        <w:rPr>
          <w:lang w:val="es-ES"/>
        </w:rPr>
        <w:t>século</w:t>
      </w:r>
      <w:proofErr w:type="spellEnd"/>
      <w:r w:rsidRPr="004168C0">
        <w:rPr>
          <w:lang w:val="es-ES"/>
        </w:rPr>
        <w:t xml:space="preserve"> XVII.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, visitaremos as </w:t>
      </w:r>
      <w:proofErr w:type="spellStart"/>
      <w:r w:rsidRPr="004168C0">
        <w:rPr>
          <w:lang w:val="es-ES"/>
        </w:rPr>
        <w:t>ruínas</w:t>
      </w:r>
      <w:proofErr w:type="spellEnd"/>
      <w:r w:rsidRPr="004168C0">
        <w:rPr>
          <w:lang w:val="es-ES"/>
        </w:rPr>
        <w:t xml:space="preserve"> do </w:t>
      </w:r>
      <w:proofErr w:type="spellStart"/>
      <w:r w:rsidRPr="004168C0">
        <w:rPr>
          <w:lang w:val="es-ES"/>
        </w:rPr>
        <w:t>Forum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Romanum</w:t>
      </w:r>
      <w:proofErr w:type="spellEnd"/>
      <w:r w:rsidRPr="004168C0">
        <w:rPr>
          <w:lang w:val="es-ES"/>
        </w:rPr>
        <w:t xml:space="preserve"> e a Igreja de São Donato do </w:t>
      </w:r>
      <w:proofErr w:type="spellStart"/>
      <w:r w:rsidRPr="004168C0">
        <w:rPr>
          <w:lang w:val="es-ES"/>
        </w:rPr>
        <w:t>século</w:t>
      </w:r>
      <w:proofErr w:type="spellEnd"/>
      <w:r w:rsidRPr="004168C0">
        <w:rPr>
          <w:lang w:val="es-ES"/>
        </w:rPr>
        <w:t xml:space="preserve"> IX. Posteriormente,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até Split, principal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da </w:t>
      </w:r>
      <w:proofErr w:type="spellStart"/>
      <w:r w:rsidRPr="004168C0">
        <w:rPr>
          <w:lang w:val="es-ES"/>
        </w:rPr>
        <w:t>região</w:t>
      </w:r>
      <w:proofErr w:type="spellEnd"/>
      <w:r w:rsidRPr="004168C0">
        <w:rPr>
          <w:lang w:val="es-ES"/>
        </w:rPr>
        <w:t xml:space="preserve"> da </w:t>
      </w:r>
      <w:proofErr w:type="spellStart"/>
      <w:r w:rsidRPr="004168C0">
        <w:rPr>
          <w:lang w:val="es-ES"/>
        </w:rPr>
        <w:t>Dalmácia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53BA0768" w14:textId="77777777" w:rsidR="00327E7B" w:rsidRPr="004168C0" w:rsidRDefault="00327E7B">
      <w:pPr>
        <w:rPr>
          <w:lang w:val="es-ES"/>
        </w:rPr>
      </w:pPr>
    </w:p>
    <w:p w14:paraId="22BB0C28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lastRenderedPageBreak/>
        <w:t>DIA 13 SEX SPLIT</w:t>
      </w:r>
    </w:p>
    <w:p w14:paraId="7CCE192B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Dedicaremos o </w:t>
      </w:r>
      <w:proofErr w:type="spellStart"/>
      <w:r w:rsidRPr="004168C0">
        <w:rPr>
          <w:lang w:val="es-ES"/>
        </w:rPr>
        <w:t>dia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descobrir</w:t>
      </w:r>
      <w:proofErr w:type="spellEnd"/>
      <w:r w:rsidRPr="004168C0">
        <w:rPr>
          <w:lang w:val="es-ES"/>
        </w:rPr>
        <w:t xml:space="preserve"> Split,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que </w:t>
      </w:r>
      <w:proofErr w:type="spellStart"/>
      <w:r w:rsidRPr="004168C0">
        <w:rPr>
          <w:lang w:val="es-ES"/>
        </w:rPr>
        <w:t>surgiu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ao</w:t>
      </w:r>
      <w:proofErr w:type="spellEnd"/>
      <w:r w:rsidRPr="004168C0">
        <w:rPr>
          <w:lang w:val="es-ES"/>
        </w:rPr>
        <w:t xml:space="preserve"> redor do monumental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 do imperador romano Diocleciano. </w:t>
      </w:r>
      <w:proofErr w:type="spellStart"/>
      <w:r w:rsidRPr="004168C0">
        <w:rPr>
          <w:lang w:val="es-ES"/>
        </w:rPr>
        <w:t>Passeando</w:t>
      </w:r>
      <w:proofErr w:type="spellEnd"/>
      <w:r w:rsidRPr="004168C0">
        <w:rPr>
          <w:lang w:val="es-ES"/>
        </w:rPr>
        <w:t xml:space="preserve"> por </w:t>
      </w:r>
      <w:proofErr w:type="spellStart"/>
      <w:r w:rsidRPr="004168C0">
        <w:rPr>
          <w:lang w:val="es-ES"/>
        </w:rPr>
        <w:t>suas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praças</w:t>
      </w:r>
      <w:proofErr w:type="spellEnd"/>
      <w:r w:rsidRPr="004168C0">
        <w:rPr>
          <w:lang w:val="es-ES"/>
        </w:rPr>
        <w:t xml:space="preserve"> e pelo animado </w:t>
      </w:r>
      <w:proofErr w:type="spellStart"/>
      <w:r w:rsidRPr="004168C0">
        <w:rPr>
          <w:lang w:val="es-ES"/>
        </w:rPr>
        <w:t>calçadão</w:t>
      </w:r>
      <w:proofErr w:type="spellEnd"/>
      <w:r w:rsidRPr="004168C0">
        <w:rPr>
          <w:lang w:val="es-ES"/>
        </w:rPr>
        <w:t xml:space="preserve"> à </w:t>
      </w:r>
      <w:proofErr w:type="spellStart"/>
      <w:r w:rsidRPr="004168C0">
        <w:rPr>
          <w:lang w:val="es-ES"/>
        </w:rPr>
        <w:t>beira</w:t>
      </w:r>
      <w:proofErr w:type="spellEnd"/>
      <w:r w:rsidRPr="004168C0">
        <w:rPr>
          <w:lang w:val="es-ES"/>
        </w:rPr>
        <w:t xml:space="preserve"> do Adriático, </w:t>
      </w:r>
      <w:proofErr w:type="spellStart"/>
      <w:r w:rsidRPr="004168C0">
        <w:rPr>
          <w:lang w:val="es-ES"/>
        </w:rPr>
        <w:t>conheceremos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seus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principais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atrativos</w:t>
      </w:r>
      <w:proofErr w:type="spellEnd"/>
      <w:r w:rsidRPr="004168C0">
        <w:rPr>
          <w:lang w:val="es-ES"/>
        </w:rPr>
        <w:t xml:space="preserve">, como o Vestíbulo do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, o Peristilo, o </w:t>
      </w:r>
      <w:proofErr w:type="spellStart"/>
      <w:r w:rsidRPr="004168C0">
        <w:rPr>
          <w:lang w:val="es-ES"/>
        </w:rPr>
        <w:t>campanário</w:t>
      </w:r>
      <w:proofErr w:type="spellEnd"/>
      <w:r w:rsidRPr="004168C0">
        <w:rPr>
          <w:lang w:val="es-ES"/>
        </w:rPr>
        <w:t xml:space="preserve"> da Catedral de São </w:t>
      </w:r>
      <w:proofErr w:type="spellStart"/>
      <w:r w:rsidRPr="004168C0">
        <w:rPr>
          <w:lang w:val="es-ES"/>
        </w:rPr>
        <w:t>Domnio</w:t>
      </w:r>
      <w:proofErr w:type="spellEnd"/>
      <w:r w:rsidRPr="004168C0">
        <w:rPr>
          <w:lang w:val="es-ES"/>
        </w:rPr>
        <w:t xml:space="preserve"> e o Templo de Júpiter.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09A88122" w14:textId="77777777" w:rsidR="00327E7B" w:rsidRPr="004168C0" w:rsidRDefault="00327E7B">
      <w:pPr>
        <w:rPr>
          <w:lang w:val="es-ES"/>
        </w:rPr>
      </w:pPr>
    </w:p>
    <w:p w14:paraId="206EA83B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14 SAB SPLIT - DUBROVNIK</w:t>
      </w:r>
    </w:p>
    <w:p w14:paraId="50389FB9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Percorreremos</w:t>
      </w:r>
      <w:proofErr w:type="spellEnd"/>
      <w:r w:rsidRPr="004168C0">
        <w:rPr>
          <w:lang w:val="es-ES"/>
        </w:rPr>
        <w:t xml:space="preserve"> a escarpada costa dálmata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a Dubrovnik, desfrutando de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paisagem</w:t>
      </w:r>
      <w:proofErr w:type="spellEnd"/>
      <w:r w:rsidRPr="004168C0">
        <w:rPr>
          <w:lang w:val="es-ES"/>
        </w:rPr>
        <w:t xml:space="preserve"> única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inúmeras </w:t>
      </w:r>
      <w:proofErr w:type="spellStart"/>
      <w:r w:rsidRPr="004168C0">
        <w:rPr>
          <w:lang w:val="es-ES"/>
        </w:rPr>
        <w:t>ilhas</w:t>
      </w:r>
      <w:proofErr w:type="spellEnd"/>
      <w:r w:rsidRPr="004168C0">
        <w:rPr>
          <w:lang w:val="es-ES"/>
        </w:rPr>
        <w:t xml:space="preserve"> sobre o Adriático. </w:t>
      </w:r>
      <w:proofErr w:type="spellStart"/>
      <w:r w:rsidRPr="004168C0">
        <w:rPr>
          <w:lang w:val="es-ES"/>
        </w:rPr>
        <w:t>Na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, realizaremos a visita </w:t>
      </w:r>
      <w:proofErr w:type="spellStart"/>
      <w:r w:rsidRPr="004168C0">
        <w:rPr>
          <w:lang w:val="es-ES"/>
        </w:rPr>
        <w:t>desta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joia</w:t>
      </w:r>
      <w:proofErr w:type="spellEnd"/>
      <w:r w:rsidRPr="004168C0">
        <w:rPr>
          <w:lang w:val="es-ES"/>
        </w:rPr>
        <w:t xml:space="preserve"> histórica, declarada </w:t>
      </w:r>
      <w:proofErr w:type="spellStart"/>
      <w:r w:rsidRPr="004168C0">
        <w:rPr>
          <w:lang w:val="es-ES"/>
        </w:rPr>
        <w:t>Patrimônio</w:t>
      </w:r>
      <w:proofErr w:type="spellEnd"/>
      <w:r w:rsidRPr="004168C0">
        <w:rPr>
          <w:lang w:val="es-ES"/>
        </w:rPr>
        <w:t xml:space="preserve"> da </w:t>
      </w:r>
      <w:proofErr w:type="spellStart"/>
      <w:r w:rsidRPr="004168C0">
        <w:rPr>
          <w:lang w:val="es-ES"/>
        </w:rPr>
        <w:t>Humanidade</w:t>
      </w:r>
      <w:proofErr w:type="spellEnd"/>
      <w:r w:rsidRPr="004168C0">
        <w:rPr>
          <w:lang w:val="es-ES"/>
        </w:rPr>
        <w:t xml:space="preserve"> pela UNESCO. </w:t>
      </w:r>
      <w:proofErr w:type="spellStart"/>
      <w:r w:rsidRPr="004168C0">
        <w:rPr>
          <w:lang w:val="es-ES"/>
        </w:rPr>
        <w:t>Destacam</w:t>
      </w:r>
      <w:proofErr w:type="spellEnd"/>
      <w:r w:rsidRPr="004168C0">
        <w:rPr>
          <w:lang w:val="es-ES"/>
        </w:rPr>
        <w:t xml:space="preserve">-se </w:t>
      </w:r>
      <w:proofErr w:type="spellStart"/>
      <w:r w:rsidRPr="004168C0">
        <w:rPr>
          <w:lang w:val="es-ES"/>
        </w:rPr>
        <w:t>a</w:t>
      </w:r>
      <w:proofErr w:type="spellEnd"/>
      <w:r w:rsidRPr="004168C0">
        <w:rPr>
          <w:lang w:val="es-ES"/>
        </w:rPr>
        <w:t xml:space="preserve"> Igreja Franciscana, o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 do </w:t>
      </w:r>
      <w:proofErr w:type="spellStart"/>
      <w:r w:rsidRPr="004168C0">
        <w:rPr>
          <w:lang w:val="es-ES"/>
        </w:rPr>
        <w:t>Reitor</w:t>
      </w:r>
      <w:proofErr w:type="spellEnd"/>
      <w:r w:rsidRPr="004168C0">
        <w:rPr>
          <w:lang w:val="es-ES"/>
        </w:rPr>
        <w:t xml:space="preserve">, a Catedral e o </w:t>
      </w:r>
      <w:proofErr w:type="spellStart"/>
      <w:r w:rsidRPr="004168C0">
        <w:rPr>
          <w:lang w:val="es-ES"/>
        </w:rPr>
        <w:t>Mosteiro</w:t>
      </w:r>
      <w:proofErr w:type="spellEnd"/>
      <w:r w:rsidRPr="004168C0">
        <w:rPr>
          <w:lang w:val="es-ES"/>
        </w:rPr>
        <w:t xml:space="preserve"> </w:t>
      </w:r>
      <w:proofErr w:type="gramStart"/>
      <w:r w:rsidRPr="004168C0">
        <w:rPr>
          <w:lang w:val="es-ES"/>
        </w:rPr>
        <w:t>Dominicano</w:t>
      </w:r>
      <w:proofErr w:type="gramEnd"/>
      <w:r w:rsidRPr="004168C0">
        <w:rPr>
          <w:lang w:val="es-ES"/>
        </w:rPr>
        <w:t xml:space="preserve">. A imponente Torre </w:t>
      </w:r>
      <w:proofErr w:type="spellStart"/>
      <w:r w:rsidRPr="004168C0">
        <w:rPr>
          <w:lang w:val="es-ES"/>
        </w:rPr>
        <w:t>Minceta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das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bem</w:t>
      </w:r>
      <w:proofErr w:type="spellEnd"/>
      <w:r w:rsidRPr="004168C0">
        <w:rPr>
          <w:lang w:val="es-ES"/>
        </w:rPr>
        <w:t xml:space="preserve"> conservadas da Europa, completa este conjunto monumental.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27545034" w14:textId="77777777" w:rsidR="00327E7B" w:rsidRPr="004168C0" w:rsidRDefault="00327E7B">
      <w:pPr>
        <w:rPr>
          <w:lang w:val="es-ES"/>
        </w:rPr>
      </w:pPr>
    </w:p>
    <w:p w14:paraId="6895A61E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15 DOM DUBROVNIK</w:t>
      </w:r>
    </w:p>
    <w:p w14:paraId="5012B4D3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Dia </w:t>
      </w:r>
      <w:proofErr w:type="spellStart"/>
      <w:r w:rsidRPr="004168C0">
        <w:rPr>
          <w:lang w:val="es-ES"/>
        </w:rPr>
        <w:t>livre</w:t>
      </w:r>
      <w:proofErr w:type="spellEnd"/>
      <w:r w:rsidRPr="004168C0">
        <w:rPr>
          <w:lang w:val="es-ES"/>
        </w:rPr>
        <w:t xml:space="preserve"> para </w:t>
      </w:r>
      <w:proofErr w:type="spellStart"/>
      <w:r w:rsidRPr="004168C0">
        <w:rPr>
          <w:lang w:val="es-ES"/>
        </w:rPr>
        <w:t>aproveitar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no </w:t>
      </w:r>
      <w:proofErr w:type="spellStart"/>
      <w:r w:rsidRPr="004168C0">
        <w:rPr>
          <w:lang w:val="es-ES"/>
        </w:rPr>
        <w:t>seu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próprio</w:t>
      </w:r>
      <w:proofErr w:type="spellEnd"/>
      <w:r w:rsidRPr="004168C0">
        <w:rPr>
          <w:lang w:val="es-ES"/>
        </w:rPr>
        <w:t xml:space="preserve"> ritmo. Opcionalmente, </w:t>
      </w:r>
      <w:proofErr w:type="spellStart"/>
      <w:r w:rsidRPr="004168C0">
        <w:rPr>
          <w:lang w:val="es-ES"/>
        </w:rPr>
        <w:t>poderá</w:t>
      </w:r>
      <w:proofErr w:type="spellEnd"/>
      <w:r w:rsidRPr="004168C0">
        <w:rPr>
          <w:lang w:val="es-ES"/>
        </w:rPr>
        <w:t xml:space="preserve"> realizar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excursão</w:t>
      </w:r>
      <w:proofErr w:type="spellEnd"/>
      <w:r w:rsidRPr="004168C0">
        <w:rPr>
          <w:lang w:val="es-ES"/>
        </w:rPr>
        <w:t xml:space="preserve"> a Montenegro, visitando </w:t>
      </w:r>
      <w:proofErr w:type="spellStart"/>
      <w:r w:rsidRPr="004168C0">
        <w:rPr>
          <w:lang w:val="es-ES"/>
        </w:rPr>
        <w:t>alguns</w:t>
      </w:r>
      <w:proofErr w:type="spellEnd"/>
      <w:r w:rsidRPr="004168C0">
        <w:rPr>
          <w:lang w:val="es-ES"/>
        </w:rPr>
        <w:t xml:space="preserve"> dos </w:t>
      </w:r>
      <w:proofErr w:type="spellStart"/>
      <w:r w:rsidRPr="004168C0">
        <w:rPr>
          <w:lang w:val="es-ES"/>
        </w:rPr>
        <w:t>recantos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mais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pitorescos</w:t>
      </w:r>
      <w:proofErr w:type="spellEnd"/>
      <w:r w:rsidRPr="004168C0">
        <w:rPr>
          <w:lang w:val="es-ES"/>
        </w:rPr>
        <w:t xml:space="preserve"> do país (</w:t>
      </w:r>
      <w:proofErr w:type="spellStart"/>
      <w:r w:rsidRPr="004168C0">
        <w:rPr>
          <w:lang w:val="es-ES"/>
        </w:rPr>
        <w:t>não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incluída</w:t>
      </w:r>
      <w:proofErr w:type="spellEnd"/>
      <w:r w:rsidRPr="004168C0">
        <w:rPr>
          <w:lang w:val="es-ES"/>
        </w:rPr>
        <w:t xml:space="preserve">).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78AFDA04" w14:textId="77777777" w:rsidR="00327E7B" w:rsidRPr="004168C0" w:rsidRDefault="00327E7B">
      <w:pPr>
        <w:rPr>
          <w:lang w:val="es-ES"/>
        </w:rPr>
      </w:pPr>
    </w:p>
    <w:p w14:paraId="0D4BC3B7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16 SEG DUBROVNIK - MEDJUGORJE - MOSTAR - SARAJEVO</w:t>
      </w:r>
    </w:p>
    <w:p w14:paraId="2EA00B7D" w14:textId="77777777" w:rsidR="00327E7B" w:rsidRPr="004168C0" w:rsidRDefault="004168C0">
      <w:pPr>
        <w:rPr>
          <w:lang w:val="es-ES"/>
        </w:rPr>
      </w:pPr>
      <w:proofErr w:type="spellStart"/>
      <w:r w:rsidRPr="004168C0">
        <w:rPr>
          <w:lang w:val="es-ES"/>
        </w:rPr>
        <w:t>Saída</w:t>
      </w:r>
      <w:proofErr w:type="spellEnd"/>
      <w:r w:rsidRPr="004168C0">
        <w:rPr>
          <w:lang w:val="es-ES"/>
        </w:rPr>
        <w:t xml:space="preserve">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à </w:t>
      </w:r>
      <w:proofErr w:type="spellStart"/>
      <w:r w:rsidRPr="004168C0">
        <w:rPr>
          <w:lang w:val="es-ES"/>
        </w:rPr>
        <w:t>Bósnia</w:t>
      </w:r>
      <w:proofErr w:type="spellEnd"/>
      <w:r w:rsidRPr="004168C0">
        <w:rPr>
          <w:lang w:val="es-ES"/>
        </w:rPr>
        <w:t xml:space="preserve"> e Herzegovina,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primeira</w:t>
      </w:r>
      <w:proofErr w:type="spellEnd"/>
      <w:r w:rsidRPr="004168C0">
        <w:rPr>
          <w:lang w:val="es-ES"/>
        </w:rPr>
        <w:t xml:space="preserve"> parada em </w:t>
      </w:r>
      <w:proofErr w:type="spellStart"/>
      <w:r w:rsidRPr="004168C0">
        <w:rPr>
          <w:lang w:val="es-ES"/>
        </w:rPr>
        <w:t>Medjugorje</w:t>
      </w:r>
      <w:proofErr w:type="spellEnd"/>
      <w:r w:rsidRPr="004168C0">
        <w:rPr>
          <w:lang w:val="es-ES"/>
        </w:rPr>
        <w:t xml:space="preserve">, importante centro de </w:t>
      </w:r>
      <w:proofErr w:type="spellStart"/>
      <w:r w:rsidRPr="004168C0">
        <w:rPr>
          <w:lang w:val="es-ES"/>
        </w:rPr>
        <w:t>peregrinação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Continuação</w:t>
      </w:r>
      <w:proofErr w:type="spellEnd"/>
      <w:r w:rsidRPr="004168C0">
        <w:rPr>
          <w:lang w:val="es-ES"/>
        </w:rPr>
        <w:t xml:space="preserve"> até Mostar,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marcada por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história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recente</w:t>
      </w:r>
      <w:proofErr w:type="spellEnd"/>
      <w:r w:rsidRPr="004168C0">
        <w:rPr>
          <w:lang w:val="es-ES"/>
        </w:rPr>
        <w:t xml:space="preserve"> e símbolo de </w:t>
      </w:r>
      <w:proofErr w:type="spellStart"/>
      <w:r w:rsidRPr="004168C0">
        <w:rPr>
          <w:lang w:val="es-ES"/>
        </w:rPr>
        <w:t>convivência</w:t>
      </w:r>
      <w:proofErr w:type="spellEnd"/>
      <w:r w:rsidRPr="004168C0">
        <w:rPr>
          <w:lang w:val="es-ES"/>
        </w:rPr>
        <w:t xml:space="preserve"> cultural, </w:t>
      </w:r>
      <w:proofErr w:type="spellStart"/>
      <w:r w:rsidRPr="004168C0">
        <w:rPr>
          <w:lang w:val="es-ES"/>
        </w:rPr>
        <w:t>cujo</w:t>
      </w:r>
      <w:proofErr w:type="spellEnd"/>
      <w:r w:rsidRPr="004168C0">
        <w:rPr>
          <w:lang w:val="es-ES"/>
        </w:rPr>
        <w:t xml:space="preserve"> centro histórico encanta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suas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ruas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medievais</w:t>
      </w:r>
      <w:proofErr w:type="spellEnd"/>
      <w:r w:rsidRPr="004168C0">
        <w:rPr>
          <w:lang w:val="es-ES"/>
        </w:rPr>
        <w:t xml:space="preserve"> e </w:t>
      </w:r>
      <w:proofErr w:type="spellStart"/>
      <w:r w:rsidRPr="004168C0">
        <w:rPr>
          <w:lang w:val="es-ES"/>
        </w:rPr>
        <w:t>lojas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tradicionais</w:t>
      </w:r>
      <w:proofErr w:type="spellEnd"/>
      <w:r w:rsidRPr="004168C0">
        <w:rPr>
          <w:lang w:val="es-ES"/>
        </w:rPr>
        <w:t xml:space="preserve">. Em seguida, seguiremos até Sarajevo, capital do país </w:t>
      </w:r>
      <w:proofErr w:type="gramStart"/>
      <w:r w:rsidRPr="004168C0">
        <w:rPr>
          <w:lang w:val="es-ES"/>
        </w:rPr>
        <w:t>e</w:t>
      </w:r>
      <w:proofErr w:type="gramEnd"/>
      <w:r w:rsidRPr="004168C0">
        <w:rPr>
          <w:lang w:val="es-ES"/>
        </w:rPr>
        <w:t xml:space="preserve"> ponto de </w:t>
      </w:r>
      <w:proofErr w:type="spellStart"/>
      <w:r w:rsidRPr="004168C0">
        <w:rPr>
          <w:lang w:val="es-ES"/>
        </w:rPr>
        <w:t>encontro</w:t>
      </w:r>
      <w:proofErr w:type="spellEnd"/>
      <w:r w:rsidRPr="004168C0">
        <w:rPr>
          <w:lang w:val="es-ES"/>
        </w:rPr>
        <w:t xml:space="preserve"> de diferentes </w:t>
      </w:r>
      <w:proofErr w:type="spellStart"/>
      <w:r w:rsidRPr="004168C0">
        <w:rPr>
          <w:lang w:val="es-ES"/>
        </w:rPr>
        <w:t>religiões</w:t>
      </w:r>
      <w:proofErr w:type="spellEnd"/>
      <w:r w:rsidRPr="004168C0">
        <w:rPr>
          <w:lang w:val="es-ES"/>
        </w:rPr>
        <w:t xml:space="preserve"> e culturas.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história</w:t>
      </w:r>
      <w:proofErr w:type="spellEnd"/>
      <w:r w:rsidRPr="004168C0">
        <w:rPr>
          <w:lang w:val="es-ES"/>
        </w:rPr>
        <w:t xml:space="preserve"> está profundamente ligada a </w:t>
      </w:r>
      <w:proofErr w:type="spellStart"/>
      <w:r w:rsidRPr="004168C0">
        <w:rPr>
          <w:lang w:val="es-ES"/>
        </w:rPr>
        <w:t>acontecimentos</w:t>
      </w:r>
      <w:proofErr w:type="spellEnd"/>
      <w:r w:rsidRPr="004168C0">
        <w:rPr>
          <w:lang w:val="es-ES"/>
        </w:rPr>
        <w:t xml:space="preserve">-chave como o </w:t>
      </w:r>
      <w:proofErr w:type="spellStart"/>
      <w:r w:rsidRPr="004168C0">
        <w:rPr>
          <w:lang w:val="es-ES"/>
        </w:rPr>
        <w:t>assassinato</w:t>
      </w:r>
      <w:proofErr w:type="spellEnd"/>
      <w:r w:rsidRPr="004168C0">
        <w:rPr>
          <w:lang w:val="es-ES"/>
        </w:rPr>
        <w:t xml:space="preserve"> do </w:t>
      </w:r>
      <w:proofErr w:type="spellStart"/>
      <w:r w:rsidRPr="004168C0">
        <w:rPr>
          <w:lang w:val="es-ES"/>
        </w:rPr>
        <w:t>arquiduque</w:t>
      </w:r>
      <w:proofErr w:type="spellEnd"/>
      <w:r w:rsidRPr="004168C0">
        <w:rPr>
          <w:lang w:val="es-ES"/>
        </w:rPr>
        <w:t xml:space="preserve"> Francisco Ferdinando em 1914.</w:t>
      </w:r>
    </w:p>
    <w:p w14:paraId="4CE5833D" w14:textId="77777777" w:rsidR="00327E7B" w:rsidRPr="004168C0" w:rsidRDefault="00327E7B">
      <w:pPr>
        <w:rPr>
          <w:lang w:val="es-ES"/>
        </w:rPr>
      </w:pPr>
    </w:p>
    <w:p w14:paraId="1BE8AA48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17 TER SARAJEVO</w:t>
      </w:r>
    </w:p>
    <w:p w14:paraId="47D94DF1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Exploraremos Sarajevo,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que </w:t>
      </w:r>
      <w:proofErr w:type="spellStart"/>
      <w:r w:rsidRPr="004168C0">
        <w:rPr>
          <w:lang w:val="es-ES"/>
        </w:rPr>
        <w:t>surpreende</w:t>
      </w:r>
      <w:proofErr w:type="spellEnd"/>
      <w:r w:rsidRPr="004168C0">
        <w:rPr>
          <w:lang w:val="es-ES"/>
        </w:rPr>
        <w:t xml:space="preserve"> por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diversidade</w:t>
      </w:r>
      <w:proofErr w:type="spellEnd"/>
      <w:r w:rsidRPr="004168C0">
        <w:rPr>
          <w:lang w:val="es-ES"/>
        </w:rPr>
        <w:t xml:space="preserve"> cultural. Entre </w:t>
      </w:r>
      <w:proofErr w:type="spellStart"/>
      <w:r w:rsidRPr="004168C0">
        <w:rPr>
          <w:lang w:val="es-ES"/>
        </w:rPr>
        <w:t>seus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principais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atrativos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encontram</w:t>
      </w:r>
      <w:proofErr w:type="spellEnd"/>
      <w:r w:rsidRPr="004168C0">
        <w:rPr>
          <w:lang w:val="es-ES"/>
        </w:rPr>
        <w:t xml:space="preserve">-se a </w:t>
      </w:r>
      <w:proofErr w:type="spellStart"/>
      <w:r w:rsidRPr="004168C0">
        <w:rPr>
          <w:lang w:val="es-ES"/>
        </w:rPr>
        <w:t>Mesquita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Husrev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Beg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com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sua</w:t>
      </w:r>
      <w:proofErr w:type="spellEnd"/>
      <w:r w:rsidRPr="004168C0">
        <w:rPr>
          <w:lang w:val="es-ES"/>
        </w:rPr>
        <w:t xml:space="preserve"> delicada </w:t>
      </w:r>
      <w:proofErr w:type="spellStart"/>
      <w:r w:rsidRPr="004168C0">
        <w:rPr>
          <w:lang w:val="es-ES"/>
        </w:rPr>
        <w:lastRenderedPageBreak/>
        <w:t>ornamentação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assim</w:t>
      </w:r>
      <w:proofErr w:type="spellEnd"/>
      <w:r w:rsidRPr="004168C0">
        <w:rPr>
          <w:lang w:val="es-ES"/>
        </w:rPr>
        <w:t xml:space="preserve"> como o tradicional bazar «</w:t>
      </w:r>
      <w:proofErr w:type="spellStart"/>
      <w:r w:rsidRPr="004168C0">
        <w:rPr>
          <w:lang w:val="es-ES"/>
        </w:rPr>
        <w:t>Baščaršija</w:t>
      </w:r>
      <w:proofErr w:type="spellEnd"/>
      <w:r w:rsidRPr="004168C0">
        <w:rPr>
          <w:lang w:val="es-ES"/>
        </w:rPr>
        <w:t xml:space="preserve">», o </w:t>
      </w:r>
      <w:proofErr w:type="spellStart"/>
      <w:r w:rsidRPr="004168C0">
        <w:rPr>
          <w:lang w:val="es-ES"/>
        </w:rPr>
        <w:t>bairro</w:t>
      </w:r>
      <w:proofErr w:type="spellEnd"/>
      <w:r w:rsidRPr="004168C0">
        <w:rPr>
          <w:lang w:val="es-ES"/>
        </w:rPr>
        <w:t xml:space="preserve"> austro-húngaro e o </w:t>
      </w:r>
      <w:proofErr w:type="spellStart"/>
      <w:r w:rsidRPr="004168C0">
        <w:rPr>
          <w:lang w:val="es-ES"/>
        </w:rPr>
        <w:t>estádio</w:t>
      </w:r>
      <w:proofErr w:type="spellEnd"/>
      <w:r w:rsidRPr="004168C0">
        <w:rPr>
          <w:lang w:val="es-ES"/>
        </w:rPr>
        <w:t xml:space="preserve"> olímpico. À tarde, tempo </w:t>
      </w:r>
      <w:proofErr w:type="spellStart"/>
      <w:r w:rsidRPr="004168C0">
        <w:rPr>
          <w:lang w:val="es-ES"/>
        </w:rPr>
        <w:t>livre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Hospedagem</w:t>
      </w:r>
      <w:proofErr w:type="spellEnd"/>
      <w:r w:rsidRPr="004168C0">
        <w:rPr>
          <w:lang w:val="es-ES"/>
        </w:rPr>
        <w:t>.</w:t>
      </w:r>
    </w:p>
    <w:p w14:paraId="769002D2" w14:textId="77777777" w:rsidR="00327E7B" w:rsidRPr="004168C0" w:rsidRDefault="00327E7B">
      <w:pPr>
        <w:rPr>
          <w:lang w:val="es-ES"/>
        </w:rPr>
      </w:pPr>
    </w:p>
    <w:p w14:paraId="0DC91E30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18 QUA SARAJEVO - ZAGREB</w:t>
      </w:r>
    </w:p>
    <w:p w14:paraId="7797E07D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Seguiremos em </w:t>
      </w:r>
      <w:proofErr w:type="spellStart"/>
      <w:r w:rsidRPr="004168C0">
        <w:rPr>
          <w:lang w:val="es-ES"/>
        </w:rPr>
        <w:t>direção</w:t>
      </w:r>
      <w:proofErr w:type="spellEnd"/>
      <w:r w:rsidRPr="004168C0">
        <w:rPr>
          <w:lang w:val="es-ES"/>
        </w:rPr>
        <w:t xml:space="preserve"> a Zagreb, capital da </w:t>
      </w:r>
      <w:proofErr w:type="spellStart"/>
      <w:r w:rsidRPr="004168C0">
        <w:rPr>
          <w:lang w:val="es-ES"/>
        </w:rPr>
        <w:t>Croácia</w:t>
      </w:r>
      <w:proofErr w:type="spellEnd"/>
      <w:r w:rsidRPr="004168C0">
        <w:rPr>
          <w:lang w:val="es-ES"/>
        </w:rPr>
        <w:t xml:space="preserve">. </w:t>
      </w:r>
      <w:proofErr w:type="spellStart"/>
      <w:r w:rsidRPr="004168C0">
        <w:rPr>
          <w:lang w:val="es-ES"/>
        </w:rPr>
        <w:t>Após</w:t>
      </w:r>
      <w:proofErr w:type="spellEnd"/>
      <w:r w:rsidRPr="004168C0">
        <w:rPr>
          <w:lang w:val="es-ES"/>
        </w:rPr>
        <w:t xml:space="preserve"> a </w:t>
      </w:r>
      <w:proofErr w:type="spellStart"/>
      <w:r w:rsidRPr="004168C0">
        <w:rPr>
          <w:lang w:val="es-ES"/>
        </w:rPr>
        <w:t>chegada</w:t>
      </w:r>
      <w:proofErr w:type="spellEnd"/>
      <w:r w:rsidRPr="004168C0">
        <w:rPr>
          <w:lang w:val="es-ES"/>
        </w:rPr>
        <w:t xml:space="preserve">, </w:t>
      </w:r>
      <w:proofErr w:type="spellStart"/>
      <w:r w:rsidRPr="004168C0">
        <w:rPr>
          <w:lang w:val="es-ES"/>
        </w:rPr>
        <w:t>passeio</w:t>
      </w:r>
      <w:proofErr w:type="spellEnd"/>
      <w:r w:rsidRPr="004168C0">
        <w:rPr>
          <w:lang w:val="es-ES"/>
        </w:rPr>
        <w:t xml:space="preserve"> pelo centro histórico, onde se </w:t>
      </w:r>
      <w:proofErr w:type="spellStart"/>
      <w:r w:rsidRPr="004168C0">
        <w:rPr>
          <w:lang w:val="es-ES"/>
        </w:rPr>
        <w:t>destacam</w:t>
      </w:r>
      <w:proofErr w:type="spellEnd"/>
      <w:r w:rsidRPr="004168C0">
        <w:rPr>
          <w:lang w:val="es-ES"/>
        </w:rPr>
        <w:t xml:space="preserve"> o </w:t>
      </w:r>
      <w:proofErr w:type="spellStart"/>
      <w:r w:rsidRPr="004168C0">
        <w:rPr>
          <w:lang w:val="es-ES"/>
        </w:rPr>
        <w:t>Palácio</w:t>
      </w:r>
      <w:proofErr w:type="spellEnd"/>
      <w:r w:rsidRPr="004168C0">
        <w:rPr>
          <w:lang w:val="es-ES"/>
        </w:rPr>
        <w:t xml:space="preserve"> do </w:t>
      </w:r>
      <w:proofErr w:type="spellStart"/>
      <w:r w:rsidRPr="004168C0">
        <w:rPr>
          <w:lang w:val="es-ES"/>
        </w:rPr>
        <w:t>Governo</w:t>
      </w:r>
      <w:proofErr w:type="spellEnd"/>
      <w:r w:rsidRPr="004168C0">
        <w:rPr>
          <w:lang w:val="es-ES"/>
        </w:rPr>
        <w:t>, a Catedral de Santo Estêvão e a Igreja de São Marcos.</w:t>
      </w:r>
    </w:p>
    <w:p w14:paraId="188C1F70" w14:textId="77777777" w:rsidR="00327E7B" w:rsidRPr="004168C0" w:rsidRDefault="00327E7B">
      <w:pPr>
        <w:rPr>
          <w:lang w:val="es-ES"/>
        </w:rPr>
      </w:pPr>
    </w:p>
    <w:p w14:paraId="529EC143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DÍA 19 QUI ZAGREB</w:t>
      </w:r>
    </w:p>
    <w:p w14:paraId="2F68FC4F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Dia </w:t>
      </w:r>
      <w:proofErr w:type="spellStart"/>
      <w:r w:rsidRPr="004168C0">
        <w:rPr>
          <w:lang w:val="es-ES"/>
        </w:rPr>
        <w:t>livre</w:t>
      </w:r>
      <w:proofErr w:type="spellEnd"/>
      <w:r w:rsidRPr="004168C0">
        <w:rPr>
          <w:lang w:val="es-ES"/>
        </w:rPr>
        <w:t xml:space="preserve"> para continuar explorando a </w:t>
      </w:r>
      <w:proofErr w:type="spellStart"/>
      <w:r w:rsidRPr="004168C0">
        <w:rPr>
          <w:lang w:val="es-ES"/>
        </w:rPr>
        <w:t>cidade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ou</w:t>
      </w:r>
      <w:proofErr w:type="spellEnd"/>
      <w:r w:rsidRPr="004168C0">
        <w:rPr>
          <w:lang w:val="es-ES"/>
        </w:rPr>
        <w:t xml:space="preserve"> realizar </w:t>
      </w:r>
      <w:proofErr w:type="spellStart"/>
      <w:r w:rsidRPr="004168C0">
        <w:rPr>
          <w:lang w:val="es-ES"/>
        </w:rPr>
        <w:t>uma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excursão</w:t>
      </w:r>
      <w:proofErr w:type="spellEnd"/>
      <w:r w:rsidRPr="004168C0">
        <w:rPr>
          <w:lang w:val="es-ES"/>
        </w:rPr>
        <w:t xml:space="preserve"> opcional </w:t>
      </w:r>
      <w:proofErr w:type="spellStart"/>
      <w:r w:rsidRPr="004168C0">
        <w:rPr>
          <w:lang w:val="es-ES"/>
        </w:rPr>
        <w:t>aos</w:t>
      </w:r>
      <w:proofErr w:type="spellEnd"/>
      <w:r w:rsidRPr="004168C0">
        <w:rPr>
          <w:lang w:val="es-ES"/>
        </w:rPr>
        <w:t xml:space="preserve"> Lagos de </w:t>
      </w:r>
      <w:proofErr w:type="spellStart"/>
      <w:r w:rsidRPr="004168C0">
        <w:rPr>
          <w:lang w:val="es-ES"/>
        </w:rPr>
        <w:t>Plitvice</w:t>
      </w:r>
      <w:proofErr w:type="spellEnd"/>
      <w:r w:rsidRPr="004168C0">
        <w:rPr>
          <w:lang w:val="es-ES"/>
        </w:rPr>
        <w:t xml:space="preserve"> (</w:t>
      </w:r>
      <w:proofErr w:type="spellStart"/>
      <w:r w:rsidRPr="004168C0">
        <w:rPr>
          <w:lang w:val="es-ES"/>
        </w:rPr>
        <w:t>não</w:t>
      </w:r>
      <w:proofErr w:type="spellEnd"/>
      <w:r w:rsidRPr="004168C0">
        <w:rPr>
          <w:lang w:val="es-ES"/>
        </w:rPr>
        <w:t xml:space="preserve"> </w:t>
      </w:r>
      <w:proofErr w:type="spellStart"/>
      <w:r w:rsidRPr="004168C0">
        <w:rPr>
          <w:lang w:val="es-ES"/>
        </w:rPr>
        <w:t>incluída</w:t>
      </w:r>
      <w:proofErr w:type="spellEnd"/>
      <w:r w:rsidRPr="004168C0">
        <w:rPr>
          <w:lang w:val="es-ES"/>
        </w:rPr>
        <w:t>).</w:t>
      </w:r>
    </w:p>
    <w:p w14:paraId="69A43BC9" w14:textId="77777777" w:rsidR="00327E7B" w:rsidRPr="004168C0" w:rsidRDefault="00327E7B">
      <w:pPr>
        <w:rPr>
          <w:lang w:val="es-ES"/>
        </w:rPr>
      </w:pPr>
    </w:p>
    <w:p w14:paraId="5C968D19" w14:textId="77777777" w:rsidR="00327E7B" w:rsidRPr="004168C0" w:rsidRDefault="004168C0">
      <w:pPr>
        <w:pStyle w:val="Ttulo2"/>
        <w:rPr>
          <w:lang w:val="es-ES"/>
        </w:rPr>
      </w:pPr>
      <w:r w:rsidRPr="004168C0">
        <w:rPr>
          <w:lang w:val="es-ES"/>
        </w:rPr>
        <w:t>DIA 20 SEX ZAGREB</w:t>
      </w:r>
    </w:p>
    <w:p w14:paraId="16AFD452" w14:textId="77777777" w:rsidR="00327E7B" w:rsidRPr="004168C0" w:rsidRDefault="004168C0">
      <w:pPr>
        <w:rPr>
          <w:lang w:val="es-ES"/>
        </w:rPr>
      </w:pPr>
      <w:r w:rsidRPr="004168C0">
        <w:rPr>
          <w:lang w:val="es-ES"/>
        </w:rPr>
        <w:t xml:space="preserve">Café da </w:t>
      </w:r>
      <w:proofErr w:type="spellStart"/>
      <w:r w:rsidRPr="004168C0">
        <w:rPr>
          <w:lang w:val="es-ES"/>
        </w:rPr>
        <w:t>manhã</w:t>
      </w:r>
      <w:proofErr w:type="spellEnd"/>
      <w:r w:rsidRPr="004168C0">
        <w:rPr>
          <w:lang w:val="es-ES"/>
        </w:rPr>
        <w:t xml:space="preserve"> e traslado de </w:t>
      </w:r>
      <w:proofErr w:type="spellStart"/>
      <w:r w:rsidRPr="004168C0">
        <w:rPr>
          <w:lang w:val="es-ES"/>
        </w:rPr>
        <w:t>saída</w:t>
      </w:r>
      <w:proofErr w:type="spellEnd"/>
      <w:r w:rsidRPr="004168C0">
        <w:rPr>
          <w:lang w:val="es-ES"/>
        </w:rPr>
        <w:t xml:space="preserve"> para o </w:t>
      </w:r>
      <w:proofErr w:type="spellStart"/>
      <w:r w:rsidRPr="004168C0">
        <w:rPr>
          <w:lang w:val="es-ES"/>
        </w:rPr>
        <w:t>aeroporto</w:t>
      </w:r>
      <w:proofErr w:type="spellEnd"/>
      <w:r w:rsidRPr="004168C0">
        <w:rPr>
          <w:lang w:val="es-ES"/>
        </w:rPr>
        <w:t>.</w:t>
      </w:r>
    </w:p>
    <w:sectPr w:rsidR="00327E7B" w:rsidRPr="004168C0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E909" w14:textId="77777777" w:rsidR="004168C0" w:rsidRDefault="004168C0" w:rsidP="004168C0">
      <w:pPr>
        <w:spacing w:after="0" w:line="240" w:lineRule="auto"/>
      </w:pPr>
      <w:r>
        <w:separator/>
      </w:r>
    </w:p>
  </w:endnote>
  <w:endnote w:type="continuationSeparator" w:id="0">
    <w:p w14:paraId="698F1F7B" w14:textId="77777777" w:rsidR="004168C0" w:rsidRDefault="004168C0" w:rsidP="0041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4D128" w14:textId="77777777" w:rsidR="004168C0" w:rsidRDefault="004168C0" w:rsidP="004168C0">
      <w:pPr>
        <w:spacing w:after="0" w:line="240" w:lineRule="auto"/>
      </w:pPr>
      <w:r>
        <w:separator/>
      </w:r>
    </w:p>
  </w:footnote>
  <w:footnote w:type="continuationSeparator" w:id="0">
    <w:p w14:paraId="182E4FF8" w14:textId="77777777" w:rsidR="004168C0" w:rsidRDefault="004168C0" w:rsidP="00416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90278" w14:textId="552999CA" w:rsidR="004168C0" w:rsidRDefault="004168C0">
    <w:pPr>
      <w:pStyle w:val="Encabezado"/>
    </w:pPr>
    <w:r>
      <w:rPr>
        <w:noProof/>
      </w:rPr>
      <w:drawing>
        <wp:inline distT="0" distB="0" distL="0" distR="0" wp14:anchorId="748D4C90" wp14:editId="503734B4">
          <wp:extent cx="1038225" cy="10382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27E7B"/>
    <w:rsid w:val="004168C0"/>
    <w:rsid w:val="00A92FB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CD7AB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3</cp:revision>
  <dcterms:created xsi:type="dcterms:W3CDTF">2013-12-23T23:15:00Z</dcterms:created>
  <dcterms:modified xsi:type="dcterms:W3CDTF">2026-08-07T09:44:00Z</dcterms:modified>
  <cp:category/>
</cp:coreProperties>
</file>