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618C44" w14:textId="77777777" w:rsidR="000845AC" w:rsidRPr="0000097D" w:rsidRDefault="00617073" w:rsidP="00617073">
      <w:pPr>
        <w:spacing w:after="0" w:line="240" w:lineRule="auto"/>
        <w:jc w:val="center"/>
        <w:rPr>
          <w:rFonts w:ascii="Century Gothic" w:eastAsia="Times New Roman" w:hAnsi="Century Gothic" w:cs="Arial"/>
          <w:b/>
          <w:color w:val="CAA60C"/>
          <w:sz w:val="36"/>
          <w:szCs w:val="36"/>
          <w:lang w:val="pt-BR" w:eastAsia="de-DE"/>
        </w:rPr>
      </w:pPr>
      <w:r w:rsidRPr="0000097D">
        <w:rPr>
          <w:rFonts w:ascii="Century Gothic" w:eastAsia="Times New Roman" w:hAnsi="Century Gothic" w:cs="Arial"/>
          <w:b/>
          <w:color w:val="CAA60C"/>
          <w:sz w:val="36"/>
          <w:szCs w:val="36"/>
          <w:lang w:val="pt-BR" w:eastAsia="de-DE"/>
        </w:rPr>
        <w:t>AURORA BOREAL</w:t>
      </w:r>
    </w:p>
    <w:p w14:paraId="514F0902" w14:textId="3949135D" w:rsidR="000845AC" w:rsidRPr="00617073" w:rsidRDefault="00617073" w:rsidP="00617073">
      <w:pPr>
        <w:spacing w:after="0" w:line="240" w:lineRule="auto"/>
        <w:jc w:val="center"/>
        <w:rPr>
          <w:rFonts w:ascii="Century Gothic" w:eastAsia="Times New Roman" w:hAnsi="Century Gothic" w:cs="Arial"/>
          <w:b/>
          <w:color w:val="CAA60C"/>
          <w:sz w:val="32"/>
          <w:szCs w:val="32"/>
          <w:lang w:val="pt-BR" w:eastAsia="de-DE"/>
          <w14:textFill>
            <w14:solidFill>
              <w14:srgbClr w14:val="CAA60C">
                <w14:lumMod w14:val="75000"/>
              </w14:srgbClr>
            </w14:solidFill>
          </w14:textFill>
        </w:rPr>
      </w:pPr>
      <w:r w:rsidRPr="00617073">
        <w:rPr>
          <w:rFonts w:ascii="Century Gothic" w:eastAsia="Times New Roman" w:hAnsi="Century Gothic" w:cs="Arial"/>
          <w:b/>
          <w:color w:val="CAA60C"/>
          <w:sz w:val="32"/>
          <w:szCs w:val="32"/>
          <w:lang w:val="pt-BR" w:eastAsia="de-DE"/>
        </w:rPr>
        <w:t>Categoria: Premium</w:t>
      </w:r>
    </w:p>
    <w:p w14:paraId="601978C0" w14:textId="7F628534" w:rsidR="000845AC" w:rsidRPr="00617073" w:rsidRDefault="00617073" w:rsidP="00617073">
      <w:pPr>
        <w:jc w:val="center"/>
        <w:rPr>
          <w:lang w:val="es-ES"/>
        </w:rPr>
      </w:pPr>
      <w:r w:rsidRPr="00617073">
        <w:rPr>
          <w:lang w:val="es-ES"/>
        </w:rPr>
        <w:t xml:space="preserve">Código: AURO  |  11 </w:t>
      </w:r>
      <w:proofErr w:type="spellStart"/>
      <w:r w:rsidRPr="00617073">
        <w:rPr>
          <w:lang w:val="es-ES"/>
        </w:rPr>
        <w:t>Dias</w:t>
      </w:r>
      <w:proofErr w:type="spellEnd"/>
    </w:p>
    <w:p w14:paraId="4C3A5496" w14:textId="77777777" w:rsidR="000845AC" w:rsidRPr="00617073" w:rsidRDefault="000845AC">
      <w:pPr>
        <w:rPr>
          <w:lang w:val="es-ES"/>
        </w:rPr>
      </w:pPr>
    </w:p>
    <w:p w14:paraId="74CBDB7A" w14:textId="77777777" w:rsidR="000845AC" w:rsidRPr="00617073" w:rsidRDefault="00617073">
      <w:pPr>
        <w:pStyle w:val="Ttulo2"/>
        <w:rPr>
          <w:lang w:val="es-ES"/>
        </w:rPr>
      </w:pPr>
      <w:r w:rsidRPr="00617073">
        <w:rPr>
          <w:lang w:val="es-ES"/>
        </w:rPr>
        <w:t>SAÍDAS INVIERNO 2027/2028</w:t>
      </w:r>
    </w:p>
    <w:p w14:paraId="4BAFC11E" w14:textId="77777777" w:rsidR="000845AC" w:rsidRPr="00617073" w:rsidRDefault="00617073">
      <w:pPr>
        <w:rPr>
          <w:lang w:val="es-ES"/>
        </w:rPr>
      </w:pPr>
      <w:r w:rsidRPr="00617073">
        <w:rPr>
          <w:lang w:val="es-ES"/>
        </w:rPr>
        <w:t>NOVEMBRO 2027 . . . . . . . . . . . . . . . . . . . 22</w:t>
      </w:r>
    </w:p>
    <w:p w14:paraId="30908805" w14:textId="77777777" w:rsidR="000845AC" w:rsidRPr="00617073" w:rsidRDefault="00617073">
      <w:pPr>
        <w:rPr>
          <w:lang w:val="es-ES"/>
        </w:rPr>
      </w:pPr>
      <w:r w:rsidRPr="00617073">
        <w:rPr>
          <w:lang w:val="es-ES"/>
        </w:rPr>
        <w:t>JANEIRO 2028 . . . . . . . . . . . . . . . . . . 10, 24, 31</w:t>
      </w:r>
    </w:p>
    <w:p w14:paraId="33BF05C7" w14:textId="77777777" w:rsidR="000845AC" w:rsidRPr="00617073" w:rsidRDefault="00617073">
      <w:pPr>
        <w:rPr>
          <w:lang w:val="es-ES"/>
        </w:rPr>
      </w:pPr>
      <w:r w:rsidRPr="00617073">
        <w:rPr>
          <w:lang w:val="es-ES"/>
        </w:rPr>
        <w:t>FEVEREIRO 2028 . . . . . . . . . . . . . . . 7, 14, 21, 28</w:t>
      </w:r>
    </w:p>
    <w:p w14:paraId="424D7497" w14:textId="77777777" w:rsidR="000845AC" w:rsidRPr="00617073" w:rsidRDefault="000845AC">
      <w:pPr>
        <w:rPr>
          <w:lang w:val="es-ES"/>
        </w:rPr>
      </w:pPr>
    </w:p>
    <w:p w14:paraId="307EA1C5" w14:textId="77777777" w:rsidR="000845AC" w:rsidRPr="00617073" w:rsidRDefault="00617073">
      <w:pPr>
        <w:pStyle w:val="Ttulo2"/>
        <w:rPr>
          <w:lang w:val="es-ES"/>
        </w:rPr>
      </w:pPr>
      <w:r w:rsidRPr="00617073">
        <w:rPr>
          <w:lang w:val="es-ES"/>
        </w:rPr>
        <w:t>HOTÉIS PREVISTOS</w:t>
      </w:r>
    </w:p>
    <w:p w14:paraId="0510BF0A" w14:textId="77777777" w:rsidR="000845AC" w:rsidRPr="00617073" w:rsidRDefault="00617073">
      <w:pPr>
        <w:rPr>
          <w:lang w:val="es-ES"/>
        </w:rPr>
      </w:pPr>
      <w:r w:rsidRPr="00617073">
        <w:rPr>
          <w:lang w:val="es-ES"/>
        </w:rPr>
        <w:t>(</w:t>
      </w:r>
      <w:proofErr w:type="spellStart"/>
      <w:r w:rsidRPr="00617073">
        <w:rPr>
          <w:lang w:val="es-ES"/>
        </w:rPr>
        <w:t>ou</w:t>
      </w:r>
      <w:proofErr w:type="spellEnd"/>
      <w:r w:rsidRPr="00617073">
        <w:rPr>
          <w:lang w:val="es-ES"/>
        </w:rPr>
        <w:t xml:space="preserve"> similares </w:t>
      </w:r>
      <w:proofErr w:type="spellStart"/>
      <w:r w:rsidRPr="00617073">
        <w:rPr>
          <w:lang w:val="es-ES"/>
        </w:rPr>
        <w:t>na</w:t>
      </w:r>
      <w:proofErr w:type="spellEnd"/>
      <w:r w:rsidRPr="00617073">
        <w:rPr>
          <w:lang w:val="es-ES"/>
        </w:rPr>
        <w:t xml:space="preserve"> </w:t>
      </w:r>
      <w:proofErr w:type="spellStart"/>
      <w:r w:rsidRPr="00617073">
        <w:rPr>
          <w:lang w:val="es-ES"/>
        </w:rPr>
        <w:t>categoria</w:t>
      </w:r>
      <w:proofErr w:type="spellEnd"/>
      <w:r w:rsidRPr="00617073">
        <w:rPr>
          <w:lang w:val="es-ES"/>
        </w:rPr>
        <w:t xml:space="preserve"> indicada, conforme a </w:t>
      </w:r>
      <w:proofErr w:type="spellStart"/>
      <w:r w:rsidRPr="00617073">
        <w:rPr>
          <w:lang w:val="es-ES"/>
        </w:rPr>
        <w:t>cidade</w:t>
      </w:r>
      <w:proofErr w:type="spellEnd"/>
      <w:r w:rsidRPr="00617073">
        <w:rPr>
          <w:lang w:val="es-ES"/>
        </w:rPr>
        <w:t>)</w:t>
      </w:r>
    </w:p>
    <w:p w14:paraId="6E7D8625" w14:textId="77777777" w:rsidR="000845AC" w:rsidRDefault="00617073">
      <w:r>
        <w:rPr>
          <w:b/>
        </w:rPr>
        <w:t xml:space="preserve">COPENHAGUE: </w:t>
      </w:r>
      <w:r>
        <w:t>RADISSON SCANDINAVIA ★★★★(s)</w:t>
      </w:r>
    </w:p>
    <w:p w14:paraId="60903D63" w14:textId="77777777" w:rsidR="000845AC" w:rsidRDefault="00617073">
      <w:r>
        <w:rPr>
          <w:b/>
        </w:rPr>
        <w:t xml:space="preserve">OSLO: </w:t>
      </w:r>
      <w:r>
        <w:t>RADISSON SCANDINAVIA ★★★★(s)</w:t>
      </w:r>
    </w:p>
    <w:p w14:paraId="188FFA3A" w14:textId="77777777" w:rsidR="000845AC" w:rsidRDefault="00617073">
      <w:r>
        <w:rPr>
          <w:b/>
        </w:rPr>
        <w:t xml:space="preserve">TROMSØ: </w:t>
      </w:r>
      <w:r>
        <w:t>RADISSON BLU ★★★★(s)</w:t>
      </w:r>
    </w:p>
    <w:p w14:paraId="667F2ED4" w14:textId="77777777" w:rsidR="000845AC" w:rsidRDefault="00617073">
      <w:r>
        <w:rPr>
          <w:b/>
        </w:rPr>
        <w:t xml:space="preserve">ESTOCOLMO: </w:t>
      </w:r>
      <w:r>
        <w:t>CLARION SIGN ★★★★(s)</w:t>
      </w:r>
    </w:p>
    <w:p w14:paraId="383457DA" w14:textId="77777777" w:rsidR="000845AC" w:rsidRDefault="000845AC"/>
    <w:p w14:paraId="4B1B220F" w14:textId="77777777" w:rsidR="000845AC" w:rsidRDefault="00617073">
      <w:pPr>
        <w:pStyle w:val="Ttulo2"/>
      </w:pPr>
      <w:r>
        <w:t>SERVIÇOS INCLUÍDOS</w:t>
      </w:r>
    </w:p>
    <w:p w14:paraId="6AF66773" w14:textId="77777777" w:rsidR="000845AC" w:rsidRDefault="00617073">
      <w:pPr>
        <w:pStyle w:val="Listaconvietas"/>
      </w:pPr>
      <w:r>
        <w:t>Guia acompanhante em espanhol</w:t>
      </w:r>
    </w:p>
    <w:p w14:paraId="09EB83FE" w14:textId="77777777" w:rsidR="000845AC" w:rsidRPr="00617073" w:rsidRDefault="00617073">
      <w:pPr>
        <w:pStyle w:val="Listaconvietas"/>
        <w:rPr>
          <w:lang w:val="es-ES"/>
        </w:rPr>
      </w:pPr>
      <w:r w:rsidRPr="00617073">
        <w:rPr>
          <w:lang w:val="es-ES"/>
        </w:rPr>
        <w:t xml:space="preserve">9 </w:t>
      </w:r>
      <w:proofErr w:type="spellStart"/>
      <w:r w:rsidRPr="00617073">
        <w:rPr>
          <w:lang w:val="es-ES"/>
        </w:rPr>
        <w:t>noites</w:t>
      </w:r>
      <w:proofErr w:type="spellEnd"/>
      <w:r w:rsidRPr="00617073">
        <w:rPr>
          <w:lang w:val="es-ES"/>
        </w:rPr>
        <w:t xml:space="preserve"> </w:t>
      </w:r>
      <w:proofErr w:type="spellStart"/>
      <w:r w:rsidRPr="00617073">
        <w:rPr>
          <w:lang w:val="es-ES"/>
        </w:rPr>
        <w:t>com</w:t>
      </w:r>
      <w:proofErr w:type="spellEnd"/>
      <w:r w:rsidRPr="00617073">
        <w:rPr>
          <w:lang w:val="es-ES"/>
        </w:rPr>
        <w:t xml:space="preserve"> café da </w:t>
      </w:r>
      <w:proofErr w:type="spellStart"/>
      <w:r w:rsidRPr="00617073">
        <w:rPr>
          <w:lang w:val="es-ES"/>
        </w:rPr>
        <w:t>manhã</w:t>
      </w:r>
      <w:proofErr w:type="spellEnd"/>
      <w:r w:rsidRPr="00617073">
        <w:rPr>
          <w:lang w:val="es-ES"/>
        </w:rPr>
        <w:t xml:space="preserve"> tipo buffet</w:t>
      </w:r>
    </w:p>
    <w:p w14:paraId="2B335941" w14:textId="77777777" w:rsidR="000845AC" w:rsidRPr="00617073" w:rsidRDefault="00617073">
      <w:pPr>
        <w:pStyle w:val="Listaconvietas"/>
        <w:rPr>
          <w:lang w:val="es-ES"/>
        </w:rPr>
      </w:pPr>
      <w:r w:rsidRPr="00617073">
        <w:rPr>
          <w:lang w:val="es-ES"/>
        </w:rPr>
        <w:t xml:space="preserve">1 </w:t>
      </w:r>
      <w:proofErr w:type="spellStart"/>
      <w:r w:rsidRPr="00617073">
        <w:rPr>
          <w:lang w:val="es-ES"/>
        </w:rPr>
        <w:t>noite</w:t>
      </w:r>
      <w:proofErr w:type="spellEnd"/>
      <w:r w:rsidRPr="00617073">
        <w:rPr>
          <w:lang w:val="es-ES"/>
        </w:rPr>
        <w:t xml:space="preserve"> a bordo do cruzeiro </w:t>
      </w:r>
      <w:proofErr w:type="spellStart"/>
      <w:r w:rsidRPr="00617073">
        <w:rPr>
          <w:lang w:val="es-ES"/>
        </w:rPr>
        <w:t>Nordic</w:t>
      </w:r>
      <w:proofErr w:type="spellEnd"/>
      <w:r w:rsidRPr="00617073">
        <w:rPr>
          <w:lang w:val="es-ES"/>
        </w:rPr>
        <w:t xml:space="preserve"> em </w:t>
      </w:r>
      <w:proofErr w:type="spellStart"/>
      <w:r w:rsidRPr="00617073">
        <w:rPr>
          <w:lang w:val="es-ES"/>
        </w:rPr>
        <w:t>cabine</w:t>
      </w:r>
      <w:proofErr w:type="spellEnd"/>
      <w:r w:rsidRPr="00617073">
        <w:rPr>
          <w:lang w:val="es-ES"/>
        </w:rPr>
        <w:t xml:space="preserve"> dupla externa </w:t>
      </w:r>
      <w:proofErr w:type="spellStart"/>
      <w:r w:rsidRPr="00617073">
        <w:rPr>
          <w:lang w:val="es-ES"/>
        </w:rPr>
        <w:t>com</w:t>
      </w:r>
      <w:proofErr w:type="spellEnd"/>
      <w:r w:rsidRPr="00617073">
        <w:rPr>
          <w:lang w:val="es-ES"/>
        </w:rPr>
        <w:t xml:space="preserve"> </w:t>
      </w:r>
      <w:proofErr w:type="spellStart"/>
      <w:r w:rsidRPr="00617073">
        <w:rPr>
          <w:lang w:val="es-ES"/>
        </w:rPr>
        <w:t>janela</w:t>
      </w:r>
      <w:proofErr w:type="spellEnd"/>
    </w:p>
    <w:p w14:paraId="6BF3CC02" w14:textId="77777777" w:rsidR="000845AC" w:rsidRPr="00617073" w:rsidRDefault="00617073">
      <w:pPr>
        <w:pStyle w:val="Listaconvietas"/>
        <w:rPr>
          <w:lang w:val="es-ES"/>
        </w:rPr>
      </w:pPr>
      <w:r w:rsidRPr="00617073">
        <w:rPr>
          <w:lang w:val="es-ES"/>
        </w:rPr>
        <w:t xml:space="preserve">Traslados de </w:t>
      </w:r>
      <w:proofErr w:type="spellStart"/>
      <w:r w:rsidRPr="00617073">
        <w:rPr>
          <w:lang w:val="es-ES"/>
        </w:rPr>
        <w:t>chegada</w:t>
      </w:r>
      <w:proofErr w:type="spellEnd"/>
      <w:r w:rsidRPr="00617073">
        <w:rPr>
          <w:lang w:val="es-ES"/>
        </w:rPr>
        <w:t xml:space="preserve"> e partida em todas as </w:t>
      </w:r>
      <w:proofErr w:type="spellStart"/>
      <w:r w:rsidRPr="00617073">
        <w:rPr>
          <w:lang w:val="es-ES"/>
        </w:rPr>
        <w:t>cidades</w:t>
      </w:r>
      <w:proofErr w:type="spellEnd"/>
      <w:r w:rsidRPr="00617073">
        <w:rPr>
          <w:lang w:val="es-ES"/>
        </w:rPr>
        <w:t xml:space="preserve"> </w:t>
      </w:r>
      <w:proofErr w:type="spellStart"/>
      <w:r w:rsidRPr="00617073">
        <w:rPr>
          <w:lang w:val="es-ES"/>
        </w:rPr>
        <w:t>com</w:t>
      </w:r>
      <w:proofErr w:type="spellEnd"/>
      <w:r w:rsidRPr="00617073">
        <w:rPr>
          <w:lang w:val="es-ES"/>
        </w:rPr>
        <w:t xml:space="preserve"> motorista local</w:t>
      </w:r>
    </w:p>
    <w:p w14:paraId="02E647D1" w14:textId="77777777" w:rsidR="000845AC" w:rsidRPr="00617073" w:rsidRDefault="00617073">
      <w:pPr>
        <w:pStyle w:val="Listaconvietas"/>
        <w:rPr>
          <w:lang w:val="es-ES"/>
        </w:rPr>
      </w:pPr>
      <w:proofErr w:type="spellStart"/>
      <w:r w:rsidRPr="00617073">
        <w:rPr>
          <w:lang w:val="es-ES"/>
        </w:rPr>
        <w:t>Bilhetes</w:t>
      </w:r>
      <w:proofErr w:type="spellEnd"/>
      <w:r w:rsidRPr="00617073">
        <w:rPr>
          <w:lang w:val="es-ES"/>
        </w:rPr>
        <w:t xml:space="preserve"> de </w:t>
      </w:r>
      <w:proofErr w:type="spellStart"/>
      <w:r w:rsidRPr="00617073">
        <w:rPr>
          <w:lang w:val="es-ES"/>
        </w:rPr>
        <w:t>trem</w:t>
      </w:r>
      <w:proofErr w:type="spellEnd"/>
      <w:r w:rsidRPr="00617073">
        <w:rPr>
          <w:lang w:val="es-ES"/>
        </w:rPr>
        <w:t xml:space="preserve"> rápido Oslo-Estocolmo</w:t>
      </w:r>
    </w:p>
    <w:p w14:paraId="575DBD5E" w14:textId="77777777" w:rsidR="000845AC" w:rsidRDefault="00617073">
      <w:pPr>
        <w:pStyle w:val="Listaconvietas"/>
      </w:pPr>
      <w:proofErr w:type="spellStart"/>
      <w:r>
        <w:t>Serviços</w:t>
      </w:r>
      <w:proofErr w:type="spellEnd"/>
      <w:r>
        <w:t xml:space="preserve"> </w:t>
      </w:r>
      <w:proofErr w:type="spellStart"/>
      <w:r>
        <w:t>conforme</w:t>
      </w:r>
      <w:proofErr w:type="spellEnd"/>
      <w:r>
        <w:t xml:space="preserve"> o </w:t>
      </w:r>
      <w:proofErr w:type="spellStart"/>
      <w:r>
        <w:t>programa</w:t>
      </w:r>
      <w:proofErr w:type="spellEnd"/>
    </w:p>
    <w:p w14:paraId="4236B1F1" w14:textId="77777777" w:rsidR="000845AC" w:rsidRDefault="00617073">
      <w:pPr>
        <w:pStyle w:val="Listaconvietas"/>
      </w:pPr>
      <w:r>
        <w:t>Passagem aérea Oslo-Tromsø-Oslo</w:t>
      </w:r>
    </w:p>
    <w:p w14:paraId="2EF05571" w14:textId="77777777" w:rsidR="00241308" w:rsidRDefault="00617073" w:rsidP="00241308">
      <w:pPr>
        <w:pStyle w:val="Listaconvietas"/>
      </w:pPr>
      <w:r>
        <w:t xml:space="preserve">Entradas e </w:t>
      </w:r>
      <w:proofErr w:type="spellStart"/>
      <w:r>
        <w:t>experiências</w:t>
      </w:r>
      <w:proofErr w:type="spellEnd"/>
      <w:r>
        <w:t xml:space="preserve"> </w:t>
      </w:r>
      <w:proofErr w:type="spellStart"/>
      <w:r>
        <w:t>conforme</w:t>
      </w:r>
      <w:proofErr w:type="spellEnd"/>
      <w:r>
        <w:t xml:space="preserve"> </w:t>
      </w:r>
      <w:proofErr w:type="spellStart"/>
      <w:r>
        <w:t>itinerário</w:t>
      </w:r>
      <w:proofErr w:type="spellEnd"/>
    </w:p>
    <w:p w14:paraId="2C72AA68" w14:textId="3B7C69B7" w:rsidR="000845AC" w:rsidRPr="00241308" w:rsidRDefault="00241308" w:rsidP="00241308">
      <w:pPr>
        <w:pStyle w:val="Listaconvietas"/>
      </w:pPr>
      <w:r w:rsidRPr="00241308">
        <w:rPr>
          <w:lang w:val="es-ES"/>
        </w:rPr>
        <w:t xml:space="preserve">Será fornecido traje térmico para as </w:t>
      </w:r>
      <w:proofErr w:type="spellStart"/>
      <w:r w:rsidRPr="00241308">
        <w:rPr>
          <w:lang w:val="es-ES"/>
        </w:rPr>
        <w:t>atividades</w:t>
      </w:r>
      <w:proofErr w:type="spellEnd"/>
      <w:r w:rsidRPr="00241308">
        <w:rPr>
          <w:lang w:val="es-ES"/>
        </w:rPr>
        <w:t xml:space="preserve"> em Tromsø. </w:t>
      </w:r>
      <w:proofErr w:type="spellStart"/>
      <w:r w:rsidRPr="00241308">
        <w:rPr>
          <w:lang w:val="es-ES"/>
        </w:rPr>
        <w:t>Inclui</w:t>
      </w:r>
      <w:proofErr w:type="spellEnd"/>
      <w:r w:rsidRPr="00241308">
        <w:rPr>
          <w:lang w:val="es-ES"/>
        </w:rPr>
        <w:t xml:space="preserve"> botas, </w:t>
      </w:r>
      <w:proofErr w:type="spellStart"/>
      <w:r w:rsidRPr="00241308">
        <w:rPr>
          <w:lang w:val="es-ES"/>
        </w:rPr>
        <w:t>luvas</w:t>
      </w:r>
      <w:proofErr w:type="spellEnd"/>
      <w:r w:rsidRPr="00241308">
        <w:rPr>
          <w:lang w:val="es-ES"/>
        </w:rPr>
        <w:t>, gorro e traje térmico.</w:t>
      </w:r>
    </w:p>
    <w:p w14:paraId="4600307F" w14:textId="77777777" w:rsidR="000845AC" w:rsidRDefault="00617073">
      <w:pPr>
        <w:pStyle w:val="Ttulo2"/>
      </w:pPr>
      <w:r>
        <w:lastRenderedPageBreak/>
        <w:t>TARIFAS EM EUROS</w:t>
      </w:r>
    </w:p>
    <w:p w14:paraId="10515460" w14:textId="77777777" w:rsidR="000845AC" w:rsidRDefault="00617073">
      <w:r>
        <w:t>€ 4.450,– por pessoa em apto. duplo</w:t>
      </w:r>
    </w:p>
    <w:p w14:paraId="1B1EB15B" w14:textId="77777777" w:rsidR="000845AC" w:rsidRDefault="00617073">
      <w:r>
        <w:t>€ 1.900,– suplemento individual</w:t>
      </w:r>
    </w:p>
    <w:p w14:paraId="2B0EBD9C" w14:textId="2B9C2186" w:rsidR="000845AC" w:rsidRDefault="00617073">
      <w:pPr>
        <w:rPr>
          <w:lang w:val="es-ES"/>
        </w:rPr>
      </w:pPr>
      <w:r w:rsidRPr="00617073">
        <w:rPr>
          <w:lang w:val="es-ES"/>
        </w:rPr>
        <w:t xml:space="preserve">5% </w:t>
      </w:r>
      <w:proofErr w:type="spellStart"/>
      <w:r w:rsidRPr="00617073">
        <w:rPr>
          <w:lang w:val="es-ES"/>
        </w:rPr>
        <w:t>desconto</w:t>
      </w:r>
      <w:proofErr w:type="spellEnd"/>
      <w:r w:rsidRPr="00617073">
        <w:rPr>
          <w:lang w:val="es-ES"/>
        </w:rPr>
        <w:t xml:space="preserve"> para o </w:t>
      </w:r>
      <w:proofErr w:type="spellStart"/>
      <w:r w:rsidRPr="00617073">
        <w:rPr>
          <w:lang w:val="es-ES"/>
        </w:rPr>
        <w:t>terceiro</w:t>
      </w:r>
      <w:proofErr w:type="spellEnd"/>
      <w:r w:rsidRPr="00617073">
        <w:rPr>
          <w:lang w:val="es-ES"/>
        </w:rPr>
        <w:t xml:space="preserve"> </w:t>
      </w:r>
      <w:proofErr w:type="spellStart"/>
      <w:r w:rsidRPr="00617073">
        <w:rPr>
          <w:lang w:val="es-ES"/>
        </w:rPr>
        <w:t>passageiro</w:t>
      </w:r>
      <w:proofErr w:type="spellEnd"/>
      <w:r w:rsidRPr="00617073">
        <w:rPr>
          <w:lang w:val="es-ES"/>
        </w:rPr>
        <w:t xml:space="preserve"> em </w:t>
      </w:r>
      <w:proofErr w:type="spellStart"/>
      <w:r w:rsidRPr="00617073">
        <w:rPr>
          <w:lang w:val="es-ES"/>
        </w:rPr>
        <w:t>quarto</w:t>
      </w:r>
      <w:proofErr w:type="spellEnd"/>
      <w:r w:rsidRPr="00617073">
        <w:rPr>
          <w:lang w:val="es-ES"/>
        </w:rPr>
        <w:t xml:space="preserve"> </w:t>
      </w:r>
      <w:proofErr w:type="spellStart"/>
      <w:r w:rsidRPr="00617073">
        <w:rPr>
          <w:lang w:val="es-ES"/>
        </w:rPr>
        <w:t>com</w:t>
      </w:r>
      <w:proofErr w:type="spellEnd"/>
      <w:r w:rsidRPr="00617073">
        <w:rPr>
          <w:lang w:val="es-ES"/>
        </w:rPr>
        <w:t xml:space="preserve"> +2 </w:t>
      </w:r>
      <w:proofErr w:type="spellStart"/>
      <w:r w:rsidRPr="00617073">
        <w:rPr>
          <w:lang w:val="es-ES"/>
        </w:rPr>
        <w:t>pessoas</w:t>
      </w:r>
      <w:proofErr w:type="spellEnd"/>
      <w:r w:rsidRPr="00617073">
        <w:rPr>
          <w:lang w:val="es-ES"/>
        </w:rPr>
        <w:t xml:space="preserve"> (QUARTO TRIPLO).</w:t>
      </w:r>
    </w:p>
    <w:p w14:paraId="1FBED7AA" w14:textId="77777777" w:rsidR="00617073" w:rsidRPr="00617073" w:rsidRDefault="00617073">
      <w:pPr>
        <w:rPr>
          <w:lang w:val="es-ES"/>
        </w:rPr>
      </w:pPr>
    </w:p>
    <w:p w14:paraId="6F8CCE74" w14:textId="77777777" w:rsidR="000845AC" w:rsidRPr="00617073" w:rsidRDefault="00617073">
      <w:pPr>
        <w:pStyle w:val="Ttulo1"/>
        <w:rPr>
          <w:lang w:val="es-ES"/>
        </w:rPr>
      </w:pPr>
      <w:r w:rsidRPr="00617073">
        <w:rPr>
          <w:lang w:val="es-ES"/>
        </w:rPr>
        <w:t>ITINERÁRIO</w:t>
      </w:r>
    </w:p>
    <w:p w14:paraId="07D92E9B" w14:textId="77777777" w:rsidR="000845AC" w:rsidRPr="00617073" w:rsidRDefault="00617073">
      <w:pPr>
        <w:pStyle w:val="Ttulo2"/>
        <w:rPr>
          <w:lang w:val="es-ES"/>
        </w:rPr>
      </w:pPr>
      <w:r w:rsidRPr="00617073">
        <w:rPr>
          <w:lang w:val="es-ES"/>
        </w:rPr>
        <w:t>DIA 1 SEG COPENHAGUE</w:t>
      </w:r>
    </w:p>
    <w:p w14:paraId="31DDAA87" w14:textId="77777777" w:rsidR="000845AC" w:rsidRPr="00617073" w:rsidRDefault="00617073">
      <w:pPr>
        <w:rPr>
          <w:lang w:val="es-ES"/>
        </w:rPr>
      </w:pPr>
      <w:proofErr w:type="spellStart"/>
      <w:r w:rsidRPr="00617073">
        <w:rPr>
          <w:lang w:val="es-ES"/>
        </w:rPr>
        <w:t>Chegada</w:t>
      </w:r>
      <w:proofErr w:type="spellEnd"/>
      <w:r w:rsidRPr="00617073">
        <w:rPr>
          <w:lang w:val="es-ES"/>
        </w:rPr>
        <w:t xml:space="preserve"> </w:t>
      </w:r>
      <w:proofErr w:type="spellStart"/>
      <w:r w:rsidRPr="00617073">
        <w:rPr>
          <w:lang w:val="es-ES"/>
        </w:rPr>
        <w:t>ao</w:t>
      </w:r>
      <w:proofErr w:type="spellEnd"/>
      <w:r w:rsidRPr="00617073">
        <w:rPr>
          <w:lang w:val="es-ES"/>
        </w:rPr>
        <w:t xml:space="preserve"> </w:t>
      </w:r>
      <w:proofErr w:type="spellStart"/>
      <w:r w:rsidRPr="00617073">
        <w:rPr>
          <w:lang w:val="es-ES"/>
        </w:rPr>
        <w:t>aeroporto</w:t>
      </w:r>
      <w:proofErr w:type="spellEnd"/>
      <w:r w:rsidRPr="00617073">
        <w:rPr>
          <w:lang w:val="es-ES"/>
        </w:rPr>
        <w:t xml:space="preserve">, traslado para o hotel e </w:t>
      </w:r>
      <w:proofErr w:type="spellStart"/>
      <w:r w:rsidRPr="00617073">
        <w:rPr>
          <w:lang w:val="es-ES"/>
        </w:rPr>
        <w:t>acomodação</w:t>
      </w:r>
      <w:proofErr w:type="spellEnd"/>
      <w:r w:rsidRPr="00617073">
        <w:rPr>
          <w:lang w:val="es-ES"/>
        </w:rPr>
        <w:t xml:space="preserve">. O </w:t>
      </w:r>
      <w:proofErr w:type="spellStart"/>
      <w:r w:rsidRPr="00617073">
        <w:rPr>
          <w:lang w:val="es-ES"/>
        </w:rPr>
        <w:t>guia</w:t>
      </w:r>
      <w:proofErr w:type="spellEnd"/>
      <w:r w:rsidRPr="00617073">
        <w:rPr>
          <w:lang w:val="es-ES"/>
        </w:rPr>
        <w:t xml:space="preserve"> estará no Hotel a partir das 18h30.</w:t>
      </w:r>
    </w:p>
    <w:p w14:paraId="1FE3DC0E" w14:textId="77777777" w:rsidR="000845AC" w:rsidRPr="00617073" w:rsidRDefault="000845AC">
      <w:pPr>
        <w:rPr>
          <w:lang w:val="es-ES"/>
        </w:rPr>
      </w:pPr>
    </w:p>
    <w:p w14:paraId="037DC4DB" w14:textId="77777777" w:rsidR="000845AC" w:rsidRPr="00617073" w:rsidRDefault="00617073">
      <w:pPr>
        <w:pStyle w:val="Ttulo2"/>
        <w:rPr>
          <w:lang w:val="es-ES"/>
        </w:rPr>
      </w:pPr>
      <w:r w:rsidRPr="00617073">
        <w:rPr>
          <w:lang w:val="es-ES"/>
        </w:rPr>
        <w:t>DIA 2 TER COPENHAGUE</w:t>
      </w:r>
    </w:p>
    <w:p w14:paraId="0AF5A8C7" w14:textId="77777777" w:rsidR="000845AC" w:rsidRPr="00617073" w:rsidRDefault="00617073">
      <w:pPr>
        <w:rPr>
          <w:lang w:val="es-ES"/>
        </w:rPr>
      </w:pPr>
      <w:r w:rsidRPr="00617073">
        <w:rPr>
          <w:lang w:val="es-ES"/>
        </w:rPr>
        <w:t xml:space="preserve">Café da </w:t>
      </w:r>
      <w:proofErr w:type="spellStart"/>
      <w:r w:rsidRPr="00617073">
        <w:rPr>
          <w:lang w:val="es-ES"/>
        </w:rPr>
        <w:t>manhã</w:t>
      </w:r>
      <w:proofErr w:type="spellEnd"/>
      <w:r w:rsidRPr="00617073">
        <w:rPr>
          <w:lang w:val="es-ES"/>
        </w:rPr>
        <w:t xml:space="preserve"> e visita </w:t>
      </w:r>
      <w:proofErr w:type="spellStart"/>
      <w:r w:rsidRPr="00617073">
        <w:rPr>
          <w:lang w:val="es-ES"/>
        </w:rPr>
        <w:t>panorâmica</w:t>
      </w:r>
      <w:proofErr w:type="spellEnd"/>
      <w:r w:rsidRPr="00617073">
        <w:rPr>
          <w:lang w:val="es-ES"/>
        </w:rPr>
        <w:t xml:space="preserve"> da </w:t>
      </w:r>
      <w:proofErr w:type="spellStart"/>
      <w:r w:rsidRPr="00617073">
        <w:rPr>
          <w:lang w:val="es-ES"/>
        </w:rPr>
        <w:t>cidade</w:t>
      </w:r>
      <w:proofErr w:type="spellEnd"/>
      <w:r w:rsidRPr="00617073">
        <w:rPr>
          <w:lang w:val="es-ES"/>
        </w:rPr>
        <w:t xml:space="preserve">, </w:t>
      </w:r>
      <w:proofErr w:type="spellStart"/>
      <w:r w:rsidRPr="00617073">
        <w:rPr>
          <w:lang w:val="es-ES"/>
        </w:rPr>
        <w:t>percorrendo</w:t>
      </w:r>
      <w:proofErr w:type="spellEnd"/>
      <w:r w:rsidRPr="00617073">
        <w:rPr>
          <w:lang w:val="es-ES"/>
        </w:rPr>
        <w:t xml:space="preserve"> </w:t>
      </w:r>
      <w:proofErr w:type="spellStart"/>
      <w:r w:rsidRPr="00617073">
        <w:rPr>
          <w:lang w:val="es-ES"/>
        </w:rPr>
        <w:t>seus</w:t>
      </w:r>
      <w:proofErr w:type="spellEnd"/>
      <w:r w:rsidRPr="00617073">
        <w:rPr>
          <w:lang w:val="es-ES"/>
        </w:rPr>
        <w:t xml:space="preserve"> </w:t>
      </w:r>
      <w:proofErr w:type="spellStart"/>
      <w:r w:rsidRPr="00617073">
        <w:rPr>
          <w:lang w:val="es-ES"/>
        </w:rPr>
        <w:t>principais</w:t>
      </w:r>
      <w:proofErr w:type="spellEnd"/>
      <w:r w:rsidRPr="00617073">
        <w:rPr>
          <w:lang w:val="es-ES"/>
        </w:rPr>
        <w:t xml:space="preserve"> monumentos e </w:t>
      </w:r>
      <w:proofErr w:type="spellStart"/>
      <w:r w:rsidRPr="00617073">
        <w:rPr>
          <w:lang w:val="es-ES"/>
        </w:rPr>
        <w:t>locais</w:t>
      </w:r>
      <w:proofErr w:type="spellEnd"/>
      <w:r w:rsidRPr="00617073">
        <w:rPr>
          <w:lang w:val="es-ES"/>
        </w:rPr>
        <w:t xml:space="preserve"> históricos, como a </w:t>
      </w:r>
      <w:proofErr w:type="spellStart"/>
      <w:r w:rsidRPr="00617073">
        <w:rPr>
          <w:lang w:val="es-ES"/>
        </w:rPr>
        <w:t>Praça</w:t>
      </w:r>
      <w:proofErr w:type="spellEnd"/>
      <w:r w:rsidRPr="00617073">
        <w:rPr>
          <w:lang w:val="es-ES"/>
        </w:rPr>
        <w:t xml:space="preserve"> da </w:t>
      </w:r>
      <w:proofErr w:type="spellStart"/>
      <w:r w:rsidRPr="00617073">
        <w:rPr>
          <w:lang w:val="es-ES"/>
        </w:rPr>
        <w:t>Prefeitura</w:t>
      </w:r>
      <w:proofErr w:type="spellEnd"/>
      <w:r w:rsidRPr="00617073">
        <w:rPr>
          <w:lang w:val="es-ES"/>
        </w:rPr>
        <w:t xml:space="preserve">, o </w:t>
      </w:r>
      <w:proofErr w:type="spellStart"/>
      <w:r w:rsidRPr="00617073">
        <w:rPr>
          <w:lang w:val="es-ES"/>
        </w:rPr>
        <w:t>Palácio</w:t>
      </w:r>
      <w:proofErr w:type="spellEnd"/>
      <w:r w:rsidRPr="00617073">
        <w:rPr>
          <w:lang w:val="es-ES"/>
        </w:rPr>
        <w:t xml:space="preserve"> de </w:t>
      </w:r>
      <w:proofErr w:type="spellStart"/>
      <w:r w:rsidRPr="00617073">
        <w:rPr>
          <w:lang w:val="es-ES"/>
        </w:rPr>
        <w:t>Christiansborg</w:t>
      </w:r>
      <w:proofErr w:type="spellEnd"/>
      <w:r w:rsidRPr="00617073">
        <w:rPr>
          <w:lang w:val="es-ES"/>
        </w:rPr>
        <w:t xml:space="preserve"> (</w:t>
      </w:r>
      <w:proofErr w:type="spellStart"/>
      <w:r w:rsidRPr="00617073">
        <w:rPr>
          <w:lang w:val="es-ES"/>
        </w:rPr>
        <w:t>atual</w:t>
      </w:r>
      <w:proofErr w:type="spellEnd"/>
      <w:r w:rsidRPr="00617073">
        <w:rPr>
          <w:lang w:val="es-ES"/>
        </w:rPr>
        <w:t xml:space="preserve"> sede do Parlamento), a </w:t>
      </w:r>
      <w:proofErr w:type="spellStart"/>
      <w:r w:rsidRPr="00617073">
        <w:rPr>
          <w:lang w:val="es-ES"/>
        </w:rPr>
        <w:t>Fonte</w:t>
      </w:r>
      <w:proofErr w:type="spellEnd"/>
      <w:r w:rsidRPr="00617073">
        <w:rPr>
          <w:lang w:val="es-ES"/>
        </w:rPr>
        <w:t xml:space="preserve"> da </w:t>
      </w:r>
      <w:proofErr w:type="spellStart"/>
      <w:r w:rsidRPr="00617073">
        <w:rPr>
          <w:lang w:val="es-ES"/>
        </w:rPr>
        <w:t>deusa</w:t>
      </w:r>
      <w:proofErr w:type="spellEnd"/>
      <w:r w:rsidRPr="00617073">
        <w:rPr>
          <w:lang w:val="es-ES"/>
        </w:rPr>
        <w:t xml:space="preserve"> </w:t>
      </w:r>
      <w:proofErr w:type="spellStart"/>
      <w:r w:rsidRPr="00617073">
        <w:rPr>
          <w:lang w:val="es-ES"/>
        </w:rPr>
        <w:t>Gefion</w:t>
      </w:r>
      <w:proofErr w:type="spellEnd"/>
      <w:r w:rsidRPr="00617073">
        <w:rPr>
          <w:lang w:val="es-ES"/>
        </w:rPr>
        <w:t xml:space="preserve"> e o porto </w:t>
      </w:r>
      <w:proofErr w:type="spellStart"/>
      <w:r w:rsidRPr="00617073">
        <w:rPr>
          <w:lang w:val="es-ES"/>
        </w:rPr>
        <w:t>Nyhavn</w:t>
      </w:r>
      <w:proofErr w:type="spellEnd"/>
      <w:r w:rsidRPr="00617073">
        <w:rPr>
          <w:lang w:val="es-ES"/>
        </w:rPr>
        <w:t xml:space="preserve">, </w:t>
      </w:r>
      <w:proofErr w:type="spellStart"/>
      <w:r w:rsidRPr="00617073">
        <w:rPr>
          <w:lang w:val="es-ES"/>
        </w:rPr>
        <w:t>com</w:t>
      </w:r>
      <w:proofErr w:type="spellEnd"/>
      <w:r w:rsidRPr="00617073">
        <w:rPr>
          <w:lang w:val="es-ES"/>
        </w:rPr>
        <w:t xml:space="preserve"> </w:t>
      </w:r>
      <w:proofErr w:type="spellStart"/>
      <w:r w:rsidRPr="00617073">
        <w:rPr>
          <w:lang w:val="es-ES"/>
        </w:rPr>
        <w:t>suas</w:t>
      </w:r>
      <w:proofErr w:type="spellEnd"/>
      <w:r w:rsidRPr="00617073">
        <w:rPr>
          <w:lang w:val="es-ES"/>
        </w:rPr>
        <w:t xml:space="preserve"> </w:t>
      </w:r>
      <w:proofErr w:type="spellStart"/>
      <w:r w:rsidRPr="00617073">
        <w:rPr>
          <w:lang w:val="es-ES"/>
        </w:rPr>
        <w:t>pitorescas</w:t>
      </w:r>
      <w:proofErr w:type="spellEnd"/>
      <w:r w:rsidRPr="00617073">
        <w:rPr>
          <w:lang w:val="es-ES"/>
        </w:rPr>
        <w:t xml:space="preserve"> e coloridas casas do </w:t>
      </w:r>
      <w:proofErr w:type="spellStart"/>
      <w:r w:rsidRPr="00617073">
        <w:rPr>
          <w:lang w:val="es-ES"/>
        </w:rPr>
        <w:t>século</w:t>
      </w:r>
      <w:proofErr w:type="spellEnd"/>
      <w:r w:rsidRPr="00617073">
        <w:rPr>
          <w:lang w:val="es-ES"/>
        </w:rPr>
        <w:t xml:space="preserve"> XVII. E, claro, o símbolo da </w:t>
      </w:r>
      <w:proofErr w:type="spellStart"/>
      <w:r w:rsidRPr="00617073">
        <w:rPr>
          <w:lang w:val="es-ES"/>
        </w:rPr>
        <w:t>cidade</w:t>
      </w:r>
      <w:proofErr w:type="spellEnd"/>
      <w:r w:rsidRPr="00617073">
        <w:rPr>
          <w:lang w:val="es-ES"/>
        </w:rPr>
        <w:t xml:space="preserve">: a famosa </w:t>
      </w:r>
      <w:proofErr w:type="spellStart"/>
      <w:r w:rsidRPr="00617073">
        <w:rPr>
          <w:lang w:val="es-ES"/>
        </w:rPr>
        <w:t>Pequena</w:t>
      </w:r>
      <w:proofErr w:type="spellEnd"/>
      <w:r w:rsidRPr="00617073">
        <w:rPr>
          <w:lang w:val="es-ES"/>
        </w:rPr>
        <w:t xml:space="preserve"> </w:t>
      </w:r>
      <w:proofErr w:type="spellStart"/>
      <w:r w:rsidRPr="00617073">
        <w:rPr>
          <w:lang w:val="es-ES"/>
        </w:rPr>
        <w:t>Sereia</w:t>
      </w:r>
      <w:proofErr w:type="spellEnd"/>
      <w:r w:rsidRPr="00617073">
        <w:rPr>
          <w:lang w:val="es-ES"/>
        </w:rPr>
        <w:t xml:space="preserve">. Opcionalmente, </w:t>
      </w:r>
      <w:proofErr w:type="spellStart"/>
      <w:r w:rsidRPr="00617073">
        <w:rPr>
          <w:lang w:val="es-ES"/>
        </w:rPr>
        <w:t>poderemos</w:t>
      </w:r>
      <w:proofErr w:type="spellEnd"/>
      <w:r w:rsidRPr="00617073">
        <w:rPr>
          <w:lang w:val="es-ES"/>
        </w:rPr>
        <w:t xml:space="preserve"> visitar o majestoso Castelo Real de Frederiksborg, no norte da </w:t>
      </w:r>
      <w:proofErr w:type="spellStart"/>
      <w:r w:rsidRPr="00617073">
        <w:rPr>
          <w:lang w:val="es-ES"/>
        </w:rPr>
        <w:t>Zelândia</w:t>
      </w:r>
      <w:proofErr w:type="spellEnd"/>
      <w:r w:rsidRPr="00617073">
        <w:rPr>
          <w:lang w:val="es-ES"/>
        </w:rPr>
        <w:t xml:space="preserve">. Tarde </w:t>
      </w:r>
      <w:proofErr w:type="spellStart"/>
      <w:r w:rsidRPr="00617073">
        <w:rPr>
          <w:lang w:val="es-ES"/>
        </w:rPr>
        <w:t>livre</w:t>
      </w:r>
      <w:proofErr w:type="spellEnd"/>
      <w:r w:rsidRPr="00617073">
        <w:rPr>
          <w:lang w:val="es-ES"/>
        </w:rPr>
        <w:t xml:space="preserve"> e </w:t>
      </w:r>
      <w:proofErr w:type="spellStart"/>
      <w:r w:rsidRPr="00617073">
        <w:rPr>
          <w:lang w:val="es-ES"/>
        </w:rPr>
        <w:t>hospedagem</w:t>
      </w:r>
      <w:proofErr w:type="spellEnd"/>
      <w:r w:rsidRPr="00617073">
        <w:rPr>
          <w:lang w:val="es-ES"/>
        </w:rPr>
        <w:t>.</w:t>
      </w:r>
    </w:p>
    <w:p w14:paraId="0D589C02" w14:textId="77777777" w:rsidR="000845AC" w:rsidRPr="00617073" w:rsidRDefault="000845AC">
      <w:pPr>
        <w:rPr>
          <w:lang w:val="es-ES"/>
        </w:rPr>
      </w:pPr>
    </w:p>
    <w:p w14:paraId="1B65B7AB" w14:textId="77777777" w:rsidR="000845AC" w:rsidRPr="00617073" w:rsidRDefault="00617073">
      <w:pPr>
        <w:pStyle w:val="Ttulo2"/>
        <w:rPr>
          <w:lang w:val="es-ES"/>
        </w:rPr>
      </w:pPr>
      <w:r w:rsidRPr="00617073">
        <w:rPr>
          <w:lang w:val="es-ES"/>
        </w:rPr>
        <w:t>DIA 3 QUA COPENHAGUE - CRUZEIRO DFDS - OSLO</w:t>
      </w:r>
    </w:p>
    <w:p w14:paraId="4FAC6EF9" w14:textId="70F8F086" w:rsidR="000845AC" w:rsidRDefault="00617073">
      <w:pPr>
        <w:rPr>
          <w:lang w:val="es-ES"/>
        </w:rPr>
      </w:pPr>
      <w:r w:rsidRPr="00617073">
        <w:rPr>
          <w:lang w:val="es-ES"/>
        </w:rPr>
        <w:t xml:space="preserve">Café da </w:t>
      </w:r>
      <w:proofErr w:type="spellStart"/>
      <w:r w:rsidRPr="00617073">
        <w:rPr>
          <w:lang w:val="es-ES"/>
        </w:rPr>
        <w:t>manhã</w:t>
      </w:r>
      <w:proofErr w:type="spellEnd"/>
      <w:r w:rsidRPr="00617073">
        <w:rPr>
          <w:lang w:val="es-ES"/>
        </w:rPr>
        <w:t xml:space="preserve"> e tempo </w:t>
      </w:r>
      <w:proofErr w:type="spellStart"/>
      <w:r w:rsidRPr="00617073">
        <w:rPr>
          <w:lang w:val="es-ES"/>
        </w:rPr>
        <w:t>livre</w:t>
      </w:r>
      <w:proofErr w:type="spellEnd"/>
      <w:r w:rsidRPr="00617073">
        <w:rPr>
          <w:lang w:val="es-ES"/>
        </w:rPr>
        <w:t xml:space="preserve"> até as 15:00 h, traslado </w:t>
      </w:r>
      <w:proofErr w:type="spellStart"/>
      <w:r w:rsidRPr="00617073">
        <w:rPr>
          <w:lang w:val="es-ES"/>
        </w:rPr>
        <w:t>ao</w:t>
      </w:r>
      <w:proofErr w:type="spellEnd"/>
      <w:r w:rsidRPr="00617073">
        <w:rPr>
          <w:lang w:val="es-ES"/>
        </w:rPr>
        <w:t xml:space="preserve"> porto, onde embarcaremos no cruzeiro DFDS </w:t>
      </w:r>
      <w:proofErr w:type="spellStart"/>
      <w:r w:rsidRPr="00617073">
        <w:rPr>
          <w:lang w:val="es-ES"/>
        </w:rPr>
        <w:t>com</w:t>
      </w:r>
      <w:proofErr w:type="spellEnd"/>
      <w:r w:rsidRPr="00617073">
        <w:rPr>
          <w:lang w:val="es-ES"/>
        </w:rPr>
        <w:t xml:space="preserve"> destino a Oslo. O </w:t>
      </w:r>
      <w:proofErr w:type="spellStart"/>
      <w:r w:rsidRPr="00617073">
        <w:rPr>
          <w:lang w:val="es-ES"/>
        </w:rPr>
        <w:t>navio</w:t>
      </w:r>
      <w:proofErr w:type="spellEnd"/>
      <w:r w:rsidRPr="00617073">
        <w:rPr>
          <w:lang w:val="es-ES"/>
        </w:rPr>
        <w:t xml:space="preserve"> conta </w:t>
      </w:r>
      <w:proofErr w:type="spellStart"/>
      <w:r w:rsidRPr="00617073">
        <w:rPr>
          <w:lang w:val="es-ES"/>
        </w:rPr>
        <w:t>com</w:t>
      </w:r>
      <w:proofErr w:type="spellEnd"/>
      <w:r w:rsidRPr="00617073">
        <w:rPr>
          <w:lang w:val="es-ES"/>
        </w:rPr>
        <w:t xml:space="preserve"> diferentes tipos de restaurantes, bar, </w:t>
      </w:r>
      <w:proofErr w:type="spellStart"/>
      <w:r w:rsidRPr="00617073">
        <w:rPr>
          <w:lang w:val="es-ES"/>
        </w:rPr>
        <w:t>lojas</w:t>
      </w:r>
      <w:proofErr w:type="spellEnd"/>
      <w:r w:rsidRPr="00617073">
        <w:rPr>
          <w:lang w:val="es-ES"/>
        </w:rPr>
        <w:t xml:space="preserve">, discoteca e wifi. </w:t>
      </w:r>
      <w:proofErr w:type="spellStart"/>
      <w:r w:rsidRPr="00617073">
        <w:rPr>
          <w:lang w:val="es-ES"/>
        </w:rPr>
        <w:t>Hospedagem</w:t>
      </w:r>
      <w:proofErr w:type="spellEnd"/>
      <w:r w:rsidRPr="00617073">
        <w:rPr>
          <w:lang w:val="es-ES"/>
        </w:rPr>
        <w:t xml:space="preserve"> em </w:t>
      </w:r>
      <w:proofErr w:type="spellStart"/>
      <w:r w:rsidRPr="00617073">
        <w:rPr>
          <w:lang w:val="es-ES"/>
        </w:rPr>
        <w:t>cabine</w:t>
      </w:r>
      <w:proofErr w:type="spellEnd"/>
      <w:r w:rsidRPr="00617073">
        <w:rPr>
          <w:lang w:val="es-ES"/>
        </w:rPr>
        <w:t xml:space="preserve"> externa </w:t>
      </w:r>
      <w:proofErr w:type="spellStart"/>
      <w:r w:rsidRPr="00617073">
        <w:rPr>
          <w:lang w:val="es-ES"/>
        </w:rPr>
        <w:t>com</w:t>
      </w:r>
      <w:proofErr w:type="spellEnd"/>
      <w:r w:rsidRPr="00617073">
        <w:rPr>
          <w:lang w:val="es-ES"/>
        </w:rPr>
        <w:t xml:space="preserve"> </w:t>
      </w:r>
      <w:proofErr w:type="spellStart"/>
      <w:r w:rsidRPr="00617073">
        <w:rPr>
          <w:lang w:val="es-ES"/>
        </w:rPr>
        <w:t>janela</w:t>
      </w:r>
      <w:proofErr w:type="spellEnd"/>
      <w:r w:rsidRPr="00617073">
        <w:rPr>
          <w:lang w:val="es-ES"/>
        </w:rPr>
        <w:t xml:space="preserve">. </w:t>
      </w:r>
      <w:proofErr w:type="spellStart"/>
      <w:r w:rsidRPr="00617073">
        <w:rPr>
          <w:lang w:val="es-ES"/>
        </w:rPr>
        <w:t>Jantar</w:t>
      </w:r>
      <w:proofErr w:type="spellEnd"/>
      <w:r w:rsidRPr="00617073">
        <w:rPr>
          <w:lang w:val="es-ES"/>
        </w:rPr>
        <w:t xml:space="preserve"> buffet a bordo.</w:t>
      </w:r>
    </w:p>
    <w:p w14:paraId="193042A3" w14:textId="77777777" w:rsidR="0048757C" w:rsidRPr="00617073" w:rsidRDefault="0048757C">
      <w:pPr>
        <w:rPr>
          <w:lang w:val="es-ES"/>
        </w:rPr>
      </w:pPr>
    </w:p>
    <w:p w14:paraId="252A27A4" w14:textId="77777777" w:rsidR="000845AC" w:rsidRPr="00617073" w:rsidRDefault="00617073">
      <w:pPr>
        <w:pStyle w:val="Ttulo2"/>
        <w:rPr>
          <w:lang w:val="es-ES"/>
        </w:rPr>
      </w:pPr>
      <w:r w:rsidRPr="00617073">
        <w:rPr>
          <w:lang w:val="es-ES"/>
        </w:rPr>
        <w:t>DIA 4 QUI OSLO</w:t>
      </w:r>
    </w:p>
    <w:p w14:paraId="5D3F889B" w14:textId="77777777" w:rsidR="000845AC" w:rsidRPr="00617073" w:rsidRDefault="00617073">
      <w:pPr>
        <w:rPr>
          <w:lang w:val="es-ES"/>
        </w:rPr>
      </w:pPr>
      <w:r w:rsidRPr="00617073">
        <w:rPr>
          <w:lang w:val="es-ES"/>
        </w:rPr>
        <w:t xml:space="preserve">Café da </w:t>
      </w:r>
      <w:proofErr w:type="spellStart"/>
      <w:r w:rsidRPr="00617073">
        <w:rPr>
          <w:lang w:val="es-ES"/>
        </w:rPr>
        <w:t>manhã</w:t>
      </w:r>
      <w:proofErr w:type="spellEnd"/>
      <w:r w:rsidRPr="00617073">
        <w:rPr>
          <w:lang w:val="es-ES"/>
        </w:rPr>
        <w:t xml:space="preserve"> a bordo e </w:t>
      </w:r>
      <w:proofErr w:type="spellStart"/>
      <w:r w:rsidRPr="00617073">
        <w:rPr>
          <w:lang w:val="es-ES"/>
        </w:rPr>
        <w:t>chegada</w:t>
      </w:r>
      <w:proofErr w:type="spellEnd"/>
      <w:r w:rsidRPr="00617073">
        <w:rPr>
          <w:lang w:val="es-ES"/>
        </w:rPr>
        <w:t xml:space="preserve"> a Oslo </w:t>
      </w:r>
      <w:proofErr w:type="spellStart"/>
      <w:r w:rsidRPr="00617073">
        <w:rPr>
          <w:lang w:val="es-ES"/>
        </w:rPr>
        <w:t>às</w:t>
      </w:r>
      <w:proofErr w:type="spellEnd"/>
      <w:r w:rsidRPr="00617073">
        <w:rPr>
          <w:lang w:val="es-ES"/>
        </w:rPr>
        <w:t xml:space="preserve"> 09:30 h. Desembarque e visita da "capital </w:t>
      </w:r>
      <w:proofErr w:type="spellStart"/>
      <w:r w:rsidRPr="00617073">
        <w:rPr>
          <w:lang w:val="es-ES"/>
        </w:rPr>
        <w:t>viking</w:t>
      </w:r>
      <w:proofErr w:type="spellEnd"/>
      <w:r w:rsidRPr="00617073">
        <w:rPr>
          <w:lang w:val="es-ES"/>
        </w:rPr>
        <w:t xml:space="preserve">", situada </w:t>
      </w:r>
      <w:proofErr w:type="spellStart"/>
      <w:r w:rsidRPr="00617073">
        <w:rPr>
          <w:lang w:val="es-ES"/>
        </w:rPr>
        <w:t>ao</w:t>
      </w:r>
      <w:proofErr w:type="spellEnd"/>
      <w:r w:rsidRPr="00617073">
        <w:rPr>
          <w:lang w:val="es-ES"/>
        </w:rPr>
        <w:t xml:space="preserve"> fundo do </w:t>
      </w:r>
      <w:proofErr w:type="spellStart"/>
      <w:r w:rsidRPr="00617073">
        <w:rPr>
          <w:lang w:val="es-ES"/>
        </w:rPr>
        <w:t>fiorde</w:t>
      </w:r>
      <w:proofErr w:type="spellEnd"/>
      <w:r w:rsidRPr="00617073">
        <w:rPr>
          <w:lang w:val="es-ES"/>
        </w:rPr>
        <w:t xml:space="preserve"> </w:t>
      </w:r>
      <w:proofErr w:type="spellStart"/>
      <w:r w:rsidRPr="00617073">
        <w:rPr>
          <w:lang w:val="es-ES"/>
        </w:rPr>
        <w:t>homônimo</w:t>
      </w:r>
      <w:proofErr w:type="spellEnd"/>
      <w:r w:rsidRPr="00617073">
        <w:rPr>
          <w:lang w:val="es-ES"/>
        </w:rPr>
        <w:t xml:space="preserve">, </w:t>
      </w:r>
      <w:proofErr w:type="spellStart"/>
      <w:r w:rsidRPr="00617073">
        <w:rPr>
          <w:lang w:val="es-ES"/>
        </w:rPr>
        <w:t>passando</w:t>
      </w:r>
      <w:proofErr w:type="spellEnd"/>
      <w:r w:rsidRPr="00617073">
        <w:rPr>
          <w:lang w:val="es-ES"/>
        </w:rPr>
        <w:t xml:space="preserve"> pela </w:t>
      </w:r>
      <w:proofErr w:type="spellStart"/>
      <w:r w:rsidRPr="00617073">
        <w:rPr>
          <w:lang w:val="es-ES"/>
        </w:rPr>
        <w:t>Prefeitura</w:t>
      </w:r>
      <w:proofErr w:type="spellEnd"/>
      <w:r w:rsidRPr="00617073">
        <w:rPr>
          <w:lang w:val="es-ES"/>
        </w:rPr>
        <w:t xml:space="preserve">, o Castelo de Akershus, o </w:t>
      </w:r>
      <w:proofErr w:type="spellStart"/>
      <w:r w:rsidRPr="00617073">
        <w:rPr>
          <w:lang w:val="es-ES"/>
        </w:rPr>
        <w:t>Palácio</w:t>
      </w:r>
      <w:proofErr w:type="spellEnd"/>
      <w:r w:rsidRPr="00617073">
        <w:rPr>
          <w:lang w:val="es-ES"/>
        </w:rPr>
        <w:t xml:space="preserve"> Real, o Parlamento e o Parque </w:t>
      </w:r>
      <w:proofErr w:type="spellStart"/>
      <w:r w:rsidRPr="00617073">
        <w:rPr>
          <w:lang w:val="es-ES"/>
        </w:rPr>
        <w:t>Vigeland</w:t>
      </w:r>
      <w:proofErr w:type="spellEnd"/>
      <w:r w:rsidRPr="00617073">
        <w:rPr>
          <w:lang w:val="es-ES"/>
        </w:rPr>
        <w:t xml:space="preserve">, </w:t>
      </w:r>
      <w:proofErr w:type="spellStart"/>
      <w:r w:rsidRPr="00617073">
        <w:rPr>
          <w:lang w:val="es-ES"/>
        </w:rPr>
        <w:t>com</w:t>
      </w:r>
      <w:proofErr w:type="spellEnd"/>
      <w:r w:rsidRPr="00617073">
        <w:rPr>
          <w:lang w:val="es-ES"/>
        </w:rPr>
        <w:t xml:space="preserve"> as famosas </w:t>
      </w:r>
      <w:r w:rsidRPr="00617073">
        <w:rPr>
          <w:lang w:val="es-ES"/>
        </w:rPr>
        <w:lastRenderedPageBreak/>
        <w:t xml:space="preserve">esculturas de </w:t>
      </w:r>
      <w:proofErr w:type="spellStart"/>
      <w:r w:rsidRPr="00617073">
        <w:rPr>
          <w:lang w:val="es-ES"/>
        </w:rPr>
        <w:t>bronze</w:t>
      </w:r>
      <w:proofErr w:type="spellEnd"/>
      <w:r w:rsidRPr="00617073">
        <w:rPr>
          <w:lang w:val="es-ES"/>
        </w:rPr>
        <w:t xml:space="preserve"> de Gustav </w:t>
      </w:r>
      <w:proofErr w:type="spellStart"/>
      <w:r w:rsidRPr="00617073">
        <w:rPr>
          <w:lang w:val="es-ES"/>
        </w:rPr>
        <w:t>Vigeland</w:t>
      </w:r>
      <w:proofErr w:type="spellEnd"/>
      <w:r w:rsidRPr="00617073">
        <w:rPr>
          <w:lang w:val="es-ES"/>
        </w:rPr>
        <w:t xml:space="preserve"> que </w:t>
      </w:r>
      <w:proofErr w:type="spellStart"/>
      <w:r w:rsidRPr="00617073">
        <w:rPr>
          <w:lang w:val="es-ES"/>
        </w:rPr>
        <w:t>simbolizam</w:t>
      </w:r>
      <w:proofErr w:type="spellEnd"/>
      <w:r w:rsidRPr="00617073">
        <w:rPr>
          <w:lang w:val="es-ES"/>
        </w:rPr>
        <w:t xml:space="preserve"> o ciclo da vida do ser humano, </w:t>
      </w:r>
      <w:proofErr w:type="spellStart"/>
      <w:r w:rsidRPr="00617073">
        <w:rPr>
          <w:lang w:val="es-ES"/>
        </w:rPr>
        <w:t>assim</w:t>
      </w:r>
      <w:proofErr w:type="spellEnd"/>
      <w:r w:rsidRPr="00617073">
        <w:rPr>
          <w:lang w:val="es-ES"/>
        </w:rPr>
        <w:t xml:space="preserve"> como o grande </w:t>
      </w:r>
      <w:proofErr w:type="spellStart"/>
      <w:r w:rsidRPr="00617073">
        <w:rPr>
          <w:lang w:val="es-ES"/>
        </w:rPr>
        <w:t>monólito</w:t>
      </w:r>
      <w:proofErr w:type="spellEnd"/>
      <w:r w:rsidRPr="00617073">
        <w:rPr>
          <w:lang w:val="es-ES"/>
        </w:rPr>
        <w:t xml:space="preserve"> </w:t>
      </w:r>
      <w:proofErr w:type="spellStart"/>
      <w:r w:rsidRPr="00617073">
        <w:rPr>
          <w:lang w:val="es-ES"/>
        </w:rPr>
        <w:t>com</w:t>
      </w:r>
      <w:proofErr w:type="spellEnd"/>
      <w:r w:rsidRPr="00617073">
        <w:rPr>
          <w:lang w:val="es-ES"/>
        </w:rPr>
        <w:t xml:space="preserve"> </w:t>
      </w:r>
      <w:proofErr w:type="spellStart"/>
      <w:r w:rsidRPr="00617073">
        <w:rPr>
          <w:lang w:val="es-ES"/>
        </w:rPr>
        <w:t>seus</w:t>
      </w:r>
      <w:proofErr w:type="spellEnd"/>
      <w:r w:rsidRPr="00617073">
        <w:rPr>
          <w:lang w:val="es-ES"/>
        </w:rPr>
        <w:t xml:space="preserve"> 121 </w:t>
      </w:r>
      <w:proofErr w:type="spellStart"/>
      <w:r w:rsidRPr="00617073">
        <w:rPr>
          <w:lang w:val="es-ES"/>
        </w:rPr>
        <w:t>corpos</w:t>
      </w:r>
      <w:proofErr w:type="spellEnd"/>
      <w:r w:rsidRPr="00617073">
        <w:rPr>
          <w:lang w:val="es-ES"/>
        </w:rPr>
        <w:t xml:space="preserve"> </w:t>
      </w:r>
      <w:proofErr w:type="spellStart"/>
      <w:r w:rsidRPr="00617073">
        <w:rPr>
          <w:lang w:val="es-ES"/>
        </w:rPr>
        <w:t>entrelaçados</w:t>
      </w:r>
      <w:proofErr w:type="spellEnd"/>
      <w:r w:rsidRPr="00617073">
        <w:rPr>
          <w:lang w:val="es-ES"/>
        </w:rPr>
        <w:t xml:space="preserve">. Tarde </w:t>
      </w:r>
      <w:proofErr w:type="spellStart"/>
      <w:r w:rsidRPr="00617073">
        <w:rPr>
          <w:lang w:val="es-ES"/>
        </w:rPr>
        <w:t>livre</w:t>
      </w:r>
      <w:proofErr w:type="spellEnd"/>
      <w:r w:rsidRPr="00617073">
        <w:rPr>
          <w:lang w:val="es-ES"/>
        </w:rPr>
        <w:t xml:space="preserve"> para </w:t>
      </w:r>
      <w:proofErr w:type="spellStart"/>
      <w:r w:rsidRPr="00617073">
        <w:rPr>
          <w:lang w:val="es-ES"/>
        </w:rPr>
        <w:t>passear</w:t>
      </w:r>
      <w:proofErr w:type="spellEnd"/>
      <w:r w:rsidRPr="00617073">
        <w:rPr>
          <w:lang w:val="es-ES"/>
        </w:rPr>
        <w:t xml:space="preserve"> pelo animado distrito de </w:t>
      </w:r>
      <w:proofErr w:type="spellStart"/>
      <w:r w:rsidRPr="00617073">
        <w:rPr>
          <w:lang w:val="es-ES"/>
        </w:rPr>
        <w:t>Aker</w:t>
      </w:r>
      <w:proofErr w:type="spellEnd"/>
      <w:r w:rsidRPr="00617073">
        <w:rPr>
          <w:lang w:val="es-ES"/>
        </w:rPr>
        <w:t xml:space="preserve"> </w:t>
      </w:r>
      <w:proofErr w:type="spellStart"/>
      <w:r w:rsidRPr="00617073">
        <w:rPr>
          <w:lang w:val="es-ES"/>
        </w:rPr>
        <w:t>Brygge</w:t>
      </w:r>
      <w:proofErr w:type="spellEnd"/>
      <w:r w:rsidRPr="00617073">
        <w:rPr>
          <w:lang w:val="es-ES"/>
        </w:rPr>
        <w:t xml:space="preserve">, </w:t>
      </w:r>
      <w:proofErr w:type="spellStart"/>
      <w:r w:rsidRPr="00617073">
        <w:rPr>
          <w:lang w:val="es-ES"/>
        </w:rPr>
        <w:t>instalações</w:t>
      </w:r>
      <w:proofErr w:type="spellEnd"/>
      <w:r w:rsidRPr="00617073">
        <w:rPr>
          <w:lang w:val="es-ES"/>
        </w:rPr>
        <w:t xml:space="preserve"> </w:t>
      </w:r>
      <w:proofErr w:type="spellStart"/>
      <w:r w:rsidRPr="00617073">
        <w:rPr>
          <w:lang w:val="es-ES"/>
        </w:rPr>
        <w:t>portuárias</w:t>
      </w:r>
      <w:proofErr w:type="spellEnd"/>
      <w:r w:rsidRPr="00617073">
        <w:rPr>
          <w:lang w:val="es-ES"/>
        </w:rPr>
        <w:t xml:space="preserve"> revitalizadas </w:t>
      </w:r>
      <w:proofErr w:type="spellStart"/>
      <w:r w:rsidRPr="00617073">
        <w:rPr>
          <w:lang w:val="es-ES"/>
        </w:rPr>
        <w:t>com</w:t>
      </w:r>
      <w:proofErr w:type="spellEnd"/>
      <w:r w:rsidRPr="00617073">
        <w:rPr>
          <w:lang w:val="es-ES"/>
        </w:rPr>
        <w:t xml:space="preserve"> restaurantes, bares, discotecas e </w:t>
      </w:r>
      <w:proofErr w:type="spellStart"/>
      <w:r w:rsidRPr="00617073">
        <w:rPr>
          <w:lang w:val="es-ES"/>
        </w:rPr>
        <w:t>lojas</w:t>
      </w:r>
      <w:proofErr w:type="spellEnd"/>
      <w:r w:rsidRPr="00617073">
        <w:rPr>
          <w:lang w:val="es-ES"/>
        </w:rPr>
        <w:t xml:space="preserve">. </w:t>
      </w:r>
      <w:proofErr w:type="spellStart"/>
      <w:r w:rsidRPr="00617073">
        <w:rPr>
          <w:lang w:val="es-ES"/>
        </w:rPr>
        <w:t>Hospedagem</w:t>
      </w:r>
      <w:proofErr w:type="spellEnd"/>
      <w:r w:rsidRPr="00617073">
        <w:rPr>
          <w:lang w:val="es-ES"/>
        </w:rPr>
        <w:t>.</w:t>
      </w:r>
    </w:p>
    <w:p w14:paraId="69688DD4" w14:textId="77777777" w:rsidR="000845AC" w:rsidRPr="00617073" w:rsidRDefault="000845AC">
      <w:pPr>
        <w:rPr>
          <w:lang w:val="es-ES"/>
        </w:rPr>
      </w:pPr>
    </w:p>
    <w:p w14:paraId="41B59294" w14:textId="77777777" w:rsidR="0048757C" w:rsidRPr="0048757C" w:rsidRDefault="0048757C" w:rsidP="0048757C">
      <w:pPr>
        <w:rPr>
          <w:rFonts w:asciiTheme="majorHAnsi" w:eastAsiaTheme="majorEastAsia" w:hAnsiTheme="majorHAnsi" w:cstheme="majorBidi"/>
          <w:b/>
          <w:bCs/>
          <w:color w:val="000000"/>
          <w:sz w:val="26"/>
          <w:szCs w:val="26"/>
          <w:lang w:val="es-ES"/>
        </w:rPr>
      </w:pPr>
      <w:r w:rsidRPr="0048757C">
        <w:rPr>
          <w:rFonts w:asciiTheme="majorHAnsi" w:eastAsiaTheme="majorEastAsia" w:hAnsiTheme="majorHAnsi" w:cstheme="majorBidi"/>
          <w:b/>
          <w:bCs/>
          <w:color w:val="000000"/>
          <w:sz w:val="26"/>
          <w:szCs w:val="26"/>
          <w:lang w:val="es-ES"/>
        </w:rPr>
        <w:t>DIA 5 SEX OSLO – TROMSØ</w:t>
      </w:r>
    </w:p>
    <w:p w14:paraId="7A76BFA5" w14:textId="77777777" w:rsidR="0048757C" w:rsidRDefault="0048757C" w:rsidP="0048757C">
      <w:pPr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</w:pPr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Café da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manhã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e traslado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ao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aeroporto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para embarque no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voo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com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destino a Tromsø.</w:t>
      </w:r>
      <w:r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</w:t>
      </w:r>
    </w:p>
    <w:p w14:paraId="3DF35C75" w14:textId="413A73BC" w:rsidR="0048757C" w:rsidRPr="0048757C" w:rsidRDefault="0048757C" w:rsidP="0048757C">
      <w:pPr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</w:pP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Chegada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e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hospedagem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.</w:t>
      </w:r>
    </w:p>
    <w:p w14:paraId="67FCF6AD" w14:textId="38A320AB" w:rsidR="0048757C" w:rsidRPr="0048757C" w:rsidRDefault="0048757C" w:rsidP="0048757C">
      <w:pPr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</w:pPr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À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noite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,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saída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para a busca das auroras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boreais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em áreas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afastadas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da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poluição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luminosa, onde as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condições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climáticas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favorecem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sua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observação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. Durante a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experiência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,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guias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especializados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compartilharão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informações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e relatos sobre este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fenômeno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natural.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Inclui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refeição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quente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(bebidas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não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incluídas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). Retorno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ao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hotel e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hospedagem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.</w:t>
      </w:r>
    </w:p>
    <w:p w14:paraId="6E904235" w14:textId="77777777" w:rsidR="0048757C" w:rsidRPr="0048757C" w:rsidRDefault="0048757C" w:rsidP="0048757C">
      <w:pPr>
        <w:rPr>
          <w:rFonts w:asciiTheme="majorHAnsi" w:eastAsiaTheme="majorEastAsia" w:hAnsiTheme="majorHAnsi" w:cstheme="majorBidi"/>
          <w:b/>
          <w:bCs/>
          <w:color w:val="000000"/>
          <w:sz w:val="26"/>
          <w:szCs w:val="26"/>
          <w:lang w:val="es-ES"/>
        </w:rPr>
      </w:pPr>
      <w:r w:rsidRPr="0048757C">
        <w:rPr>
          <w:rFonts w:asciiTheme="majorHAnsi" w:eastAsiaTheme="majorEastAsia" w:hAnsiTheme="majorHAnsi" w:cstheme="majorBidi"/>
          <w:b/>
          <w:bCs/>
          <w:color w:val="000000"/>
          <w:sz w:val="26"/>
          <w:szCs w:val="26"/>
          <w:lang w:val="es-ES"/>
        </w:rPr>
        <w:t>DIA 6 SÁB TROMSØ</w:t>
      </w:r>
    </w:p>
    <w:p w14:paraId="2F48D2A8" w14:textId="77777777" w:rsidR="0048757C" w:rsidRPr="0048757C" w:rsidRDefault="0048757C" w:rsidP="0048757C">
      <w:pPr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</w:pPr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Café da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manhã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e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manhã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dedicada a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descobrir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Tromsø. A jornada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começa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com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uma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visita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panorâmica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guiada pela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cidade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,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incluindo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o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acesso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à Catedral Ártica —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uma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das obras de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arquitetura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moderna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mais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singulares da Noruega. Em seguida, subida no teleférico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Fjellheisen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(421 m), de onde se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obtém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uma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vista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panorâmica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privilegiada de Tromsø, do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arquipélago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e dos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fiordes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ao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redor. Tarde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livre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para explorar o centro histórico,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suas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galerias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de arte local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ou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os mercados de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artesanato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ártico.</w:t>
      </w:r>
    </w:p>
    <w:p w14:paraId="17C643FC" w14:textId="77777777" w:rsidR="0048757C" w:rsidRPr="0048757C" w:rsidRDefault="0048757C" w:rsidP="0048757C">
      <w:pPr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</w:pPr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À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noite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, segunda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saída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em busca das auroras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boreais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: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desta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vez em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uma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área diferente,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selecionada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em tempo real pelos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guias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de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acordo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com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as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condições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do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céu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e o índice de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atividade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solar.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Inclui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refeição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quente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(bebidas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não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incluídas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). Retorno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ao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 xml:space="preserve"> hotel e </w:t>
      </w:r>
      <w:proofErr w:type="spellStart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hospedagem</w:t>
      </w:r>
      <w:proofErr w:type="spellEnd"/>
      <w:r w:rsidRPr="0048757C">
        <w:rPr>
          <w:rFonts w:asciiTheme="majorHAnsi" w:eastAsiaTheme="majorEastAsia" w:hAnsiTheme="majorHAnsi" w:cstheme="majorBidi"/>
          <w:color w:val="000000"/>
          <w:sz w:val="26"/>
          <w:szCs w:val="26"/>
          <w:lang w:val="es-ES"/>
        </w:rPr>
        <w:t>.</w:t>
      </w:r>
    </w:p>
    <w:p w14:paraId="1E117CB0" w14:textId="77777777" w:rsidR="000845AC" w:rsidRPr="00617073" w:rsidRDefault="000845AC">
      <w:pPr>
        <w:rPr>
          <w:lang w:val="es-ES"/>
        </w:rPr>
      </w:pPr>
    </w:p>
    <w:p w14:paraId="1FE9379E" w14:textId="77777777" w:rsidR="000845AC" w:rsidRPr="00617073" w:rsidRDefault="00617073">
      <w:pPr>
        <w:pStyle w:val="Ttulo2"/>
        <w:rPr>
          <w:lang w:val="es-ES"/>
        </w:rPr>
      </w:pPr>
      <w:r w:rsidRPr="00617073">
        <w:rPr>
          <w:lang w:val="es-ES"/>
        </w:rPr>
        <w:lastRenderedPageBreak/>
        <w:t>DIA 7 DOM TROMSØ</w:t>
      </w:r>
    </w:p>
    <w:p w14:paraId="51076D68" w14:textId="77777777" w:rsidR="000845AC" w:rsidRPr="00617073" w:rsidRDefault="00617073">
      <w:pPr>
        <w:rPr>
          <w:lang w:val="es-ES"/>
        </w:rPr>
      </w:pPr>
      <w:r w:rsidRPr="00617073">
        <w:rPr>
          <w:lang w:val="es-ES"/>
        </w:rPr>
        <w:t xml:space="preserve">Café da </w:t>
      </w:r>
      <w:proofErr w:type="spellStart"/>
      <w:r w:rsidRPr="00617073">
        <w:rPr>
          <w:lang w:val="es-ES"/>
        </w:rPr>
        <w:t>manhã</w:t>
      </w:r>
      <w:proofErr w:type="spellEnd"/>
      <w:r w:rsidRPr="00617073">
        <w:rPr>
          <w:lang w:val="es-ES"/>
        </w:rPr>
        <w:t xml:space="preserve"> e </w:t>
      </w:r>
      <w:proofErr w:type="spellStart"/>
      <w:r w:rsidRPr="00617073">
        <w:rPr>
          <w:lang w:val="es-ES"/>
        </w:rPr>
        <w:t>saída</w:t>
      </w:r>
      <w:proofErr w:type="spellEnd"/>
      <w:r w:rsidRPr="00617073">
        <w:rPr>
          <w:lang w:val="es-ES"/>
        </w:rPr>
        <w:t xml:space="preserve"> em </w:t>
      </w:r>
      <w:proofErr w:type="spellStart"/>
      <w:r w:rsidRPr="00617073">
        <w:rPr>
          <w:lang w:val="es-ES"/>
        </w:rPr>
        <w:t>direção</w:t>
      </w:r>
      <w:proofErr w:type="spellEnd"/>
      <w:r w:rsidRPr="00617073">
        <w:rPr>
          <w:lang w:val="es-ES"/>
        </w:rPr>
        <w:t xml:space="preserve"> a </w:t>
      </w:r>
      <w:proofErr w:type="spellStart"/>
      <w:r w:rsidRPr="00617073">
        <w:rPr>
          <w:lang w:val="es-ES"/>
        </w:rPr>
        <w:t>um</w:t>
      </w:r>
      <w:proofErr w:type="spellEnd"/>
      <w:r w:rsidRPr="00617073">
        <w:rPr>
          <w:lang w:val="es-ES"/>
        </w:rPr>
        <w:t xml:space="preserve"> acampamento sami para </w:t>
      </w:r>
      <w:proofErr w:type="spellStart"/>
      <w:r w:rsidRPr="00617073">
        <w:rPr>
          <w:lang w:val="es-ES"/>
        </w:rPr>
        <w:t>viver</w:t>
      </w:r>
      <w:proofErr w:type="spellEnd"/>
      <w:r w:rsidRPr="00617073">
        <w:rPr>
          <w:lang w:val="es-ES"/>
        </w:rPr>
        <w:t xml:space="preserve"> </w:t>
      </w:r>
      <w:proofErr w:type="spellStart"/>
      <w:r w:rsidRPr="00617073">
        <w:rPr>
          <w:lang w:val="es-ES"/>
        </w:rPr>
        <w:t>uma</w:t>
      </w:r>
      <w:proofErr w:type="spellEnd"/>
      <w:r w:rsidRPr="00617073">
        <w:rPr>
          <w:lang w:val="es-ES"/>
        </w:rPr>
        <w:t xml:space="preserve"> </w:t>
      </w:r>
      <w:proofErr w:type="spellStart"/>
      <w:r w:rsidRPr="00617073">
        <w:rPr>
          <w:lang w:val="es-ES"/>
        </w:rPr>
        <w:t>experiência</w:t>
      </w:r>
      <w:proofErr w:type="spellEnd"/>
      <w:r w:rsidRPr="00617073">
        <w:rPr>
          <w:lang w:val="es-ES"/>
        </w:rPr>
        <w:t xml:space="preserve"> cultural única. </w:t>
      </w:r>
      <w:proofErr w:type="spellStart"/>
      <w:r w:rsidRPr="00617073">
        <w:rPr>
          <w:lang w:val="es-ES"/>
        </w:rPr>
        <w:t>Passeio</w:t>
      </w:r>
      <w:proofErr w:type="spellEnd"/>
      <w:r w:rsidRPr="00617073">
        <w:rPr>
          <w:lang w:val="es-ES"/>
        </w:rPr>
        <w:t xml:space="preserve"> de </w:t>
      </w:r>
      <w:proofErr w:type="spellStart"/>
      <w:r w:rsidRPr="00617073">
        <w:rPr>
          <w:lang w:val="es-ES"/>
        </w:rPr>
        <w:t>trenó</w:t>
      </w:r>
      <w:proofErr w:type="spellEnd"/>
      <w:r w:rsidRPr="00617073">
        <w:rPr>
          <w:lang w:val="es-ES"/>
        </w:rPr>
        <w:t xml:space="preserve"> </w:t>
      </w:r>
      <w:proofErr w:type="spellStart"/>
      <w:r w:rsidRPr="00617073">
        <w:rPr>
          <w:lang w:val="es-ES"/>
        </w:rPr>
        <w:t>puxado</w:t>
      </w:r>
      <w:proofErr w:type="spellEnd"/>
      <w:r w:rsidRPr="00617073">
        <w:rPr>
          <w:lang w:val="es-ES"/>
        </w:rPr>
        <w:t xml:space="preserve"> por renas </w:t>
      </w:r>
      <w:proofErr w:type="spellStart"/>
      <w:r w:rsidRPr="00617073">
        <w:rPr>
          <w:lang w:val="es-ES"/>
        </w:rPr>
        <w:t>através</w:t>
      </w:r>
      <w:proofErr w:type="spellEnd"/>
      <w:r w:rsidRPr="00617073">
        <w:rPr>
          <w:lang w:val="es-ES"/>
        </w:rPr>
        <w:t xml:space="preserve"> de </w:t>
      </w:r>
      <w:proofErr w:type="spellStart"/>
      <w:r w:rsidRPr="00617073">
        <w:rPr>
          <w:lang w:val="es-ES"/>
        </w:rPr>
        <w:t>paisagens</w:t>
      </w:r>
      <w:proofErr w:type="spellEnd"/>
      <w:r w:rsidRPr="00617073">
        <w:rPr>
          <w:lang w:val="es-ES"/>
        </w:rPr>
        <w:t xml:space="preserve"> árticas e </w:t>
      </w:r>
      <w:proofErr w:type="spellStart"/>
      <w:r w:rsidRPr="00617073">
        <w:rPr>
          <w:lang w:val="es-ES"/>
        </w:rPr>
        <w:t>encontro</w:t>
      </w:r>
      <w:proofErr w:type="spellEnd"/>
      <w:r w:rsidRPr="00617073">
        <w:rPr>
          <w:lang w:val="es-ES"/>
        </w:rPr>
        <w:t xml:space="preserve"> </w:t>
      </w:r>
      <w:proofErr w:type="spellStart"/>
      <w:r w:rsidRPr="00617073">
        <w:rPr>
          <w:lang w:val="es-ES"/>
        </w:rPr>
        <w:t>com</w:t>
      </w:r>
      <w:proofErr w:type="spellEnd"/>
      <w:r w:rsidRPr="00617073">
        <w:rPr>
          <w:lang w:val="es-ES"/>
        </w:rPr>
        <w:t xml:space="preserve"> a cultura sami, onde </w:t>
      </w:r>
      <w:proofErr w:type="spellStart"/>
      <w:r w:rsidRPr="00617073">
        <w:rPr>
          <w:lang w:val="es-ES"/>
        </w:rPr>
        <w:t>conheceremos</w:t>
      </w:r>
      <w:proofErr w:type="spellEnd"/>
      <w:r w:rsidRPr="00617073">
        <w:rPr>
          <w:lang w:val="es-ES"/>
        </w:rPr>
        <w:t xml:space="preserve"> </w:t>
      </w:r>
      <w:proofErr w:type="spellStart"/>
      <w:r w:rsidRPr="00617073">
        <w:rPr>
          <w:lang w:val="es-ES"/>
        </w:rPr>
        <w:t>suas</w:t>
      </w:r>
      <w:proofErr w:type="spellEnd"/>
      <w:r w:rsidRPr="00617073">
        <w:rPr>
          <w:lang w:val="es-ES"/>
        </w:rPr>
        <w:t xml:space="preserve"> </w:t>
      </w:r>
      <w:proofErr w:type="spellStart"/>
      <w:r w:rsidRPr="00617073">
        <w:rPr>
          <w:lang w:val="es-ES"/>
        </w:rPr>
        <w:t>tradições</w:t>
      </w:r>
      <w:proofErr w:type="spellEnd"/>
      <w:r w:rsidRPr="00617073">
        <w:rPr>
          <w:lang w:val="es-ES"/>
        </w:rPr>
        <w:t xml:space="preserve"> e estilo de vida. </w:t>
      </w:r>
      <w:proofErr w:type="spellStart"/>
      <w:r w:rsidRPr="00617073">
        <w:rPr>
          <w:lang w:val="es-ES"/>
        </w:rPr>
        <w:t>Inclui</w:t>
      </w:r>
      <w:proofErr w:type="spellEnd"/>
      <w:r w:rsidRPr="00617073">
        <w:rPr>
          <w:lang w:val="es-ES"/>
        </w:rPr>
        <w:t xml:space="preserve"> comida </w:t>
      </w:r>
      <w:proofErr w:type="spellStart"/>
      <w:r w:rsidRPr="00617073">
        <w:rPr>
          <w:lang w:val="es-ES"/>
        </w:rPr>
        <w:t>quente</w:t>
      </w:r>
      <w:proofErr w:type="spellEnd"/>
      <w:r w:rsidRPr="00617073">
        <w:rPr>
          <w:lang w:val="es-ES"/>
        </w:rPr>
        <w:t xml:space="preserve"> e bebida </w:t>
      </w:r>
      <w:proofErr w:type="spellStart"/>
      <w:r w:rsidRPr="00617073">
        <w:rPr>
          <w:lang w:val="es-ES"/>
        </w:rPr>
        <w:t>quente</w:t>
      </w:r>
      <w:proofErr w:type="spellEnd"/>
      <w:r w:rsidRPr="00617073">
        <w:rPr>
          <w:lang w:val="es-ES"/>
        </w:rPr>
        <w:t xml:space="preserve"> </w:t>
      </w:r>
      <w:proofErr w:type="spellStart"/>
      <w:r w:rsidRPr="00617073">
        <w:rPr>
          <w:lang w:val="es-ES"/>
        </w:rPr>
        <w:t>ao</w:t>
      </w:r>
      <w:proofErr w:type="spellEnd"/>
      <w:r w:rsidRPr="00617073">
        <w:rPr>
          <w:lang w:val="es-ES"/>
        </w:rPr>
        <w:t xml:space="preserve"> redor do </w:t>
      </w:r>
      <w:proofErr w:type="spellStart"/>
      <w:r w:rsidRPr="00617073">
        <w:rPr>
          <w:lang w:val="es-ES"/>
        </w:rPr>
        <w:t>fogo</w:t>
      </w:r>
      <w:proofErr w:type="spellEnd"/>
      <w:r w:rsidRPr="00617073">
        <w:rPr>
          <w:lang w:val="es-ES"/>
        </w:rPr>
        <w:t xml:space="preserve"> em </w:t>
      </w:r>
      <w:proofErr w:type="spellStart"/>
      <w:r w:rsidRPr="00617073">
        <w:rPr>
          <w:lang w:val="es-ES"/>
        </w:rPr>
        <w:t>uma</w:t>
      </w:r>
      <w:proofErr w:type="spellEnd"/>
      <w:r w:rsidRPr="00617073">
        <w:rPr>
          <w:lang w:val="es-ES"/>
        </w:rPr>
        <w:t xml:space="preserve"> </w:t>
      </w:r>
      <w:proofErr w:type="spellStart"/>
      <w:r w:rsidRPr="00617073">
        <w:rPr>
          <w:lang w:val="es-ES"/>
        </w:rPr>
        <w:t>lavvu</w:t>
      </w:r>
      <w:proofErr w:type="spellEnd"/>
      <w:r w:rsidRPr="00617073">
        <w:rPr>
          <w:lang w:val="es-ES"/>
        </w:rPr>
        <w:t xml:space="preserve"> tradicional. Retorno </w:t>
      </w:r>
      <w:proofErr w:type="spellStart"/>
      <w:r w:rsidRPr="00617073">
        <w:rPr>
          <w:lang w:val="es-ES"/>
        </w:rPr>
        <w:t>ao</w:t>
      </w:r>
      <w:proofErr w:type="spellEnd"/>
      <w:r w:rsidRPr="00617073">
        <w:rPr>
          <w:lang w:val="es-ES"/>
        </w:rPr>
        <w:t xml:space="preserve"> hotel e </w:t>
      </w:r>
      <w:proofErr w:type="spellStart"/>
      <w:r w:rsidRPr="00617073">
        <w:rPr>
          <w:lang w:val="es-ES"/>
        </w:rPr>
        <w:t>hospedagem</w:t>
      </w:r>
      <w:proofErr w:type="spellEnd"/>
      <w:r w:rsidRPr="00617073">
        <w:rPr>
          <w:lang w:val="es-ES"/>
        </w:rPr>
        <w:t>.</w:t>
      </w:r>
    </w:p>
    <w:p w14:paraId="24FD13C9" w14:textId="77777777" w:rsidR="000845AC" w:rsidRPr="00617073" w:rsidRDefault="000845AC">
      <w:pPr>
        <w:rPr>
          <w:lang w:val="es-ES"/>
        </w:rPr>
      </w:pPr>
    </w:p>
    <w:p w14:paraId="1BECDA2B" w14:textId="77777777" w:rsidR="000845AC" w:rsidRPr="00617073" w:rsidRDefault="00617073">
      <w:pPr>
        <w:pStyle w:val="Ttulo2"/>
        <w:rPr>
          <w:lang w:val="es-ES"/>
        </w:rPr>
      </w:pPr>
      <w:r w:rsidRPr="00617073">
        <w:rPr>
          <w:lang w:val="es-ES"/>
        </w:rPr>
        <w:t>DIA 8 SEG TROMSØ - OSLO</w:t>
      </w:r>
    </w:p>
    <w:p w14:paraId="687A566C" w14:textId="77777777" w:rsidR="000845AC" w:rsidRPr="00617073" w:rsidRDefault="00617073">
      <w:pPr>
        <w:rPr>
          <w:lang w:val="es-ES"/>
        </w:rPr>
      </w:pPr>
      <w:r w:rsidRPr="00617073">
        <w:rPr>
          <w:lang w:val="es-ES"/>
        </w:rPr>
        <w:t xml:space="preserve">Café da </w:t>
      </w:r>
      <w:proofErr w:type="spellStart"/>
      <w:r w:rsidRPr="00617073">
        <w:rPr>
          <w:lang w:val="es-ES"/>
        </w:rPr>
        <w:t>manhã</w:t>
      </w:r>
      <w:proofErr w:type="spellEnd"/>
      <w:r w:rsidRPr="00617073">
        <w:rPr>
          <w:lang w:val="es-ES"/>
        </w:rPr>
        <w:t xml:space="preserve"> e traslado </w:t>
      </w:r>
      <w:proofErr w:type="spellStart"/>
      <w:r w:rsidRPr="00617073">
        <w:rPr>
          <w:lang w:val="es-ES"/>
        </w:rPr>
        <w:t>ao</w:t>
      </w:r>
      <w:proofErr w:type="spellEnd"/>
      <w:r w:rsidRPr="00617073">
        <w:rPr>
          <w:lang w:val="es-ES"/>
        </w:rPr>
        <w:t xml:space="preserve"> </w:t>
      </w:r>
      <w:proofErr w:type="spellStart"/>
      <w:r w:rsidRPr="00617073">
        <w:rPr>
          <w:lang w:val="es-ES"/>
        </w:rPr>
        <w:t>aeroporto</w:t>
      </w:r>
      <w:proofErr w:type="spellEnd"/>
      <w:r w:rsidRPr="00617073">
        <w:rPr>
          <w:lang w:val="es-ES"/>
        </w:rPr>
        <w:t xml:space="preserve"> no </w:t>
      </w:r>
      <w:proofErr w:type="spellStart"/>
      <w:r w:rsidRPr="00617073">
        <w:rPr>
          <w:lang w:val="es-ES"/>
        </w:rPr>
        <w:t>horário</w:t>
      </w:r>
      <w:proofErr w:type="spellEnd"/>
      <w:r w:rsidRPr="00617073">
        <w:rPr>
          <w:lang w:val="es-ES"/>
        </w:rPr>
        <w:t xml:space="preserve"> previsto para tomar o </w:t>
      </w:r>
      <w:proofErr w:type="spellStart"/>
      <w:r w:rsidRPr="00617073">
        <w:rPr>
          <w:lang w:val="es-ES"/>
        </w:rPr>
        <w:t>voo</w:t>
      </w:r>
      <w:proofErr w:type="spellEnd"/>
      <w:r w:rsidRPr="00617073">
        <w:rPr>
          <w:lang w:val="es-ES"/>
        </w:rPr>
        <w:t xml:space="preserve"> para Oslo. </w:t>
      </w:r>
      <w:proofErr w:type="spellStart"/>
      <w:r w:rsidRPr="00617073">
        <w:rPr>
          <w:lang w:val="es-ES"/>
        </w:rPr>
        <w:t>Chegada</w:t>
      </w:r>
      <w:proofErr w:type="spellEnd"/>
      <w:r w:rsidRPr="00617073">
        <w:rPr>
          <w:lang w:val="es-ES"/>
        </w:rPr>
        <w:t xml:space="preserve"> e </w:t>
      </w:r>
      <w:proofErr w:type="spellStart"/>
      <w:r w:rsidRPr="00617073">
        <w:rPr>
          <w:lang w:val="es-ES"/>
        </w:rPr>
        <w:t>hospedagem</w:t>
      </w:r>
      <w:proofErr w:type="spellEnd"/>
      <w:r w:rsidRPr="00617073">
        <w:rPr>
          <w:lang w:val="es-ES"/>
        </w:rPr>
        <w:t>.</w:t>
      </w:r>
    </w:p>
    <w:p w14:paraId="38524CEB" w14:textId="77777777" w:rsidR="000845AC" w:rsidRPr="00617073" w:rsidRDefault="000845AC">
      <w:pPr>
        <w:rPr>
          <w:lang w:val="es-ES"/>
        </w:rPr>
      </w:pPr>
    </w:p>
    <w:p w14:paraId="485DAB7D" w14:textId="77777777" w:rsidR="000845AC" w:rsidRPr="00617073" w:rsidRDefault="00617073">
      <w:pPr>
        <w:pStyle w:val="Ttulo2"/>
        <w:rPr>
          <w:lang w:val="es-ES"/>
        </w:rPr>
      </w:pPr>
      <w:r w:rsidRPr="00617073">
        <w:rPr>
          <w:lang w:val="es-ES"/>
        </w:rPr>
        <w:t>DIA 9 TER OSLO - ESTOCOLMO</w:t>
      </w:r>
    </w:p>
    <w:p w14:paraId="4C88A543" w14:textId="77777777" w:rsidR="000845AC" w:rsidRPr="00617073" w:rsidRDefault="00617073">
      <w:pPr>
        <w:rPr>
          <w:lang w:val="es-ES"/>
        </w:rPr>
      </w:pPr>
      <w:r w:rsidRPr="00617073">
        <w:rPr>
          <w:lang w:val="es-ES"/>
        </w:rPr>
        <w:t xml:space="preserve">Café da </w:t>
      </w:r>
      <w:proofErr w:type="spellStart"/>
      <w:r w:rsidRPr="00617073">
        <w:rPr>
          <w:lang w:val="es-ES"/>
        </w:rPr>
        <w:t>manhã</w:t>
      </w:r>
      <w:proofErr w:type="spellEnd"/>
      <w:r w:rsidRPr="00617073">
        <w:rPr>
          <w:lang w:val="es-ES"/>
        </w:rPr>
        <w:t xml:space="preserve"> e traslado à </w:t>
      </w:r>
      <w:proofErr w:type="spellStart"/>
      <w:r w:rsidRPr="00617073">
        <w:rPr>
          <w:lang w:val="es-ES"/>
        </w:rPr>
        <w:t>estação</w:t>
      </w:r>
      <w:proofErr w:type="spellEnd"/>
      <w:r w:rsidRPr="00617073">
        <w:rPr>
          <w:lang w:val="es-ES"/>
        </w:rPr>
        <w:t xml:space="preserve"> de </w:t>
      </w:r>
      <w:proofErr w:type="spellStart"/>
      <w:r w:rsidRPr="00617073">
        <w:rPr>
          <w:lang w:val="es-ES"/>
        </w:rPr>
        <w:t>trem</w:t>
      </w:r>
      <w:proofErr w:type="spellEnd"/>
      <w:r w:rsidRPr="00617073">
        <w:rPr>
          <w:lang w:val="es-ES"/>
        </w:rPr>
        <w:t xml:space="preserve"> para tomar o </w:t>
      </w:r>
      <w:proofErr w:type="spellStart"/>
      <w:r w:rsidRPr="00617073">
        <w:rPr>
          <w:lang w:val="es-ES"/>
        </w:rPr>
        <w:t>trem</w:t>
      </w:r>
      <w:proofErr w:type="spellEnd"/>
      <w:r w:rsidRPr="00617073">
        <w:rPr>
          <w:lang w:val="es-ES"/>
        </w:rPr>
        <w:t xml:space="preserve"> rápido </w:t>
      </w:r>
      <w:proofErr w:type="spellStart"/>
      <w:r w:rsidRPr="00617073">
        <w:rPr>
          <w:lang w:val="es-ES"/>
        </w:rPr>
        <w:t>com</w:t>
      </w:r>
      <w:proofErr w:type="spellEnd"/>
      <w:r w:rsidRPr="00617073">
        <w:rPr>
          <w:lang w:val="es-ES"/>
        </w:rPr>
        <w:t xml:space="preserve"> destino a Estocolmo. </w:t>
      </w:r>
      <w:proofErr w:type="spellStart"/>
      <w:r w:rsidRPr="00617073">
        <w:rPr>
          <w:lang w:val="es-ES"/>
        </w:rPr>
        <w:t>Na</w:t>
      </w:r>
      <w:proofErr w:type="spellEnd"/>
      <w:r w:rsidRPr="00617073">
        <w:rPr>
          <w:lang w:val="es-ES"/>
        </w:rPr>
        <w:t xml:space="preserve"> </w:t>
      </w:r>
      <w:proofErr w:type="spellStart"/>
      <w:r w:rsidRPr="00617073">
        <w:rPr>
          <w:lang w:val="es-ES"/>
        </w:rPr>
        <w:t>chegada</w:t>
      </w:r>
      <w:proofErr w:type="spellEnd"/>
      <w:r w:rsidRPr="00617073">
        <w:rPr>
          <w:lang w:val="es-ES"/>
        </w:rPr>
        <w:t xml:space="preserve">, traslado </w:t>
      </w:r>
      <w:proofErr w:type="spellStart"/>
      <w:r w:rsidRPr="00617073">
        <w:rPr>
          <w:lang w:val="es-ES"/>
        </w:rPr>
        <w:t>ao</w:t>
      </w:r>
      <w:proofErr w:type="spellEnd"/>
      <w:r w:rsidRPr="00617073">
        <w:rPr>
          <w:lang w:val="es-ES"/>
        </w:rPr>
        <w:t xml:space="preserve"> hotel e </w:t>
      </w:r>
      <w:proofErr w:type="spellStart"/>
      <w:r w:rsidRPr="00617073">
        <w:rPr>
          <w:lang w:val="es-ES"/>
        </w:rPr>
        <w:t>hospedagem</w:t>
      </w:r>
      <w:proofErr w:type="spellEnd"/>
      <w:r w:rsidRPr="00617073">
        <w:rPr>
          <w:lang w:val="es-ES"/>
        </w:rPr>
        <w:t>.</w:t>
      </w:r>
    </w:p>
    <w:p w14:paraId="3138E6CA" w14:textId="77777777" w:rsidR="000845AC" w:rsidRPr="00617073" w:rsidRDefault="000845AC">
      <w:pPr>
        <w:rPr>
          <w:lang w:val="es-ES"/>
        </w:rPr>
      </w:pPr>
    </w:p>
    <w:p w14:paraId="6EFA98FD" w14:textId="77777777" w:rsidR="000845AC" w:rsidRPr="00617073" w:rsidRDefault="00617073">
      <w:pPr>
        <w:pStyle w:val="Ttulo2"/>
        <w:rPr>
          <w:lang w:val="es-ES"/>
        </w:rPr>
      </w:pPr>
      <w:r w:rsidRPr="00617073">
        <w:rPr>
          <w:lang w:val="es-ES"/>
        </w:rPr>
        <w:t>DIA 10 QUA ESTOCOLMO</w:t>
      </w:r>
    </w:p>
    <w:p w14:paraId="1ECC184D" w14:textId="77777777" w:rsidR="000845AC" w:rsidRPr="00617073" w:rsidRDefault="00617073">
      <w:pPr>
        <w:rPr>
          <w:lang w:val="es-ES"/>
        </w:rPr>
      </w:pPr>
      <w:r w:rsidRPr="00617073">
        <w:rPr>
          <w:lang w:val="es-ES"/>
        </w:rPr>
        <w:t xml:space="preserve">Café da </w:t>
      </w:r>
      <w:proofErr w:type="spellStart"/>
      <w:r w:rsidRPr="00617073">
        <w:rPr>
          <w:lang w:val="es-ES"/>
        </w:rPr>
        <w:t>manhã</w:t>
      </w:r>
      <w:proofErr w:type="spellEnd"/>
      <w:r w:rsidRPr="00617073">
        <w:rPr>
          <w:lang w:val="es-ES"/>
        </w:rPr>
        <w:t xml:space="preserve"> e visita da </w:t>
      </w:r>
      <w:proofErr w:type="spellStart"/>
      <w:r w:rsidRPr="00617073">
        <w:rPr>
          <w:lang w:val="es-ES"/>
        </w:rPr>
        <w:t>cidade</w:t>
      </w:r>
      <w:proofErr w:type="spellEnd"/>
      <w:r w:rsidRPr="00617073">
        <w:rPr>
          <w:lang w:val="es-ES"/>
        </w:rPr>
        <w:t xml:space="preserve">, durante a </w:t>
      </w:r>
      <w:proofErr w:type="spellStart"/>
      <w:r w:rsidRPr="00617073">
        <w:rPr>
          <w:lang w:val="es-ES"/>
        </w:rPr>
        <w:t>qual</w:t>
      </w:r>
      <w:proofErr w:type="spellEnd"/>
      <w:r w:rsidRPr="00617073">
        <w:rPr>
          <w:lang w:val="es-ES"/>
        </w:rPr>
        <w:t xml:space="preserve"> </w:t>
      </w:r>
      <w:proofErr w:type="spellStart"/>
      <w:r w:rsidRPr="00617073">
        <w:rPr>
          <w:lang w:val="es-ES"/>
        </w:rPr>
        <w:t>passaremos</w:t>
      </w:r>
      <w:proofErr w:type="spellEnd"/>
      <w:r w:rsidRPr="00617073">
        <w:rPr>
          <w:lang w:val="es-ES"/>
        </w:rPr>
        <w:t xml:space="preserve"> pela </w:t>
      </w:r>
      <w:proofErr w:type="spellStart"/>
      <w:r w:rsidRPr="00617073">
        <w:rPr>
          <w:lang w:val="es-ES"/>
        </w:rPr>
        <w:t>cidade</w:t>
      </w:r>
      <w:proofErr w:type="spellEnd"/>
      <w:r w:rsidRPr="00617073">
        <w:rPr>
          <w:lang w:val="es-ES"/>
        </w:rPr>
        <w:t xml:space="preserve"> </w:t>
      </w:r>
      <w:proofErr w:type="spellStart"/>
      <w:r w:rsidRPr="00617073">
        <w:rPr>
          <w:lang w:val="es-ES"/>
        </w:rPr>
        <w:t>antiga</w:t>
      </w:r>
      <w:proofErr w:type="spellEnd"/>
      <w:r w:rsidRPr="00617073">
        <w:rPr>
          <w:lang w:val="es-ES"/>
        </w:rPr>
        <w:t xml:space="preserve">, </w:t>
      </w:r>
      <w:proofErr w:type="spellStart"/>
      <w:r w:rsidRPr="00617073">
        <w:rPr>
          <w:lang w:val="es-ES"/>
        </w:rPr>
        <w:t>Gamla</w:t>
      </w:r>
      <w:proofErr w:type="spellEnd"/>
      <w:r w:rsidRPr="00617073">
        <w:rPr>
          <w:lang w:val="es-ES"/>
        </w:rPr>
        <w:t xml:space="preserve"> Stan, onde se </w:t>
      </w:r>
      <w:proofErr w:type="spellStart"/>
      <w:r w:rsidRPr="00617073">
        <w:rPr>
          <w:lang w:val="es-ES"/>
        </w:rPr>
        <w:t>encontram</w:t>
      </w:r>
      <w:proofErr w:type="spellEnd"/>
      <w:r w:rsidRPr="00617073">
        <w:rPr>
          <w:lang w:val="es-ES"/>
        </w:rPr>
        <w:t xml:space="preserve"> </w:t>
      </w:r>
      <w:proofErr w:type="spellStart"/>
      <w:r w:rsidRPr="00617073">
        <w:rPr>
          <w:lang w:val="es-ES"/>
        </w:rPr>
        <w:t>alguns</w:t>
      </w:r>
      <w:proofErr w:type="spellEnd"/>
      <w:r w:rsidRPr="00617073">
        <w:rPr>
          <w:lang w:val="es-ES"/>
        </w:rPr>
        <w:t xml:space="preserve"> dos </w:t>
      </w:r>
      <w:proofErr w:type="spellStart"/>
      <w:r w:rsidRPr="00617073">
        <w:rPr>
          <w:lang w:val="es-ES"/>
        </w:rPr>
        <w:t>edifícios</w:t>
      </w:r>
      <w:proofErr w:type="spellEnd"/>
      <w:r w:rsidRPr="00617073">
        <w:rPr>
          <w:lang w:val="es-ES"/>
        </w:rPr>
        <w:t xml:space="preserve"> </w:t>
      </w:r>
      <w:proofErr w:type="spellStart"/>
      <w:r w:rsidRPr="00617073">
        <w:rPr>
          <w:lang w:val="es-ES"/>
        </w:rPr>
        <w:t>mais</w:t>
      </w:r>
      <w:proofErr w:type="spellEnd"/>
      <w:r w:rsidRPr="00617073">
        <w:rPr>
          <w:lang w:val="es-ES"/>
        </w:rPr>
        <w:t xml:space="preserve"> relevantes de </w:t>
      </w:r>
      <w:proofErr w:type="spellStart"/>
      <w:r w:rsidRPr="00617073">
        <w:rPr>
          <w:lang w:val="es-ES"/>
        </w:rPr>
        <w:t>sua</w:t>
      </w:r>
      <w:proofErr w:type="spellEnd"/>
      <w:r w:rsidRPr="00617073">
        <w:rPr>
          <w:lang w:val="es-ES"/>
        </w:rPr>
        <w:t xml:space="preserve"> </w:t>
      </w:r>
      <w:proofErr w:type="spellStart"/>
      <w:r w:rsidRPr="00617073">
        <w:rPr>
          <w:lang w:val="es-ES"/>
        </w:rPr>
        <w:t>história</w:t>
      </w:r>
      <w:proofErr w:type="spellEnd"/>
      <w:r w:rsidRPr="00617073">
        <w:rPr>
          <w:lang w:val="es-ES"/>
        </w:rPr>
        <w:t xml:space="preserve">, como o </w:t>
      </w:r>
      <w:proofErr w:type="spellStart"/>
      <w:r w:rsidRPr="00617073">
        <w:rPr>
          <w:lang w:val="es-ES"/>
        </w:rPr>
        <w:t>Palácio</w:t>
      </w:r>
      <w:proofErr w:type="spellEnd"/>
      <w:r w:rsidRPr="00617073">
        <w:rPr>
          <w:lang w:val="es-ES"/>
        </w:rPr>
        <w:t xml:space="preserve"> Real, a Casa da </w:t>
      </w:r>
      <w:proofErr w:type="spellStart"/>
      <w:r w:rsidRPr="00617073">
        <w:rPr>
          <w:lang w:val="es-ES"/>
        </w:rPr>
        <w:t>Nobreza</w:t>
      </w:r>
      <w:proofErr w:type="spellEnd"/>
      <w:r w:rsidRPr="00617073">
        <w:rPr>
          <w:lang w:val="es-ES"/>
        </w:rPr>
        <w:t xml:space="preserve"> e o </w:t>
      </w:r>
      <w:proofErr w:type="spellStart"/>
      <w:r w:rsidRPr="00617073">
        <w:rPr>
          <w:lang w:val="es-ES"/>
        </w:rPr>
        <w:t>Museu</w:t>
      </w:r>
      <w:proofErr w:type="spellEnd"/>
      <w:r w:rsidRPr="00617073">
        <w:rPr>
          <w:lang w:val="es-ES"/>
        </w:rPr>
        <w:t xml:space="preserve"> Nobel. </w:t>
      </w:r>
      <w:proofErr w:type="spellStart"/>
      <w:r w:rsidRPr="00617073">
        <w:rPr>
          <w:lang w:val="es-ES"/>
        </w:rPr>
        <w:t>Chegaremos</w:t>
      </w:r>
      <w:proofErr w:type="spellEnd"/>
      <w:r w:rsidRPr="00617073">
        <w:rPr>
          <w:lang w:val="es-ES"/>
        </w:rPr>
        <w:t xml:space="preserve"> até a </w:t>
      </w:r>
      <w:proofErr w:type="spellStart"/>
      <w:r w:rsidRPr="00617073">
        <w:rPr>
          <w:lang w:val="es-ES"/>
        </w:rPr>
        <w:t>ilha</w:t>
      </w:r>
      <w:proofErr w:type="spellEnd"/>
      <w:r w:rsidRPr="00617073">
        <w:rPr>
          <w:lang w:val="es-ES"/>
        </w:rPr>
        <w:t xml:space="preserve"> de </w:t>
      </w:r>
      <w:proofErr w:type="spellStart"/>
      <w:r w:rsidRPr="00617073">
        <w:rPr>
          <w:lang w:val="es-ES"/>
        </w:rPr>
        <w:t>Södermalm</w:t>
      </w:r>
      <w:proofErr w:type="spellEnd"/>
      <w:r w:rsidRPr="00617073">
        <w:rPr>
          <w:lang w:val="es-ES"/>
        </w:rPr>
        <w:t xml:space="preserve">, </w:t>
      </w:r>
      <w:proofErr w:type="spellStart"/>
      <w:r w:rsidRPr="00617073">
        <w:rPr>
          <w:lang w:val="es-ES"/>
        </w:rPr>
        <w:t>assentada</w:t>
      </w:r>
      <w:proofErr w:type="spellEnd"/>
      <w:r w:rsidRPr="00617073">
        <w:rPr>
          <w:lang w:val="es-ES"/>
        </w:rPr>
        <w:t xml:space="preserve"> sobre </w:t>
      </w:r>
      <w:proofErr w:type="spellStart"/>
      <w:r w:rsidRPr="00617073">
        <w:rPr>
          <w:lang w:val="es-ES"/>
        </w:rPr>
        <w:t>várias</w:t>
      </w:r>
      <w:proofErr w:type="spellEnd"/>
      <w:r w:rsidRPr="00617073">
        <w:rPr>
          <w:lang w:val="es-ES"/>
        </w:rPr>
        <w:t xml:space="preserve"> colinas, o que nos permitirá desfrutar de vistas </w:t>
      </w:r>
      <w:proofErr w:type="spellStart"/>
      <w:r w:rsidRPr="00617073">
        <w:rPr>
          <w:lang w:val="es-ES"/>
        </w:rPr>
        <w:t>espetaculares</w:t>
      </w:r>
      <w:proofErr w:type="spellEnd"/>
      <w:r w:rsidRPr="00617073">
        <w:rPr>
          <w:lang w:val="es-ES"/>
        </w:rPr>
        <w:t xml:space="preserve"> desde o mirante em </w:t>
      </w:r>
      <w:proofErr w:type="spellStart"/>
      <w:r w:rsidRPr="00617073">
        <w:rPr>
          <w:lang w:val="es-ES"/>
        </w:rPr>
        <w:t>direção</w:t>
      </w:r>
      <w:proofErr w:type="spellEnd"/>
      <w:r w:rsidRPr="00617073">
        <w:rPr>
          <w:lang w:val="es-ES"/>
        </w:rPr>
        <w:t xml:space="preserve"> à zona norte do centro de Estocolmo.</w:t>
      </w:r>
    </w:p>
    <w:p w14:paraId="16CCF527" w14:textId="77777777" w:rsidR="000845AC" w:rsidRPr="00617073" w:rsidRDefault="000845AC">
      <w:pPr>
        <w:rPr>
          <w:lang w:val="es-ES"/>
        </w:rPr>
      </w:pPr>
    </w:p>
    <w:p w14:paraId="4FE58EF7" w14:textId="77777777" w:rsidR="000845AC" w:rsidRPr="00617073" w:rsidRDefault="00617073">
      <w:pPr>
        <w:pStyle w:val="Ttulo2"/>
        <w:rPr>
          <w:lang w:val="es-ES"/>
        </w:rPr>
      </w:pPr>
      <w:r w:rsidRPr="00617073">
        <w:rPr>
          <w:lang w:val="es-ES"/>
        </w:rPr>
        <w:t>DIA 11 QUI ESTOCOLMO</w:t>
      </w:r>
    </w:p>
    <w:p w14:paraId="34AA839B" w14:textId="77777777" w:rsidR="000845AC" w:rsidRPr="00617073" w:rsidRDefault="00617073">
      <w:pPr>
        <w:rPr>
          <w:lang w:val="es-ES"/>
        </w:rPr>
      </w:pPr>
      <w:r w:rsidRPr="00617073">
        <w:rPr>
          <w:lang w:val="es-ES"/>
        </w:rPr>
        <w:t xml:space="preserve">Café da </w:t>
      </w:r>
      <w:proofErr w:type="spellStart"/>
      <w:r w:rsidRPr="00617073">
        <w:rPr>
          <w:lang w:val="es-ES"/>
        </w:rPr>
        <w:t>manhã</w:t>
      </w:r>
      <w:proofErr w:type="spellEnd"/>
      <w:r w:rsidRPr="00617073">
        <w:rPr>
          <w:lang w:val="es-ES"/>
        </w:rPr>
        <w:t xml:space="preserve"> e traslado de </w:t>
      </w:r>
      <w:proofErr w:type="spellStart"/>
      <w:r w:rsidRPr="00617073">
        <w:rPr>
          <w:lang w:val="es-ES"/>
        </w:rPr>
        <w:t>saída</w:t>
      </w:r>
      <w:proofErr w:type="spellEnd"/>
      <w:r w:rsidRPr="00617073">
        <w:rPr>
          <w:lang w:val="es-ES"/>
        </w:rPr>
        <w:t xml:space="preserve"> para o </w:t>
      </w:r>
      <w:proofErr w:type="spellStart"/>
      <w:r w:rsidRPr="00617073">
        <w:rPr>
          <w:lang w:val="es-ES"/>
        </w:rPr>
        <w:t>aeroporto</w:t>
      </w:r>
      <w:proofErr w:type="spellEnd"/>
      <w:r w:rsidRPr="00617073">
        <w:rPr>
          <w:lang w:val="es-ES"/>
        </w:rPr>
        <w:t>.</w:t>
      </w:r>
    </w:p>
    <w:sectPr w:rsidR="000845AC" w:rsidRPr="00617073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C01925" w14:textId="77777777" w:rsidR="00617073" w:rsidRDefault="00617073" w:rsidP="00617073">
      <w:pPr>
        <w:spacing w:after="0" w:line="240" w:lineRule="auto"/>
      </w:pPr>
      <w:r>
        <w:separator/>
      </w:r>
    </w:p>
  </w:endnote>
  <w:endnote w:type="continuationSeparator" w:id="0">
    <w:p w14:paraId="2FB04401" w14:textId="77777777" w:rsidR="00617073" w:rsidRDefault="00617073" w:rsidP="006170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879E0A" w14:textId="77777777" w:rsidR="00617073" w:rsidRDefault="00617073" w:rsidP="00617073">
      <w:pPr>
        <w:spacing w:after="0" w:line="240" w:lineRule="auto"/>
      </w:pPr>
      <w:r>
        <w:separator/>
      </w:r>
    </w:p>
  </w:footnote>
  <w:footnote w:type="continuationSeparator" w:id="0">
    <w:p w14:paraId="62EC98D8" w14:textId="77777777" w:rsidR="00617073" w:rsidRDefault="00617073" w:rsidP="006170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D48EB7" w14:textId="372EB46E" w:rsidR="00617073" w:rsidRDefault="00617073">
    <w:pPr>
      <w:pStyle w:val="Encabezado"/>
    </w:pPr>
    <w:r>
      <w:rPr>
        <w:noProof/>
      </w:rPr>
      <w:drawing>
        <wp:inline distT="0" distB="0" distL="0" distR="0" wp14:anchorId="686D7A94" wp14:editId="72A7852D">
          <wp:extent cx="1162050" cy="116205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050" cy="1162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0097D"/>
    <w:rsid w:val="00034616"/>
    <w:rsid w:val="0006063C"/>
    <w:rsid w:val="000845AC"/>
    <w:rsid w:val="0015074B"/>
    <w:rsid w:val="00241308"/>
    <w:rsid w:val="0029639D"/>
    <w:rsid w:val="00326F90"/>
    <w:rsid w:val="003C7A72"/>
    <w:rsid w:val="0048757C"/>
    <w:rsid w:val="00617073"/>
    <w:rsid w:val="0077194D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9C2B8B1"/>
  <w14:defaultImageDpi w14:val="300"/>
  <w15:docId w15:val="{0A062966-47D8-45FA-8DC3-3430D8082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878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97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16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89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5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1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1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57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8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24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97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8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771</Words>
  <Characters>4241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5002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user24</cp:lastModifiedBy>
  <cp:revision>7</cp:revision>
  <dcterms:created xsi:type="dcterms:W3CDTF">2013-12-23T23:15:00Z</dcterms:created>
  <dcterms:modified xsi:type="dcterms:W3CDTF">2026-05-27T13:19:00Z</dcterms:modified>
  <cp:category/>
</cp:coreProperties>
</file>