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893EF" w14:textId="77777777" w:rsidR="00E20CD6" w:rsidRPr="007A79F2" w:rsidRDefault="00AC05B8" w:rsidP="007A79F2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7A79F2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ÁUSTRIA E ZURIQUE</w:t>
      </w:r>
    </w:p>
    <w:p w14:paraId="200FE143" w14:textId="77777777" w:rsidR="00E20CD6" w:rsidRPr="007A79F2" w:rsidRDefault="00AC05B8" w:rsidP="007A79F2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</w:pPr>
      <w:proofErr w:type="spellStart"/>
      <w:r w:rsidRPr="007A79F2"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  <w:t>Categoria</w:t>
      </w:r>
      <w:proofErr w:type="spellEnd"/>
      <w:r w:rsidRPr="007A79F2"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  <w:t xml:space="preserve">: </w:t>
      </w:r>
      <w:proofErr w:type="spellStart"/>
      <w:r w:rsidRPr="007A79F2"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  <w:t>Primeira</w:t>
      </w:r>
      <w:proofErr w:type="spellEnd"/>
    </w:p>
    <w:p w14:paraId="1C418BFA" w14:textId="77777777" w:rsidR="00E20CD6" w:rsidRPr="007A79F2" w:rsidRDefault="00AC05B8" w:rsidP="007A79F2">
      <w:pPr>
        <w:jc w:val="center"/>
        <w:rPr>
          <w:lang w:val="es-ES"/>
        </w:rPr>
      </w:pPr>
      <w:r w:rsidRPr="007A79F2">
        <w:rPr>
          <w:lang w:val="es-ES"/>
        </w:rPr>
        <w:t xml:space="preserve">Código: EETVIEZRH  |  9 </w:t>
      </w:r>
      <w:proofErr w:type="spellStart"/>
      <w:r w:rsidRPr="007A79F2">
        <w:rPr>
          <w:lang w:val="es-ES"/>
        </w:rPr>
        <w:t>Dias</w:t>
      </w:r>
      <w:proofErr w:type="spellEnd"/>
    </w:p>
    <w:p w14:paraId="19A3B7FC" w14:textId="77777777" w:rsidR="00E20CD6" w:rsidRPr="007A79F2" w:rsidRDefault="00E20CD6">
      <w:pPr>
        <w:rPr>
          <w:lang w:val="es-ES"/>
        </w:rPr>
      </w:pPr>
    </w:p>
    <w:p w14:paraId="38D600EF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SAÍDAS GARANTIDAS 2027</w:t>
      </w:r>
    </w:p>
    <w:p w14:paraId="04EEA81F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>MAIO . . . . . . . . . . . . . . . . . . . . . . . . . . . 23</w:t>
      </w:r>
    </w:p>
    <w:p w14:paraId="52B451D3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>JUNHO . . . . . . . . . . . . . . . . . . . . . . . . . . 20</w:t>
      </w:r>
    </w:p>
    <w:p w14:paraId="6AB3FE11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>AGOSTO . . . . . . . . . . . . . . . . .</w:t>
      </w:r>
      <w:r w:rsidRPr="007A79F2">
        <w:rPr>
          <w:lang w:val="es-ES"/>
        </w:rPr>
        <w:t xml:space="preserve"> . . . . . . . . 29</w:t>
      </w:r>
    </w:p>
    <w:p w14:paraId="1626BA07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>SETEMBRO . . . . . . . . . . . . . . . . . . . . . . . . 26</w:t>
      </w:r>
    </w:p>
    <w:p w14:paraId="66BB6EF0" w14:textId="77777777" w:rsidR="00E20CD6" w:rsidRPr="007A79F2" w:rsidRDefault="00E20CD6">
      <w:pPr>
        <w:rPr>
          <w:lang w:val="es-ES"/>
        </w:rPr>
      </w:pPr>
    </w:p>
    <w:p w14:paraId="3F9BE992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HOTÉIS PREVISTOS</w:t>
      </w:r>
    </w:p>
    <w:p w14:paraId="5B5C4D98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>(</w:t>
      </w:r>
      <w:proofErr w:type="spellStart"/>
      <w:r w:rsidRPr="007A79F2">
        <w:rPr>
          <w:lang w:val="es-ES"/>
        </w:rPr>
        <w:t>ou</w:t>
      </w:r>
      <w:proofErr w:type="spellEnd"/>
      <w:r w:rsidRPr="007A79F2">
        <w:rPr>
          <w:lang w:val="es-ES"/>
        </w:rPr>
        <w:t xml:space="preserve"> similares </w:t>
      </w:r>
      <w:proofErr w:type="spellStart"/>
      <w:r w:rsidRPr="007A79F2">
        <w:rPr>
          <w:lang w:val="es-ES"/>
        </w:rPr>
        <w:t>na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categoria</w:t>
      </w:r>
      <w:proofErr w:type="spellEnd"/>
      <w:r w:rsidRPr="007A79F2">
        <w:rPr>
          <w:lang w:val="es-ES"/>
        </w:rPr>
        <w:t xml:space="preserve"> indicada, conforme a </w:t>
      </w:r>
      <w:proofErr w:type="spellStart"/>
      <w:r w:rsidRPr="007A79F2">
        <w:rPr>
          <w:lang w:val="es-ES"/>
        </w:rPr>
        <w:t>cidade</w:t>
      </w:r>
      <w:proofErr w:type="spellEnd"/>
      <w:r w:rsidRPr="007A79F2">
        <w:rPr>
          <w:lang w:val="es-ES"/>
        </w:rPr>
        <w:t>)</w:t>
      </w:r>
    </w:p>
    <w:p w14:paraId="7F19ABF6" w14:textId="77777777" w:rsidR="00E20CD6" w:rsidRPr="007A79F2" w:rsidRDefault="00AC05B8">
      <w:pPr>
        <w:rPr>
          <w:lang w:val="es-ES"/>
        </w:rPr>
      </w:pPr>
      <w:r w:rsidRPr="007A79F2">
        <w:rPr>
          <w:b/>
          <w:lang w:val="es-ES"/>
        </w:rPr>
        <w:t xml:space="preserve">VIENA: </w:t>
      </w:r>
      <w:r w:rsidRPr="007A79F2">
        <w:rPr>
          <w:lang w:val="es-ES"/>
        </w:rPr>
        <w:t>ROOMZ PRATER ★★★★</w:t>
      </w:r>
    </w:p>
    <w:p w14:paraId="16E70437" w14:textId="77777777" w:rsidR="00E20CD6" w:rsidRPr="007A79F2" w:rsidRDefault="00AC05B8">
      <w:pPr>
        <w:rPr>
          <w:lang w:val="es-ES"/>
        </w:rPr>
      </w:pPr>
      <w:r w:rsidRPr="007A79F2">
        <w:rPr>
          <w:b/>
          <w:lang w:val="es-ES"/>
        </w:rPr>
        <w:t xml:space="preserve">SALZBURGO: </w:t>
      </w:r>
      <w:r w:rsidRPr="007A79F2">
        <w:rPr>
          <w:lang w:val="es-ES"/>
        </w:rPr>
        <w:t>JUNE SIX SALZBURG ★★★★</w:t>
      </w:r>
    </w:p>
    <w:p w14:paraId="37997198" w14:textId="77777777" w:rsidR="00E20CD6" w:rsidRDefault="00AC05B8">
      <w:r>
        <w:rPr>
          <w:b/>
        </w:rPr>
        <w:t xml:space="preserve">INNSBRUCK: </w:t>
      </w:r>
      <w:r>
        <w:t>AC BY MARRIOTT ★★★★  /  STAGE 12</w:t>
      </w:r>
      <w:r>
        <w:t xml:space="preserve"> ★★★★</w:t>
      </w:r>
    </w:p>
    <w:p w14:paraId="14A7B63A" w14:textId="77777777" w:rsidR="00E20CD6" w:rsidRDefault="00AC05B8">
      <w:r>
        <w:rPr>
          <w:b/>
        </w:rPr>
        <w:t xml:space="preserve">ZURIQUE: </w:t>
      </w:r>
      <w:r>
        <w:t>NOVOTEL CITY WEST ★★★★</w:t>
      </w:r>
    </w:p>
    <w:p w14:paraId="01069907" w14:textId="77777777" w:rsidR="00E20CD6" w:rsidRDefault="00E20CD6"/>
    <w:p w14:paraId="75295FBB" w14:textId="77777777" w:rsidR="00E20CD6" w:rsidRDefault="00AC05B8">
      <w:pPr>
        <w:pStyle w:val="Ttulo2"/>
      </w:pPr>
      <w:r>
        <w:t>SERVIÇOS INCLUÍDOS</w:t>
      </w:r>
    </w:p>
    <w:p w14:paraId="4F4A7FFF" w14:textId="77777777" w:rsidR="00E20CD6" w:rsidRDefault="00AC05B8">
      <w:pPr>
        <w:pStyle w:val="Listaconvietas"/>
      </w:pPr>
      <w:r>
        <w:t>Guia acompanhante em espanhol</w:t>
      </w:r>
    </w:p>
    <w:p w14:paraId="781D30C6" w14:textId="77777777" w:rsidR="00E20CD6" w:rsidRPr="007A79F2" w:rsidRDefault="00AC05B8">
      <w:pPr>
        <w:pStyle w:val="Listaconvietas"/>
        <w:rPr>
          <w:lang w:val="es-ES"/>
        </w:rPr>
      </w:pPr>
      <w:r w:rsidRPr="007A79F2">
        <w:rPr>
          <w:lang w:val="es-ES"/>
        </w:rPr>
        <w:t xml:space="preserve">8 </w:t>
      </w:r>
      <w:proofErr w:type="spellStart"/>
      <w:r w:rsidRPr="007A79F2">
        <w:rPr>
          <w:lang w:val="es-ES"/>
        </w:rPr>
        <w:t>noites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café da </w:t>
      </w:r>
      <w:proofErr w:type="spellStart"/>
      <w:r w:rsidRPr="007A79F2">
        <w:rPr>
          <w:lang w:val="es-ES"/>
        </w:rPr>
        <w:t>manhã</w:t>
      </w:r>
      <w:proofErr w:type="spellEnd"/>
      <w:r w:rsidRPr="007A79F2">
        <w:rPr>
          <w:lang w:val="es-ES"/>
        </w:rPr>
        <w:t xml:space="preserve"> tipo buffet</w:t>
      </w:r>
    </w:p>
    <w:p w14:paraId="12E525A7" w14:textId="77777777" w:rsidR="00E20CD6" w:rsidRDefault="00AC05B8">
      <w:pPr>
        <w:pStyle w:val="Listaconvietas"/>
      </w:pPr>
      <w:r>
        <w:t xml:space="preserve">Entradas e </w:t>
      </w:r>
      <w:proofErr w:type="spellStart"/>
      <w:r>
        <w:t>experiências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itinerário</w:t>
      </w:r>
    </w:p>
    <w:p w14:paraId="7BE225BF" w14:textId="77777777" w:rsidR="00E20CD6" w:rsidRDefault="00AC05B8">
      <w:pPr>
        <w:pStyle w:val="Listaconvietas"/>
      </w:pPr>
      <w:r>
        <w:t>Jantar de boas-vindas</w:t>
      </w:r>
    </w:p>
    <w:p w14:paraId="2DCF056D" w14:textId="77777777" w:rsidR="00E20CD6" w:rsidRDefault="00AC05B8">
      <w:pPr>
        <w:pStyle w:val="Listaconvietas"/>
      </w:pPr>
      <w:r>
        <w:t>Almoço em Innsbruck</w:t>
      </w:r>
    </w:p>
    <w:p w14:paraId="7A0FF5F2" w14:textId="77777777" w:rsidR="00E20CD6" w:rsidRDefault="00E20CD6"/>
    <w:p w14:paraId="515B2C77" w14:textId="77777777" w:rsidR="00E20CD6" w:rsidRDefault="00AC05B8">
      <w:pPr>
        <w:pStyle w:val="Ttulo2"/>
      </w:pPr>
      <w:r>
        <w:t>TARIFAS EM EUROS</w:t>
      </w:r>
    </w:p>
    <w:p w14:paraId="31C5AC45" w14:textId="77777777" w:rsidR="00E20CD6" w:rsidRDefault="00AC05B8">
      <w:r>
        <w:t>€ 2.595,– por pessoa em a</w:t>
      </w:r>
      <w:r>
        <w:t>pto. duplo</w:t>
      </w:r>
    </w:p>
    <w:p w14:paraId="076EA125" w14:textId="77777777" w:rsidR="00E20CD6" w:rsidRDefault="00AC05B8">
      <w:r>
        <w:lastRenderedPageBreak/>
        <w:t>€ 880,– suplemento individual</w:t>
      </w:r>
    </w:p>
    <w:p w14:paraId="3A28C642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 xml:space="preserve">5% </w:t>
      </w:r>
      <w:proofErr w:type="spellStart"/>
      <w:r w:rsidRPr="007A79F2">
        <w:rPr>
          <w:lang w:val="es-ES"/>
        </w:rPr>
        <w:t>desconto</w:t>
      </w:r>
      <w:proofErr w:type="spellEnd"/>
      <w:r w:rsidRPr="007A79F2">
        <w:rPr>
          <w:lang w:val="es-ES"/>
        </w:rPr>
        <w:t xml:space="preserve"> para o </w:t>
      </w:r>
      <w:proofErr w:type="spellStart"/>
      <w:r w:rsidRPr="007A79F2">
        <w:rPr>
          <w:lang w:val="es-ES"/>
        </w:rPr>
        <w:t>terceiro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passageiro</w:t>
      </w:r>
      <w:proofErr w:type="spellEnd"/>
      <w:r w:rsidRPr="007A79F2">
        <w:rPr>
          <w:lang w:val="es-ES"/>
        </w:rPr>
        <w:t xml:space="preserve"> em </w:t>
      </w:r>
      <w:proofErr w:type="spellStart"/>
      <w:r w:rsidRPr="007A79F2">
        <w:rPr>
          <w:lang w:val="es-ES"/>
        </w:rPr>
        <w:t>quarto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+2 </w:t>
      </w:r>
      <w:proofErr w:type="spellStart"/>
      <w:r w:rsidRPr="007A79F2">
        <w:rPr>
          <w:lang w:val="es-ES"/>
        </w:rPr>
        <w:t>pessoas</w:t>
      </w:r>
      <w:proofErr w:type="spellEnd"/>
      <w:r w:rsidRPr="007A79F2">
        <w:rPr>
          <w:lang w:val="es-ES"/>
        </w:rPr>
        <w:t xml:space="preserve"> (QUARTO TRIPLO).</w:t>
      </w:r>
    </w:p>
    <w:p w14:paraId="4FD6AC4C" w14:textId="77777777" w:rsidR="00E20CD6" w:rsidRPr="007A79F2" w:rsidRDefault="00E20CD6">
      <w:pPr>
        <w:rPr>
          <w:lang w:val="es-ES"/>
        </w:rPr>
      </w:pPr>
    </w:p>
    <w:p w14:paraId="799CBB2B" w14:textId="77777777" w:rsidR="00E20CD6" w:rsidRPr="007A79F2" w:rsidRDefault="00AC05B8">
      <w:pPr>
        <w:pStyle w:val="Ttulo1"/>
        <w:rPr>
          <w:lang w:val="es-ES"/>
        </w:rPr>
      </w:pPr>
      <w:r w:rsidRPr="007A79F2">
        <w:rPr>
          <w:lang w:val="es-ES"/>
        </w:rPr>
        <w:t>ITINERÁRIO</w:t>
      </w:r>
    </w:p>
    <w:p w14:paraId="0CC55F7A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1 DOM VIENA</w:t>
      </w:r>
    </w:p>
    <w:p w14:paraId="0AEC92BB" w14:textId="77777777" w:rsidR="00E20CD6" w:rsidRPr="007A79F2" w:rsidRDefault="00AC05B8">
      <w:pPr>
        <w:rPr>
          <w:lang w:val="es-ES"/>
        </w:rPr>
      </w:pPr>
      <w:proofErr w:type="spellStart"/>
      <w:r w:rsidRPr="007A79F2">
        <w:rPr>
          <w:lang w:val="es-ES"/>
        </w:rPr>
        <w:t>Chegada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aeroporto</w:t>
      </w:r>
      <w:proofErr w:type="spellEnd"/>
      <w:r w:rsidRPr="007A79F2">
        <w:rPr>
          <w:lang w:val="es-ES"/>
        </w:rPr>
        <w:t xml:space="preserve"> de Viena, onde </w:t>
      </w:r>
      <w:proofErr w:type="spellStart"/>
      <w:r w:rsidRPr="007A79F2">
        <w:rPr>
          <w:lang w:val="es-ES"/>
        </w:rPr>
        <w:t>nosso</w:t>
      </w:r>
      <w:proofErr w:type="spellEnd"/>
      <w:r w:rsidRPr="007A79F2">
        <w:rPr>
          <w:lang w:val="es-ES"/>
        </w:rPr>
        <w:t xml:space="preserve"> motorista o levará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seu</w:t>
      </w:r>
      <w:proofErr w:type="spellEnd"/>
      <w:r w:rsidRPr="007A79F2">
        <w:rPr>
          <w:lang w:val="es-ES"/>
        </w:rPr>
        <w:t xml:space="preserve"> hotel. À </w:t>
      </w:r>
      <w:proofErr w:type="spellStart"/>
      <w:r w:rsidRPr="007A79F2">
        <w:rPr>
          <w:lang w:val="es-ES"/>
        </w:rPr>
        <w:t>noite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conhecerá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seus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companheiros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viagem</w:t>
      </w:r>
      <w:proofErr w:type="spellEnd"/>
      <w:r w:rsidRPr="007A79F2">
        <w:rPr>
          <w:lang w:val="es-ES"/>
        </w:rPr>
        <w:t xml:space="preserve"> em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típico </w:t>
      </w:r>
      <w:proofErr w:type="spellStart"/>
      <w:r w:rsidRPr="007A79F2">
        <w:rPr>
          <w:lang w:val="es-ES"/>
        </w:rPr>
        <w:t>jantar</w:t>
      </w:r>
      <w:proofErr w:type="spellEnd"/>
      <w:r w:rsidRPr="007A79F2">
        <w:rPr>
          <w:lang w:val="es-ES"/>
        </w:rPr>
        <w:t xml:space="preserve"> austríaco de boas-</w:t>
      </w:r>
      <w:proofErr w:type="spellStart"/>
      <w:r w:rsidRPr="007A79F2">
        <w:rPr>
          <w:lang w:val="es-ES"/>
        </w:rPr>
        <w:t>vindas</w:t>
      </w:r>
      <w:proofErr w:type="spellEnd"/>
      <w:r w:rsidRPr="007A79F2">
        <w:rPr>
          <w:lang w:val="es-ES"/>
        </w:rPr>
        <w:t xml:space="preserve"> no restaurante </w:t>
      </w:r>
      <w:proofErr w:type="spellStart"/>
      <w:r w:rsidRPr="007A79F2">
        <w:rPr>
          <w:lang w:val="es-ES"/>
        </w:rPr>
        <w:t>Marchfelderhof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muito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conhecido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além</w:t>
      </w:r>
      <w:proofErr w:type="spellEnd"/>
      <w:r w:rsidRPr="007A79F2">
        <w:rPr>
          <w:lang w:val="es-ES"/>
        </w:rPr>
        <w:t xml:space="preserve"> das </w:t>
      </w:r>
      <w:proofErr w:type="spellStart"/>
      <w:r w:rsidRPr="007A79F2">
        <w:rPr>
          <w:lang w:val="es-ES"/>
        </w:rPr>
        <w:t>fronteiras</w:t>
      </w:r>
      <w:proofErr w:type="spellEnd"/>
      <w:r w:rsidRPr="007A79F2">
        <w:rPr>
          <w:lang w:val="es-ES"/>
        </w:rPr>
        <w:t xml:space="preserve"> do país. </w:t>
      </w:r>
      <w:proofErr w:type="spellStart"/>
      <w:r w:rsidRPr="007A79F2">
        <w:rPr>
          <w:lang w:val="es-ES"/>
        </w:rPr>
        <w:t>Neste</w:t>
      </w:r>
      <w:proofErr w:type="spellEnd"/>
      <w:r w:rsidRPr="007A79F2">
        <w:rPr>
          <w:lang w:val="es-ES"/>
        </w:rPr>
        <w:t xml:space="preserve"> ambiente realmente único, </w:t>
      </w:r>
      <w:proofErr w:type="spellStart"/>
      <w:r w:rsidRPr="007A79F2">
        <w:rPr>
          <w:lang w:val="es-ES"/>
        </w:rPr>
        <w:t>rapidamente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terá</w:t>
      </w:r>
      <w:proofErr w:type="spellEnd"/>
      <w:r w:rsidRPr="007A79F2">
        <w:rPr>
          <w:lang w:val="es-ES"/>
        </w:rPr>
        <w:t xml:space="preserve"> a </w:t>
      </w:r>
      <w:proofErr w:type="spellStart"/>
      <w:r w:rsidRPr="007A79F2">
        <w:rPr>
          <w:lang w:val="es-ES"/>
        </w:rPr>
        <w:t>sensação</w:t>
      </w:r>
      <w:proofErr w:type="spellEnd"/>
      <w:r w:rsidRPr="007A79F2">
        <w:rPr>
          <w:lang w:val="es-ES"/>
        </w:rPr>
        <w:t xml:space="preserve"> de que a </w:t>
      </w:r>
      <w:proofErr w:type="spellStart"/>
      <w:r w:rsidRPr="007A79F2">
        <w:rPr>
          <w:lang w:val="es-ES"/>
        </w:rPr>
        <w:t>imperatr</w:t>
      </w:r>
      <w:r w:rsidRPr="007A79F2">
        <w:rPr>
          <w:lang w:val="es-ES"/>
        </w:rPr>
        <w:t>iz</w:t>
      </w:r>
      <w:proofErr w:type="spellEnd"/>
      <w:r w:rsidRPr="007A79F2">
        <w:rPr>
          <w:lang w:val="es-ES"/>
        </w:rPr>
        <w:t xml:space="preserve"> Sissi está sentada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seu</w:t>
      </w:r>
      <w:proofErr w:type="spellEnd"/>
      <w:r w:rsidRPr="007A79F2">
        <w:rPr>
          <w:lang w:val="es-ES"/>
        </w:rPr>
        <w:t xml:space="preserve"> lado à mesa. Naturalmente, as bebidas </w:t>
      </w:r>
      <w:proofErr w:type="spellStart"/>
      <w:r w:rsidRPr="007A79F2">
        <w:rPr>
          <w:lang w:val="es-ES"/>
        </w:rPr>
        <w:t>também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estão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incluídas</w:t>
      </w:r>
      <w:proofErr w:type="spellEnd"/>
      <w:r w:rsidRPr="007A79F2">
        <w:rPr>
          <w:lang w:val="es-ES"/>
        </w:rPr>
        <w:t>.</w:t>
      </w:r>
    </w:p>
    <w:p w14:paraId="30C5C762" w14:textId="77777777" w:rsidR="00E20CD6" w:rsidRPr="007A79F2" w:rsidRDefault="00E20CD6">
      <w:pPr>
        <w:rPr>
          <w:lang w:val="es-ES"/>
        </w:rPr>
      </w:pPr>
    </w:p>
    <w:p w14:paraId="2E7EBDF7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2 SEG VIENA</w:t>
      </w:r>
    </w:p>
    <w:p w14:paraId="4F4A6B85" w14:textId="77777777" w:rsidR="00E20CD6" w:rsidRPr="007A79F2" w:rsidRDefault="00AC05B8">
      <w:pPr>
        <w:rPr>
          <w:lang w:val="es-ES"/>
        </w:rPr>
      </w:pPr>
      <w:proofErr w:type="spellStart"/>
      <w:r w:rsidRPr="007A79F2">
        <w:rPr>
          <w:lang w:val="es-ES"/>
        </w:rPr>
        <w:t>Após</w:t>
      </w:r>
      <w:proofErr w:type="spellEnd"/>
      <w:r w:rsidRPr="007A79F2">
        <w:rPr>
          <w:lang w:val="es-ES"/>
        </w:rPr>
        <w:t xml:space="preserve"> o café da </w:t>
      </w:r>
      <w:proofErr w:type="spellStart"/>
      <w:r w:rsidRPr="007A79F2">
        <w:rPr>
          <w:lang w:val="es-ES"/>
        </w:rPr>
        <w:t>manhã</w:t>
      </w:r>
      <w:proofErr w:type="spellEnd"/>
      <w:r w:rsidRPr="007A79F2">
        <w:rPr>
          <w:lang w:val="es-ES"/>
        </w:rPr>
        <w:t xml:space="preserve"> no hotel, exploraremos Viena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visita </w:t>
      </w:r>
      <w:proofErr w:type="spellStart"/>
      <w:r w:rsidRPr="007A79F2">
        <w:rPr>
          <w:lang w:val="es-ES"/>
        </w:rPr>
        <w:t>panorâmica</w:t>
      </w:r>
      <w:proofErr w:type="spellEnd"/>
      <w:r w:rsidRPr="007A79F2">
        <w:rPr>
          <w:lang w:val="es-ES"/>
        </w:rPr>
        <w:t xml:space="preserve"> que </w:t>
      </w:r>
      <w:proofErr w:type="spellStart"/>
      <w:r w:rsidRPr="007A79F2">
        <w:rPr>
          <w:lang w:val="es-ES"/>
        </w:rPr>
        <w:t>oferece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excelente </w:t>
      </w:r>
      <w:proofErr w:type="spellStart"/>
      <w:r w:rsidRPr="007A79F2">
        <w:rPr>
          <w:lang w:val="es-ES"/>
        </w:rPr>
        <w:t>impressão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seus</w:t>
      </w:r>
      <w:proofErr w:type="spellEnd"/>
      <w:r w:rsidRPr="007A79F2">
        <w:rPr>
          <w:lang w:val="es-ES"/>
        </w:rPr>
        <w:t xml:space="preserve"> numerosos </w:t>
      </w:r>
      <w:proofErr w:type="spellStart"/>
      <w:r w:rsidRPr="007A79F2">
        <w:rPr>
          <w:lang w:val="es-ES"/>
        </w:rPr>
        <w:t>atrativos</w:t>
      </w:r>
      <w:proofErr w:type="spellEnd"/>
      <w:r w:rsidRPr="007A79F2">
        <w:rPr>
          <w:lang w:val="es-ES"/>
        </w:rPr>
        <w:t>. Visitar</w:t>
      </w:r>
      <w:r w:rsidRPr="007A79F2">
        <w:rPr>
          <w:lang w:val="es-ES"/>
        </w:rPr>
        <w:t xml:space="preserve">emos os </w:t>
      </w:r>
      <w:proofErr w:type="spellStart"/>
      <w:r w:rsidRPr="007A79F2">
        <w:rPr>
          <w:lang w:val="es-ES"/>
        </w:rPr>
        <w:t>jardins</w:t>
      </w:r>
      <w:proofErr w:type="spellEnd"/>
      <w:r w:rsidRPr="007A79F2">
        <w:rPr>
          <w:lang w:val="es-ES"/>
        </w:rPr>
        <w:t xml:space="preserve"> do histórico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Belvedere, </w:t>
      </w:r>
      <w:proofErr w:type="spellStart"/>
      <w:r w:rsidRPr="007A79F2">
        <w:rPr>
          <w:lang w:val="es-ES"/>
        </w:rPr>
        <w:t>antigo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verão</w:t>
      </w:r>
      <w:proofErr w:type="spellEnd"/>
      <w:r w:rsidRPr="007A79F2">
        <w:rPr>
          <w:lang w:val="es-ES"/>
        </w:rPr>
        <w:t xml:space="preserve"> do príncipe </w:t>
      </w:r>
      <w:proofErr w:type="spellStart"/>
      <w:r w:rsidRPr="007A79F2">
        <w:rPr>
          <w:lang w:val="es-ES"/>
        </w:rPr>
        <w:t>Eugênio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Saboia</w:t>
      </w:r>
      <w:proofErr w:type="spellEnd"/>
      <w:r w:rsidRPr="007A79F2">
        <w:rPr>
          <w:lang w:val="es-ES"/>
        </w:rPr>
        <w:t xml:space="preserve">, de onde </w:t>
      </w:r>
      <w:proofErr w:type="spellStart"/>
      <w:r w:rsidRPr="007A79F2">
        <w:rPr>
          <w:lang w:val="es-ES"/>
        </w:rPr>
        <w:t>poderá</w:t>
      </w:r>
      <w:proofErr w:type="spellEnd"/>
      <w:r w:rsidRPr="007A79F2">
        <w:rPr>
          <w:lang w:val="es-ES"/>
        </w:rPr>
        <w:t xml:space="preserve"> desfrutar de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magnífica vista da </w:t>
      </w:r>
      <w:proofErr w:type="spellStart"/>
      <w:r w:rsidRPr="007A79F2">
        <w:rPr>
          <w:lang w:val="es-ES"/>
        </w:rPr>
        <w:t>cidade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imortalizada</w:t>
      </w:r>
      <w:proofErr w:type="spellEnd"/>
      <w:r w:rsidRPr="007A79F2">
        <w:rPr>
          <w:lang w:val="es-ES"/>
        </w:rPr>
        <w:t xml:space="preserve"> pelo artista Giovanni Antonio Canal em </w:t>
      </w:r>
      <w:proofErr w:type="spellStart"/>
      <w:r w:rsidRPr="007A79F2">
        <w:rPr>
          <w:lang w:val="es-ES"/>
        </w:rPr>
        <w:t>suas</w:t>
      </w:r>
      <w:proofErr w:type="spellEnd"/>
      <w:r w:rsidRPr="007A79F2">
        <w:rPr>
          <w:lang w:val="es-ES"/>
        </w:rPr>
        <w:t xml:space="preserve"> pinturas. Continuaremos pela </w:t>
      </w:r>
      <w:proofErr w:type="spellStart"/>
      <w:r w:rsidRPr="007A79F2">
        <w:rPr>
          <w:lang w:val="es-ES"/>
        </w:rPr>
        <w:t>Ringstra</w:t>
      </w:r>
      <w:r w:rsidRPr="007A79F2">
        <w:rPr>
          <w:lang w:val="es-ES"/>
        </w:rPr>
        <w:t>sse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edifícios</w:t>
      </w:r>
      <w:proofErr w:type="spellEnd"/>
      <w:r w:rsidRPr="007A79F2">
        <w:rPr>
          <w:lang w:val="es-ES"/>
        </w:rPr>
        <w:t xml:space="preserve"> emblemáticos como a Ópera Estatal, o </w:t>
      </w:r>
      <w:proofErr w:type="spellStart"/>
      <w:r w:rsidRPr="007A79F2">
        <w:rPr>
          <w:lang w:val="es-ES"/>
        </w:rPr>
        <w:t>Museu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Ciências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Naturais</w:t>
      </w:r>
      <w:proofErr w:type="spellEnd"/>
      <w:r w:rsidRPr="007A79F2">
        <w:rPr>
          <w:lang w:val="es-ES"/>
        </w:rPr>
        <w:t xml:space="preserve">, o Monumento a Maria Teresa, o Parlamento austríaco, a </w:t>
      </w:r>
      <w:proofErr w:type="spellStart"/>
      <w:r w:rsidRPr="007A79F2">
        <w:rPr>
          <w:lang w:val="es-ES"/>
        </w:rPr>
        <w:t>Prefeitura</w:t>
      </w:r>
      <w:proofErr w:type="spellEnd"/>
      <w:r w:rsidRPr="007A79F2">
        <w:rPr>
          <w:lang w:val="es-ES"/>
        </w:rPr>
        <w:t xml:space="preserve">, o Teatro Nacional e o </w:t>
      </w:r>
      <w:proofErr w:type="spellStart"/>
      <w:r w:rsidRPr="007A79F2">
        <w:rPr>
          <w:lang w:val="es-ES"/>
        </w:rPr>
        <w:t>Hofburg</w:t>
      </w:r>
      <w:proofErr w:type="spellEnd"/>
      <w:r w:rsidRPr="007A79F2">
        <w:rPr>
          <w:lang w:val="es-ES"/>
        </w:rPr>
        <w:t xml:space="preserve">, sede do </w:t>
      </w:r>
      <w:proofErr w:type="spellStart"/>
      <w:r w:rsidRPr="007A79F2">
        <w:rPr>
          <w:lang w:val="es-ES"/>
        </w:rPr>
        <w:t>nosso</w:t>
      </w:r>
      <w:proofErr w:type="spellEnd"/>
      <w:r w:rsidRPr="007A79F2">
        <w:rPr>
          <w:lang w:val="es-ES"/>
        </w:rPr>
        <w:t xml:space="preserve"> Presidente Federal. </w:t>
      </w:r>
      <w:proofErr w:type="spellStart"/>
      <w:r w:rsidRPr="007A79F2">
        <w:rPr>
          <w:lang w:val="es-ES"/>
        </w:rPr>
        <w:t>Passearemos</w:t>
      </w:r>
      <w:proofErr w:type="spellEnd"/>
      <w:r w:rsidRPr="007A79F2">
        <w:rPr>
          <w:lang w:val="es-ES"/>
        </w:rPr>
        <w:t xml:space="preserve"> pelas encantadoras </w:t>
      </w:r>
      <w:proofErr w:type="spellStart"/>
      <w:r w:rsidRPr="007A79F2">
        <w:rPr>
          <w:lang w:val="es-ES"/>
        </w:rPr>
        <w:t>ruas</w:t>
      </w:r>
      <w:proofErr w:type="spellEnd"/>
      <w:r w:rsidRPr="007A79F2">
        <w:rPr>
          <w:lang w:val="es-ES"/>
        </w:rPr>
        <w:t xml:space="preserve"> do ce</w:t>
      </w:r>
      <w:r w:rsidRPr="007A79F2">
        <w:rPr>
          <w:lang w:val="es-ES"/>
        </w:rPr>
        <w:t xml:space="preserve">ntro histórico e visitaremos o interior da Catedral de Santo Estêvão. </w:t>
      </w:r>
      <w:proofErr w:type="spellStart"/>
      <w:r w:rsidRPr="007A79F2">
        <w:rPr>
          <w:lang w:val="es-ES"/>
        </w:rPr>
        <w:t>Também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passaremos</w:t>
      </w:r>
      <w:proofErr w:type="spellEnd"/>
      <w:r w:rsidRPr="007A79F2">
        <w:rPr>
          <w:lang w:val="es-ES"/>
        </w:rPr>
        <w:t xml:space="preserve"> pelo </w:t>
      </w:r>
      <w:proofErr w:type="spellStart"/>
      <w:r w:rsidRPr="007A79F2">
        <w:rPr>
          <w:lang w:val="es-ES"/>
        </w:rPr>
        <w:t>Relógio</w:t>
      </w:r>
      <w:proofErr w:type="spellEnd"/>
      <w:r w:rsidRPr="007A79F2">
        <w:rPr>
          <w:lang w:val="es-ES"/>
        </w:rPr>
        <w:t xml:space="preserve"> Anker e pelo </w:t>
      </w:r>
      <w:proofErr w:type="spellStart"/>
      <w:r w:rsidRPr="007A79F2">
        <w:rPr>
          <w:lang w:val="es-ES"/>
        </w:rPr>
        <w:t>bairro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judeu</w:t>
      </w:r>
      <w:proofErr w:type="spellEnd"/>
      <w:r w:rsidRPr="007A79F2">
        <w:rPr>
          <w:lang w:val="es-ES"/>
        </w:rPr>
        <w:t xml:space="preserve">. O </w:t>
      </w:r>
      <w:proofErr w:type="spellStart"/>
      <w:r w:rsidRPr="007A79F2">
        <w:rPr>
          <w:lang w:val="es-ES"/>
        </w:rPr>
        <w:t>percurso</w:t>
      </w:r>
      <w:proofErr w:type="spellEnd"/>
      <w:r w:rsidRPr="007A79F2">
        <w:rPr>
          <w:lang w:val="es-ES"/>
        </w:rPr>
        <w:t xml:space="preserve"> termina </w:t>
      </w:r>
      <w:proofErr w:type="spellStart"/>
      <w:r w:rsidRPr="007A79F2">
        <w:rPr>
          <w:lang w:val="es-ES"/>
        </w:rPr>
        <w:t>na</w:t>
      </w:r>
      <w:proofErr w:type="spellEnd"/>
      <w:r w:rsidRPr="007A79F2">
        <w:rPr>
          <w:lang w:val="es-ES"/>
        </w:rPr>
        <w:t xml:space="preserve"> Maria-</w:t>
      </w:r>
      <w:proofErr w:type="spellStart"/>
      <w:r w:rsidRPr="007A79F2">
        <w:rPr>
          <w:lang w:val="es-ES"/>
        </w:rPr>
        <w:t>Theresien</w:t>
      </w:r>
      <w:proofErr w:type="spellEnd"/>
      <w:r w:rsidRPr="007A79F2">
        <w:rPr>
          <w:lang w:val="es-ES"/>
        </w:rPr>
        <w:t>-</w:t>
      </w:r>
      <w:proofErr w:type="spellStart"/>
      <w:r w:rsidRPr="007A79F2">
        <w:rPr>
          <w:lang w:val="es-ES"/>
        </w:rPr>
        <w:t>Platz</w:t>
      </w:r>
      <w:proofErr w:type="spellEnd"/>
      <w:r w:rsidRPr="007A79F2">
        <w:rPr>
          <w:lang w:val="es-ES"/>
        </w:rPr>
        <w:t xml:space="preserve">. </w:t>
      </w:r>
      <w:proofErr w:type="spellStart"/>
      <w:r w:rsidRPr="007A79F2">
        <w:rPr>
          <w:lang w:val="es-ES"/>
        </w:rPr>
        <w:t>Após</w:t>
      </w:r>
      <w:proofErr w:type="spellEnd"/>
      <w:r w:rsidRPr="007A79F2">
        <w:rPr>
          <w:lang w:val="es-ES"/>
        </w:rPr>
        <w:t xml:space="preserve"> a visita, </w:t>
      </w:r>
      <w:proofErr w:type="spellStart"/>
      <w:r w:rsidRPr="007A79F2">
        <w:rPr>
          <w:lang w:val="es-ES"/>
        </w:rPr>
        <w:t>terá</w:t>
      </w:r>
      <w:proofErr w:type="spellEnd"/>
      <w:r w:rsidRPr="007A79F2">
        <w:rPr>
          <w:lang w:val="es-ES"/>
        </w:rPr>
        <w:t xml:space="preserve"> a </w:t>
      </w:r>
      <w:proofErr w:type="spellStart"/>
      <w:r w:rsidRPr="007A79F2">
        <w:rPr>
          <w:lang w:val="es-ES"/>
        </w:rPr>
        <w:t>opção</w:t>
      </w:r>
      <w:proofErr w:type="spellEnd"/>
      <w:r w:rsidRPr="007A79F2">
        <w:rPr>
          <w:lang w:val="es-ES"/>
        </w:rPr>
        <w:t xml:space="preserve"> de participar de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excursão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Schönbrunn</w:t>
      </w:r>
      <w:proofErr w:type="spellEnd"/>
      <w:r w:rsidRPr="007A79F2">
        <w:rPr>
          <w:lang w:val="es-ES"/>
        </w:rPr>
        <w:t>.</w:t>
      </w:r>
      <w:r w:rsidRPr="007A79F2">
        <w:rPr>
          <w:lang w:val="es-ES"/>
        </w:rPr>
        <w:t xml:space="preserve"> À tarde, </w:t>
      </w:r>
      <w:proofErr w:type="spellStart"/>
      <w:r w:rsidRPr="007A79F2">
        <w:rPr>
          <w:lang w:val="es-ES"/>
        </w:rPr>
        <w:t>possibilidade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assistir</w:t>
      </w:r>
      <w:proofErr w:type="spellEnd"/>
      <w:r w:rsidRPr="007A79F2">
        <w:rPr>
          <w:lang w:val="es-ES"/>
        </w:rPr>
        <w:t xml:space="preserve"> a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concerto</w:t>
      </w:r>
      <w:proofErr w:type="spellEnd"/>
      <w:r w:rsidRPr="007A79F2">
        <w:rPr>
          <w:lang w:val="es-ES"/>
        </w:rPr>
        <w:t xml:space="preserve"> de música </w:t>
      </w:r>
      <w:proofErr w:type="spellStart"/>
      <w:r w:rsidRPr="007A79F2">
        <w:rPr>
          <w:lang w:val="es-ES"/>
        </w:rPr>
        <w:t>clássica</w:t>
      </w:r>
      <w:proofErr w:type="spellEnd"/>
      <w:r w:rsidRPr="007A79F2">
        <w:rPr>
          <w:lang w:val="es-ES"/>
        </w:rPr>
        <w:t xml:space="preserve"> (ambas </w:t>
      </w:r>
      <w:proofErr w:type="spellStart"/>
      <w:r w:rsidRPr="007A79F2">
        <w:rPr>
          <w:lang w:val="es-ES"/>
        </w:rPr>
        <w:t>não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incluídas</w:t>
      </w:r>
      <w:proofErr w:type="spellEnd"/>
      <w:r w:rsidRPr="007A79F2">
        <w:rPr>
          <w:lang w:val="es-ES"/>
        </w:rPr>
        <w:t>).</w:t>
      </w:r>
    </w:p>
    <w:p w14:paraId="750BAF65" w14:textId="77777777" w:rsidR="00E20CD6" w:rsidRPr="007A79F2" w:rsidRDefault="00E20CD6">
      <w:pPr>
        <w:rPr>
          <w:lang w:val="es-ES"/>
        </w:rPr>
      </w:pPr>
    </w:p>
    <w:p w14:paraId="5C54ACFA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3 TER VIENA - HALLSTATT - SALZBURGO</w:t>
      </w:r>
    </w:p>
    <w:p w14:paraId="377CD341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 xml:space="preserve">Café da </w:t>
      </w:r>
      <w:proofErr w:type="spellStart"/>
      <w:r w:rsidRPr="007A79F2">
        <w:rPr>
          <w:lang w:val="es-ES"/>
        </w:rPr>
        <w:t>manhã</w:t>
      </w:r>
      <w:proofErr w:type="spellEnd"/>
      <w:r w:rsidRPr="007A79F2">
        <w:rPr>
          <w:lang w:val="es-ES"/>
        </w:rPr>
        <w:t xml:space="preserve"> no hotel e </w:t>
      </w:r>
      <w:proofErr w:type="spellStart"/>
      <w:r w:rsidRPr="007A79F2">
        <w:rPr>
          <w:lang w:val="es-ES"/>
        </w:rPr>
        <w:t>saída</w:t>
      </w:r>
      <w:proofErr w:type="spellEnd"/>
      <w:r w:rsidRPr="007A79F2">
        <w:rPr>
          <w:lang w:val="es-ES"/>
        </w:rPr>
        <w:t xml:space="preserve"> cedo, </w:t>
      </w:r>
      <w:proofErr w:type="spellStart"/>
      <w:r w:rsidRPr="007A79F2">
        <w:rPr>
          <w:lang w:val="es-ES"/>
        </w:rPr>
        <w:t>pois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hoje</w:t>
      </w:r>
      <w:proofErr w:type="spellEnd"/>
      <w:r w:rsidRPr="007A79F2">
        <w:rPr>
          <w:lang w:val="es-ES"/>
        </w:rPr>
        <w:t xml:space="preserve"> vamos visitar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verdadeiro</w:t>
      </w:r>
      <w:proofErr w:type="spellEnd"/>
      <w:r w:rsidRPr="007A79F2">
        <w:rPr>
          <w:lang w:val="es-ES"/>
        </w:rPr>
        <w:t xml:space="preserve"> ponto culminante. Seguimos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oeste e</w:t>
      </w:r>
      <w:r w:rsidRPr="007A79F2">
        <w:rPr>
          <w:lang w:val="es-ES"/>
        </w:rPr>
        <w:t xml:space="preserve"> veremos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das </w:t>
      </w:r>
      <w:proofErr w:type="spellStart"/>
      <w:r w:rsidRPr="007A79F2">
        <w:rPr>
          <w:lang w:val="es-ES"/>
        </w:rPr>
        <w:t>regiões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mais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belas</w:t>
      </w:r>
      <w:proofErr w:type="spellEnd"/>
      <w:r w:rsidRPr="007A79F2">
        <w:rPr>
          <w:lang w:val="es-ES"/>
        </w:rPr>
        <w:t xml:space="preserve"> da </w:t>
      </w:r>
      <w:proofErr w:type="spellStart"/>
      <w:r w:rsidRPr="007A79F2">
        <w:rPr>
          <w:lang w:val="es-ES"/>
        </w:rPr>
        <w:t>Áustria</w:t>
      </w:r>
      <w:proofErr w:type="spellEnd"/>
      <w:r w:rsidRPr="007A79F2">
        <w:rPr>
          <w:lang w:val="es-ES"/>
        </w:rPr>
        <w:t xml:space="preserve">, chamada </w:t>
      </w:r>
      <w:proofErr w:type="spellStart"/>
      <w:r w:rsidRPr="007A79F2">
        <w:rPr>
          <w:lang w:val="es-ES"/>
        </w:rPr>
        <w:t>Salzkammergut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região</w:t>
      </w:r>
      <w:proofErr w:type="spellEnd"/>
      <w:r w:rsidRPr="007A79F2">
        <w:rPr>
          <w:lang w:val="es-ES"/>
        </w:rPr>
        <w:t xml:space="preserve"> famosa por </w:t>
      </w:r>
      <w:proofErr w:type="spellStart"/>
      <w:r w:rsidRPr="007A79F2">
        <w:rPr>
          <w:lang w:val="es-ES"/>
        </w:rPr>
        <w:t>suas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montanhas</w:t>
      </w:r>
      <w:proofErr w:type="spellEnd"/>
      <w:r w:rsidRPr="007A79F2">
        <w:rPr>
          <w:lang w:val="es-ES"/>
        </w:rPr>
        <w:t xml:space="preserve"> e lagos. Especialmente o </w:t>
      </w:r>
      <w:proofErr w:type="spellStart"/>
      <w:r w:rsidRPr="007A79F2">
        <w:rPr>
          <w:lang w:val="es-ES"/>
        </w:rPr>
        <w:t>povoado</w:t>
      </w:r>
      <w:proofErr w:type="spellEnd"/>
      <w:r w:rsidRPr="007A79F2">
        <w:rPr>
          <w:lang w:val="es-ES"/>
        </w:rPr>
        <w:t xml:space="preserve"> de Hallstatt é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lugar </w:t>
      </w:r>
      <w:proofErr w:type="spellStart"/>
      <w:r w:rsidRPr="007A79F2">
        <w:rPr>
          <w:lang w:val="es-ES"/>
        </w:rPr>
        <w:t>tão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incrivelmente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espetacular</w:t>
      </w:r>
      <w:proofErr w:type="spellEnd"/>
      <w:r w:rsidRPr="007A79F2">
        <w:rPr>
          <w:lang w:val="es-ES"/>
        </w:rPr>
        <w:t xml:space="preserve"> que até os </w:t>
      </w:r>
      <w:proofErr w:type="spellStart"/>
      <w:r w:rsidRPr="007A79F2">
        <w:rPr>
          <w:lang w:val="es-ES"/>
        </w:rPr>
        <w:t>chineses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criaram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cópia</w:t>
      </w:r>
      <w:proofErr w:type="spellEnd"/>
      <w:r w:rsidRPr="007A79F2">
        <w:rPr>
          <w:lang w:val="es-ES"/>
        </w:rPr>
        <w:t xml:space="preserve"> do </w:t>
      </w:r>
      <w:proofErr w:type="spellStart"/>
      <w:r w:rsidRPr="007A79F2">
        <w:rPr>
          <w:lang w:val="es-ES"/>
        </w:rPr>
        <w:t>antigo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povoado</w:t>
      </w:r>
      <w:proofErr w:type="spellEnd"/>
      <w:r w:rsidRPr="007A79F2">
        <w:rPr>
          <w:lang w:val="es-ES"/>
        </w:rPr>
        <w:t xml:space="preserve"> das m</w:t>
      </w:r>
      <w:r w:rsidRPr="007A79F2">
        <w:rPr>
          <w:lang w:val="es-ES"/>
        </w:rPr>
        <w:t xml:space="preserve">inas de sal. Mas </w:t>
      </w:r>
      <w:proofErr w:type="spellStart"/>
      <w:r w:rsidRPr="007A79F2">
        <w:rPr>
          <w:lang w:val="es-ES"/>
        </w:rPr>
        <w:t>somente</w:t>
      </w:r>
      <w:proofErr w:type="spellEnd"/>
      <w:r w:rsidRPr="007A79F2">
        <w:rPr>
          <w:lang w:val="es-ES"/>
        </w:rPr>
        <w:t xml:space="preserve"> no </w:t>
      </w:r>
      <w:r w:rsidRPr="007A79F2">
        <w:rPr>
          <w:lang w:val="es-ES"/>
        </w:rPr>
        <w:lastRenderedPageBreak/>
        <w:t xml:space="preserve">original </w:t>
      </w:r>
      <w:proofErr w:type="spellStart"/>
      <w:r w:rsidRPr="007A79F2">
        <w:rPr>
          <w:lang w:val="es-ES"/>
        </w:rPr>
        <w:t>você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descobrirá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essa</w:t>
      </w:r>
      <w:proofErr w:type="spellEnd"/>
      <w:r w:rsidRPr="007A79F2">
        <w:rPr>
          <w:lang w:val="es-ES"/>
        </w:rPr>
        <w:t xml:space="preserve"> cultura realmente única,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tanta </w:t>
      </w:r>
      <w:proofErr w:type="spellStart"/>
      <w:r w:rsidRPr="007A79F2">
        <w:rPr>
          <w:lang w:val="es-ES"/>
        </w:rPr>
        <w:t>história</w:t>
      </w:r>
      <w:proofErr w:type="spellEnd"/>
      <w:r w:rsidRPr="007A79F2">
        <w:rPr>
          <w:lang w:val="es-ES"/>
        </w:rPr>
        <w:t xml:space="preserve">, em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entorno </w:t>
      </w:r>
      <w:proofErr w:type="spellStart"/>
      <w:r w:rsidRPr="007A79F2">
        <w:rPr>
          <w:lang w:val="es-ES"/>
        </w:rPr>
        <w:t>montanhoso</w:t>
      </w:r>
      <w:proofErr w:type="spellEnd"/>
      <w:r w:rsidRPr="007A79F2">
        <w:rPr>
          <w:lang w:val="es-ES"/>
        </w:rPr>
        <w:t xml:space="preserve"> que </w:t>
      </w:r>
      <w:proofErr w:type="spellStart"/>
      <w:r w:rsidRPr="007A79F2">
        <w:rPr>
          <w:lang w:val="es-ES"/>
        </w:rPr>
        <w:t>vai</w:t>
      </w:r>
      <w:proofErr w:type="spellEnd"/>
      <w:r w:rsidRPr="007A79F2">
        <w:rPr>
          <w:lang w:val="es-ES"/>
        </w:rPr>
        <w:t xml:space="preserve"> tirar o </w:t>
      </w:r>
      <w:proofErr w:type="spellStart"/>
      <w:r w:rsidRPr="007A79F2">
        <w:rPr>
          <w:lang w:val="es-ES"/>
        </w:rPr>
        <w:t>seu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fôlego</w:t>
      </w:r>
      <w:proofErr w:type="spellEnd"/>
      <w:r w:rsidRPr="007A79F2">
        <w:rPr>
          <w:lang w:val="es-ES"/>
        </w:rPr>
        <w:t xml:space="preserve">. À tarde, a </w:t>
      </w:r>
      <w:proofErr w:type="spellStart"/>
      <w:r w:rsidRPr="007A79F2">
        <w:rPr>
          <w:lang w:val="es-ES"/>
        </w:rPr>
        <w:t>viagem</w:t>
      </w:r>
      <w:proofErr w:type="spellEnd"/>
      <w:r w:rsidRPr="007A79F2">
        <w:rPr>
          <w:lang w:val="es-ES"/>
        </w:rPr>
        <w:t xml:space="preserve"> continua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a Salzburgo. </w:t>
      </w:r>
      <w:proofErr w:type="spellStart"/>
      <w:r w:rsidRPr="007A79F2">
        <w:rPr>
          <w:lang w:val="es-ES"/>
        </w:rPr>
        <w:t>Hospedagem</w:t>
      </w:r>
      <w:proofErr w:type="spellEnd"/>
      <w:r w:rsidRPr="007A79F2">
        <w:rPr>
          <w:lang w:val="es-ES"/>
        </w:rPr>
        <w:t>.</w:t>
      </w:r>
    </w:p>
    <w:p w14:paraId="4AC135AF" w14:textId="77777777" w:rsidR="00E20CD6" w:rsidRPr="007A79F2" w:rsidRDefault="00E20CD6">
      <w:pPr>
        <w:rPr>
          <w:lang w:val="es-ES"/>
        </w:rPr>
      </w:pPr>
    </w:p>
    <w:p w14:paraId="713568F1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4 QUA SALZBURGO</w:t>
      </w:r>
    </w:p>
    <w:p w14:paraId="2907D4BF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 xml:space="preserve">Visita </w:t>
      </w:r>
      <w:proofErr w:type="spellStart"/>
      <w:r w:rsidRPr="007A79F2">
        <w:rPr>
          <w:lang w:val="es-ES"/>
        </w:rPr>
        <w:t>panorâmic</w:t>
      </w:r>
      <w:r w:rsidRPr="007A79F2">
        <w:rPr>
          <w:lang w:val="es-ES"/>
        </w:rPr>
        <w:t>a</w:t>
      </w:r>
      <w:proofErr w:type="spellEnd"/>
      <w:r w:rsidRPr="007A79F2">
        <w:rPr>
          <w:lang w:val="es-ES"/>
        </w:rPr>
        <w:t xml:space="preserve"> de Salzburgo, </w:t>
      </w:r>
      <w:proofErr w:type="spellStart"/>
      <w:r w:rsidRPr="007A79F2">
        <w:rPr>
          <w:lang w:val="es-ES"/>
        </w:rPr>
        <w:t>começando</w:t>
      </w:r>
      <w:proofErr w:type="spellEnd"/>
      <w:r w:rsidRPr="007A79F2">
        <w:rPr>
          <w:lang w:val="es-ES"/>
        </w:rPr>
        <w:t xml:space="preserve"> em frente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Mirabell</w:t>
      </w:r>
      <w:proofErr w:type="spellEnd"/>
      <w:r w:rsidRPr="007A79F2">
        <w:rPr>
          <w:lang w:val="es-ES"/>
        </w:rPr>
        <w:t xml:space="preserve"> e </w:t>
      </w:r>
      <w:proofErr w:type="spellStart"/>
      <w:r w:rsidRPr="007A79F2">
        <w:rPr>
          <w:lang w:val="es-ES"/>
        </w:rPr>
        <w:t>seus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jardins</w:t>
      </w:r>
      <w:proofErr w:type="spellEnd"/>
      <w:r w:rsidRPr="007A79F2">
        <w:rPr>
          <w:lang w:val="es-ES"/>
        </w:rPr>
        <w:t xml:space="preserve">. O </w:t>
      </w:r>
      <w:proofErr w:type="spellStart"/>
      <w:r w:rsidRPr="007A79F2">
        <w:rPr>
          <w:lang w:val="es-ES"/>
        </w:rPr>
        <w:t>percurso</w:t>
      </w:r>
      <w:proofErr w:type="spellEnd"/>
      <w:r w:rsidRPr="007A79F2">
        <w:rPr>
          <w:lang w:val="es-ES"/>
        </w:rPr>
        <w:t xml:space="preserve"> continua pela </w:t>
      </w:r>
      <w:proofErr w:type="spellStart"/>
      <w:r w:rsidRPr="007A79F2">
        <w:rPr>
          <w:lang w:val="es-ES"/>
        </w:rPr>
        <w:t>Schwarzstrasse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passando</w:t>
      </w:r>
      <w:proofErr w:type="spellEnd"/>
      <w:r w:rsidRPr="007A79F2">
        <w:rPr>
          <w:lang w:val="es-ES"/>
        </w:rPr>
        <w:t xml:space="preserve"> pelo </w:t>
      </w:r>
      <w:proofErr w:type="spellStart"/>
      <w:r w:rsidRPr="007A79F2">
        <w:rPr>
          <w:lang w:val="es-ES"/>
        </w:rPr>
        <w:t>Mozarteum</w:t>
      </w:r>
      <w:proofErr w:type="spellEnd"/>
      <w:r w:rsidRPr="007A79F2">
        <w:rPr>
          <w:lang w:val="es-ES"/>
        </w:rPr>
        <w:t xml:space="preserve"> e o Teatro de </w:t>
      </w:r>
      <w:proofErr w:type="spellStart"/>
      <w:r w:rsidRPr="007A79F2">
        <w:rPr>
          <w:lang w:val="es-ES"/>
        </w:rPr>
        <w:t>Marionetes</w:t>
      </w:r>
      <w:proofErr w:type="spellEnd"/>
      <w:r w:rsidRPr="007A79F2">
        <w:rPr>
          <w:lang w:val="es-ES"/>
        </w:rPr>
        <w:t xml:space="preserve">, até </w:t>
      </w:r>
      <w:proofErr w:type="spellStart"/>
      <w:r w:rsidRPr="007A79F2">
        <w:rPr>
          <w:lang w:val="es-ES"/>
        </w:rPr>
        <w:t>chegar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centro histórico, onde se </w:t>
      </w:r>
      <w:proofErr w:type="spellStart"/>
      <w:r w:rsidRPr="007A79F2">
        <w:rPr>
          <w:lang w:val="es-ES"/>
        </w:rPr>
        <w:t>encontra</w:t>
      </w:r>
      <w:proofErr w:type="spellEnd"/>
      <w:r w:rsidRPr="007A79F2">
        <w:rPr>
          <w:lang w:val="es-ES"/>
        </w:rPr>
        <w:t xml:space="preserve"> a </w:t>
      </w:r>
      <w:proofErr w:type="spellStart"/>
      <w:r w:rsidRPr="007A79F2">
        <w:rPr>
          <w:lang w:val="es-ES"/>
        </w:rPr>
        <w:t>residência</w:t>
      </w:r>
      <w:proofErr w:type="spellEnd"/>
      <w:r w:rsidRPr="007A79F2">
        <w:rPr>
          <w:lang w:val="es-ES"/>
        </w:rPr>
        <w:t xml:space="preserve"> de Mozart e a Igreja da </w:t>
      </w:r>
      <w:proofErr w:type="spellStart"/>
      <w:r w:rsidRPr="007A79F2">
        <w:rPr>
          <w:lang w:val="es-ES"/>
        </w:rPr>
        <w:t>Santíss</w:t>
      </w:r>
      <w:r w:rsidRPr="007A79F2">
        <w:rPr>
          <w:lang w:val="es-ES"/>
        </w:rPr>
        <w:t>ima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Trindade</w:t>
      </w:r>
      <w:proofErr w:type="spellEnd"/>
      <w:r w:rsidRPr="007A79F2">
        <w:rPr>
          <w:lang w:val="es-ES"/>
        </w:rPr>
        <w:t xml:space="preserve">. </w:t>
      </w:r>
      <w:proofErr w:type="spellStart"/>
      <w:r w:rsidRPr="007A79F2">
        <w:rPr>
          <w:lang w:val="es-ES"/>
        </w:rPr>
        <w:t>Após</w:t>
      </w:r>
      <w:proofErr w:type="spellEnd"/>
      <w:r w:rsidRPr="007A79F2">
        <w:rPr>
          <w:lang w:val="es-ES"/>
        </w:rPr>
        <w:t xml:space="preserve"> cruzar o rio </w:t>
      </w:r>
      <w:proofErr w:type="spellStart"/>
      <w:r w:rsidRPr="007A79F2">
        <w:rPr>
          <w:lang w:val="es-ES"/>
        </w:rPr>
        <w:t>Salzach</w:t>
      </w:r>
      <w:proofErr w:type="spellEnd"/>
      <w:r w:rsidRPr="007A79F2">
        <w:rPr>
          <w:lang w:val="es-ES"/>
        </w:rPr>
        <w:t xml:space="preserve">, continua-se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Hellbrunn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breve parada. No retorno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centro, </w:t>
      </w:r>
      <w:proofErr w:type="spellStart"/>
      <w:r w:rsidRPr="007A79F2">
        <w:rPr>
          <w:lang w:val="es-ES"/>
        </w:rPr>
        <w:t>passa</w:t>
      </w:r>
      <w:proofErr w:type="spellEnd"/>
      <w:r w:rsidRPr="007A79F2">
        <w:rPr>
          <w:lang w:val="es-ES"/>
        </w:rPr>
        <w:t xml:space="preserve">-se pelo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Frohnburg</w:t>
      </w:r>
      <w:proofErr w:type="spellEnd"/>
      <w:r w:rsidRPr="007A79F2">
        <w:rPr>
          <w:lang w:val="es-ES"/>
        </w:rPr>
        <w:t xml:space="preserve"> e a </w:t>
      </w:r>
      <w:proofErr w:type="spellStart"/>
      <w:r w:rsidRPr="007A79F2">
        <w:rPr>
          <w:lang w:val="es-ES"/>
        </w:rPr>
        <w:t>abadia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Nonnberg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acessando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através</w:t>
      </w:r>
      <w:proofErr w:type="spellEnd"/>
      <w:r w:rsidRPr="007A79F2">
        <w:rPr>
          <w:lang w:val="es-ES"/>
        </w:rPr>
        <w:t xml:space="preserve"> do túnel de </w:t>
      </w:r>
      <w:proofErr w:type="spellStart"/>
      <w:r w:rsidRPr="007A79F2">
        <w:rPr>
          <w:lang w:val="es-ES"/>
        </w:rPr>
        <w:t>Neutor</w:t>
      </w:r>
      <w:proofErr w:type="spellEnd"/>
      <w:r w:rsidRPr="007A79F2">
        <w:rPr>
          <w:lang w:val="es-ES"/>
        </w:rPr>
        <w:t xml:space="preserve">. Antes de finalizar </w:t>
      </w:r>
      <w:proofErr w:type="spellStart"/>
      <w:r w:rsidRPr="007A79F2">
        <w:rPr>
          <w:lang w:val="es-ES"/>
        </w:rPr>
        <w:t>na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Praça</w:t>
      </w:r>
      <w:proofErr w:type="spellEnd"/>
      <w:r w:rsidRPr="007A79F2">
        <w:rPr>
          <w:lang w:val="es-ES"/>
        </w:rPr>
        <w:t xml:space="preserve"> de</w:t>
      </w:r>
      <w:r w:rsidRPr="007A79F2">
        <w:rPr>
          <w:lang w:val="es-ES"/>
        </w:rPr>
        <w:t xml:space="preserve"> Mozart, vamos </w:t>
      </w:r>
      <w:proofErr w:type="spellStart"/>
      <w:r w:rsidRPr="007A79F2">
        <w:rPr>
          <w:lang w:val="es-ES"/>
        </w:rPr>
        <w:t>passar</w:t>
      </w:r>
      <w:proofErr w:type="spellEnd"/>
      <w:r w:rsidRPr="007A79F2">
        <w:rPr>
          <w:lang w:val="es-ES"/>
        </w:rPr>
        <w:t xml:space="preserve"> pelo </w:t>
      </w:r>
      <w:proofErr w:type="spellStart"/>
      <w:r w:rsidRPr="007A79F2">
        <w:rPr>
          <w:lang w:val="es-ES"/>
        </w:rPr>
        <w:t>Festivalhaus</w:t>
      </w:r>
      <w:proofErr w:type="spellEnd"/>
      <w:r w:rsidRPr="007A79F2">
        <w:rPr>
          <w:lang w:val="es-ES"/>
        </w:rPr>
        <w:t xml:space="preserve">; o tanque dos </w:t>
      </w:r>
      <w:proofErr w:type="spellStart"/>
      <w:r w:rsidRPr="007A79F2">
        <w:rPr>
          <w:lang w:val="es-ES"/>
        </w:rPr>
        <w:t>cavalos</w:t>
      </w:r>
      <w:proofErr w:type="spellEnd"/>
      <w:r w:rsidRPr="007A79F2">
        <w:rPr>
          <w:lang w:val="es-ES"/>
        </w:rPr>
        <w:t xml:space="preserve"> e a Igreja de São </w:t>
      </w:r>
      <w:proofErr w:type="spellStart"/>
      <w:r w:rsidRPr="007A79F2">
        <w:rPr>
          <w:lang w:val="es-ES"/>
        </w:rPr>
        <w:t>Blásio</w:t>
      </w:r>
      <w:proofErr w:type="spellEnd"/>
      <w:r w:rsidRPr="007A79F2">
        <w:rPr>
          <w:lang w:val="es-ES"/>
        </w:rPr>
        <w:t xml:space="preserve">. Tarde </w:t>
      </w:r>
      <w:proofErr w:type="spellStart"/>
      <w:r w:rsidRPr="007A79F2">
        <w:rPr>
          <w:lang w:val="es-ES"/>
        </w:rPr>
        <w:t>livre</w:t>
      </w:r>
      <w:proofErr w:type="spellEnd"/>
      <w:r w:rsidRPr="007A79F2">
        <w:rPr>
          <w:lang w:val="es-ES"/>
        </w:rPr>
        <w:t xml:space="preserve"> e </w:t>
      </w:r>
      <w:proofErr w:type="spellStart"/>
      <w:r w:rsidRPr="007A79F2">
        <w:rPr>
          <w:lang w:val="es-ES"/>
        </w:rPr>
        <w:t>hospedagem</w:t>
      </w:r>
      <w:proofErr w:type="spellEnd"/>
      <w:r w:rsidRPr="007A79F2">
        <w:rPr>
          <w:lang w:val="es-ES"/>
        </w:rPr>
        <w:t>.</w:t>
      </w:r>
    </w:p>
    <w:p w14:paraId="2C796C25" w14:textId="77777777" w:rsidR="00E20CD6" w:rsidRPr="007A79F2" w:rsidRDefault="00E20CD6">
      <w:pPr>
        <w:rPr>
          <w:lang w:val="es-ES"/>
        </w:rPr>
      </w:pPr>
    </w:p>
    <w:p w14:paraId="4936893A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5 QUI SALZBURGO - SWAROVSKI - INNSBRUCK</w:t>
      </w:r>
    </w:p>
    <w:p w14:paraId="4C3B6257" w14:textId="77777777" w:rsidR="00E20CD6" w:rsidRPr="007A79F2" w:rsidRDefault="00AC05B8">
      <w:pPr>
        <w:rPr>
          <w:lang w:val="es-ES"/>
        </w:rPr>
      </w:pPr>
      <w:proofErr w:type="spellStart"/>
      <w:r w:rsidRPr="007A79F2">
        <w:rPr>
          <w:lang w:val="es-ES"/>
        </w:rPr>
        <w:t>Saída</w:t>
      </w:r>
      <w:proofErr w:type="spellEnd"/>
      <w:r w:rsidRPr="007A79F2">
        <w:rPr>
          <w:lang w:val="es-ES"/>
        </w:rPr>
        <w:t xml:space="preserve">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a Innsbruck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parada no Mundo de Cristal Swarovski,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espaço</w:t>
      </w:r>
      <w:proofErr w:type="spellEnd"/>
      <w:r w:rsidRPr="007A79F2">
        <w:rPr>
          <w:lang w:val="es-ES"/>
        </w:rPr>
        <w:t xml:space="preserve"> criado pelo arti</w:t>
      </w:r>
      <w:r w:rsidRPr="007A79F2">
        <w:rPr>
          <w:lang w:val="es-ES"/>
        </w:rPr>
        <w:t xml:space="preserve">sta André Heller que combina arte e </w:t>
      </w:r>
      <w:proofErr w:type="spellStart"/>
      <w:r w:rsidRPr="007A79F2">
        <w:rPr>
          <w:lang w:val="es-ES"/>
        </w:rPr>
        <w:t>fantasia</w:t>
      </w:r>
      <w:proofErr w:type="spellEnd"/>
      <w:r w:rsidRPr="007A79F2">
        <w:rPr>
          <w:lang w:val="es-ES"/>
        </w:rPr>
        <w:t xml:space="preserve"> em torno do cristal. </w:t>
      </w:r>
      <w:proofErr w:type="spellStart"/>
      <w:r w:rsidRPr="007A79F2">
        <w:rPr>
          <w:lang w:val="es-ES"/>
        </w:rPr>
        <w:t>Continuação</w:t>
      </w:r>
      <w:proofErr w:type="spellEnd"/>
      <w:r w:rsidRPr="007A79F2">
        <w:rPr>
          <w:lang w:val="es-ES"/>
        </w:rPr>
        <w:t xml:space="preserve">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a Innsbruck e </w:t>
      </w:r>
      <w:proofErr w:type="spellStart"/>
      <w:r w:rsidRPr="007A79F2">
        <w:rPr>
          <w:lang w:val="es-ES"/>
        </w:rPr>
        <w:t>hospedagem</w:t>
      </w:r>
      <w:proofErr w:type="spellEnd"/>
      <w:r w:rsidRPr="007A79F2">
        <w:rPr>
          <w:lang w:val="es-ES"/>
        </w:rPr>
        <w:t>.</w:t>
      </w:r>
    </w:p>
    <w:p w14:paraId="1D388F81" w14:textId="77777777" w:rsidR="00E20CD6" w:rsidRPr="007A79F2" w:rsidRDefault="00E20CD6">
      <w:pPr>
        <w:rPr>
          <w:lang w:val="es-ES"/>
        </w:rPr>
      </w:pPr>
    </w:p>
    <w:p w14:paraId="1DE610EC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6 SEX INNSBRUCK</w:t>
      </w:r>
    </w:p>
    <w:p w14:paraId="1E23E509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 xml:space="preserve">Café da </w:t>
      </w:r>
      <w:proofErr w:type="spellStart"/>
      <w:r w:rsidRPr="007A79F2">
        <w:rPr>
          <w:lang w:val="es-ES"/>
        </w:rPr>
        <w:t>manhã</w:t>
      </w:r>
      <w:proofErr w:type="spellEnd"/>
      <w:r w:rsidRPr="007A79F2">
        <w:rPr>
          <w:lang w:val="es-ES"/>
        </w:rPr>
        <w:t xml:space="preserve"> e visita da </w:t>
      </w:r>
      <w:proofErr w:type="spellStart"/>
      <w:r w:rsidRPr="007A79F2">
        <w:rPr>
          <w:lang w:val="es-ES"/>
        </w:rPr>
        <w:t>cidade</w:t>
      </w:r>
      <w:proofErr w:type="spellEnd"/>
      <w:r w:rsidRPr="007A79F2">
        <w:rPr>
          <w:lang w:val="es-ES"/>
        </w:rPr>
        <w:t xml:space="preserve"> de Innsbruck. A capital do Tirol, </w:t>
      </w:r>
      <w:proofErr w:type="spellStart"/>
      <w:r w:rsidRPr="007A79F2">
        <w:rPr>
          <w:lang w:val="es-ES"/>
        </w:rPr>
        <w:t>residência</w:t>
      </w:r>
      <w:proofErr w:type="spellEnd"/>
      <w:r w:rsidRPr="007A79F2">
        <w:rPr>
          <w:lang w:val="es-ES"/>
        </w:rPr>
        <w:t xml:space="preserve"> dos Habsburgo </w:t>
      </w:r>
      <w:proofErr w:type="spellStart"/>
      <w:r w:rsidRPr="007A79F2">
        <w:rPr>
          <w:lang w:val="es-ES"/>
        </w:rPr>
        <w:t>na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Idade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Média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foi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também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d</w:t>
      </w:r>
      <w:r w:rsidRPr="007A79F2">
        <w:rPr>
          <w:lang w:val="es-ES"/>
        </w:rPr>
        <w:t>uas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vezes</w:t>
      </w:r>
      <w:proofErr w:type="spellEnd"/>
      <w:r w:rsidRPr="007A79F2">
        <w:rPr>
          <w:lang w:val="es-ES"/>
        </w:rPr>
        <w:t xml:space="preserve"> sede dos </w:t>
      </w:r>
      <w:proofErr w:type="spellStart"/>
      <w:r w:rsidRPr="007A79F2">
        <w:rPr>
          <w:lang w:val="es-ES"/>
        </w:rPr>
        <w:t>Jogos</w:t>
      </w:r>
      <w:proofErr w:type="spellEnd"/>
      <w:r w:rsidRPr="007A79F2">
        <w:rPr>
          <w:lang w:val="es-ES"/>
        </w:rPr>
        <w:t xml:space="preserve"> Olímpicos de Inverno. </w:t>
      </w:r>
      <w:proofErr w:type="spellStart"/>
      <w:r w:rsidRPr="007A79F2">
        <w:rPr>
          <w:lang w:val="es-ES"/>
        </w:rPr>
        <w:t>Nossa</w:t>
      </w:r>
      <w:proofErr w:type="spellEnd"/>
      <w:r w:rsidRPr="007A79F2">
        <w:rPr>
          <w:lang w:val="es-ES"/>
        </w:rPr>
        <w:t xml:space="preserve"> visita </w:t>
      </w:r>
      <w:proofErr w:type="spellStart"/>
      <w:r w:rsidRPr="007A79F2">
        <w:rPr>
          <w:lang w:val="es-ES"/>
        </w:rPr>
        <w:t>passará</w:t>
      </w:r>
      <w:proofErr w:type="spellEnd"/>
      <w:r w:rsidRPr="007A79F2">
        <w:rPr>
          <w:lang w:val="es-ES"/>
        </w:rPr>
        <w:t xml:space="preserve"> pelo Arco </w:t>
      </w:r>
      <w:proofErr w:type="spellStart"/>
      <w:r w:rsidRPr="007A79F2">
        <w:rPr>
          <w:lang w:val="es-ES"/>
        </w:rPr>
        <w:t>do</w:t>
      </w:r>
      <w:proofErr w:type="spellEnd"/>
      <w:r w:rsidRPr="007A79F2">
        <w:rPr>
          <w:lang w:val="es-ES"/>
        </w:rPr>
        <w:t xml:space="preserve"> Triunfo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centro histórico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suas</w:t>
      </w:r>
      <w:proofErr w:type="spellEnd"/>
      <w:r w:rsidRPr="007A79F2">
        <w:rPr>
          <w:lang w:val="es-ES"/>
        </w:rPr>
        <w:t xml:space="preserve"> casas </w:t>
      </w:r>
      <w:proofErr w:type="spellStart"/>
      <w:r w:rsidRPr="007A79F2">
        <w:rPr>
          <w:lang w:val="es-ES"/>
        </w:rPr>
        <w:t>medievais</w:t>
      </w:r>
      <w:proofErr w:type="spellEnd"/>
      <w:r w:rsidRPr="007A79F2">
        <w:rPr>
          <w:lang w:val="es-ES"/>
        </w:rPr>
        <w:t xml:space="preserve">, onde se </w:t>
      </w:r>
      <w:proofErr w:type="spellStart"/>
      <w:r w:rsidRPr="007A79F2">
        <w:rPr>
          <w:lang w:val="es-ES"/>
        </w:rPr>
        <w:t>destacam</w:t>
      </w:r>
      <w:proofErr w:type="spellEnd"/>
      <w:r w:rsidRPr="007A79F2">
        <w:rPr>
          <w:lang w:val="es-ES"/>
        </w:rPr>
        <w:t xml:space="preserve"> o famoso </w:t>
      </w:r>
      <w:proofErr w:type="spellStart"/>
      <w:r w:rsidRPr="007A79F2">
        <w:rPr>
          <w:lang w:val="es-ES"/>
        </w:rPr>
        <w:t>Telhadinho</w:t>
      </w:r>
      <w:proofErr w:type="spellEnd"/>
      <w:r w:rsidRPr="007A79F2">
        <w:rPr>
          <w:lang w:val="es-ES"/>
        </w:rPr>
        <w:t xml:space="preserve"> de Ouro, a Igreja da Corte, onde se </w:t>
      </w:r>
      <w:proofErr w:type="spellStart"/>
      <w:r w:rsidRPr="007A79F2">
        <w:rPr>
          <w:lang w:val="es-ES"/>
        </w:rPr>
        <w:t>encontra</w:t>
      </w:r>
      <w:proofErr w:type="spellEnd"/>
      <w:r w:rsidRPr="007A79F2">
        <w:rPr>
          <w:lang w:val="es-ES"/>
        </w:rPr>
        <w:t xml:space="preserve"> o túmulo do imperador Maximi</w:t>
      </w:r>
      <w:r w:rsidRPr="007A79F2">
        <w:rPr>
          <w:lang w:val="es-ES"/>
        </w:rPr>
        <w:t xml:space="preserve">liano I rodeado pelas famosas </w:t>
      </w:r>
      <w:proofErr w:type="spellStart"/>
      <w:r w:rsidRPr="007A79F2">
        <w:rPr>
          <w:lang w:val="es-ES"/>
        </w:rPr>
        <w:t>estátuas</w:t>
      </w:r>
      <w:proofErr w:type="spellEnd"/>
      <w:r w:rsidRPr="007A79F2">
        <w:rPr>
          <w:lang w:val="es-ES"/>
        </w:rPr>
        <w:t xml:space="preserve"> negras gigantes de cobre, e o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Hofburg</w:t>
      </w:r>
      <w:proofErr w:type="spellEnd"/>
      <w:r w:rsidRPr="007A79F2">
        <w:rPr>
          <w:lang w:val="es-ES"/>
        </w:rPr>
        <w:t xml:space="preserve">. A visita da </w:t>
      </w:r>
      <w:proofErr w:type="spellStart"/>
      <w:r w:rsidRPr="007A79F2">
        <w:rPr>
          <w:lang w:val="es-ES"/>
        </w:rPr>
        <w:t>cidade</w:t>
      </w:r>
      <w:proofErr w:type="spellEnd"/>
      <w:r w:rsidRPr="007A79F2">
        <w:rPr>
          <w:lang w:val="es-ES"/>
        </w:rPr>
        <w:t xml:space="preserve"> finaliza no </w:t>
      </w:r>
      <w:proofErr w:type="spellStart"/>
      <w:r w:rsidRPr="007A79F2">
        <w:rPr>
          <w:lang w:val="es-ES"/>
        </w:rPr>
        <w:t>Palácio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Congressos</w:t>
      </w:r>
      <w:proofErr w:type="spellEnd"/>
      <w:r w:rsidRPr="007A79F2">
        <w:rPr>
          <w:lang w:val="es-ES"/>
        </w:rPr>
        <w:t xml:space="preserve"> de Innsbruck, onde nos espera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experiência</w:t>
      </w:r>
      <w:proofErr w:type="spellEnd"/>
      <w:r w:rsidRPr="007A79F2">
        <w:rPr>
          <w:lang w:val="es-ES"/>
        </w:rPr>
        <w:t xml:space="preserve"> especial. </w:t>
      </w:r>
      <w:proofErr w:type="spellStart"/>
      <w:r w:rsidRPr="007A79F2">
        <w:rPr>
          <w:lang w:val="es-ES"/>
        </w:rPr>
        <w:t>Hoje</w:t>
      </w:r>
      <w:proofErr w:type="spellEnd"/>
      <w:r w:rsidRPr="007A79F2">
        <w:rPr>
          <w:lang w:val="es-ES"/>
        </w:rPr>
        <w:t xml:space="preserve"> nos aproximamos dos Alpes, </w:t>
      </w:r>
      <w:proofErr w:type="spellStart"/>
      <w:r w:rsidRPr="007A79F2">
        <w:rPr>
          <w:lang w:val="es-ES"/>
        </w:rPr>
        <w:t>ou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melhor</w:t>
      </w:r>
      <w:proofErr w:type="spellEnd"/>
      <w:r w:rsidRPr="007A79F2">
        <w:rPr>
          <w:lang w:val="es-ES"/>
        </w:rPr>
        <w:t xml:space="preserve">, da </w:t>
      </w:r>
      <w:proofErr w:type="spellStart"/>
      <w:r w:rsidRPr="007A79F2">
        <w:rPr>
          <w:lang w:val="es-ES"/>
        </w:rPr>
        <w:t>cordilheira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Nor</w:t>
      </w:r>
      <w:r w:rsidRPr="007A79F2">
        <w:rPr>
          <w:lang w:val="es-ES"/>
        </w:rPr>
        <w:t>dkette</w:t>
      </w:r>
      <w:proofErr w:type="spellEnd"/>
      <w:r w:rsidRPr="007A79F2">
        <w:rPr>
          <w:lang w:val="es-ES"/>
        </w:rPr>
        <w:t xml:space="preserve">. </w:t>
      </w:r>
      <w:proofErr w:type="spellStart"/>
      <w:r w:rsidRPr="007A79F2">
        <w:rPr>
          <w:lang w:val="es-ES"/>
        </w:rPr>
        <w:t>Primeiro</w:t>
      </w:r>
      <w:proofErr w:type="spellEnd"/>
      <w:r w:rsidRPr="007A79F2">
        <w:rPr>
          <w:lang w:val="es-ES"/>
        </w:rPr>
        <w:t xml:space="preserve"> subiremos de funicular até </w:t>
      </w:r>
      <w:proofErr w:type="spellStart"/>
      <w:r w:rsidRPr="007A79F2">
        <w:rPr>
          <w:lang w:val="es-ES"/>
        </w:rPr>
        <w:t>Hungerburg</w:t>
      </w:r>
      <w:proofErr w:type="spellEnd"/>
      <w:r w:rsidRPr="007A79F2">
        <w:rPr>
          <w:lang w:val="es-ES"/>
        </w:rPr>
        <w:t xml:space="preserve">, a 860 m </w:t>
      </w:r>
      <w:proofErr w:type="spellStart"/>
      <w:r w:rsidRPr="007A79F2">
        <w:rPr>
          <w:lang w:val="es-ES"/>
        </w:rPr>
        <w:t>acima</w:t>
      </w:r>
      <w:proofErr w:type="spellEnd"/>
      <w:r w:rsidRPr="007A79F2">
        <w:rPr>
          <w:lang w:val="es-ES"/>
        </w:rPr>
        <w:t xml:space="preserve"> do </w:t>
      </w:r>
      <w:proofErr w:type="spellStart"/>
      <w:r w:rsidRPr="007A79F2">
        <w:rPr>
          <w:lang w:val="es-ES"/>
        </w:rPr>
        <w:t>nível</w:t>
      </w:r>
      <w:proofErr w:type="spellEnd"/>
      <w:r w:rsidRPr="007A79F2">
        <w:rPr>
          <w:lang w:val="es-ES"/>
        </w:rPr>
        <w:t xml:space="preserve"> do mar. A vista </w:t>
      </w:r>
      <w:proofErr w:type="spellStart"/>
      <w:r w:rsidRPr="007A79F2">
        <w:rPr>
          <w:lang w:val="es-ES"/>
        </w:rPr>
        <w:t>já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impressiona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mas</w:t>
      </w:r>
      <w:proofErr w:type="spellEnd"/>
      <w:r w:rsidRPr="007A79F2">
        <w:rPr>
          <w:lang w:val="es-ES"/>
        </w:rPr>
        <w:t xml:space="preserve"> fica </w:t>
      </w:r>
      <w:proofErr w:type="spellStart"/>
      <w:r w:rsidRPr="007A79F2">
        <w:rPr>
          <w:lang w:val="es-ES"/>
        </w:rPr>
        <w:t>ainda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melhor</w:t>
      </w:r>
      <w:proofErr w:type="spellEnd"/>
      <w:r w:rsidRPr="007A79F2">
        <w:rPr>
          <w:lang w:val="es-ES"/>
        </w:rPr>
        <w:t xml:space="preserve">. Em seguida, tomamos o teleférico até </w:t>
      </w:r>
      <w:proofErr w:type="spellStart"/>
      <w:r w:rsidRPr="007A79F2">
        <w:rPr>
          <w:lang w:val="es-ES"/>
        </w:rPr>
        <w:t>Seegrube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nossa</w:t>
      </w:r>
      <w:proofErr w:type="spellEnd"/>
      <w:r w:rsidRPr="007A79F2">
        <w:rPr>
          <w:lang w:val="es-ES"/>
        </w:rPr>
        <w:t xml:space="preserve"> segunda parada a 1.905 metros </w:t>
      </w:r>
      <w:proofErr w:type="spellStart"/>
      <w:r w:rsidRPr="007A79F2">
        <w:rPr>
          <w:lang w:val="es-ES"/>
        </w:rPr>
        <w:t>acima</w:t>
      </w:r>
      <w:proofErr w:type="spellEnd"/>
      <w:r w:rsidRPr="007A79F2">
        <w:rPr>
          <w:lang w:val="es-ES"/>
        </w:rPr>
        <w:t xml:space="preserve"> do </w:t>
      </w:r>
      <w:proofErr w:type="spellStart"/>
      <w:r w:rsidRPr="007A79F2">
        <w:rPr>
          <w:lang w:val="es-ES"/>
        </w:rPr>
        <w:t>nível</w:t>
      </w:r>
      <w:proofErr w:type="spellEnd"/>
      <w:r w:rsidRPr="007A79F2">
        <w:rPr>
          <w:lang w:val="es-ES"/>
        </w:rPr>
        <w:t xml:space="preserve"> do mar. Ali </w:t>
      </w:r>
      <w:proofErr w:type="spellStart"/>
      <w:r w:rsidRPr="007A79F2">
        <w:rPr>
          <w:lang w:val="es-ES"/>
        </w:rPr>
        <w:t>teremos</w:t>
      </w:r>
      <w:proofErr w:type="spellEnd"/>
      <w:r w:rsidRPr="007A79F2">
        <w:rPr>
          <w:lang w:val="es-ES"/>
        </w:rPr>
        <w:t xml:space="preserve"> que </w:t>
      </w:r>
      <w:r w:rsidRPr="007A79F2">
        <w:rPr>
          <w:lang w:val="es-ES"/>
        </w:rPr>
        <w:t xml:space="preserve">nos aclimatar pela </w:t>
      </w:r>
      <w:proofErr w:type="spellStart"/>
      <w:r w:rsidRPr="007A79F2">
        <w:rPr>
          <w:lang w:val="es-ES"/>
        </w:rPr>
        <w:t>primeira</w:t>
      </w:r>
      <w:proofErr w:type="spellEnd"/>
      <w:r w:rsidRPr="007A79F2">
        <w:rPr>
          <w:lang w:val="es-ES"/>
        </w:rPr>
        <w:t xml:space="preserve"> vez e desfrutar de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merecido </w:t>
      </w:r>
      <w:proofErr w:type="spellStart"/>
      <w:r w:rsidRPr="007A79F2">
        <w:rPr>
          <w:lang w:val="es-ES"/>
        </w:rPr>
        <w:t>almoço</w:t>
      </w:r>
      <w:proofErr w:type="spellEnd"/>
      <w:r w:rsidRPr="007A79F2">
        <w:rPr>
          <w:lang w:val="es-ES"/>
        </w:rPr>
        <w:t xml:space="preserve">, que está </w:t>
      </w:r>
      <w:proofErr w:type="spellStart"/>
      <w:r w:rsidRPr="007A79F2">
        <w:rPr>
          <w:lang w:val="es-ES"/>
        </w:rPr>
        <w:t>incluído</w:t>
      </w:r>
      <w:proofErr w:type="spellEnd"/>
      <w:r w:rsidRPr="007A79F2">
        <w:rPr>
          <w:lang w:val="es-ES"/>
        </w:rPr>
        <w:t xml:space="preserve">.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vez recuperadas as </w:t>
      </w:r>
      <w:proofErr w:type="spellStart"/>
      <w:r w:rsidRPr="007A79F2">
        <w:rPr>
          <w:lang w:val="es-ES"/>
        </w:rPr>
        <w:t>energias</w:t>
      </w:r>
      <w:proofErr w:type="spellEnd"/>
      <w:r w:rsidRPr="007A79F2">
        <w:rPr>
          <w:lang w:val="es-ES"/>
        </w:rPr>
        <w:t xml:space="preserve">, tomaremos </w:t>
      </w:r>
      <w:proofErr w:type="spellStart"/>
      <w:r w:rsidRPr="007A79F2">
        <w:rPr>
          <w:lang w:val="es-ES"/>
        </w:rPr>
        <w:t>outro</w:t>
      </w:r>
      <w:proofErr w:type="spellEnd"/>
      <w:r w:rsidRPr="007A79F2">
        <w:rPr>
          <w:lang w:val="es-ES"/>
        </w:rPr>
        <w:t xml:space="preserve"> teleférico até </w:t>
      </w:r>
      <w:proofErr w:type="spellStart"/>
      <w:r w:rsidRPr="007A79F2">
        <w:rPr>
          <w:lang w:val="es-ES"/>
        </w:rPr>
        <w:t>Hafelekar</w:t>
      </w:r>
      <w:proofErr w:type="spellEnd"/>
      <w:r w:rsidRPr="007A79F2">
        <w:rPr>
          <w:lang w:val="es-ES"/>
        </w:rPr>
        <w:t xml:space="preserve">, o cume </w:t>
      </w:r>
      <w:proofErr w:type="spellStart"/>
      <w:r w:rsidRPr="007A79F2">
        <w:rPr>
          <w:lang w:val="es-ES"/>
        </w:rPr>
        <w:t>ou</w:t>
      </w:r>
      <w:proofErr w:type="spellEnd"/>
      <w:r w:rsidRPr="007A79F2">
        <w:rPr>
          <w:lang w:val="es-ES"/>
        </w:rPr>
        <w:t xml:space="preserve">, como </w:t>
      </w:r>
      <w:proofErr w:type="spellStart"/>
      <w:r w:rsidRPr="007A79F2">
        <w:rPr>
          <w:lang w:val="es-ES"/>
        </w:rPr>
        <w:t>dizem</w:t>
      </w:r>
      <w:proofErr w:type="spellEnd"/>
      <w:r w:rsidRPr="007A79F2">
        <w:rPr>
          <w:lang w:val="es-ES"/>
        </w:rPr>
        <w:t xml:space="preserve"> os </w:t>
      </w:r>
      <w:proofErr w:type="spellStart"/>
      <w:r w:rsidRPr="007A79F2">
        <w:rPr>
          <w:lang w:val="es-ES"/>
        </w:rPr>
        <w:t>locais</w:t>
      </w:r>
      <w:proofErr w:type="spellEnd"/>
      <w:r w:rsidRPr="007A79F2">
        <w:rPr>
          <w:lang w:val="es-ES"/>
        </w:rPr>
        <w:t xml:space="preserve">: o TOP de Innsbruck. A nada menos que 2.256 metros </w:t>
      </w:r>
      <w:proofErr w:type="spellStart"/>
      <w:r w:rsidRPr="007A79F2">
        <w:rPr>
          <w:lang w:val="es-ES"/>
        </w:rPr>
        <w:t>acima</w:t>
      </w:r>
      <w:proofErr w:type="spellEnd"/>
      <w:r w:rsidRPr="007A79F2">
        <w:rPr>
          <w:lang w:val="es-ES"/>
        </w:rPr>
        <w:t xml:space="preserve"> do </w:t>
      </w:r>
      <w:proofErr w:type="spellStart"/>
      <w:r w:rsidRPr="007A79F2">
        <w:rPr>
          <w:lang w:val="es-ES"/>
        </w:rPr>
        <w:t>nív</w:t>
      </w:r>
      <w:r w:rsidRPr="007A79F2">
        <w:rPr>
          <w:lang w:val="es-ES"/>
        </w:rPr>
        <w:t>el</w:t>
      </w:r>
      <w:proofErr w:type="spellEnd"/>
      <w:r w:rsidRPr="007A79F2">
        <w:rPr>
          <w:lang w:val="es-ES"/>
        </w:rPr>
        <w:t xml:space="preserve"> do mar nos espera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vista </w:t>
      </w:r>
      <w:proofErr w:type="spellStart"/>
      <w:r w:rsidRPr="007A79F2">
        <w:rPr>
          <w:lang w:val="es-ES"/>
        </w:rPr>
        <w:t>impressionante</w:t>
      </w:r>
      <w:proofErr w:type="spellEnd"/>
      <w:r w:rsidRPr="007A79F2">
        <w:rPr>
          <w:lang w:val="es-ES"/>
        </w:rPr>
        <w:t xml:space="preserve"> do mirante. Innsbruck está </w:t>
      </w:r>
      <w:proofErr w:type="spellStart"/>
      <w:r w:rsidRPr="007A79F2">
        <w:rPr>
          <w:lang w:val="es-ES"/>
        </w:rPr>
        <w:t>aos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nossos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pés</w:t>
      </w:r>
      <w:proofErr w:type="spellEnd"/>
      <w:r w:rsidRPr="007A79F2">
        <w:rPr>
          <w:lang w:val="es-ES"/>
        </w:rPr>
        <w:t xml:space="preserve"> e é preciso capturar este momento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foto. À tarde, retornamos </w:t>
      </w:r>
      <w:proofErr w:type="spellStart"/>
      <w:r w:rsidRPr="007A79F2">
        <w:rPr>
          <w:lang w:val="es-ES"/>
        </w:rPr>
        <w:t>ao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nosso</w:t>
      </w:r>
      <w:proofErr w:type="spellEnd"/>
      <w:r w:rsidRPr="007A79F2">
        <w:rPr>
          <w:lang w:val="es-ES"/>
        </w:rPr>
        <w:t xml:space="preserve"> hotel. </w:t>
      </w:r>
      <w:r w:rsidRPr="007A79F2">
        <w:rPr>
          <w:lang w:val="es-ES"/>
        </w:rPr>
        <w:lastRenderedPageBreak/>
        <w:t xml:space="preserve">Se à </w:t>
      </w:r>
      <w:proofErr w:type="spellStart"/>
      <w:r w:rsidRPr="007A79F2">
        <w:rPr>
          <w:lang w:val="es-ES"/>
        </w:rPr>
        <w:t>noite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ainda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restarem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energias</w:t>
      </w:r>
      <w:proofErr w:type="spellEnd"/>
      <w:r w:rsidRPr="007A79F2">
        <w:rPr>
          <w:lang w:val="es-ES"/>
        </w:rPr>
        <w:t xml:space="preserve">, </w:t>
      </w:r>
      <w:proofErr w:type="spellStart"/>
      <w:r w:rsidRPr="007A79F2">
        <w:rPr>
          <w:lang w:val="es-ES"/>
        </w:rPr>
        <w:t>você</w:t>
      </w:r>
      <w:proofErr w:type="spellEnd"/>
      <w:r w:rsidRPr="007A79F2">
        <w:rPr>
          <w:lang w:val="es-ES"/>
        </w:rPr>
        <w:t xml:space="preserve"> pode </w:t>
      </w:r>
      <w:proofErr w:type="spellStart"/>
      <w:r w:rsidRPr="007A79F2">
        <w:rPr>
          <w:lang w:val="es-ES"/>
        </w:rPr>
        <w:t>assistir</w:t>
      </w:r>
      <w:proofErr w:type="spellEnd"/>
      <w:r w:rsidRPr="007A79F2">
        <w:rPr>
          <w:lang w:val="es-ES"/>
        </w:rPr>
        <w:t xml:space="preserve"> a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espetáculo</w:t>
      </w:r>
      <w:proofErr w:type="spellEnd"/>
      <w:r w:rsidRPr="007A79F2">
        <w:rPr>
          <w:lang w:val="es-ES"/>
        </w:rPr>
        <w:t xml:space="preserve"> de </w:t>
      </w:r>
      <w:proofErr w:type="spellStart"/>
      <w:r w:rsidRPr="007A79F2">
        <w:rPr>
          <w:lang w:val="es-ES"/>
        </w:rPr>
        <w:t>dança</w:t>
      </w:r>
      <w:proofErr w:type="spellEnd"/>
      <w:r w:rsidRPr="007A79F2">
        <w:rPr>
          <w:lang w:val="es-ES"/>
        </w:rPr>
        <w:t xml:space="preserve"> típi</w:t>
      </w:r>
      <w:r w:rsidRPr="007A79F2">
        <w:rPr>
          <w:lang w:val="es-ES"/>
        </w:rPr>
        <w:t>ca (opcional).</w:t>
      </w:r>
    </w:p>
    <w:p w14:paraId="62163FB1" w14:textId="77777777" w:rsidR="00E20CD6" w:rsidRPr="007A79F2" w:rsidRDefault="00E20CD6">
      <w:pPr>
        <w:rPr>
          <w:lang w:val="es-ES"/>
        </w:rPr>
      </w:pPr>
    </w:p>
    <w:p w14:paraId="0A9656B3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7 SAB INNSBRUCK - LIECHTENSTEIN - ZURIQUE</w:t>
      </w:r>
    </w:p>
    <w:p w14:paraId="4488CBFF" w14:textId="77777777" w:rsidR="00E20CD6" w:rsidRPr="007A79F2" w:rsidRDefault="00AC05B8">
      <w:pPr>
        <w:rPr>
          <w:lang w:val="es-ES"/>
        </w:rPr>
      </w:pPr>
      <w:proofErr w:type="spellStart"/>
      <w:r w:rsidRPr="007A79F2">
        <w:rPr>
          <w:lang w:val="es-ES"/>
        </w:rPr>
        <w:t>Saída</w:t>
      </w:r>
      <w:proofErr w:type="spellEnd"/>
      <w:r w:rsidRPr="007A79F2">
        <w:rPr>
          <w:lang w:val="es-ES"/>
        </w:rPr>
        <w:t xml:space="preserve">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à </w:t>
      </w:r>
      <w:proofErr w:type="spellStart"/>
      <w:r w:rsidRPr="007A79F2">
        <w:rPr>
          <w:lang w:val="es-ES"/>
        </w:rPr>
        <w:t>Suíça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parada no Principado de Liechtenstein, </w:t>
      </w:r>
      <w:proofErr w:type="spellStart"/>
      <w:r w:rsidRPr="007A79F2">
        <w:rPr>
          <w:lang w:val="es-ES"/>
        </w:rPr>
        <w:t>um</w:t>
      </w:r>
      <w:proofErr w:type="spellEnd"/>
      <w:r w:rsidRPr="007A79F2">
        <w:rPr>
          <w:lang w:val="es-ES"/>
        </w:rPr>
        <w:t xml:space="preserve"> dos países menores do mundo, situado no </w:t>
      </w:r>
      <w:proofErr w:type="spellStart"/>
      <w:r w:rsidRPr="007A79F2">
        <w:rPr>
          <w:lang w:val="es-ES"/>
        </w:rPr>
        <w:t>coração</w:t>
      </w:r>
      <w:proofErr w:type="spellEnd"/>
      <w:r w:rsidRPr="007A79F2">
        <w:rPr>
          <w:lang w:val="es-ES"/>
        </w:rPr>
        <w:t xml:space="preserve"> dos Alpes. À tarde, </w:t>
      </w:r>
      <w:proofErr w:type="spellStart"/>
      <w:r w:rsidRPr="007A79F2">
        <w:rPr>
          <w:lang w:val="es-ES"/>
        </w:rPr>
        <w:t>continuação</w:t>
      </w:r>
      <w:proofErr w:type="spellEnd"/>
      <w:r w:rsidRPr="007A79F2">
        <w:rPr>
          <w:lang w:val="es-ES"/>
        </w:rPr>
        <w:t xml:space="preserve"> em </w:t>
      </w:r>
      <w:proofErr w:type="spellStart"/>
      <w:r w:rsidRPr="007A79F2">
        <w:rPr>
          <w:lang w:val="es-ES"/>
        </w:rPr>
        <w:t>direção</w:t>
      </w:r>
      <w:proofErr w:type="spellEnd"/>
      <w:r w:rsidRPr="007A79F2">
        <w:rPr>
          <w:lang w:val="es-ES"/>
        </w:rPr>
        <w:t xml:space="preserve"> a </w:t>
      </w:r>
      <w:proofErr w:type="spellStart"/>
      <w:r w:rsidRPr="007A79F2">
        <w:rPr>
          <w:lang w:val="es-ES"/>
        </w:rPr>
        <w:t>Zurique</w:t>
      </w:r>
      <w:proofErr w:type="spellEnd"/>
      <w:r w:rsidRPr="007A79F2">
        <w:rPr>
          <w:lang w:val="es-ES"/>
        </w:rPr>
        <w:t xml:space="preserve">. </w:t>
      </w:r>
      <w:proofErr w:type="spellStart"/>
      <w:r w:rsidRPr="007A79F2">
        <w:rPr>
          <w:lang w:val="es-ES"/>
        </w:rPr>
        <w:t>Hospedagem</w:t>
      </w:r>
      <w:proofErr w:type="spellEnd"/>
      <w:r w:rsidRPr="007A79F2">
        <w:rPr>
          <w:lang w:val="es-ES"/>
        </w:rPr>
        <w:t>.</w:t>
      </w:r>
    </w:p>
    <w:p w14:paraId="4F06CD9A" w14:textId="77777777" w:rsidR="00E20CD6" w:rsidRPr="007A79F2" w:rsidRDefault="00E20CD6">
      <w:pPr>
        <w:rPr>
          <w:lang w:val="es-ES"/>
        </w:rPr>
      </w:pPr>
    </w:p>
    <w:p w14:paraId="530A7039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8 DO</w:t>
      </w:r>
      <w:r w:rsidRPr="007A79F2">
        <w:rPr>
          <w:lang w:val="es-ES"/>
        </w:rPr>
        <w:t>M ZURIQUE</w:t>
      </w:r>
    </w:p>
    <w:p w14:paraId="52802E65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 xml:space="preserve">Pela </w:t>
      </w:r>
      <w:proofErr w:type="spellStart"/>
      <w:r w:rsidRPr="007A79F2">
        <w:rPr>
          <w:lang w:val="es-ES"/>
        </w:rPr>
        <w:t>manhã</w:t>
      </w:r>
      <w:proofErr w:type="spellEnd"/>
      <w:r w:rsidRPr="007A79F2">
        <w:rPr>
          <w:lang w:val="es-ES"/>
        </w:rPr>
        <w:t xml:space="preserve">, visita da </w:t>
      </w:r>
      <w:proofErr w:type="spellStart"/>
      <w:r w:rsidRPr="007A79F2">
        <w:rPr>
          <w:lang w:val="es-ES"/>
        </w:rPr>
        <w:t>cidade</w:t>
      </w:r>
      <w:proofErr w:type="spellEnd"/>
      <w:r w:rsidRPr="007A79F2">
        <w:rPr>
          <w:lang w:val="es-ES"/>
        </w:rPr>
        <w:t xml:space="preserve">, destacando o centro histórico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a catedral, a </w:t>
      </w:r>
      <w:proofErr w:type="spellStart"/>
      <w:r w:rsidRPr="007A79F2">
        <w:rPr>
          <w:lang w:val="es-ES"/>
        </w:rPr>
        <w:t>antiga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prefeitura</w:t>
      </w:r>
      <w:proofErr w:type="spellEnd"/>
      <w:r w:rsidRPr="007A79F2">
        <w:rPr>
          <w:lang w:val="es-ES"/>
        </w:rPr>
        <w:t xml:space="preserve"> e o </w:t>
      </w:r>
      <w:proofErr w:type="spellStart"/>
      <w:r w:rsidRPr="007A79F2">
        <w:rPr>
          <w:lang w:val="es-ES"/>
        </w:rPr>
        <w:t>Portão</w:t>
      </w:r>
      <w:proofErr w:type="spellEnd"/>
      <w:r w:rsidRPr="007A79F2">
        <w:rPr>
          <w:lang w:val="es-ES"/>
        </w:rPr>
        <w:t xml:space="preserve"> de São </w:t>
      </w:r>
      <w:proofErr w:type="spellStart"/>
      <w:r w:rsidRPr="007A79F2">
        <w:rPr>
          <w:lang w:val="es-ES"/>
        </w:rPr>
        <w:t>Martinho</w:t>
      </w:r>
      <w:proofErr w:type="spellEnd"/>
      <w:r w:rsidRPr="007A79F2">
        <w:rPr>
          <w:lang w:val="es-ES"/>
        </w:rPr>
        <w:t xml:space="preserve">. O </w:t>
      </w:r>
      <w:proofErr w:type="spellStart"/>
      <w:r w:rsidRPr="007A79F2">
        <w:rPr>
          <w:lang w:val="es-ES"/>
        </w:rPr>
        <w:t>percurso</w:t>
      </w:r>
      <w:proofErr w:type="spellEnd"/>
      <w:r w:rsidRPr="007A79F2">
        <w:rPr>
          <w:lang w:val="es-ES"/>
        </w:rPr>
        <w:t xml:space="preserve"> continua pelo centro comercial e </w:t>
      </w:r>
      <w:proofErr w:type="spellStart"/>
      <w:r w:rsidRPr="007A79F2">
        <w:rPr>
          <w:lang w:val="es-ES"/>
        </w:rPr>
        <w:t>financeiro</w:t>
      </w:r>
      <w:proofErr w:type="spellEnd"/>
      <w:r w:rsidRPr="007A79F2">
        <w:rPr>
          <w:lang w:val="es-ES"/>
        </w:rPr>
        <w:t xml:space="preserve">, a </w:t>
      </w:r>
      <w:proofErr w:type="spellStart"/>
      <w:r w:rsidRPr="007A79F2">
        <w:rPr>
          <w:lang w:val="es-ES"/>
        </w:rPr>
        <w:t>Bahnhofstrasse</w:t>
      </w:r>
      <w:proofErr w:type="spellEnd"/>
      <w:r w:rsidRPr="007A79F2">
        <w:rPr>
          <w:lang w:val="es-ES"/>
        </w:rPr>
        <w:t xml:space="preserve">, a igreja de </w:t>
      </w:r>
      <w:proofErr w:type="spellStart"/>
      <w:r w:rsidRPr="007A79F2">
        <w:rPr>
          <w:lang w:val="es-ES"/>
        </w:rPr>
        <w:t>Fraumünster</w:t>
      </w:r>
      <w:proofErr w:type="spellEnd"/>
      <w:r w:rsidRPr="007A79F2">
        <w:rPr>
          <w:lang w:val="es-ES"/>
        </w:rPr>
        <w:t xml:space="preserve">, o </w:t>
      </w:r>
      <w:proofErr w:type="spellStart"/>
      <w:r w:rsidRPr="007A79F2">
        <w:rPr>
          <w:lang w:val="es-ES"/>
        </w:rPr>
        <w:t>Limmatquai</w:t>
      </w:r>
      <w:proofErr w:type="spellEnd"/>
      <w:r w:rsidRPr="007A79F2">
        <w:rPr>
          <w:lang w:val="es-ES"/>
        </w:rPr>
        <w:t xml:space="preserve"> e o </w:t>
      </w:r>
      <w:proofErr w:type="spellStart"/>
      <w:r w:rsidRPr="007A79F2">
        <w:rPr>
          <w:lang w:val="es-ES"/>
        </w:rPr>
        <w:t>bairro</w:t>
      </w:r>
      <w:proofErr w:type="spellEnd"/>
      <w:r w:rsidRPr="007A79F2">
        <w:rPr>
          <w:lang w:val="es-ES"/>
        </w:rPr>
        <w:t xml:space="preserve"> da </w:t>
      </w:r>
      <w:proofErr w:type="spellStart"/>
      <w:r w:rsidRPr="007A79F2">
        <w:rPr>
          <w:lang w:val="es-ES"/>
        </w:rPr>
        <w:t>Universidade</w:t>
      </w:r>
      <w:proofErr w:type="spellEnd"/>
      <w:r w:rsidRPr="007A79F2">
        <w:rPr>
          <w:lang w:val="es-ES"/>
        </w:rPr>
        <w:t xml:space="preserve">. Em seguida, </w:t>
      </w:r>
      <w:proofErr w:type="spellStart"/>
      <w:r w:rsidRPr="007A79F2">
        <w:rPr>
          <w:lang w:val="es-ES"/>
        </w:rPr>
        <w:t>descobriremos</w:t>
      </w:r>
      <w:proofErr w:type="spellEnd"/>
      <w:r w:rsidRPr="007A79F2">
        <w:rPr>
          <w:lang w:val="es-ES"/>
        </w:rPr>
        <w:t xml:space="preserve"> o mundo do chocolate </w:t>
      </w:r>
      <w:proofErr w:type="spellStart"/>
      <w:r w:rsidRPr="007A79F2">
        <w:rPr>
          <w:lang w:val="es-ES"/>
        </w:rPr>
        <w:t>com</w:t>
      </w:r>
      <w:proofErr w:type="spellEnd"/>
      <w:r w:rsidRPr="007A79F2">
        <w:rPr>
          <w:lang w:val="es-ES"/>
        </w:rPr>
        <w:t xml:space="preserve"> a visita à Casa do Chocolate </w:t>
      </w:r>
      <w:proofErr w:type="spellStart"/>
      <w:r w:rsidRPr="007A79F2">
        <w:rPr>
          <w:lang w:val="es-ES"/>
        </w:rPr>
        <w:t>Lindt</w:t>
      </w:r>
      <w:proofErr w:type="spellEnd"/>
      <w:r w:rsidRPr="007A79F2">
        <w:rPr>
          <w:lang w:val="es-ES"/>
        </w:rPr>
        <w:t xml:space="preserve">, onde será </w:t>
      </w:r>
      <w:proofErr w:type="spellStart"/>
      <w:r w:rsidRPr="007A79F2">
        <w:rPr>
          <w:lang w:val="es-ES"/>
        </w:rPr>
        <w:t>possível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conhecer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sua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história</w:t>
      </w:r>
      <w:proofErr w:type="spellEnd"/>
      <w:r w:rsidRPr="007A79F2">
        <w:rPr>
          <w:lang w:val="es-ES"/>
        </w:rPr>
        <w:t xml:space="preserve"> e desfrutar de </w:t>
      </w:r>
      <w:proofErr w:type="spellStart"/>
      <w:r w:rsidRPr="007A79F2">
        <w:rPr>
          <w:lang w:val="es-ES"/>
        </w:rPr>
        <w:t>uma</w:t>
      </w:r>
      <w:proofErr w:type="spellEnd"/>
      <w:r w:rsidRPr="007A79F2">
        <w:rPr>
          <w:lang w:val="es-ES"/>
        </w:rPr>
        <w:t xml:space="preserve"> </w:t>
      </w:r>
      <w:proofErr w:type="spellStart"/>
      <w:r w:rsidRPr="007A79F2">
        <w:rPr>
          <w:lang w:val="es-ES"/>
        </w:rPr>
        <w:t>degustação</w:t>
      </w:r>
      <w:proofErr w:type="spellEnd"/>
      <w:r w:rsidRPr="007A79F2">
        <w:rPr>
          <w:lang w:val="es-ES"/>
        </w:rPr>
        <w:t>.</w:t>
      </w:r>
    </w:p>
    <w:p w14:paraId="1A80C3EB" w14:textId="77777777" w:rsidR="00E20CD6" w:rsidRPr="007A79F2" w:rsidRDefault="00E20CD6">
      <w:pPr>
        <w:rPr>
          <w:lang w:val="es-ES"/>
        </w:rPr>
      </w:pPr>
    </w:p>
    <w:p w14:paraId="58E8BF13" w14:textId="77777777" w:rsidR="00E20CD6" w:rsidRPr="007A79F2" w:rsidRDefault="00AC05B8">
      <w:pPr>
        <w:pStyle w:val="Ttulo2"/>
        <w:rPr>
          <w:lang w:val="es-ES"/>
        </w:rPr>
      </w:pPr>
      <w:r w:rsidRPr="007A79F2">
        <w:rPr>
          <w:lang w:val="es-ES"/>
        </w:rPr>
        <w:t>DIA 9 SEG ZURIQUE</w:t>
      </w:r>
    </w:p>
    <w:p w14:paraId="73F71849" w14:textId="77777777" w:rsidR="00E20CD6" w:rsidRPr="007A79F2" w:rsidRDefault="00AC05B8">
      <w:pPr>
        <w:rPr>
          <w:lang w:val="es-ES"/>
        </w:rPr>
      </w:pPr>
      <w:r w:rsidRPr="007A79F2">
        <w:rPr>
          <w:lang w:val="es-ES"/>
        </w:rPr>
        <w:t xml:space="preserve">Café da </w:t>
      </w:r>
      <w:proofErr w:type="spellStart"/>
      <w:r w:rsidRPr="007A79F2">
        <w:rPr>
          <w:lang w:val="es-ES"/>
        </w:rPr>
        <w:t>manhã</w:t>
      </w:r>
      <w:proofErr w:type="spellEnd"/>
      <w:r w:rsidRPr="007A79F2">
        <w:rPr>
          <w:lang w:val="es-ES"/>
        </w:rPr>
        <w:t xml:space="preserve"> e traslado de </w:t>
      </w:r>
      <w:proofErr w:type="spellStart"/>
      <w:r w:rsidRPr="007A79F2">
        <w:rPr>
          <w:lang w:val="es-ES"/>
        </w:rPr>
        <w:t>saída</w:t>
      </w:r>
      <w:proofErr w:type="spellEnd"/>
      <w:r w:rsidRPr="007A79F2">
        <w:rPr>
          <w:lang w:val="es-ES"/>
        </w:rPr>
        <w:t xml:space="preserve"> para o </w:t>
      </w:r>
      <w:proofErr w:type="spellStart"/>
      <w:r w:rsidRPr="007A79F2">
        <w:rPr>
          <w:lang w:val="es-ES"/>
        </w:rPr>
        <w:t>aeroporto</w:t>
      </w:r>
      <w:proofErr w:type="spellEnd"/>
      <w:r w:rsidRPr="007A79F2">
        <w:rPr>
          <w:lang w:val="es-ES"/>
        </w:rPr>
        <w:t>.</w:t>
      </w:r>
    </w:p>
    <w:sectPr w:rsidR="00E20CD6" w:rsidRPr="007A79F2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C8E37" w14:textId="77777777" w:rsidR="007A79F2" w:rsidRDefault="007A79F2" w:rsidP="007A79F2">
      <w:pPr>
        <w:spacing w:after="0" w:line="240" w:lineRule="auto"/>
      </w:pPr>
      <w:r>
        <w:separator/>
      </w:r>
    </w:p>
  </w:endnote>
  <w:endnote w:type="continuationSeparator" w:id="0">
    <w:p w14:paraId="3BD1B71E" w14:textId="77777777" w:rsidR="007A79F2" w:rsidRDefault="007A79F2" w:rsidP="007A7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0171327"/>
      <w:docPartObj>
        <w:docPartGallery w:val="Page Numbers (Bottom of Page)"/>
        <w:docPartUnique/>
      </w:docPartObj>
    </w:sdtPr>
    <w:sdtContent>
      <w:p w14:paraId="5F6B674D" w14:textId="257FA08A" w:rsidR="00630C53" w:rsidRDefault="00630C5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19EFDFF" w14:textId="77777777" w:rsidR="00630C53" w:rsidRDefault="00630C5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C460B" w14:textId="77777777" w:rsidR="007A79F2" w:rsidRDefault="007A79F2" w:rsidP="007A79F2">
      <w:pPr>
        <w:spacing w:after="0" w:line="240" w:lineRule="auto"/>
      </w:pPr>
      <w:r>
        <w:separator/>
      </w:r>
    </w:p>
  </w:footnote>
  <w:footnote w:type="continuationSeparator" w:id="0">
    <w:p w14:paraId="21349810" w14:textId="77777777" w:rsidR="007A79F2" w:rsidRDefault="007A79F2" w:rsidP="007A79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C2737" w14:textId="1C1789EF" w:rsidR="007A79F2" w:rsidRDefault="007A79F2">
    <w:pPr>
      <w:pStyle w:val="Encabezado"/>
    </w:pPr>
    <w:r>
      <w:rPr>
        <w:noProof/>
      </w:rPr>
      <w:drawing>
        <wp:inline distT="0" distB="0" distL="0" distR="0" wp14:anchorId="7C8136D5" wp14:editId="13D2843B">
          <wp:extent cx="990600" cy="9906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30C53"/>
    <w:rsid w:val="007A79F2"/>
    <w:rsid w:val="00AA1D8D"/>
    <w:rsid w:val="00AC05B8"/>
    <w:rsid w:val="00B47730"/>
    <w:rsid w:val="00CB0664"/>
    <w:rsid w:val="00E20CD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FDF556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937</Words>
  <Characters>5155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2026-05-26T09:22:00Z</dcterms:modified>
  <cp:category/>
</cp:coreProperties>
</file>