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9D025" w14:textId="1AFAAE0C" w:rsidR="00E905C5" w:rsidRPr="00250DB5" w:rsidRDefault="0032432C" w:rsidP="00250DB5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</w:pPr>
      <w:r w:rsidRPr="00250DB5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LESTE EUROPEU</w:t>
      </w:r>
      <w:r w:rsidR="00443DEF" w:rsidRPr="00250DB5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 xml:space="preserve"> PREMIUM - 2027</w:t>
      </w:r>
    </w:p>
    <w:p w14:paraId="5E330C6F" w14:textId="77777777" w:rsidR="00E905C5" w:rsidRPr="00250DB5" w:rsidRDefault="0032432C" w:rsidP="00250DB5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</w:pPr>
      <w:proofErr w:type="spellStart"/>
      <w:r w:rsidRPr="00250DB5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Categoria</w:t>
      </w:r>
      <w:proofErr w:type="spellEnd"/>
      <w:r w:rsidRPr="00250DB5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 xml:space="preserve">: </w:t>
      </w:r>
      <w:r w:rsidRPr="00250DB5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Premium</w:t>
      </w:r>
    </w:p>
    <w:p w14:paraId="6770D4DD" w14:textId="77777777" w:rsidR="00E905C5" w:rsidRPr="00443DEF" w:rsidRDefault="0032432C" w:rsidP="00443DEF">
      <w:pPr>
        <w:spacing w:after="80"/>
        <w:jc w:val="center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Código: VB  |  11 </w:t>
      </w:r>
      <w:proofErr w:type="spellStart"/>
      <w:r w:rsidRPr="00443DEF">
        <w:rPr>
          <w:rFonts w:ascii="Calibri" w:hAnsi="Calibri"/>
          <w:sz w:val="21"/>
          <w:lang w:val="es-ES"/>
        </w:rPr>
        <w:t>Dias</w:t>
      </w:r>
      <w:proofErr w:type="spellEnd"/>
    </w:p>
    <w:p w14:paraId="6EA31A9E" w14:textId="77777777" w:rsidR="00E905C5" w:rsidRPr="00443DEF" w:rsidRDefault="00E905C5">
      <w:pPr>
        <w:spacing w:after="80"/>
        <w:rPr>
          <w:lang w:val="es-ES"/>
        </w:rPr>
      </w:pPr>
    </w:p>
    <w:p w14:paraId="024114AA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SAÍDAS GARANTIDAS 2027</w:t>
      </w:r>
    </w:p>
    <w:p w14:paraId="15C27B94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>ABRIL ................... 1, 8, 15, 22, 29</w:t>
      </w:r>
    </w:p>
    <w:p w14:paraId="610B8A9F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MAIO .................... 6, 13, </w:t>
      </w:r>
      <w:r w:rsidRPr="008A0478">
        <w:rPr>
          <w:rFonts w:ascii="Calibri" w:hAnsi="Calibri"/>
          <w:b/>
          <w:bCs/>
          <w:color w:val="00B050"/>
          <w:sz w:val="21"/>
          <w:lang w:val="es-ES"/>
        </w:rPr>
        <w:t>20</w:t>
      </w:r>
      <w:r w:rsidRPr="008A0478">
        <w:rPr>
          <w:rFonts w:ascii="Calibri" w:hAnsi="Calibri"/>
          <w:color w:val="00B050"/>
          <w:sz w:val="21"/>
          <w:lang w:val="es-ES"/>
        </w:rPr>
        <w:t>,</w:t>
      </w:r>
      <w:r w:rsidRPr="00443DEF">
        <w:rPr>
          <w:rFonts w:ascii="Calibri" w:hAnsi="Calibri"/>
          <w:sz w:val="21"/>
          <w:lang w:val="es-ES"/>
        </w:rPr>
        <w:t xml:space="preserve"> 27</w:t>
      </w:r>
    </w:p>
    <w:p w14:paraId="12D1ECE7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JUNHO ................... 3, </w:t>
      </w:r>
      <w:r w:rsidRPr="008A0478">
        <w:rPr>
          <w:rFonts w:ascii="Calibri" w:hAnsi="Calibri"/>
          <w:b/>
          <w:bCs/>
          <w:color w:val="00B050"/>
          <w:sz w:val="21"/>
          <w:lang w:val="es-ES"/>
        </w:rPr>
        <w:t>10</w:t>
      </w:r>
      <w:r w:rsidRPr="00443DEF">
        <w:rPr>
          <w:rFonts w:ascii="Calibri" w:hAnsi="Calibri"/>
          <w:sz w:val="21"/>
          <w:lang w:val="es-ES"/>
        </w:rPr>
        <w:t>, 17, 24</w:t>
      </w:r>
    </w:p>
    <w:p w14:paraId="1A7A060E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>JULHO ................... 1, 8, 15, 22, 29</w:t>
      </w:r>
    </w:p>
    <w:p w14:paraId="5646FA09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>AGOSTO .................... 5, 12, 19, 26</w:t>
      </w:r>
    </w:p>
    <w:p w14:paraId="7BF318E3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>SETEMBRO ................</w:t>
      </w:r>
      <w:r w:rsidRPr="008A0478">
        <w:rPr>
          <w:rFonts w:ascii="Calibri" w:hAnsi="Calibri"/>
          <w:b/>
          <w:bCs/>
          <w:sz w:val="21"/>
          <w:lang w:val="es-ES"/>
        </w:rPr>
        <w:t xml:space="preserve"> </w:t>
      </w:r>
      <w:r w:rsidRPr="008A0478">
        <w:rPr>
          <w:rFonts w:ascii="Calibri" w:hAnsi="Calibri"/>
          <w:b/>
          <w:bCs/>
          <w:color w:val="00B050"/>
          <w:sz w:val="21"/>
          <w:lang w:val="es-ES"/>
        </w:rPr>
        <w:t>2</w:t>
      </w:r>
      <w:r w:rsidRPr="00443DEF">
        <w:rPr>
          <w:rFonts w:ascii="Calibri" w:hAnsi="Calibri"/>
          <w:sz w:val="21"/>
          <w:lang w:val="es-ES"/>
        </w:rPr>
        <w:t xml:space="preserve">, 9, 16, 23, </w:t>
      </w:r>
      <w:r w:rsidRPr="008A0478">
        <w:rPr>
          <w:rFonts w:ascii="Calibri" w:hAnsi="Calibri"/>
          <w:b/>
          <w:bCs/>
          <w:color w:val="00B050"/>
          <w:sz w:val="21"/>
          <w:lang w:val="es-ES"/>
        </w:rPr>
        <w:t>30</w:t>
      </w:r>
    </w:p>
    <w:p w14:paraId="380EB2B4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>OUTUBRO .................. 7, 14, 21, 28</w:t>
      </w:r>
    </w:p>
    <w:p w14:paraId="26EA6F25" w14:textId="77777777" w:rsidR="00E905C5" w:rsidRPr="008A0478" w:rsidRDefault="0032432C">
      <w:pPr>
        <w:spacing w:after="80"/>
        <w:rPr>
          <w:color w:val="00B050"/>
          <w:lang w:val="es-ES"/>
        </w:rPr>
      </w:pPr>
      <w:r w:rsidRPr="008A0478">
        <w:rPr>
          <w:rFonts w:ascii="Calibri" w:hAnsi="Calibri"/>
          <w:color w:val="00B050"/>
          <w:sz w:val="21"/>
          <w:lang w:val="es-ES"/>
        </w:rPr>
        <w:t xml:space="preserve">4 </w:t>
      </w:r>
      <w:proofErr w:type="spellStart"/>
      <w:r w:rsidRPr="008A0478">
        <w:rPr>
          <w:rFonts w:ascii="Calibri" w:hAnsi="Calibri"/>
          <w:color w:val="00B050"/>
          <w:sz w:val="21"/>
          <w:lang w:val="es-ES"/>
        </w:rPr>
        <w:t>saídas</w:t>
      </w:r>
      <w:proofErr w:type="spellEnd"/>
      <w:r w:rsidRPr="008A0478">
        <w:rPr>
          <w:rFonts w:ascii="Calibri" w:hAnsi="Calibri"/>
          <w:color w:val="00B050"/>
          <w:sz w:val="21"/>
          <w:lang w:val="es-ES"/>
        </w:rPr>
        <w:t xml:space="preserve"> exclusivas </w:t>
      </w:r>
      <w:proofErr w:type="spellStart"/>
      <w:r w:rsidRPr="008A0478">
        <w:rPr>
          <w:rFonts w:ascii="Calibri" w:hAnsi="Calibri"/>
          <w:color w:val="00B050"/>
          <w:sz w:val="21"/>
          <w:lang w:val="es-ES"/>
        </w:rPr>
        <w:t>com</w:t>
      </w:r>
      <w:proofErr w:type="spellEnd"/>
      <w:r w:rsidRPr="008A0478">
        <w:rPr>
          <w:rFonts w:ascii="Calibri" w:hAnsi="Calibri"/>
          <w:color w:val="00B050"/>
          <w:sz w:val="21"/>
          <w:lang w:val="es-ES"/>
        </w:rPr>
        <w:t xml:space="preserve"> GUIA BRASILEIRO: </w:t>
      </w:r>
      <w:proofErr w:type="spellStart"/>
      <w:r w:rsidRPr="008A0478">
        <w:rPr>
          <w:rFonts w:ascii="Calibri" w:hAnsi="Calibri"/>
          <w:color w:val="00B050"/>
          <w:sz w:val="21"/>
          <w:lang w:val="es-ES"/>
        </w:rPr>
        <w:t>Maio</w:t>
      </w:r>
      <w:proofErr w:type="spellEnd"/>
      <w:r w:rsidRPr="008A0478">
        <w:rPr>
          <w:rFonts w:ascii="Calibri" w:hAnsi="Calibri"/>
          <w:color w:val="00B050"/>
          <w:sz w:val="21"/>
          <w:lang w:val="es-ES"/>
        </w:rPr>
        <w:t xml:space="preserve"> 20, </w:t>
      </w:r>
      <w:proofErr w:type="spellStart"/>
      <w:r w:rsidRPr="008A0478">
        <w:rPr>
          <w:rFonts w:ascii="Calibri" w:hAnsi="Calibri"/>
          <w:color w:val="00B050"/>
          <w:sz w:val="21"/>
          <w:lang w:val="es-ES"/>
        </w:rPr>
        <w:t>Junho</w:t>
      </w:r>
      <w:proofErr w:type="spellEnd"/>
      <w:r w:rsidRPr="008A0478">
        <w:rPr>
          <w:rFonts w:ascii="Calibri" w:hAnsi="Calibri"/>
          <w:color w:val="00B050"/>
          <w:sz w:val="21"/>
          <w:lang w:val="es-ES"/>
        </w:rPr>
        <w:t xml:space="preserve"> 10, </w:t>
      </w:r>
      <w:proofErr w:type="spellStart"/>
      <w:r w:rsidRPr="008A0478">
        <w:rPr>
          <w:rFonts w:ascii="Calibri" w:hAnsi="Calibri"/>
          <w:color w:val="00B050"/>
          <w:sz w:val="21"/>
          <w:lang w:val="es-ES"/>
        </w:rPr>
        <w:t>Setembro</w:t>
      </w:r>
      <w:proofErr w:type="spellEnd"/>
      <w:r w:rsidRPr="008A0478">
        <w:rPr>
          <w:rFonts w:ascii="Calibri" w:hAnsi="Calibri"/>
          <w:color w:val="00B050"/>
          <w:sz w:val="21"/>
          <w:lang w:val="es-ES"/>
        </w:rPr>
        <w:t xml:space="preserve"> 2 e 30</w:t>
      </w:r>
    </w:p>
    <w:p w14:paraId="0AB6AA6C" w14:textId="77777777" w:rsidR="00E905C5" w:rsidRPr="00443DEF" w:rsidRDefault="00E905C5">
      <w:pPr>
        <w:spacing w:after="80"/>
        <w:rPr>
          <w:lang w:val="es-ES"/>
        </w:rPr>
      </w:pPr>
    </w:p>
    <w:p w14:paraId="1CB4ABC1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HOTÉIS PREVISTOS</w:t>
      </w:r>
    </w:p>
    <w:p w14:paraId="5A2DDFA2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>(</w:t>
      </w:r>
      <w:proofErr w:type="spellStart"/>
      <w:r w:rsidRPr="00443DEF">
        <w:rPr>
          <w:rFonts w:ascii="Calibri" w:hAnsi="Calibri"/>
          <w:sz w:val="21"/>
          <w:lang w:val="es-ES"/>
        </w:rPr>
        <w:t>ou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similares </w:t>
      </w:r>
      <w:proofErr w:type="spellStart"/>
      <w:r w:rsidRPr="00443DEF">
        <w:rPr>
          <w:rFonts w:ascii="Calibri" w:hAnsi="Calibri"/>
          <w:sz w:val="21"/>
          <w:lang w:val="es-ES"/>
        </w:rPr>
        <w:t>na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categoria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indicada,</w:t>
      </w:r>
      <w:r w:rsidRPr="00443DEF">
        <w:rPr>
          <w:rFonts w:ascii="Calibri" w:hAnsi="Calibri"/>
          <w:sz w:val="21"/>
          <w:lang w:val="es-ES"/>
        </w:rPr>
        <w:t xml:space="preserve"> conforme 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>)</w:t>
      </w:r>
    </w:p>
    <w:p w14:paraId="2CE91F7F" w14:textId="77777777" w:rsidR="00E905C5" w:rsidRPr="00443DEF" w:rsidRDefault="0032432C">
      <w:pPr>
        <w:spacing w:after="20"/>
        <w:rPr>
          <w:lang w:val="es-ES"/>
        </w:rPr>
      </w:pPr>
      <w:r w:rsidRPr="00443DEF">
        <w:rPr>
          <w:rFonts w:ascii="Calibri" w:hAnsi="Calibri"/>
          <w:b/>
          <w:sz w:val="21"/>
          <w:lang w:val="es-ES"/>
        </w:rPr>
        <w:t xml:space="preserve">VIENA: </w:t>
      </w:r>
      <w:r w:rsidRPr="00443DEF">
        <w:rPr>
          <w:rFonts w:ascii="Calibri" w:hAnsi="Calibri"/>
          <w:sz w:val="21"/>
          <w:lang w:val="es-ES"/>
        </w:rPr>
        <w:t>SAVOYEN ★★★★★</w:t>
      </w:r>
    </w:p>
    <w:p w14:paraId="066A1638" w14:textId="77777777" w:rsidR="00E905C5" w:rsidRPr="00443DEF" w:rsidRDefault="0032432C">
      <w:pPr>
        <w:spacing w:after="20"/>
        <w:rPr>
          <w:lang w:val="es-ES"/>
        </w:rPr>
      </w:pPr>
      <w:r w:rsidRPr="00443DEF">
        <w:rPr>
          <w:rFonts w:ascii="Calibri" w:hAnsi="Calibri"/>
          <w:b/>
          <w:sz w:val="21"/>
          <w:lang w:val="es-ES"/>
        </w:rPr>
        <w:t xml:space="preserve">BUDAPESTE: </w:t>
      </w:r>
      <w:r w:rsidRPr="00443DEF">
        <w:rPr>
          <w:rFonts w:ascii="Calibri" w:hAnsi="Calibri"/>
          <w:sz w:val="21"/>
          <w:lang w:val="es-ES"/>
        </w:rPr>
        <w:t>RADISSON BLU BEKE ★★★★</w:t>
      </w:r>
    </w:p>
    <w:p w14:paraId="2EE315F9" w14:textId="77777777" w:rsidR="00E905C5" w:rsidRPr="00443DEF" w:rsidRDefault="0032432C">
      <w:pPr>
        <w:spacing w:after="20"/>
        <w:rPr>
          <w:lang w:val="es-ES"/>
        </w:rPr>
      </w:pPr>
      <w:r w:rsidRPr="00443DEF">
        <w:rPr>
          <w:rFonts w:ascii="Calibri" w:hAnsi="Calibri"/>
          <w:b/>
          <w:sz w:val="21"/>
          <w:lang w:val="es-ES"/>
        </w:rPr>
        <w:t xml:space="preserve">PRAGA: </w:t>
      </w:r>
      <w:r w:rsidRPr="00443DEF">
        <w:rPr>
          <w:rFonts w:ascii="Calibri" w:hAnsi="Calibri"/>
          <w:sz w:val="21"/>
          <w:lang w:val="es-ES"/>
        </w:rPr>
        <w:t>GRANDIUM ★★★★★</w:t>
      </w:r>
    </w:p>
    <w:p w14:paraId="58CEAAB3" w14:textId="77777777" w:rsidR="00E905C5" w:rsidRPr="00443DEF" w:rsidRDefault="0032432C">
      <w:pPr>
        <w:spacing w:after="20"/>
        <w:rPr>
          <w:lang w:val="es-ES"/>
        </w:rPr>
      </w:pPr>
      <w:r w:rsidRPr="00443DEF">
        <w:rPr>
          <w:rFonts w:ascii="Calibri" w:hAnsi="Calibri"/>
          <w:b/>
          <w:sz w:val="21"/>
          <w:lang w:val="es-ES"/>
        </w:rPr>
        <w:t xml:space="preserve">BERLIM: </w:t>
      </w:r>
      <w:r w:rsidRPr="00443DEF">
        <w:rPr>
          <w:rFonts w:ascii="Calibri" w:hAnsi="Calibri"/>
          <w:sz w:val="21"/>
          <w:lang w:val="es-ES"/>
        </w:rPr>
        <w:t>JW MARRIOTT ★★★★★</w:t>
      </w:r>
    </w:p>
    <w:p w14:paraId="0B778C8B" w14:textId="77777777" w:rsidR="00E905C5" w:rsidRPr="00443DEF" w:rsidRDefault="00E905C5">
      <w:pPr>
        <w:spacing w:after="80"/>
        <w:rPr>
          <w:lang w:val="es-ES"/>
        </w:rPr>
      </w:pPr>
    </w:p>
    <w:p w14:paraId="0457591C" w14:textId="77777777" w:rsidR="00E905C5" w:rsidRDefault="0032432C">
      <w:pPr>
        <w:pStyle w:val="Ttulo2"/>
        <w:spacing w:before="120" w:after="60"/>
      </w:pPr>
      <w:r>
        <w:rPr>
          <w:rFonts w:ascii="Calibri" w:hAnsi="Calibri"/>
          <w:sz w:val="22"/>
        </w:rPr>
        <w:t>SERVIÇOS INCLUÍDOS</w:t>
      </w:r>
    </w:p>
    <w:p w14:paraId="26024BE2" w14:textId="77777777" w:rsidR="00E905C5" w:rsidRDefault="0032432C">
      <w:pPr>
        <w:pStyle w:val="Listaconvietas"/>
        <w:spacing w:after="0"/>
      </w:pPr>
      <w:r>
        <w:rPr>
          <w:rFonts w:ascii="Calibri" w:hAnsi="Calibri"/>
          <w:sz w:val="21"/>
        </w:rPr>
        <w:t>Guia acompanhante em espanhol</w:t>
      </w:r>
    </w:p>
    <w:p w14:paraId="4125E63B" w14:textId="77777777" w:rsidR="00E905C5" w:rsidRPr="00443DEF" w:rsidRDefault="0032432C">
      <w:pPr>
        <w:pStyle w:val="Listaconvietas"/>
        <w:spacing w:after="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10 </w:t>
      </w:r>
      <w:proofErr w:type="spellStart"/>
      <w:r w:rsidRPr="00443DEF">
        <w:rPr>
          <w:rFonts w:ascii="Calibri" w:hAnsi="Calibri"/>
          <w:sz w:val="21"/>
          <w:lang w:val="es-ES"/>
        </w:rPr>
        <w:t>noites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café da </w:t>
      </w:r>
      <w:proofErr w:type="spellStart"/>
      <w:r w:rsidRPr="00443DEF">
        <w:rPr>
          <w:rFonts w:ascii="Calibri" w:hAnsi="Calibri"/>
          <w:sz w:val="21"/>
          <w:lang w:val="es-ES"/>
        </w:rPr>
        <w:t>manhã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tipo buffet</w:t>
      </w:r>
    </w:p>
    <w:p w14:paraId="65FE4A0F" w14:textId="77777777" w:rsidR="00E905C5" w:rsidRPr="00443DEF" w:rsidRDefault="0032432C">
      <w:pPr>
        <w:pStyle w:val="Listaconvietas"/>
        <w:spacing w:after="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Entradas e </w:t>
      </w:r>
      <w:proofErr w:type="spellStart"/>
      <w:r w:rsidRPr="00443DEF">
        <w:rPr>
          <w:rFonts w:ascii="Calibri" w:hAnsi="Calibri"/>
          <w:sz w:val="21"/>
          <w:lang w:val="es-ES"/>
        </w:rPr>
        <w:t>experiências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conforme o </w:t>
      </w:r>
      <w:proofErr w:type="spellStart"/>
      <w:r w:rsidRPr="00443DEF">
        <w:rPr>
          <w:rFonts w:ascii="Calibri" w:hAnsi="Calibri"/>
          <w:sz w:val="21"/>
          <w:lang w:val="es-ES"/>
        </w:rPr>
        <w:t>itinerár</w:t>
      </w:r>
      <w:r w:rsidRPr="00443DEF">
        <w:rPr>
          <w:rFonts w:ascii="Calibri" w:hAnsi="Calibri"/>
          <w:sz w:val="21"/>
          <w:lang w:val="es-ES"/>
        </w:rPr>
        <w:t>io</w:t>
      </w:r>
      <w:proofErr w:type="spellEnd"/>
    </w:p>
    <w:p w14:paraId="676C1F7A" w14:textId="77777777" w:rsidR="00E905C5" w:rsidRDefault="0032432C">
      <w:pPr>
        <w:pStyle w:val="Listaconvietas"/>
        <w:spacing w:after="0"/>
      </w:pPr>
      <w:r>
        <w:rPr>
          <w:rFonts w:ascii="Calibri" w:hAnsi="Calibri"/>
          <w:sz w:val="21"/>
        </w:rPr>
        <w:t>Jantar de boas-</w:t>
      </w:r>
      <w:proofErr w:type="spellStart"/>
      <w:r>
        <w:rPr>
          <w:rFonts w:ascii="Calibri" w:hAnsi="Calibri"/>
          <w:sz w:val="21"/>
        </w:rPr>
        <w:t>vindas</w:t>
      </w:r>
      <w:proofErr w:type="spellEnd"/>
    </w:p>
    <w:p w14:paraId="3A007917" w14:textId="77777777" w:rsidR="00E905C5" w:rsidRDefault="00E905C5">
      <w:pPr>
        <w:spacing w:after="80"/>
      </w:pPr>
    </w:p>
    <w:p w14:paraId="3F32452B" w14:textId="77777777" w:rsidR="00E905C5" w:rsidRDefault="0032432C">
      <w:pPr>
        <w:pStyle w:val="Ttulo2"/>
        <w:spacing w:before="120" w:after="60"/>
      </w:pPr>
      <w:r>
        <w:rPr>
          <w:rFonts w:ascii="Calibri" w:hAnsi="Calibri"/>
          <w:sz w:val="22"/>
        </w:rPr>
        <w:t>TARIFAS EM EUROS</w:t>
      </w:r>
    </w:p>
    <w:p w14:paraId="069445FC" w14:textId="77777777" w:rsidR="00E905C5" w:rsidRDefault="0032432C">
      <w:pPr>
        <w:spacing w:after="80"/>
      </w:pPr>
      <w:r>
        <w:rPr>
          <w:rFonts w:ascii="Calibri" w:hAnsi="Calibri"/>
          <w:sz w:val="21"/>
        </w:rPr>
        <w:t>€ 2.590,– por pessoa em apto. duplo</w:t>
      </w:r>
    </w:p>
    <w:p w14:paraId="014D9357" w14:textId="77777777" w:rsidR="00E905C5" w:rsidRDefault="0032432C">
      <w:pPr>
        <w:spacing w:after="80"/>
      </w:pPr>
      <w:r>
        <w:rPr>
          <w:rFonts w:ascii="Calibri" w:hAnsi="Calibri"/>
          <w:sz w:val="21"/>
        </w:rPr>
        <w:t>€ 1.500,– suplemento individual</w:t>
      </w:r>
    </w:p>
    <w:p w14:paraId="3F233D14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5% </w:t>
      </w:r>
      <w:proofErr w:type="spellStart"/>
      <w:r w:rsidRPr="00443DEF">
        <w:rPr>
          <w:rFonts w:ascii="Calibri" w:hAnsi="Calibri"/>
          <w:sz w:val="21"/>
          <w:lang w:val="es-ES"/>
        </w:rPr>
        <w:t>desconto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443DEF">
        <w:rPr>
          <w:rFonts w:ascii="Calibri" w:hAnsi="Calibri"/>
          <w:sz w:val="21"/>
          <w:lang w:val="es-ES"/>
        </w:rPr>
        <w:t>terceiro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passageiro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em </w:t>
      </w:r>
      <w:proofErr w:type="spellStart"/>
      <w:r w:rsidRPr="00443DEF">
        <w:rPr>
          <w:rFonts w:ascii="Calibri" w:hAnsi="Calibri"/>
          <w:sz w:val="21"/>
          <w:lang w:val="es-ES"/>
        </w:rPr>
        <w:t>quarto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+2 </w:t>
      </w:r>
      <w:proofErr w:type="spellStart"/>
      <w:r w:rsidRPr="00443DEF">
        <w:rPr>
          <w:rFonts w:ascii="Calibri" w:hAnsi="Calibri"/>
          <w:sz w:val="21"/>
          <w:lang w:val="es-ES"/>
        </w:rPr>
        <w:t>pessoas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(QUARTO TRIPLO).</w:t>
      </w:r>
    </w:p>
    <w:p w14:paraId="60B30A80" w14:textId="77777777" w:rsidR="00E905C5" w:rsidRPr="00443DEF" w:rsidRDefault="00E905C5">
      <w:pPr>
        <w:spacing w:after="80"/>
        <w:rPr>
          <w:lang w:val="es-ES"/>
        </w:rPr>
      </w:pPr>
    </w:p>
    <w:p w14:paraId="4FA6AF95" w14:textId="77777777" w:rsidR="00E905C5" w:rsidRPr="00443DEF" w:rsidRDefault="0032432C">
      <w:pPr>
        <w:pStyle w:val="Ttulo1"/>
        <w:spacing w:before="200" w:after="60"/>
        <w:rPr>
          <w:lang w:val="es-ES"/>
        </w:rPr>
      </w:pPr>
      <w:r w:rsidRPr="00443DEF">
        <w:rPr>
          <w:rFonts w:ascii="Calibri" w:hAnsi="Calibri"/>
          <w:sz w:val="28"/>
          <w:lang w:val="es-ES"/>
        </w:rPr>
        <w:lastRenderedPageBreak/>
        <w:t>ITINERÁRIO</w:t>
      </w:r>
    </w:p>
    <w:p w14:paraId="48AAD439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1 QUI VIENA</w:t>
      </w:r>
    </w:p>
    <w:p w14:paraId="5C9C7A87" w14:textId="77777777" w:rsidR="00E905C5" w:rsidRPr="00443DEF" w:rsidRDefault="0032432C">
      <w:pPr>
        <w:spacing w:after="80"/>
        <w:rPr>
          <w:lang w:val="es-ES"/>
        </w:rPr>
      </w:pPr>
      <w:proofErr w:type="spellStart"/>
      <w:r w:rsidRPr="00443DEF">
        <w:rPr>
          <w:rFonts w:ascii="Calibri" w:hAnsi="Calibri"/>
          <w:sz w:val="21"/>
          <w:lang w:val="es-ES"/>
        </w:rPr>
        <w:t>Chegada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ao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aeroporto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Viena, onde </w:t>
      </w:r>
      <w:proofErr w:type="spellStart"/>
      <w:r w:rsidRPr="00443DEF">
        <w:rPr>
          <w:rFonts w:ascii="Calibri" w:hAnsi="Calibri"/>
          <w:sz w:val="21"/>
          <w:lang w:val="es-ES"/>
        </w:rPr>
        <w:t>nosso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motorista o levará </w:t>
      </w:r>
      <w:proofErr w:type="spellStart"/>
      <w:r w:rsidRPr="00443DEF">
        <w:rPr>
          <w:rFonts w:ascii="Calibri" w:hAnsi="Calibri"/>
          <w:sz w:val="21"/>
          <w:lang w:val="es-ES"/>
        </w:rPr>
        <w:t>ao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hotel. À </w:t>
      </w:r>
      <w:proofErr w:type="spellStart"/>
      <w:r w:rsidRPr="00443DEF">
        <w:rPr>
          <w:rFonts w:ascii="Calibri" w:hAnsi="Calibri"/>
          <w:sz w:val="21"/>
          <w:lang w:val="es-ES"/>
        </w:rPr>
        <w:t>noite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conhecerá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seus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companheiros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viagem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em </w:t>
      </w:r>
      <w:proofErr w:type="spellStart"/>
      <w:r w:rsidRPr="00443DEF">
        <w:rPr>
          <w:rFonts w:ascii="Calibri" w:hAnsi="Calibri"/>
          <w:sz w:val="21"/>
          <w:lang w:val="es-ES"/>
        </w:rPr>
        <w:t>um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típico </w:t>
      </w:r>
      <w:proofErr w:type="spellStart"/>
      <w:r w:rsidRPr="00443DEF">
        <w:rPr>
          <w:rFonts w:ascii="Calibri" w:hAnsi="Calibri"/>
          <w:sz w:val="21"/>
          <w:lang w:val="es-ES"/>
        </w:rPr>
        <w:t>jantar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austríaco de boas-</w:t>
      </w:r>
      <w:proofErr w:type="spellStart"/>
      <w:r w:rsidRPr="00443DEF">
        <w:rPr>
          <w:rFonts w:ascii="Calibri" w:hAnsi="Calibri"/>
          <w:sz w:val="21"/>
          <w:lang w:val="es-ES"/>
        </w:rPr>
        <w:t>vindas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no restaurante </w:t>
      </w:r>
      <w:proofErr w:type="spellStart"/>
      <w:r w:rsidRPr="00443DEF">
        <w:rPr>
          <w:rFonts w:ascii="Calibri" w:hAnsi="Calibri"/>
          <w:sz w:val="21"/>
          <w:lang w:val="es-ES"/>
        </w:rPr>
        <w:t>Marchfelderhof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muito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conhecido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além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443DEF">
        <w:rPr>
          <w:rFonts w:ascii="Calibri" w:hAnsi="Calibri"/>
          <w:sz w:val="21"/>
          <w:lang w:val="es-ES"/>
        </w:rPr>
        <w:t>fronte</w:t>
      </w:r>
      <w:r w:rsidRPr="00443DEF">
        <w:rPr>
          <w:rFonts w:ascii="Calibri" w:hAnsi="Calibri"/>
          <w:sz w:val="21"/>
          <w:lang w:val="es-ES"/>
        </w:rPr>
        <w:t>iras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país. </w:t>
      </w:r>
      <w:proofErr w:type="spellStart"/>
      <w:r w:rsidRPr="00443DEF">
        <w:rPr>
          <w:rFonts w:ascii="Calibri" w:hAnsi="Calibri"/>
          <w:sz w:val="21"/>
          <w:lang w:val="es-ES"/>
        </w:rPr>
        <w:t>Neste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ambiente realmente único, </w:t>
      </w:r>
      <w:proofErr w:type="spellStart"/>
      <w:r w:rsidRPr="00443DEF">
        <w:rPr>
          <w:rFonts w:ascii="Calibri" w:hAnsi="Calibri"/>
          <w:sz w:val="21"/>
          <w:lang w:val="es-ES"/>
        </w:rPr>
        <w:t>rapidamente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terá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sensação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que a </w:t>
      </w:r>
      <w:proofErr w:type="spellStart"/>
      <w:r w:rsidRPr="00443DEF">
        <w:rPr>
          <w:rFonts w:ascii="Calibri" w:hAnsi="Calibri"/>
          <w:sz w:val="21"/>
          <w:lang w:val="es-ES"/>
        </w:rPr>
        <w:t>imperatriz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Sissi está sentada </w:t>
      </w:r>
      <w:proofErr w:type="spellStart"/>
      <w:r w:rsidRPr="00443DEF">
        <w:rPr>
          <w:rFonts w:ascii="Calibri" w:hAnsi="Calibri"/>
          <w:sz w:val="21"/>
          <w:lang w:val="es-ES"/>
        </w:rPr>
        <w:t>ao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lado à mesa. Naturalmente, as bebidas </w:t>
      </w:r>
      <w:proofErr w:type="spellStart"/>
      <w:r w:rsidRPr="00443DEF">
        <w:rPr>
          <w:rFonts w:ascii="Calibri" w:hAnsi="Calibri"/>
          <w:sz w:val="21"/>
          <w:lang w:val="es-ES"/>
        </w:rPr>
        <w:t>também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estão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incluídas</w:t>
      </w:r>
      <w:proofErr w:type="spellEnd"/>
      <w:r w:rsidRPr="00443DEF">
        <w:rPr>
          <w:rFonts w:ascii="Calibri" w:hAnsi="Calibri"/>
          <w:sz w:val="21"/>
          <w:lang w:val="es-ES"/>
        </w:rPr>
        <w:t>.</w:t>
      </w:r>
    </w:p>
    <w:p w14:paraId="7A15757D" w14:textId="77777777" w:rsidR="00E905C5" w:rsidRPr="00443DEF" w:rsidRDefault="00E905C5">
      <w:pPr>
        <w:spacing w:after="80"/>
        <w:rPr>
          <w:lang w:val="es-ES"/>
        </w:rPr>
      </w:pPr>
    </w:p>
    <w:p w14:paraId="2449448F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2 SEX VIENA</w:t>
      </w:r>
    </w:p>
    <w:p w14:paraId="29D7D713" w14:textId="77777777" w:rsidR="00E905C5" w:rsidRPr="00443DEF" w:rsidRDefault="0032432C">
      <w:pPr>
        <w:spacing w:after="80"/>
        <w:rPr>
          <w:lang w:val="es-ES"/>
        </w:rPr>
      </w:pPr>
      <w:proofErr w:type="spellStart"/>
      <w:r w:rsidRPr="00443DEF">
        <w:rPr>
          <w:rFonts w:ascii="Calibri" w:hAnsi="Calibri"/>
          <w:sz w:val="21"/>
          <w:lang w:val="es-ES"/>
        </w:rPr>
        <w:t>Após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 café da </w:t>
      </w:r>
      <w:proofErr w:type="spellStart"/>
      <w:r w:rsidRPr="00443DEF">
        <w:rPr>
          <w:rFonts w:ascii="Calibri" w:hAnsi="Calibri"/>
          <w:sz w:val="21"/>
          <w:lang w:val="es-ES"/>
        </w:rPr>
        <w:t>manhã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no hotel, realizaremos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443DEF">
        <w:rPr>
          <w:rFonts w:ascii="Calibri" w:hAnsi="Calibri"/>
          <w:sz w:val="21"/>
          <w:lang w:val="es-ES"/>
        </w:rPr>
        <w:t>pa</w:t>
      </w:r>
      <w:r w:rsidRPr="00443DEF">
        <w:rPr>
          <w:rFonts w:ascii="Calibri" w:hAnsi="Calibri"/>
          <w:sz w:val="21"/>
          <w:lang w:val="es-ES"/>
        </w:rPr>
        <w:t>norâmica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que </w:t>
      </w:r>
      <w:proofErr w:type="spellStart"/>
      <w:r w:rsidRPr="00443DEF">
        <w:rPr>
          <w:rFonts w:ascii="Calibri" w:hAnsi="Calibri"/>
          <w:sz w:val="21"/>
          <w:lang w:val="es-ES"/>
        </w:rPr>
        <w:t>oferece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excelente </w:t>
      </w:r>
      <w:proofErr w:type="spellStart"/>
      <w:r w:rsidRPr="00443DEF">
        <w:rPr>
          <w:rFonts w:ascii="Calibri" w:hAnsi="Calibri"/>
          <w:sz w:val="21"/>
          <w:lang w:val="es-ES"/>
        </w:rPr>
        <w:t>impressão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dos numerosos pontos de </w:t>
      </w:r>
      <w:proofErr w:type="spellStart"/>
      <w:r w:rsidRPr="00443DEF">
        <w:rPr>
          <w:rFonts w:ascii="Calibri" w:hAnsi="Calibri"/>
          <w:sz w:val="21"/>
          <w:lang w:val="es-ES"/>
        </w:rPr>
        <w:t>interesse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Viena. Visitaremos os </w:t>
      </w:r>
      <w:proofErr w:type="spellStart"/>
      <w:r w:rsidRPr="00443DEF">
        <w:rPr>
          <w:rFonts w:ascii="Calibri" w:hAnsi="Calibri"/>
          <w:sz w:val="21"/>
          <w:lang w:val="es-ES"/>
        </w:rPr>
        <w:t>jardins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histórico </w:t>
      </w:r>
      <w:proofErr w:type="spellStart"/>
      <w:r w:rsidRPr="00443DEF">
        <w:rPr>
          <w:rFonts w:ascii="Calibri" w:hAnsi="Calibri"/>
          <w:sz w:val="21"/>
          <w:lang w:val="es-ES"/>
        </w:rPr>
        <w:t>Palácio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Belvedere, </w:t>
      </w:r>
      <w:proofErr w:type="spellStart"/>
      <w:r w:rsidRPr="00443DEF">
        <w:rPr>
          <w:rFonts w:ascii="Calibri" w:hAnsi="Calibri"/>
          <w:sz w:val="21"/>
          <w:lang w:val="es-ES"/>
        </w:rPr>
        <w:t>antigo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palácio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verão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príncipe </w:t>
      </w:r>
      <w:proofErr w:type="spellStart"/>
      <w:r w:rsidRPr="00443DEF">
        <w:rPr>
          <w:rFonts w:ascii="Calibri" w:hAnsi="Calibri"/>
          <w:sz w:val="21"/>
          <w:lang w:val="es-ES"/>
        </w:rPr>
        <w:t>Eugênio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Saboia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de onde </w:t>
      </w:r>
      <w:proofErr w:type="spellStart"/>
      <w:r w:rsidRPr="00443DEF">
        <w:rPr>
          <w:rFonts w:ascii="Calibri" w:hAnsi="Calibri"/>
          <w:sz w:val="21"/>
          <w:lang w:val="es-ES"/>
        </w:rPr>
        <w:t>poderá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desfrutar de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magnífica vist</w:t>
      </w:r>
      <w:r w:rsidRPr="00443DEF">
        <w:rPr>
          <w:rFonts w:ascii="Calibri" w:hAnsi="Calibri"/>
          <w:sz w:val="21"/>
          <w:lang w:val="es-ES"/>
        </w:rPr>
        <w:t xml:space="preserve">a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imortalizada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pelo artista Giovanni Antonio Canal em </w:t>
      </w:r>
      <w:proofErr w:type="spellStart"/>
      <w:r w:rsidRPr="00443DEF">
        <w:rPr>
          <w:rFonts w:ascii="Calibri" w:hAnsi="Calibri"/>
          <w:sz w:val="21"/>
          <w:lang w:val="es-ES"/>
        </w:rPr>
        <w:t>suas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pinturas de Viena. Continuaremos pela </w:t>
      </w:r>
      <w:proofErr w:type="spellStart"/>
      <w:r w:rsidRPr="00443DEF">
        <w:rPr>
          <w:rFonts w:ascii="Calibri" w:hAnsi="Calibri"/>
          <w:sz w:val="21"/>
          <w:lang w:val="es-ES"/>
        </w:rPr>
        <w:t>Ringstrasse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seus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magníficos </w:t>
      </w:r>
      <w:proofErr w:type="spellStart"/>
      <w:r w:rsidRPr="00443DEF">
        <w:rPr>
          <w:rFonts w:ascii="Calibri" w:hAnsi="Calibri"/>
          <w:sz w:val="21"/>
          <w:lang w:val="es-ES"/>
        </w:rPr>
        <w:t>edifícios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como a Ópera Estatal, o </w:t>
      </w:r>
      <w:proofErr w:type="spellStart"/>
      <w:r w:rsidRPr="00443DEF">
        <w:rPr>
          <w:rFonts w:ascii="Calibri" w:hAnsi="Calibri"/>
          <w:sz w:val="21"/>
          <w:lang w:val="es-ES"/>
        </w:rPr>
        <w:t>Museu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Ciências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Naturais</w:t>
      </w:r>
      <w:proofErr w:type="spellEnd"/>
      <w:r w:rsidRPr="00443DEF">
        <w:rPr>
          <w:rFonts w:ascii="Calibri" w:hAnsi="Calibri"/>
          <w:sz w:val="21"/>
          <w:lang w:val="es-ES"/>
        </w:rPr>
        <w:t>, o Monumento a Maria Teresa, o Parlamento austríaco, a</w:t>
      </w:r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Prefeitura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Viena, o Teatro Nacional e o </w:t>
      </w:r>
      <w:proofErr w:type="spellStart"/>
      <w:r w:rsidRPr="00443DEF">
        <w:rPr>
          <w:rFonts w:ascii="Calibri" w:hAnsi="Calibri"/>
          <w:sz w:val="21"/>
          <w:lang w:val="es-ES"/>
        </w:rPr>
        <w:t>Hofburg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sede do </w:t>
      </w:r>
      <w:proofErr w:type="spellStart"/>
      <w:r w:rsidRPr="00443DEF">
        <w:rPr>
          <w:rFonts w:ascii="Calibri" w:hAnsi="Calibri"/>
          <w:sz w:val="21"/>
          <w:lang w:val="es-ES"/>
        </w:rPr>
        <w:t>nosso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Presidente Federal. </w:t>
      </w:r>
      <w:proofErr w:type="spellStart"/>
      <w:r w:rsidRPr="00443DEF">
        <w:rPr>
          <w:rFonts w:ascii="Calibri" w:hAnsi="Calibri"/>
          <w:sz w:val="21"/>
          <w:lang w:val="es-ES"/>
        </w:rPr>
        <w:t>Passearemos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pelas </w:t>
      </w:r>
      <w:proofErr w:type="spellStart"/>
      <w:r w:rsidRPr="00443DEF">
        <w:rPr>
          <w:rFonts w:ascii="Calibri" w:hAnsi="Calibri"/>
          <w:sz w:val="21"/>
          <w:lang w:val="es-ES"/>
        </w:rPr>
        <w:t>pequenas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idílicas </w:t>
      </w:r>
      <w:proofErr w:type="spellStart"/>
      <w:r w:rsidRPr="00443DEF">
        <w:rPr>
          <w:rFonts w:ascii="Calibri" w:hAnsi="Calibri"/>
          <w:sz w:val="21"/>
          <w:lang w:val="es-ES"/>
        </w:rPr>
        <w:t>ruas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centro histórico de Viena e visitaremos o interior da Catedral de Santo Estêvão, a </w:t>
      </w:r>
      <w:proofErr w:type="spellStart"/>
      <w:r w:rsidRPr="00443DEF">
        <w:rPr>
          <w:rFonts w:ascii="Calibri" w:hAnsi="Calibri"/>
          <w:sz w:val="21"/>
          <w:lang w:val="es-ES"/>
        </w:rPr>
        <w:t>maior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Também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passaremos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443DEF">
        <w:rPr>
          <w:rFonts w:ascii="Calibri" w:hAnsi="Calibri"/>
          <w:sz w:val="21"/>
          <w:lang w:val="es-ES"/>
        </w:rPr>
        <w:t>Relógio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Anker e pelo </w:t>
      </w:r>
      <w:proofErr w:type="spellStart"/>
      <w:r w:rsidRPr="00443DEF">
        <w:rPr>
          <w:rFonts w:ascii="Calibri" w:hAnsi="Calibri"/>
          <w:sz w:val="21"/>
          <w:lang w:val="es-ES"/>
        </w:rPr>
        <w:t>bairro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judeu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O </w:t>
      </w:r>
      <w:proofErr w:type="spellStart"/>
      <w:r w:rsidRPr="00443DEF">
        <w:rPr>
          <w:rFonts w:ascii="Calibri" w:hAnsi="Calibri"/>
          <w:sz w:val="21"/>
          <w:lang w:val="es-ES"/>
        </w:rPr>
        <w:t>percurso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termina no centro, </w:t>
      </w:r>
      <w:proofErr w:type="spellStart"/>
      <w:r w:rsidRPr="00443DEF">
        <w:rPr>
          <w:rFonts w:ascii="Calibri" w:hAnsi="Calibri"/>
          <w:sz w:val="21"/>
          <w:lang w:val="es-ES"/>
        </w:rPr>
        <w:t>na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Maria-</w:t>
      </w:r>
      <w:proofErr w:type="spellStart"/>
      <w:r w:rsidRPr="00443DEF">
        <w:rPr>
          <w:rFonts w:ascii="Calibri" w:hAnsi="Calibri"/>
          <w:sz w:val="21"/>
          <w:lang w:val="es-ES"/>
        </w:rPr>
        <w:t>Theresien</w:t>
      </w:r>
      <w:proofErr w:type="spellEnd"/>
      <w:r w:rsidRPr="00443DEF">
        <w:rPr>
          <w:rFonts w:ascii="Calibri" w:hAnsi="Calibri"/>
          <w:sz w:val="21"/>
          <w:lang w:val="es-ES"/>
        </w:rPr>
        <w:t>-</w:t>
      </w:r>
      <w:proofErr w:type="spellStart"/>
      <w:r w:rsidRPr="00443DEF">
        <w:rPr>
          <w:rFonts w:ascii="Calibri" w:hAnsi="Calibri"/>
          <w:sz w:val="21"/>
          <w:lang w:val="es-ES"/>
        </w:rPr>
        <w:t>Platz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Após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visita </w:t>
      </w:r>
      <w:proofErr w:type="spellStart"/>
      <w:r w:rsidRPr="00443DEF">
        <w:rPr>
          <w:rFonts w:ascii="Calibri" w:hAnsi="Calibri"/>
          <w:sz w:val="21"/>
          <w:lang w:val="es-ES"/>
        </w:rPr>
        <w:t>panorâmica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terá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opção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participar de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443DEF">
        <w:rPr>
          <w:rFonts w:ascii="Calibri" w:hAnsi="Calibri"/>
          <w:sz w:val="21"/>
          <w:lang w:val="es-ES"/>
        </w:rPr>
        <w:t>ao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Palácio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Schönbrunn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443DEF">
        <w:rPr>
          <w:rFonts w:ascii="Calibri" w:hAnsi="Calibri"/>
          <w:sz w:val="21"/>
          <w:lang w:val="es-ES"/>
        </w:rPr>
        <w:t>oferecemos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possibilidade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assistir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um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concerto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música </w:t>
      </w:r>
      <w:proofErr w:type="spellStart"/>
      <w:r w:rsidRPr="00443DEF">
        <w:rPr>
          <w:rFonts w:ascii="Calibri" w:hAnsi="Calibri"/>
          <w:sz w:val="21"/>
          <w:lang w:val="es-ES"/>
        </w:rPr>
        <w:t>clássica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(ambas </w:t>
      </w:r>
      <w:proofErr w:type="spellStart"/>
      <w:r w:rsidRPr="00443DEF">
        <w:rPr>
          <w:rFonts w:ascii="Calibri" w:hAnsi="Calibri"/>
          <w:sz w:val="21"/>
          <w:lang w:val="es-ES"/>
        </w:rPr>
        <w:t>não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incluídas</w:t>
      </w:r>
      <w:proofErr w:type="spellEnd"/>
      <w:r w:rsidRPr="00443DEF">
        <w:rPr>
          <w:rFonts w:ascii="Calibri" w:hAnsi="Calibri"/>
          <w:sz w:val="21"/>
          <w:lang w:val="es-ES"/>
        </w:rPr>
        <w:t>).</w:t>
      </w:r>
    </w:p>
    <w:p w14:paraId="5862C56C" w14:textId="77777777" w:rsidR="00E905C5" w:rsidRPr="00443DEF" w:rsidRDefault="00E905C5">
      <w:pPr>
        <w:spacing w:after="80"/>
        <w:rPr>
          <w:lang w:val="es-ES"/>
        </w:rPr>
      </w:pPr>
    </w:p>
    <w:p w14:paraId="603CB20C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3 SAB VIENA</w:t>
      </w:r>
    </w:p>
    <w:p w14:paraId="13877331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Dia </w:t>
      </w:r>
      <w:proofErr w:type="spellStart"/>
      <w:r w:rsidRPr="00443DEF">
        <w:rPr>
          <w:rFonts w:ascii="Calibri" w:hAnsi="Calibri"/>
          <w:sz w:val="21"/>
          <w:lang w:val="es-ES"/>
        </w:rPr>
        <w:t>livre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para continuar </w:t>
      </w:r>
      <w:proofErr w:type="spellStart"/>
      <w:r w:rsidRPr="00443DEF">
        <w:rPr>
          <w:rFonts w:ascii="Calibri" w:hAnsi="Calibri"/>
          <w:sz w:val="21"/>
          <w:lang w:val="es-ES"/>
        </w:rPr>
        <w:t>aproveitando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no </w:t>
      </w:r>
      <w:proofErr w:type="spellStart"/>
      <w:r w:rsidRPr="00443DEF">
        <w:rPr>
          <w:rFonts w:ascii="Calibri" w:hAnsi="Calibri"/>
          <w:sz w:val="21"/>
          <w:lang w:val="es-ES"/>
        </w:rPr>
        <w:t>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próprio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ritmo. Se </w:t>
      </w:r>
      <w:proofErr w:type="spellStart"/>
      <w:r w:rsidRPr="00443DEF">
        <w:rPr>
          <w:rFonts w:ascii="Calibri" w:hAnsi="Calibri"/>
          <w:sz w:val="21"/>
          <w:lang w:val="es-ES"/>
        </w:rPr>
        <w:t>após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as </w:t>
      </w:r>
      <w:proofErr w:type="spellStart"/>
      <w:r w:rsidRPr="00443DEF">
        <w:rPr>
          <w:rFonts w:ascii="Calibri" w:hAnsi="Calibri"/>
          <w:sz w:val="21"/>
          <w:lang w:val="es-ES"/>
        </w:rPr>
        <w:t>impressões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capital </w:t>
      </w:r>
      <w:proofErr w:type="spellStart"/>
      <w:r w:rsidRPr="00443DEF">
        <w:rPr>
          <w:rFonts w:ascii="Calibri" w:hAnsi="Calibri"/>
          <w:sz w:val="21"/>
          <w:lang w:val="es-ES"/>
        </w:rPr>
        <w:t>desejar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se </w:t>
      </w:r>
      <w:proofErr w:type="spellStart"/>
      <w:r w:rsidRPr="00443DEF">
        <w:rPr>
          <w:rFonts w:ascii="Calibri" w:hAnsi="Calibri"/>
          <w:sz w:val="21"/>
          <w:lang w:val="es-ES"/>
        </w:rPr>
        <w:t>aprofundar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na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natureza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recomendamos participar de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excursão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opcional </w:t>
      </w:r>
      <w:proofErr w:type="spellStart"/>
      <w:r w:rsidRPr="00443DEF">
        <w:rPr>
          <w:rFonts w:ascii="Calibri" w:hAnsi="Calibri"/>
          <w:sz w:val="21"/>
          <w:lang w:val="es-ES"/>
        </w:rPr>
        <w:t>ao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famoso Vale do </w:t>
      </w:r>
      <w:proofErr w:type="spellStart"/>
      <w:r w:rsidRPr="00443DEF">
        <w:rPr>
          <w:rFonts w:ascii="Calibri" w:hAnsi="Calibri"/>
          <w:sz w:val="21"/>
          <w:lang w:val="es-ES"/>
        </w:rPr>
        <w:t>Dan</w:t>
      </w:r>
      <w:r w:rsidRPr="00443DEF">
        <w:rPr>
          <w:rFonts w:ascii="Calibri" w:hAnsi="Calibri"/>
          <w:sz w:val="21"/>
          <w:lang w:val="es-ES"/>
        </w:rPr>
        <w:t>úbio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situado a cerca de 80 </w:t>
      </w:r>
      <w:proofErr w:type="spellStart"/>
      <w:r w:rsidRPr="00443DEF">
        <w:rPr>
          <w:rFonts w:ascii="Calibri" w:hAnsi="Calibri"/>
          <w:sz w:val="21"/>
          <w:lang w:val="es-ES"/>
        </w:rPr>
        <w:t>quilômetros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Viena </w:t>
      </w:r>
      <w:proofErr w:type="spellStart"/>
      <w:r w:rsidRPr="00443DEF">
        <w:rPr>
          <w:rFonts w:ascii="Calibri" w:hAnsi="Calibri"/>
          <w:sz w:val="21"/>
          <w:lang w:val="es-ES"/>
        </w:rPr>
        <w:t>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considerado </w:t>
      </w:r>
      <w:proofErr w:type="spellStart"/>
      <w:r w:rsidRPr="00443DEF">
        <w:rPr>
          <w:rFonts w:ascii="Calibri" w:hAnsi="Calibri"/>
          <w:sz w:val="21"/>
          <w:lang w:val="es-ES"/>
        </w:rPr>
        <w:t>um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dos trechos </w:t>
      </w:r>
      <w:proofErr w:type="spellStart"/>
      <w:r w:rsidRPr="00443DEF">
        <w:rPr>
          <w:rFonts w:ascii="Calibri" w:hAnsi="Calibri"/>
          <w:sz w:val="21"/>
          <w:lang w:val="es-ES"/>
        </w:rPr>
        <w:t>mais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belos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rio (</w:t>
      </w:r>
      <w:proofErr w:type="spellStart"/>
      <w:r w:rsidRPr="00443DEF">
        <w:rPr>
          <w:rFonts w:ascii="Calibri" w:hAnsi="Calibri"/>
          <w:sz w:val="21"/>
          <w:lang w:val="es-ES"/>
        </w:rPr>
        <w:t>não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incluída</w:t>
      </w:r>
      <w:proofErr w:type="spellEnd"/>
      <w:r w:rsidRPr="00443DEF">
        <w:rPr>
          <w:rFonts w:ascii="Calibri" w:hAnsi="Calibri"/>
          <w:sz w:val="21"/>
          <w:lang w:val="es-ES"/>
        </w:rPr>
        <w:t>).</w:t>
      </w:r>
    </w:p>
    <w:p w14:paraId="4E5AE9CE" w14:textId="77777777" w:rsidR="00E905C5" w:rsidRPr="00443DEF" w:rsidRDefault="00E905C5">
      <w:pPr>
        <w:spacing w:after="80"/>
        <w:rPr>
          <w:lang w:val="es-ES"/>
        </w:rPr>
      </w:pPr>
    </w:p>
    <w:p w14:paraId="10C856DC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4 DOM VIENA - BUDAPESTE</w:t>
      </w:r>
    </w:p>
    <w:p w14:paraId="70B8F349" w14:textId="77777777" w:rsidR="00E905C5" w:rsidRPr="00443DEF" w:rsidRDefault="0032432C">
      <w:pPr>
        <w:spacing w:after="80"/>
        <w:rPr>
          <w:lang w:val="es-ES"/>
        </w:rPr>
      </w:pPr>
      <w:proofErr w:type="spellStart"/>
      <w:r w:rsidRPr="00443DEF">
        <w:rPr>
          <w:rFonts w:ascii="Calibri" w:hAnsi="Calibri"/>
          <w:sz w:val="21"/>
          <w:lang w:val="es-ES"/>
        </w:rPr>
        <w:t>Começaremos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 </w:t>
      </w:r>
      <w:proofErr w:type="spellStart"/>
      <w:r w:rsidRPr="00443DEF">
        <w:rPr>
          <w:rFonts w:ascii="Calibri" w:hAnsi="Calibri"/>
          <w:sz w:val="21"/>
          <w:lang w:val="es-ES"/>
        </w:rPr>
        <w:t>dia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saída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em </w:t>
      </w:r>
      <w:proofErr w:type="spellStart"/>
      <w:r w:rsidRPr="00443DEF">
        <w:rPr>
          <w:rFonts w:ascii="Calibri" w:hAnsi="Calibri"/>
          <w:sz w:val="21"/>
          <w:lang w:val="es-ES"/>
        </w:rPr>
        <w:t>direção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à </w:t>
      </w:r>
      <w:proofErr w:type="spellStart"/>
      <w:r w:rsidRPr="00443DEF">
        <w:rPr>
          <w:rFonts w:ascii="Calibri" w:hAnsi="Calibri"/>
          <w:sz w:val="21"/>
          <w:lang w:val="es-ES"/>
        </w:rPr>
        <w:t>Hungria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Aproveite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 </w:t>
      </w:r>
      <w:proofErr w:type="spellStart"/>
      <w:r w:rsidRPr="00443DEF">
        <w:rPr>
          <w:rFonts w:ascii="Calibri" w:hAnsi="Calibri"/>
          <w:sz w:val="21"/>
          <w:lang w:val="es-ES"/>
        </w:rPr>
        <w:t>trajeto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em </w:t>
      </w:r>
      <w:proofErr w:type="spellStart"/>
      <w:r w:rsidRPr="00443DEF">
        <w:rPr>
          <w:rFonts w:ascii="Calibri" w:hAnsi="Calibri"/>
          <w:sz w:val="21"/>
          <w:lang w:val="es-ES"/>
        </w:rPr>
        <w:t>nosso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ônibus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que nos </w:t>
      </w:r>
      <w:proofErr w:type="spellStart"/>
      <w:r w:rsidRPr="00443DEF">
        <w:rPr>
          <w:rFonts w:ascii="Calibri" w:hAnsi="Calibri"/>
          <w:sz w:val="21"/>
          <w:lang w:val="es-ES"/>
        </w:rPr>
        <w:t>levará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à </w:t>
      </w:r>
      <w:r w:rsidRPr="00443DEF">
        <w:rPr>
          <w:rFonts w:ascii="Calibri" w:hAnsi="Calibri"/>
          <w:sz w:val="21"/>
          <w:lang w:val="es-ES"/>
        </w:rPr>
        <w:t xml:space="preserve">capital, </w:t>
      </w:r>
      <w:proofErr w:type="spellStart"/>
      <w:r w:rsidRPr="00443DEF">
        <w:rPr>
          <w:rFonts w:ascii="Calibri" w:hAnsi="Calibri"/>
          <w:sz w:val="21"/>
          <w:lang w:val="es-ES"/>
        </w:rPr>
        <w:t>Budapeste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frequentemente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conhecida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como a </w:t>
      </w:r>
      <w:proofErr w:type="spellStart"/>
      <w:r w:rsidRPr="00443DEF">
        <w:rPr>
          <w:rFonts w:ascii="Calibri" w:hAnsi="Calibri"/>
          <w:sz w:val="21"/>
          <w:lang w:val="es-ES"/>
        </w:rPr>
        <w:t>Pérola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</w:t>
      </w:r>
      <w:proofErr w:type="spellStart"/>
      <w:r w:rsidRPr="00443DEF">
        <w:rPr>
          <w:rFonts w:ascii="Calibri" w:hAnsi="Calibri"/>
          <w:sz w:val="21"/>
          <w:lang w:val="es-ES"/>
        </w:rPr>
        <w:t>Danúbio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Ao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chegar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realizaremos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visita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Budapeste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está dividida em </w:t>
      </w:r>
      <w:proofErr w:type="spellStart"/>
      <w:r w:rsidRPr="00443DEF">
        <w:rPr>
          <w:rFonts w:ascii="Calibri" w:hAnsi="Calibri"/>
          <w:sz w:val="21"/>
          <w:lang w:val="es-ES"/>
        </w:rPr>
        <w:t>duas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partes: Buda, onde se </w:t>
      </w:r>
      <w:proofErr w:type="spellStart"/>
      <w:r w:rsidRPr="00443DEF">
        <w:rPr>
          <w:rFonts w:ascii="Calibri" w:hAnsi="Calibri"/>
          <w:sz w:val="21"/>
          <w:lang w:val="es-ES"/>
        </w:rPr>
        <w:t>encontram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 centro histórico, as </w:t>
      </w:r>
      <w:proofErr w:type="spellStart"/>
      <w:r w:rsidRPr="00443DEF">
        <w:rPr>
          <w:rFonts w:ascii="Calibri" w:hAnsi="Calibri"/>
          <w:sz w:val="21"/>
          <w:lang w:val="es-ES"/>
        </w:rPr>
        <w:t>embaixadas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as </w:t>
      </w:r>
      <w:proofErr w:type="spellStart"/>
      <w:r w:rsidRPr="00443DEF">
        <w:rPr>
          <w:rFonts w:ascii="Calibri" w:hAnsi="Calibri"/>
          <w:sz w:val="21"/>
          <w:lang w:val="es-ES"/>
        </w:rPr>
        <w:t>residências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alta </w:t>
      </w:r>
      <w:proofErr w:type="spellStart"/>
      <w:r w:rsidRPr="00443DEF">
        <w:rPr>
          <w:rFonts w:ascii="Calibri" w:hAnsi="Calibri"/>
          <w:sz w:val="21"/>
          <w:lang w:val="es-ES"/>
        </w:rPr>
        <w:t>sociedade</w:t>
      </w:r>
      <w:proofErr w:type="spellEnd"/>
      <w:r w:rsidRPr="00443DEF">
        <w:rPr>
          <w:rFonts w:ascii="Calibri" w:hAnsi="Calibri"/>
          <w:sz w:val="21"/>
          <w:lang w:val="es-ES"/>
        </w:rPr>
        <w:t>, e Pes</w:t>
      </w:r>
      <w:r w:rsidRPr="00443DEF">
        <w:rPr>
          <w:rFonts w:ascii="Calibri" w:hAnsi="Calibri"/>
          <w:sz w:val="21"/>
          <w:lang w:val="es-ES"/>
        </w:rPr>
        <w:t xml:space="preserve">t, onde </w:t>
      </w:r>
      <w:proofErr w:type="spellStart"/>
      <w:r w:rsidRPr="00443DEF">
        <w:rPr>
          <w:rFonts w:ascii="Calibri" w:hAnsi="Calibri"/>
          <w:sz w:val="21"/>
          <w:lang w:val="es-ES"/>
        </w:rPr>
        <w:t>estão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localizados a </w:t>
      </w:r>
      <w:proofErr w:type="spellStart"/>
      <w:r w:rsidRPr="00443DEF">
        <w:rPr>
          <w:rFonts w:ascii="Calibri" w:hAnsi="Calibri"/>
          <w:sz w:val="21"/>
          <w:lang w:val="es-ES"/>
        </w:rPr>
        <w:t>maioria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443DEF">
        <w:rPr>
          <w:rFonts w:ascii="Calibri" w:hAnsi="Calibri"/>
          <w:sz w:val="21"/>
          <w:lang w:val="es-ES"/>
        </w:rPr>
        <w:t>hotéis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</w:t>
      </w:r>
      <w:proofErr w:type="spellStart"/>
      <w:r w:rsidRPr="00443DEF">
        <w:rPr>
          <w:rFonts w:ascii="Calibri" w:hAnsi="Calibri"/>
          <w:sz w:val="21"/>
          <w:lang w:val="es-ES"/>
        </w:rPr>
        <w:t>lojas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Não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esqueça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preparar </w:t>
      </w:r>
      <w:proofErr w:type="spellStart"/>
      <w:r w:rsidRPr="00443DEF">
        <w:rPr>
          <w:rFonts w:ascii="Calibri" w:hAnsi="Calibri"/>
          <w:sz w:val="21"/>
          <w:lang w:val="es-ES"/>
        </w:rPr>
        <w:t>sua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câmera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Neste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primeiro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passeio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veremos </w:t>
      </w:r>
      <w:proofErr w:type="spellStart"/>
      <w:r w:rsidRPr="00443DEF">
        <w:rPr>
          <w:rFonts w:ascii="Calibri" w:hAnsi="Calibri"/>
          <w:sz w:val="21"/>
          <w:lang w:val="es-ES"/>
        </w:rPr>
        <w:t>a parte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Buda, </w:t>
      </w:r>
      <w:proofErr w:type="spellStart"/>
      <w:r w:rsidRPr="00443DEF">
        <w:rPr>
          <w:rFonts w:ascii="Calibri" w:hAnsi="Calibri"/>
          <w:sz w:val="21"/>
          <w:lang w:val="es-ES"/>
        </w:rPr>
        <w:t>caminharemos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443DEF">
        <w:rPr>
          <w:rFonts w:ascii="Calibri" w:hAnsi="Calibri"/>
          <w:sz w:val="21"/>
          <w:lang w:val="es-ES"/>
        </w:rPr>
        <w:t>bairro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</w:t>
      </w:r>
      <w:proofErr w:type="spellStart"/>
      <w:r w:rsidRPr="00443DEF">
        <w:rPr>
          <w:rFonts w:ascii="Calibri" w:hAnsi="Calibri"/>
          <w:sz w:val="21"/>
          <w:lang w:val="es-ES"/>
        </w:rPr>
        <w:t>castelo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443DEF">
        <w:rPr>
          <w:rFonts w:ascii="Calibri" w:hAnsi="Calibri"/>
          <w:sz w:val="21"/>
          <w:lang w:val="es-ES"/>
        </w:rPr>
        <w:t>encontram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dois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443DEF">
        <w:rPr>
          <w:rFonts w:ascii="Calibri" w:hAnsi="Calibri"/>
          <w:sz w:val="21"/>
          <w:lang w:val="es-ES"/>
        </w:rPr>
        <w:t>principais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destaques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: a Igreja de </w:t>
      </w:r>
      <w:proofErr w:type="spellStart"/>
      <w:r w:rsidRPr="00443DEF">
        <w:rPr>
          <w:rFonts w:ascii="Calibri" w:hAnsi="Calibri"/>
          <w:sz w:val="21"/>
          <w:lang w:val="es-ES"/>
        </w:rPr>
        <w:t>Matias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</w:t>
      </w:r>
      <w:r w:rsidRPr="00443DEF">
        <w:rPr>
          <w:rFonts w:ascii="Calibri" w:hAnsi="Calibri"/>
          <w:sz w:val="21"/>
          <w:lang w:val="es-ES"/>
        </w:rPr>
        <w:t xml:space="preserve"> o </w:t>
      </w:r>
      <w:proofErr w:type="spellStart"/>
      <w:r w:rsidRPr="00443DEF">
        <w:rPr>
          <w:rFonts w:ascii="Calibri" w:hAnsi="Calibri"/>
          <w:sz w:val="21"/>
          <w:lang w:val="es-ES"/>
        </w:rPr>
        <w:t>Bastião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dos Pescadores. </w:t>
      </w:r>
      <w:proofErr w:type="spellStart"/>
      <w:r w:rsidRPr="00443DEF">
        <w:rPr>
          <w:rFonts w:ascii="Calibri" w:hAnsi="Calibri"/>
          <w:sz w:val="21"/>
          <w:lang w:val="es-ES"/>
        </w:rPr>
        <w:t>Aqui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se </w:t>
      </w:r>
      <w:proofErr w:type="spellStart"/>
      <w:r w:rsidRPr="00443DEF">
        <w:rPr>
          <w:rFonts w:ascii="Calibri" w:hAnsi="Calibri"/>
          <w:sz w:val="21"/>
          <w:lang w:val="es-ES"/>
        </w:rPr>
        <w:t>encontra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provavelmente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vista </w:t>
      </w:r>
      <w:proofErr w:type="spellStart"/>
      <w:r w:rsidRPr="00443DEF">
        <w:rPr>
          <w:rFonts w:ascii="Calibri" w:hAnsi="Calibri"/>
          <w:sz w:val="21"/>
          <w:lang w:val="es-ES"/>
        </w:rPr>
        <w:t>mais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bonita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perfeita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foto </w:t>
      </w:r>
      <w:proofErr w:type="spellStart"/>
      <w:r w:rsidRPr="00443DEF">
        <w:rPr>
          <w:rFonts w:ascii="Calibri" w:hAnsi="Calibri"/>
          <w:sz w:val="21"/>
          <w:lang w:val="es-ES"/>
        </w:rPr>
        <w:t>panorâmica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Em seguida, continuaremos até o </w:t>
      </w:r>
      <w:proofErr w:type="spellStart"/>
      <w:r w:rsidRPr="00443DEF">
        <w:rPr>
          <w:rFonts w:ascii="Calibri" w:hAnsi="Calibri"/>
          <w:sz w:val="21"/>
          <w:lang w:val="es-ES"/>
        </w:rPr>
        <w:t>Palácio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Real e observaremos as diferentes </w:t>
      </w:r>
      <w:proofErr w:type="spellStart"/>
      <w:r w:rsidRPr="00443DEF">
        <w:rPr>
          <w:rFonts w:ascii="Calibri" w:hAnsi="Calibri"/>
          <w:sz w:val="21"/>
          <w:lang w:val="es-ES"/>
        </w:rPr>
        <w:t>pontes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443DEF">
        <w:rPr>
          <w:rFonts w:ascii="Calibri" w:hAnsi="Calibri"/>
          <w:sz w:val="21"/>
          <w:lang w:val="es-ES"/>
        </w:rPr>
        <w:t>conectam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as </w:t>
      </w:r>
      <w:proofErr w:type="spellStart"/>
      <w:r w:rsidRPr="00443DEF">
        <w:rPr>
          <w:rFonts w:ascii="Calibri" w:hAnsi="Calibri"/>
          <w:sz w:val="21"/>
          <w:lang w:val="es-ES"/>
        </w:rPr>
        <w:t>duas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partes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Após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excur</w:t>
      </w:r>
      <w:r w:rsidRPr="00443DEF">
        <w:rPr>
          <w:rFonts w:ascii="Calibri" w:hAnsi="Calibri"/>
          <w:sz w:val="21"/>
          <w:lang w:val="es-ES"/>
        </w:rPr>
        <w:t>são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retorno </w:t>
      </w:r>
      <w:proofErr w:type="spellStart"/>
      <w:r w:rsidRPr="00443DEF">
        <w:rPr>
          <w:rFonts w:ascii="Calibri" w:hAnsi="Calibri"/>
          <w:sz w:val="21"/>
          <w:lang w:val="es-ES"/>
        </w:rPr>
        <w:t>ao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hotel, onde </w:t>
      </w:r>
      <w:proofErr w:type="spellStart"/>
      <w:r w:rsidRPr="00443DEF">
        <w:rPr>
          <w:rFonts w:ascii="Calibri" w:hAnsi="Calibri"/>
          <w:sz w:val="21"/>
          <w:lang w:val="es-ES"/>
        </w:rPr>
        <w:t>poderá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relaxar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no final da tarde e rever todas as </w:t>
      </w:r>
      <w:proofErr w:type="spellStart"/>
      <w:r w:rsidRPr="00443DEF">
        <w:rPr>
          <w:rFonts w:ascii="Calibri" w:hAnsi="Calibri"/>
          <w:sz w:val="21"/>
          <w:lang w:val="es-ES"/>
        </w:rPr>
        <w:t>impressões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vividas.</w:t>
      </w:r>
    </w:p>
    <w:p w14:paraId="025A2EA9" w14:textId="77777777" w:rsidR="00E905C5" w:rsidRPr="00443DEF" w:rsidRDefault="00E905C5">
      <w:pPr>
        <w:spacing w:after="80"/>
        <w:rPr>
          <w:lang w:val="es-ES"/>
        </w:rPr>
      </w:pPr>
    </w:p>
    <w:p w14:paraId="58BCB5AD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5 SEG BUDAPESTE</w:t>
      </w:r>
    </w:p>
    <w:p w14:paraId="5A92951A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443DEF">
        <w:rPr>
          <w:rFonts w:ascii="Calibri" w:hAnsi="Calibri"/>
          <w:sz w:val="21"/>
          <w:lang w:val="es-ES"/>
        </w:rPr>
        <w:t>passeio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hoje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por Pest e pela </w:t>
      </w:r>
      <w:proofErr w:type="spellStart"/>
      <w:r w:rsidRPr="00443DEF">
        <w:rPr>
          <w:rFonts w:ascii="Calibri" w:hAnsi="Calibri"/>
          <w:sz w:val="21"/>
          <w:lang w:val="es-ES"/>
        </w:rPr>
        <w:t>Praça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443DEF">
        <w:rPr>
          <w:rFonts w:ascii="Calibri" w:hAnsi="Calibri"/>
          <w:sz w:val="21"/>
          <w:lang w:val="es-ES"/>
        </w:rPr>
        <w:t>Heróis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443DEF">
        <w:rPr>
          <w:rFonts w:ascii="Calibri" w:hAnsi="Calibri"/>
          <w:sz w:val="21"/>
          <w:lang w:val="es-ES"/>
        </w:rPr>
        <w:t>encontra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 Monumento do </w:t>
      </w:r>
      <w:proofErr w:type="spellStart"/>
      <w:r w:rsidRPr="00443DEF">
        <w:rPr>
          <w:rFonts w:ascii="Calibri" w:hAnsi="Calibri"/>
          <w:sz w:val="21"/>
          <w:lang w:val="es-ES"/>
        </w:rPr>
        <w:t>Milênio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Em </w:t>
      </w:r>
      <w:proofErr w:type="spellStart"/>
      <w:r w:rsidRPr="00443DEF">
        <w:rPr>
          <w:rFonts w:ascii="Calibri" w:hAnsi="Calibri"/>
          <w:sz w:val="21"/>
          <w:lang w:val="es-ES"/>
        </w:rPr>
        <w:t>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pedestal </w:t>
      </w:r>
      <w:proofErr w:type="spellStart"/>
      <w:r w:rsidRPr="00443DEF">
        <w:rPr>
          <w:rFonts w:ascii="Calibri" w:hAnsi="Calibri"/>
          <w:sz w:val="21"/>
          <w:lang w:val="es-ES"/>
        </w:rPr>
        <w:t>erguem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-se as </w:t>
      </w:r>
      <w:proofErr w:type="spellStart"/>
      <w:r w:rsidRPr="00443DEF">
        <w:rPr>
          <w:rFonts w:ascii="Calibri" w:hAnsi="Calibri"/>
          <w:sz w:val="21"/>
          <w:lang w:val="es-ES"/>
        </w:rPr>
        <w:t>est</w:t>
      </w:r>
      <w:r w:rsidRPr="00443DEF">
        <w:rPr>
          <w:rFonts w:ascii="Calibri" w:hAnsi="Calibri"/>
          <w:sz w:val="21"/>
          <w:lang w:val="es-ES"/>
        </w:rPr>
        <w:t>átuas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dos sete conquistadores e de </w:t>
      </w:r>
      <w:proofErr w:type="spellStart"/>
      <w:r w:rsidRPr="00443DEF">
        <w:rPr>
          <w:rFonts w:ascii="Calibri" w:hAnsi="Calibri"/>
          <w:sz w:val="21"/>
          <w:lang w:val="es-ES"/>
        </w:rPr>
        <w:t>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líder Árpád. O </w:t>
      </w:r>
      <w:proofErr w:type="spellStart"/>
      <w:r w:rsidRPr="00443DEF">
        <w:rPr>
          <w:rFonts w:ascii="Calibri" w:hAnsi="Calibri"/>
          <w:sz w:val="21"/>
          <w:lang w:val="es-ES"/>
        </w:rPr>
        <w:t>percurso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continua pela avenida </w:t>
      </w:r>
      <w:proofErr w:type="spellStart"/>
      <w:r w:rsidRPr="00443DEF">
        <w:rPr>
          <w:rFonts w:ascii="Calibri" w:hAnsi="Calibri"/>
          <w:sz w:val="21"/>
          <w:lang w:val="es-ES"/>
        </w:rPr>
        <w:lastRenderedPageBreak/>
        <w:t>Andrássy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declarada </w:t>
      </w:r>
      <w:proofErr w:type="spellStart"/>
      <w:r w:rsidRPr="00443DEF">
        <w:rPr>
          <w:rFonts w:ascii="Calibri" w:hAnsi="Calibri"/>
          <w:sz w:val="21"/>
          <w:lang w:val="es-ES"/>
        </w:rPr>
        <w:t>Patrimônio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</w:t>
      </w:r>
      <w:proofErr w:type="spellStart"/>
      <w:r w:rsidRPr="00443DEF">
        <w:rPr>
          <w:rFonts w:ascii="Calibri" w:hAnsi="Calibri"/>
          <w:sz w:val="21"/>
          <w:lang w:val="es-ES"/>
        </w:rPr>
        <w:t>Humanidade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Aqui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encontra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-se o </w:t>
      </w:r>
      <w:proofErr w:type="spellStart"/>
      <w:r w:rsidRPr="00443DEF">
        <w:rPr>
          <w:rFonts w:ascii="Calibri" w:hAnsi="Calibri"/>
          <w:sz w:val="21"/>
          <w:lang w:val="es-ES"/>
        </w:rPr>
        <w:t>edifício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mais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importante do boulevard, a Ópera Estatal da </w:t>
      </w:r>
      <w:proofErr w:type="spellStart"/>
      <w:r w:rsidRPr="00443DEF">
        <w:rPr>
          <w:rFonts w:ascii="Calibri" w:hAnsi="Calibri"/>
          <w:sz w:val="21"/>
          <w:lang w:val="es-ES"/>
        </w:rPr>
        <w:t>Hungria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projetada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443DEF">
        <w:rPr>
          <w:rFonts w:ascii="Calibri" w:hAnsi="Calibri"/>
          <w:sz w:val="21"/>
          <w:lang w:val="es-ES"/>
        </w:rPr>
        <w:t>Miklós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Ybl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assim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como o </w:t>
      </w:r>
      <w:proofErr w:type="spellStart"/>
      <w:r w:rsidRPr="00443DEF">
        <w:rPr>
          <w:rFonts w:ascii="Calibri" w:hAnsi="Calibri"/>
          <w:sz w:val="21"/>
          <w:lang w:val="es-ES"/>
        </w:rPr>
        <w:t>Museu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Casa do Terror, a </w:t>
      </w:r>
      <w:proofErr w:type="spellStart"/>
      <w:r w:rsidRPr="00443DEF">
        <w:rPr>
          <w:rFonts w:ascii="Calibri" w:hAnsi="Calibri"/>
          <w:sz w:val="21"/>
          <w:lang w:val="es-ES"/>
        </w:rPr>
        <w:t>Universidade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Húngara de </w:t>
      </w:r>
      <w:proofErr w:type="spellStart"/>
      <w:r w:rsidRPr="00443DEF">
        <w:rPr>
          <w:rFonts w:ascii="Calibri" w:hAnsi="Calibri"/>
          <w:sz w:val="21"/>
          <w:lang w:val="es-ES"/>
        </w:rPr>
        <w:t>Belas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Artes e o </w:t>
      </w:r>
      <w:proofErr w:type="spellStart"/>
      <w:r w:rsidRPr="00443DEF">
        <w:rPr>
          <w:rFonts w:ascii="Calibri" w:hAnsi="Calibri"/>
          <w:sz w:val="21"/>
          <w:lang w:val="es-ES"/>
        </w:rPr>
        <w:t>Museu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Memorial Franz Liszt. </w:t>
      </w:r>
      <w:proofErr w:type="spellStart"/>
      <w:r w:rsidRPr="00443DEF">
        <w:rPr>
          <w:rFonts w:ascii="Calibri" w:hAnsi="Calibri"/>
          <w:sz w:val="21"/>
          <w:lang w:val="es-ES"/>
        </w:rPr>
        <w:t>Sabia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que por </w:t>
      </w:r>
      <w:proofErr w:type="spellStart"/>
      <w:r w:rsidRPr="00443DEF">
        <w:rPr>
          <w:rFonts w:ascii="Calibri" w:hAnsi="Calibri"/>
          <w:sz w:val="21"/>
          <w:lang w:val="es-ES"/>
        </w:rPr>
        <w:t>aqui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passa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 segundo </w:t>
      </w:r>
      <w:proofErr w:type="spellStart"/>
      <w:r w:rsidRPr="00443DEF">
        <w:rPr>
          <w:rFonts w:ascii="Calibri" w:hAnsi="Calibri"/>
          <w:sz w:val="21"/>
          <w:lang w:val="es-ES"/>
        </w:rPr>
        <w:t>metrô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mais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antigo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Europa? </w:t>
      </w:r>
      <w:proofErr w:type="spellStart"/>
      <w:r w:rsidRPr="00443DEF">
        <w:rPr>
          <w:rFonts w:ascii="Calibri" w:hAnsi="Calibri"/>
          <w:sz w:val="21"/>
          <w:lang w:val="es-ES"/>
        </w:rPr>
        <w:t>Suas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elegantes </w:t>
      </w:r>
      <w:proofErr w:type="spellStart"/>
      <w:r w:rsidRPr="00443DEF">
        <w:rPr>
          <w:rFonts w:ascii="Calibri" w:hAnsi="Calibri"/>
          <w:sz w:val="21"/>
          <w:lang w:val="es-ES"/>
        </w:rPr>
        <w:t>estações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populares entre moradores e visitantes. </w:t>
      </w:r>
      <w:proofErr w:type="spellStart"/>
      <w:r w:rsidRPr="00443DEF">
        <w:rPr>
          <w:rFonts w:ascii="Calibri" w:hAnsi="Calibri"/>
          <w:sz w:val="21"/>
          <w:lang w:val="es-ES"/>
        </w:rPr>
        <w:t>Também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passaremos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443DEF">
        <w:rPr>
          <w:rFonts w:ascii="Calibri" w:hAnsi="Calibri"/>
          <w:sz w:val="21"/>
          <w:lang w:val="es-ES"/>
        </w:rPr>
        <w:t>edifício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r w:rsidRPr="00443DEF">
        <w:rPr>
          <w:rFonts w:ascii="Calibri" w:hAnsi="Calibri"/>
          <w:sz w:val="21"/>
          <w:lang w:val="es-ES"/>
        </w:rPr>
        <w:t xml:space="preserve">do Parlamento húngaro, </w:t>
      </w:r>
      <w:proofErr w:type="spellStart"/>
      <w:r w:rsidRPr="00443DEF">
        <w:rPr>
          <w:rFonts w:ascii="Calibri" w:hAnsi="Calibri"/>
          <w:sz w:val="21"/>
          <w:lang w:val="es-ES"/>
        </w:rPr>
        <w:t>um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monumento emblemático </w:t>
      </w:r>
      <w:proofErr w:type="spellStart"/>
      <w:r w:rsidRPr="00443DEF">
        <w:rPr>
          <w:rFonts w:ascii="Calibri" w:hAnsi="Calibri"/>
          <w:sz w:val="21"/>
          <w:lang w:val="es-ES"/>
        </w:rPr>
        <w:t>às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margens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</w:t>
      </w:r>
      <w:proofErr w:type="spellStart"/>
      <w:r w:rsidRPr="00443DEF">
        <w:rPr>
          <w:rFonts w:ascii="Calibri" w:hAnsi="Calibri"/>
          <w:sz w:val="21"/>
          <w:lang w:val="es-ES"/>
        </w:rPr>
        <w:t>Danúbio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sede do poder legislativo e </w:t>
      </w:r>
      <w:proofErr w:type="spellStart"/>
      <w:r w:rsidRPr="00443DEF">
        <w:rPr>
          <w:rFonts w:ascii="Calibri" w:hAnsi="Calibri"/>
          <w:sz w:val="21"/>
          <w:lang w:val="es-ES"/>
        </w:rPr>
        <w:t>guardião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Santa </w:t>
      </w:r>
      <w:proofErr w:type="spellStart"/>
      <w:r w:rsidRPr="00443DEF">
        <w:rPr>
          <w:rFonts w:ascii="Calibri" w:hAnsi="Calibri"/>
          <w:sz w:val="21"/>
          <w:lang w:val="es-ES"/>
        </w:rPr>
        <w:t>Coroa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húngara. Antes de continuar até o mercado e a zona </w:t>
      </w:r>
      <w:proofErr w:type="spellStart"/>
      <w:r w:rsidRPr="00443DEF">
        <w:rPr>
          <w:rFonts w:ascii="Calibri" w:hAnsi="Calibri"/>
          <w:sz w:val="21"/>
          <w:lang w:val="es-ES"/>
        </w:rPr>
        <w:t>pedonal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veremos </w:t>
      </w:r>
      <w:proofErr w:type="spellStart"/>
      <w:r w:rsidRPr="00443DEF">
        <w:rPr>
          <w:rFonts w:ascii="Calibri" w:hAnsi="Calibri"/>
          <w:sz w:val="21"/>
          <w:lang w:val="es-ES"/>
        </w:rPr>
        <w:t>um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443DEF">
        <w:rPr>
          <w:rFonts w:ascii="Calibri" w:hAnsi="Calibri"/>
          <w:sz w:val="21"/>
          <w:lang w:val="es-ES"/>
        </w:rPr>
        <w:t>edifícios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mais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belos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>: a Basílica de Santo Estêvã</w:t>
      </w:r>
      <w:r w:rsidRPr="00443DEF">
        <w:rPr>
          <w:rFonts w:ascii="Calibri" w:hAnsi="Calibri"/>
          <w:sz w:val="21"/>
          <w:lang w:val="es-ES"/>
        </w:rPr>
        <w:t xml:space="preserve">o. </w:t>
      </w:r>
      <w:proofErr w:type="spellStart"/>
      <w:r w:rsidRPr="00443DEF">
        <w:rPr>
          <w:rFonts w:ascii="Calibri" w:hAnsi="Calibri"/>
          <w:sz w:val="21"/>
          <w:lang w:val="es-ES"/>
        </w:rPr>
        <w:t>Após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visita, tempo </w:t>
      </w:r>
      <w:proofErr w:type="spellStart"/>
      <w:r w:rsidRPr="00443DEF">
        <w:rPr>
          <w:rFonts w:ascii="Calibri" w:hAnsi="Calibri"/>
          <w:sz w:val="21"/>
          <w:lang w:val="es-ES"/>
        </w:rPr>
        <w:t>livre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Se </w:t>
      </w:r>
      <w:proofErr w:type="spellStart"/>
      <w:r w:rsidRPr="00443DEF">
        <w:rPr>
          <w:rFonts w:ascii="Calibri" w:hAnsi="Calibri"/>
          <w:sz w:val="21"/>
          <w:lang w:val="es-ES"/>
        </w:rPr>
        <w:t>quiser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explorar a </w:t>
      </w:r>
      <w:proofErr w:type="spellStart"/>
      <w:r w:rsidRPr="00443DEF">
        <w:rPr>
          <w:rFonts w:ascii="Calibri" w:hAnsi="Calibri"/>
          <w:sz w:val="21"/>
          <w:lang w:val="es-ES"/>
        </w:rPr>
        <w:t>gastronomia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local, </w:t>
      </w:r>
      <w:proofErr w:type="spellStart"/>
      <w:r w:rsidRPr="00443DEF">
        <w:rPr>
          <w:rFonts w:ascii="Calibri" w:hAnsi="Calibri"/>
          <w:sz w:val="21"/>
          <w:lang w:val="es-ES"/>
        </w:rPr>
        <w:t>peça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goulash — </w:t>
      </w:r>
      <w:proofErr w:type="spellStart"/>
      <w:r w:rsidRPr="00443DEF">
        <w:rPr>
          <w:rFonts w:ascii="Calibri" w:hAnsi="Calibri"/>
          <w:sz w:val="21"/>
          <w:lang w:val="es-ES"/>
        </w:rPr>
        <w:t>não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irá se </w:t>
      </w:r>
      <w:proofErr w:type="spellStart"/>
      <w:r w:rsidRPr="00443DEF">
        <w:rPr>
          <w:rFonts w:ascii="Calibri" w:hAnsi="Calibri"/>
          <w:sz w:val="21"/>
          <w:lang w:val="es-ES"/>
        </w:rPr>
        <w:t>arrepender</w:t>
      </w:r>
      <w:proofErr w:type="spellEnd"/>
      <w:r w:rsidRPr="00443DEF">
        <w:rPr>
          <w:rFonts w:ascii="Calibri" w:hAnsi="Calibri"/>
          <w:sz w:val="21"/>
          <w:lang w:val="es-ES"/>
        </w:rPr>
        <w:t>.</w:t>
      </w:r>
    </w:p>
    <w:p w14:paraId="446EDC77" w14:textId="77777777" w:rsidR="00E905C5" w:rsidRPr="00443DEF" w:rsidRDefault="00E905C5">
      <w:pPr>
        <w:spacing w:after="80"/>
        <w:rPr>
          <w:lang w:val="es-ES"/>
        </w:rPr>
      </w:pPr>
    </w:p>
    <w:p w14:paraId="6C0C88C9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6 TER BUDAPESTE – BRATISLAVA - PRAGA</w:t>
      </w:r>
    </w:p>
    <w:p w14:paraId="37E872C4" w14:textId="77777777" w:rsidR="00E905C5" w:rsidRPr="00443DEF" w:rsidRDefault="0032432C">
      <w:pPr>
        <w:spacing w:after="80"/>
        <w:rPr>
          <w:lang w:val="es-ES"/>
        </w:rPr>
      </w:pPr>
      <w:proofErr w:type="spellStart"/>
      <w:r w:rsidRPr="00443DEF">
        <w:rPr>
          <w:rFonts w:ascii="Calibri" w:hAnsi="Calibri"/>
          <w:sz w:val="21"/>
          <w:lang w:val="es-ES"/>
        </w:rPr>
        <w:t>Começaremos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 </w:t>
      </w:r>
      <w:proofErr w:type="spellStart"/>
      <w:r w:rsidRPr="00443DEF">
        <w:rPr>
          <w:rFonts w:ascii="Calibri" w:hAnsi="Calibri"/>
          <w:sz w:val="21"/>
          <w:lang w:val="es-ES"/>
        </w:rPr>
        <w:t>dia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saindo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em </w:t>
      </w:r>
      <w:proofErr w:type="spellStart"/>
      <w:r w:rsidRPr="00443DEF">
        <w:rPr>
          <w:rFonts w:ascii="Calibri" w:hAnsi="Calibri"/>
          <w:sz w:val="21"/>
          <w:lang w:val="es-ES"/>
        </w:rPr>
        <w:t>direção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Praga, capital da República </w:t>
      </w:r>
      <w:proofErr w:type="spellStart"/>
      <w:r w:rsidRPr="00443DEF">
        <w:rPr>
          <w:rFonts w:ascii="Calibri" w:hAnsi="Calibri"/>
          <w:sz w:val="21"/>
          <w:lang w:val="es-ES"/>
        </w:rPr>
        <w:t>Tcheca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breve parada </w:t>
      </w:r>
      <w:proofErr w:type="spellStart"/>
      <w:r w:rsidRPr="00443DEF">
        <w:rPr>
          <w:rFonts w:ascii="Calibri" w:hAnsi="Calibri"/>
          <w:sz w:val="21"/>
          <w:lang w:val="es-ES"/>
        </w:rPr>
        <w:t>na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capi</w:t>
      </w:r>
      <w:r w:rsidRPr="00443DEF">
        <w:rPr>
          <w:rFonts w:ascii="Calibri" w:hAnsi="Calibri"/>
          <w:sz w:val="21"/>
          <w:lang w:val="es-ES"/>
        </w:rPr>
        <w:t xml:space="preserve">tal eslovaca, Bratislava, onde </w:t>
      </w:r>
      <w:proofErr w:type="spellStart"/>
      <w:r w:rsidRPr="00443DEF">
        <w:rPr>
          <w:rFonts w:ascii="Calibri" w:hAnsi="Calibri"/>
          <w:sz w:val="21"/>
          <w:lang w:val="es-ES"/>
        </w:rPr>
        <w:t>poderá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desfrutar de tempo </w:t>
      </w:r>
      <w:proofErr w:type="spellStart"/>
      <w:r w:rsidRPr="00443DEF">
        <w:rPr>
          <w:rFonts w:ascii="Calibri" w:hAnsi="Calibri"/>
          <w:sz w:val="21"/>
          <w:lang w:val="es-ES"/>
        </w:rPr>
        <w:t>livre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Já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em Praga, realizaremos </w:t>
      </w:r>
      <w:proofErr w:type="spellStart"/>
      <w:r w:rsidRPr="00443DEF">
        <w:rPr>
          <w:rFonts w:ascii="Calibri" w:hAnsi="Calibri"/>
          <w:sz w:val="21"/>
          <w:lang w:val="es-ES"/>
        </w:rPr>
        <w:t>um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inesquecível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passeio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pelo centro histórico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Mostraremos </w:t>
      </w:r>
      <w:proofErr w:type="spellStart"/>
      <w:r w:rsidRPr="00443DEF">
        <w:rPr>
          <w:rFonts w:ascii="Calibri" w:hAnsi="Calibri"/>
          <w:sz w:val="21"/>
          <w:lang w:val="es-ES"/>
        </w:rPr>
        <w:t>seus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monumentos </w:t>
      </w:r>
      <w:proofErr w:type="spellStart"/>
      <w:r w:rsidRPr="00443DEF">
        <w:rPr>
          <w:rFonts w:ascii="Calibri" w:hAnsi="Calibri"/>
          <w:sz w:val="21"/>
          <w:lang w:val="es-ES"/>
        </w:rPr>
        <w:t>mais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belos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</w:t>
      </w:r>
      <w:proofErr w:type="spellStart"/>
      <w:r w:rsidRPr="00443DEF">
        <w:rPr>
          <w:rFonts w:ascii="Calibri" w:hAnsi="Calibri"/>
          <w:sz w:val="21"/>
          <w:lang w:val="es-ES"/>
        </w:rPr>
        <w:t>conheceremos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as partes </w:t>
      </w:r>
      <w:proofErr w:type="spellStart"/>
      <w:r w:rsidRPr="00443DEF">
        <w:rPr>
          <w:rFonts w:ascii="Calibri" w:hAnsi="Calibri"/>
          <w:sz w:val="21"/>
          <w:lang w:val="es-ES"/>
        </w:rPr>
        <w:t>mais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antigas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Praga. </w:t>
      </w:r>
      <w:proofErr w:type="spellStart"/>
      <w:r w:rsidRPr="00443DEF">
        <w:rPr>
          <w:rFonts w:ascii="Calibri" w:hAnsi="Calibri"/>
          <w:sz w:val="21"/>
          <w:lang w:val="es-ES"/>
        </w:rPr>
        <w:t>Sabia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que 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é </w:t>
      </w:r>
      <w:proofErr w:type="spellStart"/>
      <w:r w:rsidRPr="00443DEF">
        <w:rPr>
          <w:rFonts w:ascii="Calibri" w:hAnsi="Calibri"/>
          <w:sz w:val="21"/>
          <w:lang w:val="es-ES"/>
        </w:rPr>
        <w:t>b</w:t>
      </w:r>
      <w:r w:rsidRPr="00443DEF">
        <w:rPr>
          <w:rFonts w:ascii="Calibri" w:hAnsi="Calibri"/>
          <w:sz w:val="21"/>
          <w:lang w:val="es-ES"/>
        </w:rPr>
        <w:t>erço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algumas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443DEF">
        <w:rPr>
          <w:rFonts w:ascii="Calibri" w:hAnsi="Calibri"/>
          <w:sz w:val="21"/>
          <w:lang w:val="es-ES"/>
        </w:rPr>
        <w:t>melhores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cervejas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mundo,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fábrica para cada 10.000 habitantes? Praga </w:t>
      </w:r>
      <w:proofErr w:type="spellStart"/>
      <w:r w:rsidRPr="00443DEF">
        <w:rPr>
          <w:rFonts w:ascii="Calibri" w:hAnsi="Calibri"/>
          <w:sz w:val="21"/>
          <w:lang w:val="es-ES"/>
        </w:rPr>
        <w:t>possui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443DEF">
        <w:rPr>
          <w:rFonts w:ascii="Calibri" w:hAnsi="Calibri"/>
          <w:sz w:val="21"/>
          <w:lang w:val="es-ES"/>
        </w:rPr>
        <w:t>maiores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produções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cerveja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mundo. </w:t>
      </w:r>
      <w:proofErr w:type="spellStart"/>
      <w:r w:rsidRPr="00443DEF">
        <w:rPr>
          <w:rFonts w:ascii="Calibri" w:hAnsi="Calibri"/>
          <w:sz w:val="21"/>
          <w:lang w:val="es-ES"/>
        </w:rPr>
        <w:t>Saúde</w:t>
      </w:r>
      <w:proofErr w:type="spellEnd"/>
      <w:r w:rsidRPr="00443DEF">
        <w:rPr>
          <w:rFonts w:ascii="Calibri" w:hAnsi="Calibri"/>
          <w:sz w:val="21"/>
          <w:lang w:val="es-ES"/>
        </w:rPr>
        <w:t>!</w:t>
      </w:r>
    </w:p>
    <w:p w14:paraId="6B87AAD5" w14:textId="77777777" w:rsidR="00E905C5" w:rsidRPr="00443DEF" w:rsidRDefault="00E905C5">
      <w:pPr>
        <w:spacing w:after="80"/>
        <w:rPr>
          <w:lang w:val="es-ES"/>
        </w:rPr>
      </w:pPr>
    </w:p>
    <w:p w14:paraId="4EB1A138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7 QUA PRAGA</w:t>
      </w:r>
    </w:p>
    <w:p w14:paraId="0F82B44B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443DEF">
        <w:rPr>
          <w:rFonts w:ascii="Calibri" w:hAnsi="Calibri"/>
          <w:sz w:val="21"/>
          <w:lang w:val="es-ES"/>
        </w:rPr>
        <w:t>dia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visita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Começaremos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443DEF">
        <w:rPr>
          <w:rFonts w:ascii="Calibri" w:hAnsi="Calibri"/>
          <w:sz w:val="21"/>
          <w:lang w:val="es-ES"/>
        </w:rPr>
        <w:t>bairro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</w:t>
      </w:r>
      <w:r w:rsidRPr="00443DEF">
        <w:rPr>
          <w:rFonts w:ascii="Calibri" w:hAnsi="Calibri"/>
          <w:sz w:val="21"/>
          <w:lang w:val="es-ES"/>
        </w:rPr>
        <w:t xml:space="preserve">Castelo de </w:t>
      </w:r>
      <w:proofErr w:type="spellStart"/>
      <w:r w:rsidRPr="00443DEF">
        <w:rPr>
          <w:rFonts w:ascii="Calibri" w:hAnsi="Calibri"/>
          <w:sz w:val="21"/>
          <w:lang w:val="es-ES"/>
        </w:rPr>
        <w:t>Hradčany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Catedral de São Vito, o Castelo de Praga e a </w:t>
      </w:r>
      <w:proofErr w:type="spellStart"/>
      <w:r w:rsidRPr="00443DEF">
        <w:rPr>
          <w:rFonts w:ascii="Calibri" w:hAnsi="Calibri"/>
          <w:sz w:val="21"/>
          <w:lang w:val="es-ES"/>
        </w:rPr>
        <w:t>Rua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Ouro. </w:t>
      </w:r>
      <w:proofErr w:type="spellStart"/>
      <w:r w:rsidRPr="00443DEF">
        <w:rPr>
          <w:rFonts w:ascii="Calibri" w:hAnsi="Calibri"/>
          <w:sz w:val="21"/>
          <w:lang w:val="es-ES"/>
        </w:rPr>
        <w:t>Após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percorrer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os diferentes </w:t>
      </w:r>
      <w:proofErr w:type="spellStart"/>
      <w:r w:rsidRPr="00443DEF">
        <w:rPr>
          <w:rFonts w:ascii="Calibri" w:hAnsi="Calibri"/>
          <w:sz w:val="21"/>
          <w:lang w:val="es-ES"/>
        </w:rPr>
        <w:t>pátios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</w:t>
      </w:r>
      <w:proofErr w:type="spellStart"/>
      <w:r w:rsidRPr="00443DEF">
        <w:rPr>
          <w:rFonts w:ascii="Calibri" w:hAnsi="Calibri"/>
          <w:sz w:val="21"/>
          <w:lang w:val="es-ES"/>
        </w:rPr>
        <w:t>castelo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visitaremos 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Pequena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443DEF">
        <w:rPr>
          <w:rFonts w:ascii="Calibri" w:hAnsi="Calibri"/>
          <w:sz w:val="21"/>
          <w:lang w:val="es-ES"/>
        </w:rPr>
        <w:t>rua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Nerudova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suas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belas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casas e símbolos </w:t>
      </w:r>
      <w:proofErr w:type="spellStart"/>
      <w:r w:rsidRPr="00443DEF">
        <w:rPr>
          <w:rFonts w:ascii="Calibri" w:hAnsi="Calibri"/>
          <w:sz w:val="21"/>
          <w:lang w:val="es-ES"/>
        </w:rPr>
        <w:t>antigos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Passaremos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pela Igreja de São Nico</w:t>
      </w:r>
      <w:r w:rsidRPr="00443DEF">
        <w:rPr>
          <w:rFonts w:ascii="Calibri" w:hAnsi="Calibri"/>
          <w:sz w:val="21"/>
          <w:lang w:val="es-ES"/>
        </w:rPr>
        <w:t xml:space="preserve">lau até </w:t>
      </w:r>
      <w:proofErr w:type="spellStart"/>
      <w:r w:rsidRPr="00443DEF">
        <w:rPr>
          <w:rFonts w:ascii="Calibri" w:hAnsi="Calibri"/>
          <w:sz w:val="21"/>
          <w:lang w:val="es-ES"/>
        </w:rPr>
        <w:t>chegar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à Ponte Carlos,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443DEF">
        <w:rPr>
          <w:rFonts w:ascii="Calibri" w:hAnsi="Calibri"/>
          <w:sz w:val="21"/>
          <w:lang w:val="es-ES"/>
        </w:rPr>
        <w:t>mais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antigas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Europa, que liga 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Pequena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à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Velha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de onde se </w:t>
      </w:r>
      <w:proofErr w:type="spellStart"/>
      <w:r w:rsidRPr="00443DEF">
        <w:rPr>
          <w:rFonts w:ascii="Calibri" w:hAnsi="Calibri"/>
          <w:sz w:val="21"/>
          <w:lang w:val="es-ES"/>
        </w:rPr>
        <w:t>tem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bela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vista. </w:t>
      </w:r>
      <w:proofErr w:type="spellStart"/>
      <w:r w:rsidRPr="00443DEF">
        <w:rPr>
          <w:rFonts w:ascii="Calibri" w:hAnsi="Calibri"/>
          <w:sz w:val="21"/>
          <w:lang w:val="es-ES"/>
        </w:rPr>
        <w:t>Caminharemos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443DEF">
        <w:rPr>
          <w:rFonts w:ascii="Calibri" w:hAnsi="Calibri"/>
          <w:sz w:val="21"/>
          <w:lang w:val="es-ES"/>
        </w:rPr>
        <w:t>rua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Karlova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até a </w:t>
      </w:r>
      <w:proofErr w:type="spellStart"/>
      <w:r w:rsidRPr="00443DEF">
        <w:rPr>
          <w:rFonts w:ascii="Calibri" w:hAnsi="Calibri"/>
          <w:sz w:val="21"/>
          <w:lang w:val="es-ES"/>
        </w:rPr>
        <w:t>Praça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Velha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relógio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astronômico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a igreja gótica de </w:t>
      </w:r>
      <w:proofErr w:type="spellStart"/>
      <w:r w:rsidRPr="00443DEF">
        <w:rPr>
          <w:rFonts w:ascii="Calibri" w:hAnsi="Calibri"/>
          <w:sz w:val="21"/>
          <w:lang w:val="es-ES"/>
        </w:rPr>
        <w:t>Nossa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Senhora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Týn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o monumento a Jan </w:t>
      </w:r>
      <w:proofErr w:type="spellStart"/>
      <w:r w:rsidRPr="00443DEF">
        <w:rPr>
          <w:rFonts w:ascii="Calibri" w:hAnsi="Calibri"/>
          <w:sz w:val="21"/>
          <w:lang w:val="es-ES"/>
        </w:rPr>
        <w:t>Hus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Por </w:t>
      </w:r>
      <w:proofErr w:type="spellStart"/>
      <w:r w:rsidRPr="00443DEF">
        <w:rPr>
          <w:rFonts w:ascii="Calibri" w:hAnsi="Calibri"/>
          <w:sz w:val="21"/>
          <w:lang w:val="es-ES"/>
        </w:rPr>
        <w:t>fim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chegaremos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à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Nova, onde termina o </w:t>
      </w:r>
      <w:proofErr w:type="spellStart"/>
      <w:r w:rsidRPr="00443DEF">
        <w:rPr>
          <w:rFonts w:ascii="Calibri" w:hAnsi="Calibri"/>
          <w:sz w:val="21"/>
          <w:lang w:val="es-ES"/>
        </w:rPr>
        <w:t>passeio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Praga </w:t>
      </w:r>
      <w:proofErr w:type="spellStart"/>
      <w:r w:rsidRPr="00443DEF">
        <w:rPr>
          <w:rFonts w:ascii="Calibri" w:hAnsi="Calibri"/>
          <w:sz w:val="21"/>
          <w:lang w:val="es-ES"/>
        </w:rPr>
        <w:t>também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é famosa por </w:t>
      </w:r>
      <w:proofErr w:type="spellStart"/>
      <w:r w:rsidRPr="00443DEF">
        <w:rPr>
          <w:rFonts w:ascii="Calibri" w:hAnsi="Calibri"/>
          <w:sz w:val="21"/>
          <w:lang w:val="es-ES"/>
        </w:rPr>
        <w:t>sua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arte em vidro e porcelana; as </w:t>
      </w:r>
      <w:proofErr w:type="spellStart"/>
      <w:r w:rsidRPr="00443DEF">
        <w:rPr>
          <w:rFonts w:ascii="Calibri" w:hAnsi="Calibri"/>
          <w:sz w:val="21"/>
          <w:lang w:val="es-ES"/>
        </w:rPr>
        <w:t>marionetes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lembrança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autêntica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443DEF">
        <w:rPr>
          <w:rFonts w:ascii="Calibri" w:hAnsi="Calibri"/>
          <w:sz w:val="21"/>
          <w:lang w:val="es-ES"/>
        </w:rPr>
        <w:t>quem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ficou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em casa.</w:t>
      </w:r>
    </w:p>
    <w:p w14:paraId="244B57A5" w14:textId="77777777" w:rsidR="00E905C5" w:rsidRPr="00443DEF" w:rsidRDefault="00E905C5">
      <w:pPr>
        <w:spacing w:after="80"/>
        <w:rPr>
          <w:lang w:val="es-ES"/>
        </w:rPr>
      </w:pPr>
    </w:p>
    <w:p w14:paraId="796E29D5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8 QUI PRAGA</w:t>
      </w:r>
    </w:p>
    <w:p w14:paraId="1247C8DE" w14:textId="77777777" w:rsidR="00E905C5" w:rsidRPr="00443DEF" w:rsidRDefault="0032432C">
      <w:pPr>
        <w:spacing w:after="80"/>
        <w:rPr>
          <w:lang w:val="es-ES"/>
        </w:rPr>
      </w:pPr>
      <w:proofErr w:type="spellStart"/>
      <w:r w:rsidRPr="00443DEF">
        <w:rPr>
          <w:rFonts w:ascii="Calibri" w:hAnsi="Calibri"/>
          <w:sz w:val="21"/>
          <w:lang w:val="es-ES"/>
        </w:rPr>
        <w:t>Hoje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terá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 </w:t>
      </w:r>
      <w:proofErr w:type="spellStart"/>
      <w:r w:rsidRPr="00443DEF">
        <w:rPr>
          <w:rFonts w:ascii="Calibri" w:hAnsi="Calibri"/>
          <w:sz w:val="21"/>
          <w:lang w:val="es-ES"/>
        </w:rPr>
        <w:t>dia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totalme</w:t>
      </w:r>
      <w:r w:rsidRPr="00443DEF">
        <w:rPr>
          <w:rFonts w:ascii="Calibri" w:hAnsi="Calibri"/>
          <w:sz w:val="21"/>
          <w:lang w:val="es-ES"/>
        </w:rPr>
        <w:t xml:space="preserve">nte </w:t>
      </w:r>
      <w:proofErr w:type="spellStart"/>
      <w:r w:rsidRPr="00443DEF">
        <w:rPr>
          <w:rFonts w:ascii="Calibri" w:hAnsi="Calibri"/>
          <w:sz w:val="21"/>
          <w:lang w:val="es-ES"/>
        </w:rPr>
        <w:t>livre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para continuar </w:t>
      </w:r>
      <w:proofErr w:type="spellStart"/>
      <w:r w:rsidRPr="00443DEF">
        <w:rPr>
          <w:rFonts w:ascii="Calibri" w:hAnsi="Calibri"/>
          <w:sz w:val="21"/>
          <w:lang w:val="es-ES"/>
        </w:rPr>
        <w:t>descobrindo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ou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descansar. Para </w:t>
      </w:r>
      <w:proofErr w:type="spellStart"/>
      <w:r w:rsidRPr="00443DEF">
        <w:rPr>
          <w:rFonts w:ascii="Calibri" w:hAnsi="Calibri"/>
          <w:sz w:val="21"/>
          <w:lang w:val="es-ES"/>
        </w:rPr>
        <w:t>aqueles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443DEF">
        <w:rPr>
          <w:rFonts w:ascii="Calibri" w:hAnsi="Calibri"/>
          <w:sz w:val="21"/>
          <w:lang w:val="es-ES"/>
        </w:rPr>
        <w:t>desejam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conhecer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como </w:t>
      </w:r>
      <w:proofErr w:type="spellStart"/>
      <w:r w:rsidRPr="00443DEF">
        <w:rPr>
          <w:rFonts w:ascii="Calibri" w:hAnsi="Calibri"/>
          <w:sz w:val="21"/>
          <w:lang w:val="es-ES"/>
        </w:rPr>
        <w:t>relaxavam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os imperadores, </w:t>
      </w:r>
      <w:proofErr w:type="spellStart"/>
      <w:r w:rsidRPr="00443DEF">
        <w:rPr>
          <w:rFonts w:ascii="Calibri" w:hAnsi="Calibri"/>
          <w:sz w:val="21"/>
          <w:lang w:val="es-ES"/>
        </w:rPr>
        <w:t>oferecemos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excursão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opcional a Karlovy Vary, a </w:t>
      </w:r>
      <w:proofErr w:type="spellStart"/>
      <w:r w:rsidRPr="00443DEF">
        <w:rPr>
          <w:rFonts w:ascii="Calibri" w:hAnsi="Calibri"/>
          <w:sz w:val="21"/>
          <w:lang w:val="es-ES"/>
        </w:rPr>
        <w:t>clássica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termal da </w:t>
      </w:r>
      <w:proofErr w:type="spellStart"/>
      <w:r w:rsidRPr="00443DEF">
        <w:rPr>
          <w:rFonts w:ascii="Calibri" w:hAnsi="Calibri"/>
          <w:sz w:val="21"/>
          <w:lang w:val="es-ES"/>
        </w:rPr>
        <w:t>antiga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monarquia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austro-húngara (</w:t>
      </w:r>
      <w:proofErr w:type="spellStart"/>
      <w:r w:rsidRPr="00443DEF">
        <w:rPr>
          <w:rFonts w:ascii="Calibri" w:hAnsi="Calibri"/>
          <w:sz w:val="21"/>
          <w:lang w:val="es-ES"/>
        </w:rPr>
        <w:t>não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incluída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). </w:t>
      </w:r>
      <w:proofErr w:type="spellStart"/>
      <w:r w:rsidRPr="00443DEF">
        <w:rPr>
          <w:rFonts w:ascii="Calibri" w:hAnsi="Calibri"/>
          <w:sz w:val="21"/>
          <w:lang w:val="es-ES"/>
        </w:rPr>
        <w:t>Hosped</w:t>
      </w:r>
      <w:r w:rsidRPr="00443DEF">
        <w:rPr>
          <w:rFonts w:ascii="Calibri" w:hAnsi="Calibri"/>
          <w:sz w:val="21"/>
          <w:lang w:val="es-ES"/>
        </w:rPr>
        <w:t>agem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em Praga.</w:t>
      </w:r>
    </w:p>
    <w:p w14:paraId="66F1A31F" w14:textId="77777777" w:rsidR="00E905C5" w:rsidRPr="00443DEF" w:rsidRDefault="00E905C5">
      <w:pPr>
        <w:spacing w:after="80"/>
        <w:rPr>
          <w:lang w:val="es-ES"/>
        </w:rPr>
      </w:pPr>
    </w:p>
    <w:p w14:paraId="5F0BB81F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9 SEX PRAGA - DRESDEN - BERLIM</w:t>
      </w:r>
    </w:p>
    <w:p w14:paraId="5FA371A0" w14:textId="77777777" w:rsidR="00E905C5" w:rsidRPr="00443DEF" w:rsidRDefault="0032432C">
      <w:pPr>
        <w:spacing w:after="80"/>
        <w:rPr>
          <w:lang w:val="es-ES"/>
        </w:rPr>
      </w:pPr>
      <w:proofErr w:type="spellStart"/>
      <w:r w:rsidRPr="00443DEF">
        <w:rPr>
          <w:rFonts w:ascii="Calibri" w:hAnsi="Calibri"/>
          <w:sz w:val="21"/>
          <w:lang w:val="es-ES"/>
        </w:rPr>
        <w:t>Começaremos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 </w:t>
      </w:r>
      <w:proofErr w:type="spellStart"/>
      <w:r w:rsidRPr="00443DEF">
        <w:rPr>
          <w:rFonts w:ascii="Calibri" w:hAnsi="Calibri"/>
          <w:sz w:val="21"/>
          <w:lang w:val="es-ES"/>
        </w:rPr>
        <w:t>dia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em </w:t>
      </w:r>
      <w:proofErr w:type="spellStart"/>
      <w:r w:rsidRPr="00443DEF">
        <w:rPr>
          <w:rFonts w:ascii="Calibri" w:hAnsi="Calibri"/>
          <w:sz w:val="21"/>
          <w:lang w:val="es-ES"/>
        </w:rPr>
        <w:t>direção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Dresden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443DEF">
        <w:rPr>
          <w:rFonts w:ascii="Calibri" w:hAnsi="Calibri"/>
          <w:sz w:val="21"/>
          <w:lang w:val="es-ES"/>
        </w:rPr>
        <w:t>cidades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mais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belas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</w:t>
      </w:r>
      <w:proofErr w:type="spellStart"/>
      <w:r w:rsidRPr="00443DEF">
        <w:rPr>
          <w:rFonts w:ascii="Calibri" w:hAnsi="Calibri"/>
          <w:sz w:val="21"/>
          <w:lang w:val="es-ES"/>
        </w:rPr>
        <w:t>Alemanha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situada </w:t>
      </w:r>
      <w:proofErr w:type="spellStart"/>
      <w:r w:rsidRPr="00443DEF">
        <w:rPr>
          <w:rFonts w:ascii="Calibri" w:hAnsi="Calibri"/>
          <w:sz w:val="21"/>
          <w:lang w:val="es-ES"/>
        </w:rPr>
        <w:t>às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margens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rio Elba. </w:t>
      </w:r>
      <w:proofErr w:type="spellStart"/>
      <w:r w:rsidRPr="00443DEF">
        <w:rPr>
          <w:rFonts w:ascii="Calibri" w:hAnsi="Calibri"/>
          <w:sz w:val="21"/>
          <w:lang w:val="es-ES"/>
        </w:rPr>
        <w:t>Também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é </w:t>
      </w:r>
      <w:proofErr w:type="spellStart"/>
      <w:r w:rsidRPr="00443DEF">
        <w:rPr>
          <w:rFonts w:ascii="Calibri" w:hAnsi="Calibri"/>
          <w:sz w:val="21"/>
          <w:lang w:val="es-ES"/>
        </w:rPr>
        <w:t>conhecida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como a “</w:t>
      </w:r>
      <w:proofErr w:type="spellStart"/>
      <w:r w:rsidRPr="00443DEF">
        <w:rPr>
          <w:rFonts w:ascii="Calibri" w:hAnsi="Calibri"/>
          <w:sz w:val="21"/>
          <w:lang w:val="es-ES"/>
        </w:rPr>
        <w:t>Florença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do Elba”. </w:t>
      </w:r>
      <w:proofErr w:type="spellStart"/>
      <w:r w:rsidRPr="00443DEF">
        <w:rPr>
          <w:rFonts w:ascii="Calibri" w:hAnsi="Calibri"/>
          <w:sz w:val="21"/>
          <w:lang w:val="es-ES"/>
        </w:rPr>
        <w:t>Embora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os </w:t>
      </w:r>
      <w:proofErr w:type="spellStart"/>
      <w:r w:rsidRPr="00443DEF">
        <w:rPr>
          <w:rFonts w:ascii="Calibri" w:hAnsi="Calibri"/>
          <w:sz w:val="21"/>
          <w:lang w:val="es-ES"/>
        </w:rPr>
        <w:t>bombardeios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</w:t>
      </w:r>
      <w:proofErr w:type="spellStart"/>
      <w:r w:rsidRPr="00443DEF">
        <w:rPr>
          <w:rFonts w:ascii="Calibri" w:hAnsi="Calibri"/>
          <w:sz w:val="21"/>
          <w:lang w:val="es-ES"/>
        </w:rPr>
        <w:t>aviação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americana </w:t>
      </w:r>
      <w:proofErr w:type="spellStart"/>
      <w:r w:rsidRPr="00443DEF">
        <w:rPr>
          <w:rFonts w:ascii="Calibri" w:hAnsi="Calibri"/>
          <w:sz w:val="21"/>
          <w:lang w:val="es-ES"/>
        </w:rPr>
        <w:t>tenh</w:t>
      </w:r>
      <w:r w:rsidRPr="00443DEF">
        <w:rPr>
          <w:rFonts w:ascii="Calibri" w:hAnsi="Calibri"/>
          <w:sz w:val="21"/>
          <w:lang w:val="es-ES"/>
        </w:rPr>
        <w:t>am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danificado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gravemente 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hoje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ela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voltou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 </w:t>
      </w:r>
      <w:proofErr w:type="spellStart"/>
      <w:r w:rsidRPr="00443DEF">
        <w:rPr>
          <w:rFonts w:ascii="Calibri" w:hAnsi="Calibri"/>
          <w:sz w:val="21"/>
          <w:lang w:val="es-ES"/>
        </w:rPr>
        <w:t>brilhar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todo o </w:t>
      </w:r>
      <w:proofErr w:type="spellStart"/>
      <w:r w:rsidRPr="00443DEF">
        <w:rPr>
          <w:rFonts w:ascii="Calibri" w:hAnsi="Calibri"/>
          <w:sz w:val="21"/>
          <w:lang w:val="es-ES"/>
        </w:rPr>
        <w:t>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esplendor </w:t>
      </w:r>
      <w:proofErr w:type="spellStart"/>
      <w:r w:rsidRPr="00443DEF">
        <w:rPr>
          <w:rFonts w:ascii="Calibri" w:hAnsi="Calibri"/>
          <w:sz w:val="21"/>
          <w:lang w:val="es-ES"/>
        </w:rPr>
        <w:t>arquitetônico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Destacam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-se </w:t>
      </w:r>
      <w:proofErr w:type="spellStart"/>
      <w:r w:rsidRPr="00443DEF">
        <w:rPr>
          <w:rFonts w:ascii="Calibri" w:hAnsi="Calibri"/>
          <w:sz w:val="21"/>
          <w:lang w:val="es-ES"/>
        </w:rPr>
        <w:t>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joia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barroca do </w:t>
      </w:r>
      <w:proofErr w:type="spellStart"/>
      <w:r w:rsidRPr="00443DEF">
        <w:rPr>
          <w:rFonts w:ascii="Calibri" w:hAnsi="Calibri"/>
          <w:sz w:val="21"/>
          <w:lang w:val="es-ES"/>
        </w:rPr>
        <w:t>Zwinger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a Ópera Semper e a </w:t>
      </w:r>
      <w:proofErr w:type="spellStart"/>
      <w:r w:rsidRPr="00443DEF">
        <w:rPr>
          <w:rFonts w:ascii="Calibri" w:hAnsi="Calibri"/>
          <w:sz w:val="21"/>
          <w:lang w:val="es-ES"/>
        </w:rPr>
        <w:t>Hofkirche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Sabia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que o </w:t>
      </w:r>
      <w:proofErr w:type="spellStart"/>
      <w:r w:rsidRPr="00443DEF">
        <w:rPr>
          <w:rFonts w:ascii="Calibri" w:hAnsi="Calibri"/>
          <w:sz w:val="21"/>
          <w:lang w:val="es-ES"/>
        </w:rPr>
        <w:t>primeiro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chocolate </w:t>
      </w:r>
      <w:proofErr w:type="spellStart"/>
      <w:r w:rsidRPr="00443DEF">
        <w:rPr>
          <w:rFonts w:ascii="Calibri" w:hAnsi="Calibri"/>
          <w:sz w:val="21"/>
          <w:lang w:val="es-ES"/>
        </w:rPr>
        <w:t>ao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leite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e, curiosamente, a pasta de </w:t>
      </w:r>
      <w:proofErr w:type="spellStart"/>
      <w:r w:rsidRPr="00443DEF">
        <w:rPr>
          <w:rFonts w:ascii="Calibri" w:hAnsi="Calibri"/>
          <w:sz w:val="21"/>
          <w:lang w:val="es-ES"/>
        </w:rPr>
        <w:t>dentes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foram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inven</w:t>
      </w:r>
      <w:r w:rsidRPr="00443DEF">
        <w:rPr>
          <w:rFonts w:ascii="Calibri" w:hAnsi="Calibri"/>
          <w:sz w:val="21"/>
          <w:lang w:val="es-ES"/>
        </w:rPr>
        <w:t xml:space="preserve">tados em </w:t>
      </w:r>
      <w:proofErr w:type="spellStart"/>
      <w:r w:rsidRPr="00443DEF">
        <w:rPr>
          <w:rFonts w:ascii="Calibri" w:hAnsi="Calibri"/>
          <w:sz w:val="21"/>
          <w:lang w:val="es-ES"/>
        </w:rPr>
        <w:t>Dresden</w:t>
      </w:r>
      <w:proofErr w:type="spellEnd"/>
      <w:r w:rsidRPr="00443DEF">
        <w:rPr>
          <w:rFonts w:ascii="Calibri" w:hAnsi="Calibri"/>
          <w:sz w:val="21"/>
          <w:lang w:val="es-ES"/>
        </w:rPr>
        <w:t xml:space="preserve">? </w:t>
      </w:r>
      <w:proofErr w:type="spellStart"/>
      <w:r w:rsidRPr="00443DEF">
        <w:rPr>
          <w:rFonts w:ascii="Calibri" w:hAnsi="Calibri"/>
          <w:sz w:val="21"/>
          <w:lang w:val="es-ES"/>
        </w:rPr>
        <w:t>Continuação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</w:t>
      </w:r>
      <w:proofErr w:type="spellStart"/>
      <w:r w:rsidRPr="00443DEF">
        <w:rPr>
          <w:rFonts w:ascii="Calibri" w:hAnsi="Calibri"/>
          <w:sz w:val="21"/>
          <w:lang w:val="es-ES"/>
        </w:rPr>
        <w:t>viagem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até </w:t>
      </w:r>
      <w:proofErr w:type="spellStart"/>
      <w:r w:rsidRPr="00443DEF">
        <w:rPr>
          <w:rFonts w:ascii="Calibri" w:hAnsi="Calibri"/>
          <w:sz w:val="21"/>
          <w:lang w:val="es-ES"/>
        </w:rPr>
        <w:t>Berlim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</w:t>
      </w:r>
      <w:proofErr w:type="spellStart"/>
      <w:r w:rsidRPr="00443DEF">
        <w:rPr>
          <w:rFonts w:ascii="Calibri" w:hAnsi="Calibri"/>
          <w:sz w:val="21"/>
          <w:lang w:val="es-ES"/>
        </w:rPr>
        <w:t>hospedagem</w:t>
      </w:r>
      <w:proofErr w:type="spellEnd"/>
      <w:r w:rsidRPr="00443DEF">
        <w:rPr>
          <w:rFonts w:ascii="Calibri" w:hAnsi="Calibri"/>
          <w:sz w:val="21"/>
          <w:lang w:val="es-ES"/>
        </w:rPr>
        <w:t>.</w:t>
      </w:r>
    </w:p>
    <w:p w14:paraId="1C4AE457" w14:textId="77777777" w:rsidR="00E905C5" w:rsidRPr="00443DEF" w:rsidRDefault="00E905C5">
      <w:pPr>
        <w:spacing w:after="80"/>
        <w:rPr>
          <w:lang w:val="es-ES"/>
        </w:rPr>
      </w:pPr>
    </w:p>
    <w:p w14:paraId="00268F96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lastRenderedPageBreak/>
        <w:t>DIA 10 SAB BERLIM</w:t>
      </w:r>
    </w:p>
    <w:p w14:paraId="625F26E3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443DEF">
        <w:rPr>
          <w:rFonts w:ascii="Calibri" w:hAnsi="Calibri"/>
          <w:sz w:val="21"/>
          <w:lang w:val="es-ES"/>
        </w:rPr>
        <w:t>dia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com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443DEF">
        <w:rPr>
          <w:rFonts w:ascii="Calibri" w:hAnsi="Calibri"/>
          <w:sz w:val="21"/>
          <w:lang w:val="es-ES"/>
        </w:rPr>
        <w:t>panorâmica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destacando-se as famosas avenidas </w:t>
      </w:r>
      <w:proofErr w:type="spellStart"/>
      <w:r w:rsidRPr="00443DEF">
        <w:rPr>
          <w:rFonts w:ascii="Calibri" w:hAnsi="Calibri"/>
          <w:sz w:val="21"/>
          <w:lang w:val="es-ES"/>
        </w:rPr>
        <w:t>Kurfürstendamm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</w:t>
      </w:r>
      <w:proofErr w:type="spellStart"/>
      <w:r w:rsidRPr="00443DEF">
        <w:rPr>
          <w:rFonts w:ascii="Calibri" w:hAnsi="Calibri"/>
          <w:sz w:val="21"/>
          <w:lang w:val="es-ES"/>
        </w:rPr>
        <w:t>Unter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den Linden, o </w:t>
      </w:r>
      <w:proofErr w:type="spellStart"/>
      <w:r w:rsidRPr="00443DEF">
        <w:rPr>
          <w:rFonts w:ascii="Calibri" w:hAnsi="Calibri"/>
          <w:sz w:val="21"/>
          <w:lang w:val="es-ES"/>
        </w:rPr>
        <w:t>Portão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Brandemburgo, símbolo da </w:t>
      </w:r>
      <w:proofErr w:type="spellStart"/>
      <w:r w:rsidRPr="00443DEF">
        <w:rPr>
          <w:rFonts w:ascii="Calibri" w:hAnsi="Calibri"/>
          <w:sz w:val="21"/>
          <w:lang w:val="es-ES"/>
        </w:rPr>
        <w:t>unidade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ale</w:t>
      </w:r>
      <w:r w:rsidRPr="00443DEF">
        <w:rPr>
          <w:rFonts w:ascii="Calibri" w:hAnsi="Calibri"/>
          <w:sz w:val="21"/>
          <w:lang w:val="es-ES"/>
        </w:rPr>
        <w:t>mã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a </w:t>
      </w:r>
      <w:proofErr w:type="spellStart"/>
      <w:r w:rsidRPr="00443DEF">
        <w:rPr>
          <w:rFonts w:ascii="Calibri" w:hAnsi="Calibri"/>
          <w:sz w:val="21"/>
          <w:lang w:val="es-ES"/>
        </w:rPr>
        <w:t>Alexanderplatz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a </w:t>
      </w:r>
      <w:proofErr w:type="spellStart"/>
      <w:r w:rsidRPr="00443DEF">
        <w:rPr>
          <w:rFonts w:ascii="Calibri" w:hAnsi="Calibri"/>
          <w:sz w:val="21"/>
          <w:lang w:val="es-ES"/>
        </w:rPr>
        <w:t>Universidade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Humboldt e o </w:t>
      </w:r>
      <w:proofErr w:type="spellStart"/>
      <w:r w:rsidRPr="00443DEF">
        <w:rPr>
          <w:rFonts w:ascii="Calibri" w:hAnsi="Calibri"/>
          <w:sz w:val="21"/>
          <w:lang w:val="es-ES"/>
        </w:rPr>
        <w:t>Museu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Pérgamo. </w:t>
      </w:r>
      <w:proofErr w:type="spellStart"/>
      <w:r w:rsidRPr="00443DEF">
        <w:rPr>
          <w:rFonts w:ascii="Calibri" w:hAnsi="Calibri"/>
          <w:sz w:val="21"/>
          <w:lang w:val="es-ES"/>
        </w:rPr>
        <w:t>Ao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final do </w:t>
      </w:r>
      <w:proofErr w:type="spellStart"/>
      <w:r w:rsidRPr="00443DEF">
        <w:rPr>
          <w:rFonts w:ascii="Calibri" w:hAnsi="Calibri"/>
          <w:sz w:val="21"/>
          <w:lang w:val="es-ES"/>
        </w:rPr>
        <w:t>passeio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</w:t>
      </w:r>
      <w:proofErr w:type="spellStart"/>
      <w:r w:rsidRPr="00443DEF">
        <w:rPr>
          <w:rFonts w:ascii="Calibri" w:hAnsi="Calibri"/>
          <w:sz w:val="21"/>
          <w:lang w:val="es-ES"/>
        </w:rPr>
        <w:t>oferecemos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um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passeio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barco pelo rio </w:t>
      </w:r>
      <w:proofErr w:type="spellStart"/>
      <w:r w:rsidRPr="00443DEF">
        <w:rPr>
          <w:rFonts w:ascii="Calibri" w:hAnsi="Calibri"/>
          <w:sz w:val="21"/>
          <w:lang w:val="es-ES"/>
        </w:rPr>
        <w:t>Spree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, a </w:t>
      </w:r>
      <w:proofErr w:type="spellStart"/>
      <w:r w:rsidRPr="00443DEF">
        <w:rPr>
          <w:rFonts w:ascii="Calibri" w:hAnsi="Calibri"/>
          <w:sz w:val="21"/>
          <w:lang w:val="es-ES"/>
        </w:rPr>
        <w:t>melhor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forma de admirar esta magnífica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</w:t>
      </w:r>
      <w:proofErr w:type="spellStart"/>
      <w:r w:rsidRPr="00443DEF">
        <w:rPr>
          <w:rFonts w:ascii="Calibri" w:hAnsi="Calibri"/>
          <w:sz w:val="21"/>
          <w:lang w:val="es-ES"/>
        </w:rPr>
        <w:t>seus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belos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edifícios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</w:t>
      </w:r>
      <w:proofErr w:type="spellStart"/>
      <w:r w:rsidRPr="00443DEF">
        <w:rPr>
          <w:rFonts w:ascii="Calibri" w:hAnsi="Calibri"/>
          <w:sz w:val="21"/>
          <w:lang w:val="es-ES"/>
        </w:rPr>
        <w:t>pontes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desde a </w:t>
      </w:r>
      <w:proofErr w:type="spellStart"/>
      <w:r w:rsidRPr="00443DEF">
        <w:rPr>
          <w:rFonts w:ascii="Calibri" w:hAnsi="Calibri"/>
          <w:sz w:val="21"/>
          <w:lang w:val="es-ES"/>
        </w:rPr>
        <w:t>água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443DEF">
        <w:rPr>
          <w:rFonts w:ascii="Calibri" w:hAnsi="Calibri"/>
          <w:sz w:val="21"/>
          <w:lang w:val="es-ES"/>
        </w:rPr>
        <w:t>terá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tempo </w:t>
      </w:r>
      <w:proofErr w:type="spellStart"/>
      <w:r w:rsidRPr="00443DEF">
        <w:rPr>
          <w:rFonts w:ascii="Calibri" w:hAnsi="Calibri"/>
          <w:sz w:val="21"/>
          <w:lang w:val="es-ES"/>
        </w:rPr>
        <w:t>livre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r w:rsidRPr="00443DEF">
        <w:rPr>
          <w:rFonts w:ascii="Calibri" w:hAnsi="Calibri"/>
          <w:sz w:val="21"/>
          <w:lang w:val="es-ES"/>
        </w:rPr>
        <w:t xml:space="preserve">para explorar 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por conta </w:t>
      </w:r>
      <w:proofErr w:type="spellStart"/>
      <w:r w:rsidRPr="00443DEF">
        <w:rPr>
          <w:rFonts w:ascii="Calibri" w:hAnsi="Calibri"/>
          <w:sz w:val="21"/>
          <w:lang w:val="es-ES"/>
        </w:rPr>
        <w:t>própria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</w:t>
      </w:r>
      <w:proofErr w:type="spellStart"/>
      <w:r w:rsidRPr="00443DEF">
        <w:rPr>
          <w:rFonts w:ascii="Calibri" w:hAnsi="Calibri"/>
          <w:sz w:val="21"/>
          <w:lang w:val="es-ES"/>
        </w:rPr>
        <w:t>Há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tanto para ver que </w:t>
      </w:r>
      <w:proofErr w:type="spellStart"/>
      <w:r w:rsidRPr="00443DEF">
        <w:rPr>
          <w:rFonts w:ascii="Calibri" w:hAnsi="Calibri"/>
          <w:sz w:val="21"/>
          <w:lang w:val="es-ES"/>
        </w:rPr>
        <w:t>certamente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encontrará algo </w:t>
      </w:r>
      <w:proofErr w:type="spellStart"/>
      <w:r w:rsidRPr="00443DEF">
        <w:rPr>
          <w:rFonts w:ascii="Calibri" w:hAnsi="Calibri"/>
          <w:sz w:val="21"/>
          <w:lang w:val="es-ES"/>
        </w:rPr>
        <w:t>interessante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Para os amantes de comida rápida: em </w:t>
      </w:r>
      <w:proofErr w:type="spellStart"/>
      <w:r w:rsidRPr="00443DEF">
        <w:rPr>
          <w:rFonts w:ascii="Calibri" w:hAnsi="Calibri"/>
          <w:sz w:val="21"/>
          <w:lang w:val="es-ES"/>
        </w:rPr>
        <w:t>Berlim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são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consumidas cerca de 70 </w:t>
      </w:r>
      <w:proofErr w:type="spellStart"/>
      <w:r w:rsidRPr="00443DEF">
        <w:rPr>
          <w:rFonts w:ascii="Calibri" w:hAnsi="Calibri"/>
          <w:sz w:val="21"/>
          <w:lang w:val="es-ES"/>
        </w:rPr>
        <w:t>milhões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 </w:t>
      </w:r>
      <w:proofErr w:type="spellStart"/>
      <w:r w:rsidRPr="00443DEF">
        <w:rPr>
          <w:rFonts w:ascii="Calibri" w:hAnsi="Calibri"/>
          <w:sz w:val="21"/>
          <w:lang w:val="es-ES"/>
        </w:rPr>
        <w:t>salsichas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currywurst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443DEF">
        <w:rPr>
          <w:rFonts w:ascii="Calibri" w:hAnsi="Calibri"/>
          <w:sz w:val="21"/>
          <w:lang w:val="es-ES"/>
        </w:rPr>
        <w:t>ano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. A </w:t>
      </w:r>
      <w:proofErr w:type="spellStart"/>
      <w:r w:rsidRPr="00443DEF">
        <w:rPr>
          <w:rFonts w:ascii="Calibri" w:hAnsi="Calibri"/>
          <w:sz w:val="21"/>
          <w:lang w:val="es-ES"/>
        </w:rPr>
        <w:t>cidade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possui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inclusive </w:t>
      </w:r>
      <w:proofErr w:type="spellStart"/>
      <w:r w:rsidRPr="00443DEF">
        <w:rPr>
          <w:rFonts w:ascii="Calibri" w:hAnsi="Calibri"/>
          <w:sz w:val="21"/>
          <w:lang w:val="es-ES"/>
        </w:rPr>
        <w:t>um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</w:t>
      </w:r>
      <w:proofErr w:type="spellStart"/>
      <w:r w:rsidRPr="00443DEF">
        <w:rPr>
          <w:rFonts w:ascii="Calibri" w:hAnsi="Calibri"/>
          <w:sz w:val="21"/>
          <w:lang w:val="es-ES"/>
        </w:rPr>
        <w:t>museu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dedi</w:t>
      </w:r>
      <w:r w:rsidRPr="00443DEF">
        <w:rPr>
          <w:rFonts w:ascii="Calibri" w:hAnsi="Calibri"/>
          <w:sz w:val="21"/>
          <w:lang w:val="es-ES"/>
        </w:rPr>
        <w:t xml:space="preserve">cado a este </w:t>
      </w:r>
      <w:proofErr w:type="spellStart"/>
      <w:r w:rsidRPr="00443DEF">
        <w:rPr>
          <w:rFonts w:ascii="Calibri" w:hAnsi="Calibri"/>
          <w:sz w:val="21"/>
          <w:lang w:val="es-ES"/>
        </w:rPr>
        <w:t>prato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popular. </w:t>
      </w:r>
      <w:proofErr w:type="spellStart"/>
      <w:r w:rsidRPr="00443DEF">
        <w:rPr>
          <w:rFonts w:ascii="Calibri" w:hAnsi="Calibri"/>
          <w:sz w:val="21"/>
          <w:lang w:val="es-ES"/>
        </w:rPr>
        <w:t>Ficou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curioso?</w:t>
      </w:r>
    </w:p>
    <w:p w14:paraId="7763B18C" w14:textId="77777777" w:rsidR="00E905C5" w:rsidRPr="00443DEF" w:rsidRDefault="00E905C5">
      <w:pPr>
        <w:spacing w:after="80"/>
        <w:rPr>
          <w:lang w:val="es-ES"/>
        </w:rPr>
      </w:pPr>
    </w:p>
    <w:p w14:paraId="469F4357" w14:textId="77777777" w:rsidR="00E905C5" w:rsidRPr="00443DEF" w:rsidRDefault="0032432C">
      <w:pPr>
        <w:pStyle w:val="Ttulo2"/>
        <w:spacing w:before="120" w:after="60"/>
        <w:rPr>
          <w:lang w:val="es-ES"/>
        </w:rPr>
      </w:pPr>
      <w:r w:rsidRPr="00443DEF">
        <w:rPr>
          <w:rFonts w:ascii="Calibri" w:hAnsi="Calibri"/>
          <w:sz w:val="22"/>
          <w:lang w:val="es-ES"/>
        </w:rPr>
        <w:t>DIA 11 DOM BERLIM</w:t>
      </w:r>
    </w:p>
    <w:p w14:paraId="66E747A1" w14:textId="77777777" w:rsidR="00E905C5" w:rsidRPr="00443DEF" w:rsidRDefault="0032432C">
      <w:pPr>
        <w:spacing w:after="80"/>
        <w:rPr>
          <w:lang w:val="es-ES"/>
        </w:rPr>
      </w:pPr>
      <w:r w:rsidRPr="00443DEF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443DEF">
        <w:rPr>
          <w:rFonts w:ascii="Calibri" w:hAnsi="Calibri"/>
          <w:sz w:val="21"/>
          <w:lang w:val="es-ES"/>
        </w:rPr>
        <w:t>manhã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e traslado de </w:t>
      </w:r>
      <w:proofErr w:type="spellStart"/>
      <w:r w:rsidRPr="00443DEF">
        <w:rPr>
          <w:rFonts w:ascii="Calibri" w:hAnsi="Calibri"/>
          <w:sz w:val="21"/>
          <w:lang w:val="es-ES"/>
        </w:rPr>
        <w:t>saída</w:t>
      </w:r>
      <w:proofErr w:type="spellEnd"/>
      <w:r w:rsidRPr="00443DEF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443DEF">
        <w:rPr>
          <w:rFonts w:ascii="Calibri" w:hAnsi="Calibri"/>
          <w:sz w:val="21"/>
          <w:lang w:val="es-ES"/>
        </w:rPr>
        <w:t>aeroporto</w:t>
      </w:r>
      <w:proofErr w:type="spellEnd"/>
      <w:r w:rsidRPr="00443DEF">
        <w:rPr>
          <w:rFonts w:ascii="Calibri" w:hAnsi="Calibri"/>
          <w:sz w:val="21"/>
          <w:lang w:val="es-ES"/>
        </w:rPr>
        <w:t>.</w:t>
      </w:r>
    </w:p>
    <w:p w14:paraId="51B3E253" w14:textId="77777777" w:rsidR="00E905C5" w:rsidRPr="00443DEF" w:rsidRDefault="00E905C5">
      <w:pPr>
        <w:spacing w:after="80"/>
        <w:rPr>
          <w:lang w:val="es-ES"/>
        </w:rPr>
      </w:pPr>
    </w:p>
    <w:sectPr w:rsidR="00E905C5" w:rsidRPr="00443DEF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278B6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7AD38677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E6723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7172F4B5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02D59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2FE59874" wp14:editId="16166419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50DB5"/>
    <w:rsid w:val="0029639D"/>
    <w:rsid w:val="0032432C"/>
    <w:rsid w:val="00326F90"/>
    <w:rsid w:val="00443DEF"/>
    <w:rsid w:val="004856F5"/>
    <w:rsid w:val="008A0478"/>
    <w:rsid w:val="00AA1D8D"/>
    <w:rsid w:val="00B47730"/>
    <w:rsid w:val="00CB0664"/>
    <w:rsid w:val="00E10FDA"/>
    <w:rsid w:val="00E905C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0B3B20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1226</Words>
  <Characters>6746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7957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6</cp:revision>
  <dcterms:created xsi:type="dcterms:W3CDTF">2013-12-23T23:15:00Z</dcterms:created>
  <dcterms:modified xsi:type="dcterms:W3CDTF">2026-05-26T14:16:00Z</dcterms:modified>
  <cp:category/>
</cp:coreProperties>
</file>