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203C2" w14:textId="77777777" w:rsidR="000F6D45" w:rsidRPr="00F624E3" w:rsidRDefault="00746594" w:rsidP="00F624E3">
      <w:pPr>
        <w:jc w:val="center"/>
        <w:rPr>
          <w:color w:val="4F81BD" w:themeColor="accent1"/>
          <w:lang w:val="es-ES"/>
        </w:rPr>
      </w:pPr>
      <w:r w:rsidRPr="00F624E3">
        <w:rPr>
          <w:b/>
          <w:color w:val="4F81BD" w:themeColor="accent1"/>
          <w:sz w:val="36"/>
          <w:lang w:val="es-ES"/>
        </w:rPr>
        <w:t>MERCADOS DE NATAL</w:t>
      </w:r>
    </w:p>
    <w:p w14:paraId="4676FC46" w14:textId="77777777" w:rsidR="000F6D45" w:rsidRPr="00F624E3" w:rsidRDefault="00746594" w:rsidP="00F624E3">
      <w:pPr>
        <w:jc w:val="center"/>
        <w:rPr>
          <w:color w:val="4F81BD" w:themeColor="accent1"/>
          <w:lang w:val="es-ES"/>
        </w:rPr>
      </w:pPr>
      <w:proofErr w:type="spellStart"/>
      <w:r w:rsidRPr="00F624E3">
        <w:rPr>
          <w:color w:val="4F81BD" w:themeColor="accent1"/>
          <w:lang w:val="es-ES"/>
        </w:rPr>
        <w:t>Categoria</w:t>
      </w:r>
      <w:proofErr w:type="spellEnd"/>
      <w:r w:rsidRPr="00F624E3">
        <w:rPr>
          <w:color w:val="4F81BD" w:themeColor="accent1"/>
          <w:lang w:val="es-ES"/>
        </w:rPr>
        <w:t xml:space="preserve">: </w:t>
      </w:r>
      <w:proofErr w:type="spellStart"/>
      <w:r w:rsidRPr="00F624E3">
        <w:rPr>
          <w:color w:val="4F81BD" w:themeColor="accent1"/>
          <w:lang w:val="es-ES"/>
        </w:rPr>
        <w:t>Primeira</w:t>
      </w:r>
      <w:proofErr w:type="spellEnd"/>
    </w:p>
    <w:p w14:paraId="5DB8D841" w14:textId="77777777" w:rsidR="000F6D45" w:rsidRPr="00F624E3" w:rsidRDefault="00746594" w:rsidP="00F624E3">
      <w:pPr>
        <w:jc w:val="center"/>
        <w:rPr>
          <w:lang w:val="es-ES"/>
        </w:rPr>
      </w:pPr>
      <w:r w:rsidRPr="00F624E3">
        <w:rPr>
          <w:lang w:val="es-ES"/>
        </w:rPr>
        <w:t xml:space="preserve">Código: </w:t>
      </w:r>
      <w:proofErr w:type="gramStart"/>
      <w:r w:rsidRPr="00F624E3">
        <w:rPr>
          <w:lang w:val="es-ES"/>
        </w:rPr>
        <w:t>MERC  |</w:t>
      </w:r>
      <w:proofErr w:type="gramEnd"/>
      <w:r w:rsidRPr="00F624E3">
        <w:rPr>
          <w:lang w:val="es-ES"/>
        </w:rPr>
        <w:t xml:space="preserve">  9 </w:t>
      </w:r>
      <w:proofErr w:type="spellStart"/>
      <w:r w:rsidRPr="00F624E3">
        <w:rPr>
          <w:lang w:val="es-ES"/>
        </w:rPr>
        <w:t>Dias</w:t>
      </w:r>
      <w:proofErr w:type="spellEnd"/>
    </w:p>
    <w:p w14:paraId="174D12C1" w14:textId="77777777" w:rsidR="000F6D45" w:rsidRPr="00F624E3" w:rsidRDefault="000F6D45">
      <w:pPr>
        <w:rPr>
          <w:lang w:val="es-ES"/>
        </w:rPr>
      </w:pPr>
    </w:p>
    <w:p w14:paraId="02D52120" w14:textId="77777777" w:rsidR="000F6D45" w:rsidRPr="00746594" w:rsidRDefault="00746594">
      <w:pPr>
        <w:pStyle w:val="Ttulo2"/>
        <w:rPr>
          <w:bCs w:val="0"/>
          <w:lang w:val="es-ES"/>
        </w:rPr>
      </w:pPr>
      <w:r w:rsidRPr="00746594">
        <w:rPr>
          <w:bCs w:val="0"/>
          <w:lang w:val="es-ES"/>
        </w:rPr>
        <w:t>SAÍDA GARANTIDA INVERNO 2027</w:t>
      </w:r>
    </w:p>
    <w:p w14:paraId="45648624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 xml:space="preserve">NOVEMBRO . . . . . . . . . . . . . . . . . . . . . </w:t>
      </w:r>
      <w:proofErr w:type="gramStart"/>
      <w:r w:rsidRPr="00F624E3">
        <w:rPr>
          <w:lang w:val="es-ES"/>
        </w:rPr>
        <w:t>. . . .</w:t>
      </w:r>
      <w:proofErr w:type="gramEnd"/>
      <w:r w:rsidRPr="00F624E3">
        <w:rPr>
          <w:lang w:val="es-ES"/>
        </w:rPr>
        <w:t xml:space="preserve"> 26</w:t>
      </w:r>
    </w:p>
    <w:p w14:paraId="3C7AF1CA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>DEZEMBRO . . . . . . . . . . . . . . . . . . . . . . . . 3</w:t>
      </w:r>
    </w:p>
    <w:p w14:paraId="539AB3A4" w14:textId="77777777" w:rsidR="000F6D45" w:rsidRPr="00F624E3" w:rsidRDefault="000F6D45">
      <w:pPr>
        <w:rPr>
          <w:lang w:val="es-ES"/>
        </w:rPr>
      </w:pPr>
    </w:p>
    <w:p w14:paraId="70EA6B93" w14:textId="77777777" w:rsidR="000F6D45" w:rsidRPr="00F624E3" w:rsidRDefault="00746594">
      <w:pPr>
        <w:pStyle w:val="Ttulo2"/>
        <w:rPr>
          <w:lang w:val="es-ES"/>
        </w:rPr>
      </w:pPr>
      <w:r w:rsidRPr="00F624E3">
        <w:rPr>
          <w:b w:val="0"/>
          <w:lang w:val="es-ES"/>
        </w:rPr>
        <w:t>HOTÉIS PREVISTOS</w:t>
      </w:r>
    </w:p>
    <w:p w14:paraId="6C2DCDCD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>(</w:t>
      </w:r>
      <w:proofErr w:type="spellStart"/>
      <w:r w:rsidRPr="00F624E3">
        <w:rPr>
          <w:lang w:val="es-ES"/>
        </w:rPr>
        <w:t>ou</w:t>
      </w:r>
      <w:proofErr w:type="spellEnd"/>
      <w:r w:rsidRPr="00F624E3">
        <w:rPr>
          <w:lang w:val="es-ES"/>
        </w:rPr>
        <w:t xml:space="preserve"> similares </w:t>
      </w:r>
      <w:proofErr w:type="spellStart"/>
      <w:r w:rsidRPr="00F624E3">
        <w:rPr>
          <w:lang w:val="es-ES"/>
        </w:rPr>
        <w:t>na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categoria</w:t>
      </w:r>
      <w:proofErr w:type="spellEnd"/>
      <w:r w:rsidRPr="00F624E3">
        <w:rPr>
          <w:lang w:val="es-ES"/>
        </w:rPr>
        <w:t xml:space="preserve"> indicada, conforme a </w:t>
      </w:r>
      <w:proofErr w:type="spellStart"/>
      <w:r w:rsidRPr="00F624E3">
        <w:rPr>
          <w:lang w:val="es-ES"/>
        </w:rPr>
        <w:t>cidade</w:t>
      </w:r>
      <w:proofErr w:type="spellEnd"/>
      <w:r w:rsidRPr="00F624E3">
        <w:rPr>
          <w:lang w:val="es-ES"/>
        </w:rPr>
        <w:t>)</w:t>
      </w:r>
    </w:p>
    <w:p w14:paraId="343D24CA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>VIENA: ROOMZ PRATER ★★★★</w:t>
      </w:r>
    </w:p>
    <w:p w14:paraId="28B921D7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>SALZBURGO: JUNE SIX ★★★★</w:t>
      </w:r>
    </w:p>
    <w:p w14:paraId="61540161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>INNSBRUCK: AC MARIOTT ★★★★</w:t>
      </w:r>
    </w:p>
    <w:p w14:paraId="6EC5E2FE" w14:textId="77777777" w:rsidR="000F6D45" w:rsidRDefault="00746594">
      <w:r>
        <w:t>MUNIQUE: WESTIN GRAND ★★★★(s)</w:t>
      </w:r>
    </w:p>
    <w:p w14:paraId="38A214AC" w14:textId="77777777" w:rsidR="000F6D45" w:rsidRDefault="000F6D45"/>
    <w:p w14:paraId="3CFFE1A0" w14:textId="77777777" w:rsidR="000F6D45" w:rsidRDefault="00746594">
      <w:pPr>
        <w:pStyle w:val="Ttulo2"/>
      </w:pPr>
      <w:r>
        <w:rPr>
          <w:b w:val="0"/>
        </w:rPr>
        <w:t>SERVIÇOS INCLUÍDOS</w:t>
      </w:r>
    </w:p>
    <w:p w14:paraId="3F7F9A7B" w14:textId="77777777" w:rsidR="000F6D45" w:rsidRDefault="00746594">
      <w:pPr>
        <w:pStyle w:val="Listaconvietas"/>
      </w:pPr>
      <w:r>
        <w:t>Guia acompanhante em espanhol</w:t>
      </w:r>
    </w:p>
    <w:p w14:paraId="1D5634FB" w14:textId="77777777" w:rsidR="000F6D45" w:rsidRPr="00F624E3" w:rsidRDefault="00746594">
      <w:pPr>
        <w:pStyle w:val="Listaconvietas"/>
        <w:rPr>
          <w:lang w:val="es-ES"/>
        </w:rPr>
      </w:pPr>
      <w:r w:rsidRPr="00F624E3">
        <w:rPr>
          <w:lang w:val="es-ES"/>
        </w:rPr>
        <w:t xml:space="preserve">8 </w:t>
      </w:r>
      <w:proofErr w:type="spellStart"/>
      <w:r w:rsidRPr="00F624E3">
        <w:rPr>
          <w:lang w:val="es-ES"/>
        </w:rPr>
        <w:t>noites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café da </w:t>
      </w:r>
      <w:proofErr w:type="spellStart"/>
      <w:r w:rsidRPr="00F624E3">
        <w:rPr>
          <w:lang w:val="es-ES"/>
        </w:rPr>
        <w:t>manhã</w:t>
      </w:r>
      <w:proofErr w:type="spellEnd"/>
      <w:r w:rsidRPr="00F624E3">
        <w:rPr>
          <w:lang w:val="es-ES"/>
        </w:rPr>
        <w:t xml:space="preserve"> tipo buffet</w:t>
      </w:r>
    </w:p>
    <w:p w14:paraId="0F3B41ED" w14:textId="77777777" w:rsidR="000F6D45" w:rsidRDefault="00746594">
      <w:pPr>
        <w:pStyle w:val="Listaconvietas"/>
      </w:pPr>
      <w:r>
        <w:t xml:space="preserve">Entradas e </w:t>
      </w:r>
      <w:proofErr w:type="spellStart"/>
      <w:r>
        <w:t>experiênci</w:t>
      </w:r>
      <w:r>
        <w:t>as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itinerário</w:t>
      </w:r>
    </w:p>
    <w:p w14:paraId="6F5CD22C" w14:textId="77777777" w:rsidR="000F6D45" w:rsidRDefault="00746594">
      <w:pPr>
        <w:pStyle w:val="Listaconvietas"/>
      </w:pPr>
      <w:r>
        <w:t>Jantar de boas-vindas</w:t>
      </w:r>
    </w:p>
    <w:p w14:paraId="56F7E136" w14:textId="77777777" w:rsidR="000F6D45" w:rsidRDefault="000F6D45"/>
    <w:p w14:paraId="7E87BEF0" w14:textId="77777777" w:rsidR="000F6D45" w:rsidRDefault="00746594">
      <w:pPr>
        <w:pStyle w:val="Ttulo2"/>
      </w:pPr>
      <w:r>
        <w:rPr>
          <w:b w:val="0"/>
        </w:rPr>
        <w:t>TARIFAS EM EUROS</w:t>
      </w:r>
    </w:p>
    <w:p w14:paraId="38B4F3BA" w14:textId="77777777" w:rsidR="000F6D45" w:rsidRDefault="00746594">
      <w:r>
        <w:t>€ 2.215,– por pessoa em apto. duplo</w:t>
      </w:r>
    </w:p>
    <w:p w14:paraId="10F6E7D6" w14:textId="77777777" w:rsidR="000F6D45" w:rsidRDefault="00746594">
      <w:r>
        <w:t>€ 960,– suplemento individual</w:t>
      </w:r>
    </w:p>
    <w:p w14:paraId="6B28B83C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 xml:space="preserve">5% </w:t>
      </w:r>
      <w:proofErr w:type="spellStart"/>
      <w:r w:rsidRPr="00F624E3">
        <w:rPr>
          <w:lang w:val="es-ES"/>
        </w:rPr>
        <w:t>desconto</w:t>
      </w:r>
      <w:proofErr w:type="spellEnd"/>
      <w:r w:rsidRPr="00F624E3">
        <w:rPr>
          <w:lang w:val="es-ES"/>
        </w:rPr>
        <w:t xml:space="preserve"> para o </w:t>
      </w:r>
      <w:proofErr w:type="spellStart"/>
      <w:r w:rsidRPr="00F624E3">
        <w:rPr>
          <w:lang w:val="es-ES"/>
        </w:rPr>
        <w:t>terceiro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passageiro</w:t>
      </w:r>
      <w:proofErr w:type="spellEnd"/>
      <w:r w:rsidRPr="00F624E3">
        <w:rPr>
          <w:lang w:val="es-ES"/>
        </w:rPr>
        <w:t xml:space="preserve"> em </w:t>
      </w:r>
      <w:proofErr w:type="spellStart"/>
      <w:r w:rsidRPr="00F624E3">
        <w:rPr>
          <w:lang w:val="es-ES"/>
        </w:rPr>
        <w:t>quarto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+2 </w:t>
      </w:r>
      <w:proofErr w:type="spellStart"/>
      <w:r w:rsidRPr="00F624E3">
        <w:rPr>
          <w:lang w:val="es-ES"/>
        </w:rPr>
        <w:t>pessoas</w:t>
      </w:r>
      <w:proofErr w:type="spellEnd"/>
      <w:r w:rsidRPr="00F624E3">
        <w:rPr>
          <w:lang w:val="es-ES"/>
        </w:rPr>
        <w:t xml:space="preserve"> (QUARTO TRIPLO).</w:t>
      </w:r>
    </w:p>
    <w:p w14:paraId="1430B82E" w14:textId="77777777" w:rsidR="000F6D45" w:rsidRPr="00F624E3" w:rsidRDefault="000F6D45">
      <w:pPr>
        <w:rPr>
          <w:lang w:val="es-ES"/>
        </w:rPr>
      </w:pPr>
    </w:p>
    <w:p w14:paraId="2C168338" w14:textId="77777777" w:rsidR="000F6D45" w:rsidRPr="00F624E3" w:rsidRDefault="00746594">
      <w:pPr>
        <w:pStyle w:val="Ttulo2"/>
        <w:rPr>
          <w:lang w:val="es-ES"/>
        </w:rPr>
      </w:pPr>
      <w:r w:rsidRPr="00F624E3">
        <w:rPr>
          <w:b w:val="0"/>
          <w:lang w:val="es-ES"/>
        </w:rPr>
        <w:lastRenderedPageBreak/>
        <w:t>ITINERÁRIO</w:t>
      </w:r>
    </w:p>
    <w:p w14:paraId="76B4D242" w14:textId="77777777" w:rsidR="000F6D45" w:rsidRPr="00F624E3" w:rsidRDefault="00746594">
      <w:pPr>
        <w:rPr>
          <w:lang w:val="es-ES"/>
        </w:rPr>
      </w:pPr>
      <w:r w:rsidRPr="00F624E3">
        <w:rPr>
          <w:b/>
          <w:lang w:val="es-ES"/>
        </w:rPr>
        <w:t>DIA 1 SEX VIENA</w:t>
      </w:r>
    </w:p>
    <w:p w14:paraId="11F322CB" w14:textId="77777777" w:rsidR="000F6D45" w:rsidRPr="00F624E3" w:rsidRDefault="00746594">
      <w:pPr>
        <w:rPr>
          <w:lang w:val="es-ES"/>
        </w:rPr>
      </w:pPr>
      <w:proofErr w:type="spellStart"/>
      <w:r w:rsidRPr="00F624E3">
        <w:rPr>
          <w:lang w:val="es-ES"/>
        </w:rPr>
        <w:t>Chegada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ao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aeropor</w:t>
      </w:r>
      <w:r w:rsidRPr="00F624E3">
        <w:rPr>
          <w:lang w:val="es-ES"/>
        </w:rPr>
        <w:t>to</w:t>
      </w:r>
      <w:proofErr w:type="spellEnd"/>
      <w:r w:rsidRPr="00F624E3">
        <w:rPr>
          <w:lang w:val="es-ES"/>
        </w:rPr>
        <w:t xml:space="preserve"> de Viena </w:t>
      </w:r>
      <w:proofErr w:type="gramStart"/>
      <w:r w:rsidRPr="00F624E3">
        <w:rPr>
          <w:lang w:val="es-ES"/>
        </w:rPr>
        <w:t>e</w:t>
      </w:r>
      <w:proofErr w:type="gramEnd"/>
      <w:r w:rsidRPr="00F624E3">
        <w:rPr>
          <w:lang w:val="es-ES"/>
        </w:rPr>
        <w:t xml:space="preserve"> traslado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o </w:t>
      </w:r>
      <w:proofErr w:type="spellStart"/>
      <w:r w:rsidRPr="00F624E3">
        <w:rPr>
          <w:lang w:val="es-ES"/>
        </w:rPr>
        <w:t>nosso</w:t>
      </w:r>
      <w:proofErr w:type="spellEnd"/>
      <w:r w:rsidRPr="00F624E3">
        <w:rPr>
          <w:lang w:val="es-ES"/>
        </w:rPr>
        <w:t xml:space="preserve"> motorista para o </w:t>
      </w:r>
      <w:proofErr w:type="spellStart"/>
      <w:r w:rsidRPr="00F624E3">
        <w:rPr>
          <w:lang w:val="es-ES"/>
        </w:rPr>
        <w:t>seu</w:t>
      </w:r>
      <w:proofErr w:type="spellEnd"/>
      <w:r w:rsidRPr="00F624E3">
        <w:rPr>
          <w:lang w:val="es-ES"/>
        </w:rPr>
        <w:t xml:space="preserve"> hotel. À </w:t>
      </w:r>
      <w:proofErr w:type="spellStart"/>
      <w:r w:rsidRPr="00F624E3">
        <w:rPr>
          <w:lang w:val="es-ES"/>
        </w:rPr>
        <w:t>noite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encontro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os </w:t>
      </w:r>
      <w:proofErr w:type="spellStart"/>
      <w:r w:rsidRPr="00F624E3">
        <w:rPr>
          <w:lang w:val="es-ES"/>
        </w:rPr>
        <w:t>seus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companheiros</w:t>
      </w:r>
      <w:proofErr w:type="spellEnd"/>
      <w:r w:rsidRPr="00F624E3">
        <w:rPr>
          <w:lang w:val="es-ES"/>
        </w:rPr>
        <w:t xml:space="preserve"> de </w:t>
      </w:r>
      <w:proofErr w:type="spellStart"/>
      <w:r w:rsidRPr="00F624E3">
        <w:rPr>
          <w:lang w:val="es-ES"/>
        </w:rPr>
        <w:t>viagem</w:t>
      </w:r>
      <w:proofErr w:type="spellEnd"/>
      <w:r w:rsidRPr="00F624E3">
        <w:rPr>
          <w:lang w:val="es-ES"/>
        </w:rPr>
        <w:t xml:space="preserve"> em </w:t>
      </w:r>
      <w:proofErr w:type="spellStart"/>
      <w:r w:rsidRPr="00F624E3">
        <w:rPr>
          <w:lang w:val="es-ES"/>
        </w:rPr>
        <w:t>um</w:t>
      </w:r>
      <w:proofErr w:type="spellEnd"/>
      <w:r w:rsidRPr="00F624E3">
        <w:rPr>
          <w:lang w:val="es-ES"/>
        </w:rPr>
        <w:t xml:space="preserve"> típico </w:t>
      </w:r>
      <w:proofErr w:type="spellStart"/>
      <w:r w:rsidRPr="00F624E3">
        <w:rPr>
          <w:lang w:val="es-ES"/>
        </w:rPr>
        <w:t>jantar</w:t>
      </w:r>
      <w:proofErr w:type="spellEnd"/>
      <w:r w:rsidRPr="00F624E3">
        <w:rPr>
          <w:lang w:val="es-ES"/>
        </w:rPr>
        <w:t xml:space="preserve"> de boas-</w:t>
      </w:r>
      <w:proofErr w:type="spellStart"/>
      <w:r w:rsidRPr="00F624E3">
        <w:rPr>
          <w:lang w:val="es-ES"/>
        </w:rPr>
        <w:t>vindas</w:t>
      </w:r>
      <w:proofErr w:type="spellEnd"/>
      <w:r w:rsidRPr="00F624E3">
        <w:rPr>
          <w:lang w:val="es-ES"/>
        </w:rPr>
        <w:t xml:space="preserve"> austríaco no famoso Restaurante </w:t>
      </w:r>
      <w:proofErr w:type="spellStart"/>
      <w:r w:rsidRPr="00F624E3">
        <w:rPr>
          <w:lang w:val="es-ES"/>
        </w:rPr>
        <w:t>Marchfelderhof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conhecido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além</w:t>
      </w:r>
      <w:proofErr w:type="spellEnd"/>
      <w:r w:rsidRPr="00F624E3">
        <w:rPr>
          <w:lang w:val="es-ES"/>
        </w:rPr>
        <w:t xml:space="preserve"> das </w:t>
      </w:r>
      <w:proofErr w:type="spellStart"/>
      <w:r w:rsidRPr="00F624E3">
        <w:rPr>
          <w:lang w:val="es-ES"/>
        </w:rPr>
        <w:t>fronteiras</w:t>
      </w:r>
      <w:proofErr w:type="spellEnd"/>
      <w:r w:rsidRPr="00F624E3">
        <w:rPr>
          <w:lang w:val="es-ES"/>
        </w:rPr>
        <w:t xml:space="preserve"> do país. </w:t>
      </w:r>
      <w:proofErr w:type="spellStart"/>
      <w:r w:rsidRPr="00F624E3">
        <w:rPr>
          <w:lang w:val="es-ES"/>
        </w:rPr>
        <w:t>Neste</w:t>
      </w:r>
      <w:proofErr w:type="spellEnd"/>
      <w:r w:rsidRPr="00F624E3">
        <w:rPr>
          <w:lang w:val="es-ES"/>
        </w:rPr>
        <w:t xml:space="preserve"> ambiente </w:t>
      </w:r>
      <w:proofErr w:type="spellStart"/>
      <w:r w:rsidRPr="00F624E3">
        <w:rPr>
          <w:lang w:val="es-ES"/>
        </w:rPr>
        <w:t>ver</w:t>
      </w:r>
      <w:r w:rsidRPr="00F624E3">
        <w:rPr>
          <w:lang w:val="es-ES"/>
        </w:rPr>
        <w:t>dadeiramente</w:t>
      </w:r>
      <w:proofErr w:type="spellEnd"/>
      <w:r w:rsidRPr="00F624E3">
        <w:rPr>
          <w:lang w:val="es-ES"/>
        </w:rPr>
        <w:t xml:space="preserve"> único, </w:t>
      </w:r>
      <w:proofErr w:type="spellStart"/>
      <w:r w:rsidRPr="00F624E3">
        <w:rPr>
          <w:lang w:val="es-ES"/>
        </w:rPr>
        <w:t>você</w:t>
      </w:r>
      <w:proofErr w:type="spellEnd"/>
      <w:r w:rsidRPr="00F624E3">
        <w:rPr>
          <w:lang w:val="es-ES"/>
        </w:rPr>
        <w:t xml:space="preserve"> logo </w:t>
      </w:r>
      <w:proofErr w:type="spellStart"/>
      <w:r w:rsidRPr="00F624E3">
        <w:rPr>
          <w:lang w:val="es-ES"/>
        </w:rPr>
        <w:t>terá</w:t>
      </w:r>
      <w:proofErr w:type="spellEnd"/>
      <w:r w:rsidRPr="00F624E3">
        <w:rPr>
          <w:lang w:val="es-ES"/>
        </w:rPr>
        <w:t xml:space="preserve"> a </w:t>
      </w:r>
      <w:proofErr w:type="spellStart"/>
      <w:r w:rsidRPr="00F624E3">
        <w:rPr>
          <w:lang w:val="es-ES"/>
        </w:rPr>
        <w:t>sensação</w:t>
      </w:r>
      <w:proofErr w:type="spellEnd"/>
      <w:r w:rsidRPr="00F624E3">
        <w:rPr>
          <w:lang w:val="es-ES"/>
        </w:rPr>
        <w:t xml:space="preserve"> de que a </w:t>
      </w:r>
      <w:proofErr w:type="spellStart"/>
      <w:r w:rsidRPr="00F624E3">
        <w:rPr>
          <w:lang w:val="es-ES"/>
        </w:rPr>
        <w:t>Imperatriz</w:t>
      </w:r>
      <w:proofErr w:type="spellEnd"/>
      <w:r w:rsidRPr="00F624E3">
        <w:rPr>
          <w:lang w:val="es-ES"/>
        </w:rPr>
        <w:t xml:space="preserve"> Sissi está sentada </w:t>
      </w:r>
      <w:proofErr w:type="spellStart"/>
      <w:r w:rsidRPr="00F624E3">
        <w:rPr>
          <w:lang w:val="es-ES"/>
        </w:rPr>
        <w:t>ao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seu</w:t>
      </w:r>
      <w:proofErr w:type="spellEnd"/>
      <w:r w:rsidRPr="00F624E3">
        <w:rPr>
          <w:lang w:val="es-ES"/>
        </w:rPr>
        <w:t xml:space="preserve"> lado à mesa. Claro, </w:t>
      </w:r>
      <w:proofErr w:type="gramStart"/>
      <w:r w:rsidRPr="00F624E3">
        <w:rPr>
          <w:lang w:val="es-ES"/>
        </w:rPr>
        <w:t>as bebidas</w:t>
      </w:r>
      <w:proofErr w:type="gram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também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estão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incluídas</w:t>
      </w:r>
      <w:proofErr w:type="spellEnd"/>
      <w:r w:rsidRPr="00F624E3">
        <w:rPr>
          <w:lang w:val="es-ES"/>
        </w:rPr>
        <w:t>.</w:t>
      </w:r>
    </w:p>
    <w:p w14:paraId="378A801E" w14:textId="77777777" w:rsidR="000F6D45" w:rsidRPr="00F624E3" w:rsidRDefault="000F6D45">
      <w:pPr>
        <w:rPr>
          <w:lang w:val="es-ES"/>
        </w:rPr>
      </w:pPr>
    </w:p>
    <w:p w14:paraId="5761C57B" w14:textId="77777777" w:rsidR="000F6D45" w:rsidRPr="00F624E3" w:rsidRDefault="00746594">
      <w:pPr>
        <w:rPr>
          <w:lang w:val="es-ES"/>
        </w:rPr>
      </w:pPr>
      <w:r w:rsidRPr="00F624E3">
        <w:rPr>
          <w:b/>
          <w:lang w:val="es-ES"/>
        </w:rPr>
        <w:t>DIA 2 SAB VIENA</w:t>
      </w:r>
    </w:p>
    <w:p w14:paraId="5CE1DD91" w14:textId="77777777" w:rsidR="000F6D45" w:rsidRPr="00F624E3" w:rsidRDefault="00746594">
      <w:pPr>
        <w:rPr>
          <w:lang w:val="es-ES"/>
        </w:rPr>
      </w:pPr>
      <w:proofErr w:type="spellStart"/>
      <w:r w:rsidRPr="00F624E3">
        <w:rPr>
          <w:lang w:val="es-ES"/>
        </w:rPr>
        <w:t>Após</w:t>
      </w:r>
      <w:proofErr w:type="spellEnd"/>
      <w:r w:rsidRPr="00F624E3">
        <w:rPr>
          <w:lang w:val="es-ES"/>
        </w:rPr>
        <w:t xml:space="preserve"> o café da </w:t>
      </w:r>
      <w:proofErr w:type="spellStart"/>
      <w:r w:rsidRPr="00F624E3">
        <w:rPr>
          <w:lang w:val="es-ES"/>
        </w:rPr>
        <w:t>manhã</w:t>
      </w:r>
      <w:proofErr w:type="spellEnd"/>
      <w:r w:rsidRPr="00F624E3">
        <w:rPr>
          <w:lang w:val="es-ES"/>
        </w:rPr>
        <w:t xml:space="preserve">, visita </w:t>
      </w:r>
      <w:proofErr w:type="spellStart"/>
      <w:r w:rsidRPr="00F624E3">
        <w:rPr>
          <w:lang w:val="es-ES"/>
        </w:rPr>
        <w:t>panorâmica</w:t>
      </w:r>
      <w:proofErr w:type="spellEnd"/>
      <w:r w:rsidRPr="00F624E3">
        <w:rPr>
          <w:lang w:val="es-ES"/>
        </w:rPr>
        <w:t xml:space="preserve"> à </w:t>
      </w:r>
      <w:proofErr w:type="spellStart"/>
      <w:r w:rsidRPr="00F624E3">
        <w:rPr>
          <w:lang w:val="es-ES"/>
        </w:rPr>
        <w:t>cidade</w:t>
      </w:r>
      <w:proofErr w:type="spellEnd"/>
      <w:r w:rsidRPr="00F624E3">
        <w:rPr>
          <w:lang w:val="es-ES"/>
        </w:rPr>
        <w:t xml:space="preserve">, que </w:t>
      </w:r>
      <w:proofErr w:type="spellStart"/>
      <w:r w:rsidRPr="00F624E3">
        <w:rPr>
          <w:lang w:val="es-ES"/>
        </w:rPr>
        <w:t>oferece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uma</w:t>
      </w:r>
      <w:proofErr w:type="spellEnd"/>
      <w:r w:rsidRPr="00F624E3">
        <w:rPr>
          <w:lang w:val="es-ES"/>
        </w:rPr>
        <w:t xml:space="preserve"> excelente </w:t>
      </w:r>
      <w:proofErr w:type="spellStart"/>
      <w:r w:rsidRPr="00F624E3">
        <w:rPr>
          <w:lang w:val="es-ES"/>
        </w:rPr>
        <w:t>visão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geral</w:t>
      </w:r>
      <w:proofErr w:type="spellEnd"/>
      <w:r w:rsidRPr="00F624E3">
        <w:rPr>
          <w:lang w:val="es-ES"/>
        </w:rPr>
        <w:t xml:space="preserve"> </w:t>
      </w:r>
      <w:r w:rsidRPr="00F624E3">
        <w:rPr>
          <w:lang w:val="es-ES"/>
        </w:rPr>
        <w:t xml:space="preserve">dos diversos </w:t>
      </w:r>
      <w:proofErr w:type="spellStart"/>
      <w:r w:rsidRPr="00F624E3">
        <w:rPr>
          <w:lang w:val="es-ES"/>
        </w:rPr>
        <w:t>locais</w:t>
      </w:r>
      <w:proofErr w:type="spellEnd"/>
      <w:r w:rsidRPr="00F624E3">
        <w:rPr>
          <w:lang w:val="es-ES"/>
        </w:rPr>
        <w:t xml:space="preserve"> de </w:t>
      </w:r>
      <w:proofErr w:type="spellStart"/>
      <w:r w:rsidRPr="00F624E3">
        <w:rPr>
          <w:lang w:val="es-ES"/>
        </w:rPr>
        <w:t>interesse</w:t>
      </w:r>
      <w:proofErr w:type="spellEnd"/>
      <w:r w:rsidRPr="00F624E3">
        <w:rPr>
          <w:lang w:val="es-ES"/>
        </w:rPr>
        <w:t xml:space="preserve"> de Viena. O aroma da </w:t>
      </w:r>
      <w:proofErr w:type="spellStart"/>
      <w:r w:rsidRPr="00F624E3">
        <w:rPr>
          <w:lang w:val="es-ES"/>
        </w:rPr>
        <w:t>pastelaria</w:t>
      </w:r>
      <w:proofErr w:type="spellEnd"/>
      <w:r w:rsidRPr="00F624E3">
        <w:rPr>
          <w:lang w:val="es-ES"/>
        </w:rPr>
        <w:t xml:space="preserve"> de Natal, do </w:t>
      </w:r>
      <w:proofErr w:type="spellStart"/>
      <w:r w:rsidRPr="00F624E3">
        <w:rPr>
          <w:lang w:val="es-ES"/>
        </w:rPr>
        <w:t>vinho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quente</w:t>
      </w:r>
      <w:proofErr w:type="spellEnd"/>
      <w:r w:rsidRPr="00F624E3">
        <w:rPr>
          <w:lang w:val="es-ES"/>
        </w:rPr>
        <w:t xml:space="preserve"> e das </w:t>
      </w:r>
      <w:proofErr w:type="spellStart"/>
      <w:r w:rsidRPr="00F624E3">
        <w:rPr>
          <w:lang w:val="es-ES"/>
        </w:rPr>
        <w:t>amêndoas</w:t>
      </w:r>
      <w:proofErr w:type="spellEnd"/>
      <w:r w:rsidRPr="00F624E3">
        <w:rPr>
          <w:lang w:val="es-ES"/>
        </w:rPr>
        <w:t xml:space="preserve"> torradas </w:t>
      </w:r>
      <w:proofErr w:type="spellStart"/>
      <w:r w:rsidRPr="00F624E3">
        <w:rPr>
          <w:lang w:val="es-ES"/>
        </w:rPr>
        <w:t>preenche</w:t>
      </w:r>
      <w:proofErr w:type="spellEnd"/>
      <w:r w:rsidRPr="00F624E3">
        <w:rPr>
          <w:lang w:val="es-ES"/>
        </w:rPr>
        <w:t xml:space="preserve"> o ar. O centro </w:t>
      </w:r>
      <w:proofErr w:type="spellStart"/>
      <w:r w:rsidRPr="00F624E3">
        <w:rPr>
          <w:lang w:val="es-ES"/>
        </w:rPr>
        <w:t>antigo</w:t>
      </w:r>
      <w:proofErr w:type="spellEnd"/>
      <w:r w:rsidRPr="00F624E3">
        <w:rPr>
          <w:lang w:val="es-ES"/>
        </w:rPr>
        <w:t xml:space="preserve"> e as </w:t>
      </w:r>
      <w:proofErr w:type="spellStart"/>
      <w:r w:rsidRPr="00F624E3">
        <w:rPr>
          <w:lang w:val="es-ES"/>
        </w:rPr>
        <w:t>ruas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comerciais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são</w:t>
      </w:r>
      <w:proofErr w:type="spellEnd"/>
      <w:r w:rsidRPr="00F624E3">
        <w:rPr>
          <w:lang w:val="es-ES"/>
        </w:rPr>
        <w:t xml:space="preserve"> decoradas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luzes</w:t>
      </w:r>
      <w:proofErr w:type="spellEnd"/>
      <w:r w:rsidRPr="00F624E3">
        <w:rPr>
          <w:lang w:val="es-ES"/>
        </w:rPr>
        <w:t xml:space="preserve"> festivas </w:t>
      </w:r>
      <w:proofErr w:type="spellStart"/>
      <w:r w:rsidRPr="00F624E3">
        <w:rPr>
          <w:lang w:val="es-ES"/>
        </w:rPr>
        <w:t>trazendo</w:t>
      </w:r>
      <w:proofErr w:type="spellEnd"/>
      <w:r w:rsidRPr="00F624E3">
        <w:rPr>
          <w:lang w:val="es-ES"/>
        </w:rPr>
        <w:t xml:space="preserve"> para a </w:t>
      </w:r>
      <w:proofErr w:type="spellStart"/>
      <w:r w:rsidRPr="00F624E3">
        <w:rPr>
          <w:lang w:val="es-ES"/>
        </w:rPr>
        <w:t>cidade</w:t>
      </w:r>
      <w:proofErr w:type="spellEnd"/>
      <w:r w:rsidRPr="00F624E3">
        <w:rPr>
          <w:lang w:val="es-ES"/>
        </w:rPr>
        <w:t xml:space="preserve"> o clima natalino. Visitaremos os </w:t>
      </w:r>
      <w:proofErr w:type="spellStart"/>
      <w:r w:rsidRPr="00F624E3">
        <w:rPr>
          <w:lang w:val="es-ES"/>
        </w:rPr>
        <w:t>jardins</w:t>
      </w:r>
      <w:proofErr w:type="spellEnd"/>
      <w:r w:rsidRPr="00F624E3">
        <w:rPr>
          <w:lang w:val="es-ES"/>
        </w:rPr>
        <w:t xml:space="preserve"> do histórico </w:t>
      </w:r>
      <w:proofErr w:type="spellStart"/>
      <w:r w:rsidRPr="00F624E3">
        <w:rPr>
          <w:lang w:val="es-ES"/>
        </w:rPr>
        <w:t>Palácio</w:t>
      </w:r>
      <w:proofErr w:type="spellEnd"/>
      <w:r w:rsidRPr="00F624E3">
        <w:rPr>
          <w:lang w:val="es-ES"/>
        </w:rPr>
        <w:t xml:space="preserve"> Belvedere, </w:t>
      </w:r>
      <w:proofErr w:type="spellStart"/>
      <w:r w:rsidRPr="00F624E3">
        <w:rPr>
          <w:lang w:val="es-ES"/>
        </w:rPr>
        <w:t>antigo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palácio</w:t>
      </w:r>
      <w:proofErr w:type="spellEnd"/>
      <w:r w:rsidRPr="00F624E3">
        <w:rPr>
          <w:lang w:val="es-ES"/>
        </w:rPr>
        <w:t xml:space="preserve"> de </w:t>
      </w:r>
      <w:proofErr w:type="spellStart"/>
      <w:r w:rsidRPr="00F624E3">
        <w:rPr>
          <w:lang w:val="es-ES"/>
        </w:rPr>
        <w:t>verão</w:t>
      </w:r>
      <w:proofErr w:type="spellEnd"/>
      <w:r w:rsidRPr="00F624E3">
        <w:rPr>
          <w:lang w:val="es-ES"/>
        </w:rPr>
        <w:t xml:space="preserve"> do Príncipe </w:t>
      </w:r>
      <w:proofErr w:type="spellStart"/>
      <w:r w:rsidRPr="00F624E3">
        <w:rPr>
          <w:lang w:val="es-ES"/>
        </w:rPr>
        <w:t>Eugênio</w:t>
      </w:r>
      <w:proofErr w:type="spellEnd"/>
      <w:r w:rsidRPr="00F624E3">
        <w:rPr>
          <w:lang w:val="es-ES"/>
        </w:rPr>
        <w:t xml:space="preserve"> de </w:t>
      </w:r>
      <w:proofErr w:type="spellStart"/>
      <w:r w:rsidRPr="00F624E3">
        <w:rPr>
          <w:lang w:val="es-ES"/>
        </w:rPr>
        <w:t>Savoia</w:t>
      </w:r>
      <w:proofErr w:type="spellEnd"/>
      <w:r w:rsidRPr="00F624E3">
        <w:rPr>
          <w:lang w:val="es-ES"/>
        </w:rPr>
        <w:t xml:space="preserve">. Apreciaremos a magnífica vista da </w:t>
      </w:r>
      <w:proofErr w:type="spellStart"/>
      <w:r w:rsidRPr="00F624E3">
        <w:rPr>
          <w:lang w:val="es-ES"/>
        </w:rPr>
        <w:t>cidade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imortalizada</w:t>
      </w:r>
      <w:proofErr w:type="spellEnd"/>
      <w:r w:rsidRPr="00F624E3">
        <w:rPr>
          <w:lang w:val="es-ES"/>
        </w:rPr>
        <w:t xml:space="preserve"> pelo artista Giovanni Antonio Canal em </w:t>
      </w:r>
      <w:proofErr w:type="spellStart"/>
      <w:r w:rsidRPr="00F624E3">
        <w:rPr>
          <w:lang w:val="es-ES"/>
        </w:rPr>
        <w:t>suas</w:t>
      </w:r>
      <w:proofErr w:type="spellEnd"/>
      <w:r w:rsidRPr="00F624E3">
        <w:rPr>
          <w:lang w:val="es-ES"/>
        </w:rPr>
        <w:t xml:space="preserve"> pinturas de Viena. Continuaremos pela </w:t>
      </w:r>
      <w:proofErr w:type="spellStart"/>
      <w:r w:rsidRPr="00F624E3">
        <w:rPr>
          <w:lang w:val="es-ES"/>
        </w:rPr>
        <w:t>Ringstrasse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seus</w:t>
      </w:r>
      <w:proofErr w:type="spellEnd"/>
      <w:r w:rsidRPr="00F624E3">
        <w:rPr>
          <w:lang w:val="es-ES"/>
        </w:rPr>
        <w:t xml:space="preserve"> ma</w:t>
      </w:r>
      <w:r w:rsidRPr="00F624E3">
        <w:rPr>
          <w:lang w:val="es-ES"/>
        </w:rPr>
        <w:t xml:space="preserve">gníficos </w:t>
      </w:r>
      <w:proofErr w:type="spellStart"/>
      <w:r w:rsidRPr="00F624E3">
        <w:rPr>
          <w:lang w:val="es-ES"/>
        </w:rPr>
        <w:t>edifícios</w:t>
      </w:r>
      <w:proofErr w:type="spellEnd"/>
      <w:r w:rsidRPr="00F624E3">
        <w:rPr>
          <w:lang w:val="es-ES"/>
        </w:rPr>
        <w:t xml:space="preserve">, como a Ópera Estatal, o </w:t>
      </w:r>
      <w:proofErr w:type="spellStart"/>
      <w:r w:rsidRPr="00F624E3">
        <w:rPr>
          <w:lang w:val="es-ES"/>
        </w:rPr>
        <w:t>Museu</w:t>
      </w:r>
      <w:proofErr w:type="spellEnd"/>
      <w:r w:rsidRPr="00F624E3">
        <w:rPr>
          <w:lang w:val="es-ES"/>
        </w:rPr>
        <w:t xml:space="preserve"> de </w:t>
      </w:r>
      <w:proofErr w:type="spellStart"/>
      <w:r w:rsidRPr="00F624E3">
        <w:rPr>
          <w:lang w:val="es-ES"/>
        </w:rPr>
        <w:t>História</w:t>
      </w:r>
      <w:proofErr w:type="spellEnd"/>
      <w:r w:rsidRPr="00F624E3">
        <w:rPr>
          <w:lang w:val="es-ES"/>
        </w:rPr>
        <w:t xml:space="preserve"> da Arte e </w:t>
      </w:r>
      <w:proofErr w:type="spellStart"/>
      <w:r w:rsidRPr="00F624E3">
        <w:rPr>
          <w:lang w:val="es-ES"/>
        </w:rPr>
        <w:t>História</w:t>
      </w:r>
      <w:proofErr w:type="spellEnd"/>
      <w:r w:rsidRPr="00F624E3">
        <w:rPr>
          <w:lang w:val="es-ES"/>
        </w:rPr>
        <w:t xml:space="preserve"> Natural, Monumento a Maria Theresa, Parlamento Austríaco, </w:t>
      </w:r>
      <w:proofErr w:type="spellStart"/>
      <w:r w:rsidRPr="00F624E3">
        <w:rPr>
          <w:lang w:val="es-ES"/>
        </w:rPr>
        <w:t>Prefeitura</w:t>
      </w:r>
      <w:proofErr w:type="spellEnd"/>
      <w:r w:rsidRPr="00F624E3">
        <w:rPr>
          <w:lang w:val="es-ES"/>
        </w:rPr>
        <w:t xml:space="preserve"> de Viena, Teatro Nacional e </w:t>
      </w:r>
      <w:proofErr w:type="spellStart"/>
      <w:r w:rsidRPr="00F624E3">
        <w:rPr>
          <w:lang w:val="es-ES"/>
        </w:rPr>
        <w:t>Hofburg</w:t>
      </w:r>
      <w:proofErr w:type="spellEnd"/>
      <w:r w:rsidRPr="00F624E3">
        <w:rPr>
          <w:lang w:val="es-ES"/>
        </w:rPr>
        <w:t xml:space="preserve">, sede do </w:t>
      </w:r>
      <w:proofErr w:type="spellStart"/>
      <w:r w:rsidRPr="00F624E3">
        <w:rPr>
          <w:lang w:val="es-ES"/>
        </w:rPr>
        <w:t>nosso</w:t>
      </w:r>
      <w:proofErr w:type="spellEnd"/>
      <w:r w:rsidRPr="00F624E3">
        <w:rPr>
          <w:lang w:val="es-ES"/>
        </w:rPr>
        <w:t xml:space="preserve"> presidente federal. </w:t>
      </w:r>
      <w:proofErr w:type="spellStart"/>
      <w:r w:rsidRPr="00F624E3">
        <w:rPr>
          <w:lang w:val="es-ES"/>
        </w:rPr>
        <w:t>Passearemos</w:t>
      </w:r>
      <w:proofErr w:type="spellEnd"/>
      <w:r w:rsidRPr="00F624E3">
        <w:rPr>
          <w:lang w:val="es-ES"/>
        </w:rPr>
        <w:t xml:space="preserve"> pelas </w:t>
      </w:r>
      <w:proofErr w:type="spellStart"/>
      <w:r w:rsidRPr="00F624E3">
        <w:rPr>
          <w:lang w:val="es-ES"/>
        </w:rPr>
        <w:t>pequenas</w:t>
      </w:r>
      <w:proofErr w:type="spellEnd"/>
      <w:r w:rsidRPr="00F624E3">
        <w:rPr>
          <w:lang w:val="es-ES"/>
        </w:rPr>
        <w:t xml:space="preserve"> e idílic</w:t>
      </w:r>
      <w:r w:rsidRPr="00F624E3">
        <w:rPr>
          <w:lang w:val="es-ES"/>
        </w:rPr>
        <w:t xml:space="preserve">as </w:t>
      </w:r>
      <w:proofErr w:type="spellStart"/>
      <w:r w:rsidRPr="00F624E3">
        <w:rPr>
          <w:lang w:val="es-ES"/>
        </w:rPr>
        <w:t>ruas</w:t>
      </w:r>
      <w:proofErr w:type="spellEnd"/>
      <w:r w:rsidRPr="00F624E3">
        <w:rPr>
          <w:lang w:val="es-ES"/>
        </w:rPr>
        <w:t xml:space="preserve"> do centro histórico de Viena </w:t>
      </w:r>
      <w:proofErr w:type="gramStart"/>
      <w:r w:rsidRPr="00F624E3">
        <w:rPr>
          <w:lang w:val="es-ES"/>
        </w:rPr>
        <w:t>e</w:t>
      </w:r>
      <w:proofErr w:type="gramEnd"/>
      <w:r w:rsidRPr="00F624E3">
        <w:rPr>
          <w:lang w:val="es-ES"/>
        </w:rPr>
        <w:t xml:space="preserve"> visitaremos o interior da Catedral de Santo Estêvão, a </w:t>
      </w:r>
      <w:proofErr w:type="spellStart"/>
      <w:r w:rsidRPr="00F624E3">
        <w:rPr>
          <w:lang w:val="es-ES"/>
        </w:rPr>
        <w:t>maior</w:t>
      </w:r>
      <w:proofErr w:type="spellEnd"/>
      <w:r w:rsidRPr="00F624E3">
        <w:rPr>
          <w:lang w:val="es-ES"/>
        </w:rPr>
        <w:t xml:space="preserve"> da </w:t>
      </w:r>
      <w:proofErr w:type="spellStart"/>
      <w:r w:rsidRPr="00F624E3">
        <w:rPr>
          <w:lang w:val="es-ES"/>
        </w:rPr>
        <w:t>cidade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Passaremos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também</w:t>
      </w:r>
      <w:proofErr w:type="spellEnd"/>
      <w:r w:rsidRPr="00F624E3">
        <w:rPr>
          <w:lang w:val="es-ES"/>
        </w:rPr>
        <w:t xml:space="preserve"> pelo </w:t>
      </w:r>
      <w:proofErr w:type="spellStart"/>
      <w:r w:rsidRPr="00F624E3">
        <w:rPr>
          <w:lang w:val="es-ES"/>
        </w:rPr>
        <w:t>Relógio</w:t>
      </w:r>
      <w:proofErr w:type="spellEnd"/>
      <w:r w:rsidRPr="00F624E3">
        <w:rPr>
          <w:lang w:val="es-ES"/>
        </w:rPr>
        <w:t xml:space="preserve"> Anker e </w:t>
      </w:r>
      <w:proofErr w:type="spellStart"/>
      <w:r w:rsidRPr="00F624E3">
        <w:rPr>
          <w:lang w:val="es-ES"/>
        </w:rPr>
        <w:t>bairro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judeu</w:t>
      </w:r>
      <w:proofErr w:type="spellEnd"/>
      <w:r w:rsidRPr="00F624E3">
        <w:rPr>
          <w:lang w:val="es-ES"/>
        </w:rPr>
        <w:t xml:space="preserve">. A seguir visitaremos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nosso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guia</w:t>
      </w:r>
      <w:proofErr w:type="spellEnd"/>
      <w:r w:rsidRPr="00F624E3">
        <w:rPr>
          <w:lang w:val="es-ES"/>
        </w:rPr>
        <w:t xml:space="preserve"> o </w:t>
      </w:r>
      <w:proofErr w:type="spellStart"/>
      <w:r w:rsidRPr="00F624E3">
        <w:rPr>
          <w:lang w:val="es-ES"/>
        </w:rPr>
        <w:t>mais</w:t>
      </w:r>
      <w:proofErr w:type="spellEnd"/>
      <w:r w:rsidRPr="00F624E3">
        <w:rPr>
          <w:lang w:val="es-ES"/>
        </w:rPr>
        <w:t xml:space="preserve"> famoso mercado de Natal, </w:t>
      </w:r>
      <w:proofErr w:type="spellStart"/>
      <w:r w:rsidRPr="00F624E3">
        <w:rPr>
          <w:lang w:val="es-ES"/>
        </w:rPr>
        <w:t>na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Rathausplatz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Na</w:t>
      </w:r>
      <w:proofErr w:type="spellEnd"/>
      <w:r w:rsidRPr="00F624E3">
        <w:rPr>
          <w:lang w:val="es-ES"/>
        </w:rPr>
        <w:t xml:space="preserve"> entr</w:t>
      </w:r>
      <w:r w:rsidRPr="00F624E3">
        <w:rPr>
          <w:lang w:val="es-ES"/>
        </w:rPr>
        <w:t xml:space="preserve">ada do Mercado de Natal de Viena, os visitantes </w:t>
      </w:r>
      <w:proofErr w:type="spellStart"/>
      <w:r w:rsidRPr="00F624E3">
        <w:rPr>
          <w:lang w:val="es-ES"/>
        </w:rPr>
        <w:t>são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recebidos</w:t>
      </w:r>
      <w:proofErr w:type="spellEnd"/>
      <w:r w:rsidRPr="00F624E3">
        <w:rPr>
          <w:lang w:val="es-ES"/>
        </w:rPr>
        <w:t xml:space="preserve"> por </w:t>
      </w:r>
      <w:proofErr w:type="spellStart"/>
      <w:r w:rsidRPr="00F624E3">
        <w:rPr>
          <w:lang w:val="es-ES"/>
        </w:rPr>
        <w:t>um</w:t>
      </w:r>
      <w:proofErr w:type="spellEnd"/>
      <w:r w:rsidRPr="00F624E3">
        <w:rPr>
          <w:lang w:val="es-ES"/>
        </w:rPr>
        <w:t xml:space="preserve"> arco de </w:t>
      </w:r>
      <w:proofErr w:type="spellStart"/>
      <w:r w:rsidRPr="00F624E3">
        <w:rPr>
          <w:lang w:val="es-ES"/>
        </w:rPr>
        <w:t>um</w:t>
      </w:r>
      <w:proofErr w:type="spellEnd"/>
      <w:r w:rsidRPr="00F624E3">
        <w:rPr>
          <w:lang w:val="es-ES"/>
        </w:rPr>
        <w:t xml:space="preserve"> metro de altura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velas. O tradicional mercado de Natal </w:t>
      </w:r>
      <w:proofErr w:type="spellStart"/>
      <w:r w:rsidRPr="00F624E3">
        <w:rPr>
          <w:lang w:val="es-ES"/>
        </w:rPr>
        <w:t>oferece</w:t>
      </w:r>
      <w:proofErr w:type="spellEnd"/>
      <w:r w:rsidRPr="00F624E3">
        <w:rPr>
          <w:lang w:val="es-ES"/>
        </w:rPr>
        <w:t xml:space="preserve"> presentes de Natal, </w:t>
      </w:r>
      <w:proofErr w:type="spellStart"/>
      <w:r w:rsidRPr="00F624E3">
        <w:rPr>
          <w:lang w:val="es-ES"/>
        </w:rPr>
        <w:t>enfeites</w:t>
      </w:r>
      <w:proofErr w:type="spellEnd"/>
      <w:r w:rsidRPr="00F624E3">
        <w:rPr>
          <w:lang w:val="es-ES"/>
        </w:rPr>
        <w:t xml:space="preserve"> para </w:t>
      </w:r>
      <w:proofErr w:type="spellStart"/>
      <w:r w:rsidRPr="00F624E3">
        <w:rPr>
          <w:lang w:val="es-ES"/>
        </w:rPr>
        <w:t>árvores</w:t>
      </w:r>
      <w:proofErr w:type="spellEnd"/>
      <w:r w:rsidRPr="00F624E3">
        <w:rPr>
          <w:lang w:val="es-ES"/>
        </w:rPr>
        <w:t xml:space="preserve"> de Natal, </w:t>
      </w:r>
      <w:proofErr w:type="spellStart"/>
      <w:r w:rsidRPr="00F624E3">
        <w:rPr>
          <w:lang w:val="es-ES"/>
        </w:rPr>
        <w:t>artesanato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delícias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culinárias</w:t>
      </w:r>
      <w:proofErr w:type="spellEnd"/>
      <w:r w:rsidRPr="00F624E3">
        <w:rPr>
          <w:lang w:val="es-ES"/>
        </w:rPr>
        <w:t xml:space="preserve">, doces </w:t>
      </w:r>
      <w:proofErr w:type="gramStart"/>
      <w:r w:rsidRPr="00F624E3">
        <w:rPr>
          <w:lang w:val="es-ES"/>
        </w:rPr>
        <w:t>e</w:t>
      </w:r>
      <w:proofErr w:type="gramEnd"/>
      <w:r w:rsidRPr="00F624E3">
        <w:rPr>
          <w:lang w:val="es-ES"/>
        </w:rPr>
        <w:t xml:space="preserve"> bebidas </w:t>
      </w:r>
      <w:proofErr w:type="spellStart"/>
      <w:r w:rsidRPr="00F624E3">
        <w:rPr>
          <w:lang w:val="es-ES"/>
        </w:rPr>
        <w:t>quentes</w:t>
      </w:r>
      <w:proofErr w:type="spellEnd"/>
      <w:r w:rsidRPr="00F624E3">
        <w:rPr>
          <w:lang w:val="es-ES"/>
        </w:rPr>
        <w:t xml:space="preserve">. </w:t>
      </w:r>
      <w:r w:rsidRPr="00F624E3">
        <w:rPr>
          <w:lang w:val="es-ES"/>
        </w:rPr>
        <w:t xml:space="preserve">O mercado de Natal conta </w:t>
      </w:r>
      <w:proofErr w:type="spellStart"/>
      <w:r w:rsidRPr="00F624E3">
        <w:rPr>
          <w:lang w:val="es-ES"/>
        </w:rPr>
        <w:t>ainda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um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carrossel</w:t>
      </w:r>
      <w:proofErr w:type="spellEnd"/>
      <w:r w:rsidRPr="00F624E3">
        <w:rPr>
          <w:lang w:val="es-ES"/>
        </w:rPr>
        <w:t xml:space="preserve"> de </w:t>
      </w:r>
      <w:proofErr w:type="spellStart"/>
      <w:r w:rsidRPr="00F624E3">
        <w:rPr>
          <w:lang w:val="es-ES"/>
        </w:rPr>
        <w:t>vários</w:t>
      </w:r>
      <w:proofErr w:type="spellEnd"/>
      <w:r w:rsidRPr="00F624E3">
        <w:rPr>
          <w:lang w:val="es-ES"/>
        </w:rPr>
        <w:t xml:space="preserve"> andares (12 metros de altura) e </w:t>
      </w:r>
      <w:proofErr w:type="spellStart"/>
      <w:r w:rsidRPr="00F624E3">
        <w:rPr>
          <w:lang w:val="es-ES"/>
        </w:rPr>
        <w:t>um</w:t>
      </w:r>
      <w:proofErr w:type="spellEnd"/>
      <w:r w:rsidRPr="00F624E3">
        <w:rPr>
          <w:lang w:val="es-ES"/>
        </w:rPr>
        <w:t xml:space="preserve"> mundo natalino no parque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trem</w:t>
      </w:r>
      <w:proofErr w:type="spellEnd"/>
      <w:r w:rsidRPr="00F624E3">
        <w:rPr>
          <w:lang w:val="es-ES"/>
        </w:rPr>
        <w:t xml:space="preserve"> de renas, rota de </w:t>
      </w:r>
      <w:proofErr w:type="spellStart"/>
      <w:r w:rsidRPr="00F624E3">
        <w:rPr>
          <w:lang w:val="es-ES"/>
        </w:rPr>
        <w:t>presépio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cabana</w:t>
      </w:r>
      <w:proofErr w:type="spellEnd"/>
      <w:r w:rsidRPr="00F624E3">
        <w:rPr>
          <w:lang w:val="es-ES"/>
        </w:rPr>
        <w:t xml:space="preserve"> para </w:t>
      </w:r>
      <w:proofErr w:type="spellStart"/>
      <w:r w:rsidRPr="00F624E3">
        <w:rPr>
          <w:lang w:val="es-ES"/>
        </w:rPr>
        <w:t>crianças</w:t>
      </w:r>
      <w:proofErr w:type="spellEnd"/>
      <w:r w:rsidRPr="00F624E3">
        <w:rPr>
          <w:lang w:val="es-ES"/>
        </w:rPr>
        <w:t xml:space="preserve"> e </w:t>
      </w:r>
      <w:proofErr w:type="spellStart"/>
      <w:r w:rsidRPr="00F624E3">
        <w:rPr>
          <w:lang w:val="es-ES"/>
        </w:rPr>
        <w:t>sua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própria</w:t>
      </w:r>
      <w:proofErr w:type="spellEnd"/>
      <w:r w:rsidRPr="00F624E3">
        <w:rPr>
          <w:lang w:val="es-ES"/>
        </w:rPr>
        <w:t xml:space="preserve"> pista de </w:t>
      </w:r>
      <w:proofErr w:type="spellStart"/>
      <w:r w:rsidRPr="00F624E3">
        <w:rPr>
          <w:lang w:val="es-ES"/>
        </w:rPr>
        <w:t>patinação</w:t>
      </w:r>
      <w:proofErr w:type="spellEnd"/>
      <w:r w:rsidRPr="00F624E3">
        <w:rPr>
          <w:lang w:val="es-ES"/>
        </w:rPr>
        <w:t xml:space="preserve"> sobre </w:t>
      </w:r>
      <w:proofErr w:type="spellStart"/>
      <w:r w:rsidRPr="00F624E3">
        <w:rPr>
          <w:lang w:val="es-ES"/>
        </w:rPr>
        <w:t>gelo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Gostaria</w:t>
      </w:r>
      <w:proofErr w:type="spellEnd"/>
      <w:r w:rsidRPr="00F624E3">
        <w:rPr>
          <w:lang w:val="es-ES"/>
        </w:rPr>
        <w:t xml:space="preserve"> de </w:t>
      </w:r>
      <w:proofErr w:type="spellStart"/>
      <w:r w:rsidRPr="00F624E3">
        <w:rPr>
          <w:lang w:val="es-ES"/>
        </w:rPr>
        <w:t>um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pouco</w:t>
      </w:r>
      <w:proofErr w:type="spellEnd"/>
      <w:r w:rsidRPr="00F624E3">
        <w:rPr>
          <w:lang w:val="es-ES"/>
        </w:rPr>
        <w:t xml:space="preserve"> de música </w:t>
      </w:r>
      <w:proofErr w:type="spellStart"/>
      <w:r w:rsidRPr="00F624E3">
        <w:rPr>
          <w:lang w:val="es-ES"/>
        </w:rPr>
        <w:t>depo</w:t>
      </w:r>
      <w:r w:rsidRPr="00F624E3">
        <w:rPr>
          <w:lang w:val="es-ES"/>
        </w:rPr>
        <w:t>is</w:t>
      </w:r>
      <w:proofErr w:type="spellEnd"/>
      <w:r w:rsidRPr="00F624E3">
        <w:rPr>
          <w:lang w:val="es-ES"/>
        </w:rPr>
        <w:t xml:space="preserve"> de desfrutar o ambiente natalino? Para a tarde </w:t>
      </w:r>
      <w:proofErr w:type="spellStart"/>
      <w:r w:rsidRPr="00F624E3">
        <w:rPr>
          <w:lang w:val="es-ES"/>
        </w:rPr>
        <w:t>oferecemos</w:t>
      </w:r>
      <w:proofErr w:type="spellEnd"/>
      <w:r w:rsidRPr="00F624E3">
        <w:rPr>
          <w:lang w:val="es-ES"/>
        </w:rPr>
        <w:t xml:space="preserve"> a </w:t>
      </w:r>
      <w:proofErr w:type="spellStart"/>
      <w:r w:rsidRPr="00F624E3">
        <w:rPr>
          <w:lang w:val="es-ES"/>
        </w:rPr>
        <w:t>possibilidade</w:t>
      </w:r>
      <w:proofErr w:type="spellEnd"/>
      <w:r w:rsidRPr="00F624E3">
        <w:rPr>
          <w:lang w:val="es-ES"/>
        </w:rPr>
        <w:t xml:space="preserve"> de apreciar </w:t>
      </w:r>
      <w:proofErr w:type="spellStart"/>
      <w:r w:rsidRPr="00F624E3">
        <w:rPr>
          <w:lang w:val="es-ES"/>
        </w:rPr>
        <w:t>um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concerto</w:t>
      </w:r>
      <w:proofErr w:type="spellEnd"/>
      <w:r w:rsidRPr="00F624E3">
        <w:rPr>
          <w:lang w:val="es-ES"/>
        </w:rPr>
        <w:t xml:space="preserve"> de música </w:t>
      </w:r>
      <w:proofErr w:type="spellStart"/>
      <w:r w:rsidRPr="00F624E3">
        <w:rPr>
          <w:lang w:val="es-ES"/>
        </w:rPr>
        <w:t>clássica</w:t>
      </w:r>
      <w:proofErr w:type="spellEnd"/>
      <w:r w:rsidRPr="00F624E3">
        <w:rPr>
          <w:lang w:val="es-ES"/>
        </w:rPr>
        <w:t xml:space="preserve"> (</w:t>
      </w:r>
      <w:proofErr w:type="spellStart"/>
      <w:r w:rsidRPr="00F624E3">
        <w:rPr>
          <w:lang w:val="es-ES"/>
        </w:rPr>
        <w:t>não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incluído</w:t>
      </w:r>
      <w:proofErr w:type="spellEnd"/>
      <w:r w:rsidRPr="00F624E3">
        <w:rPr>
          <w:lang w:val="es-ES"/>
        </w:rPr>
        <w:t>).</w:t>
      </w:r>
    </w:p>
    <w:p w14:paraId="5FFDF45E" w14:textId="77777777" w:rsidR="000F6D45" w:rsidRPr="00F624E3" w:rsidRDefault="000F6D45">
      <w:pPr>
        <w:rPr>
          <w:lang w:val="es-ES"/>
        </w:rPr>
      </w:pPr>
    </w:p>
    <w:p w14:paraId="2C949B2F" w14:textId="77777777" w:rsidR="000F6D45" w:rsidRPr="00F624E3" w:rsidRDefault="00746594">
      <w:pPr>
        <w:rPr>
          <w:lang w:val="es-ES"/>
        </w:rPr>
      </w:pPr>
      <w:r w:rsidRPr="00F624E3">
        <w:rPr>
          <w:b/>
          <w:lang w:val="es-ES"/>
        </w:rPr>
        <w:t>DIA 3 DOM VIENA - OBERNDORF - SALZBURGO</w:t>
      </w:r>
    </w:p>
    <w:p w14:paraId="5C12162A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 xml:space="preserve">Café da </w:t>
      </w:r>
      <w:proofErr w:type="spellStart"/>
      <w:r w:rsidRPr="00F624E3">
        <w:rPr>
          <w:lang w:val="es-ES"/>
        </w:rPr>
        <w:t>manhã</w:t>
      </w:r>
      <w:proofErr w:type="spellEnd"/>
      <w:r w:rsidRPr="00F624E3">
        <w:rPr>
          <w:lang w:val="es-ES"/>
        </w:rPr>
        <w:t xml:space="preserve"> e </w:t>
      </w:r>
      <w:proofErr w:type="spellStart"/>
      <w:r w:rsidRPr="00F624E3">
        <w:rPr>
          <w:lang w:val="es-ES"/>
        </w:rPr>
        <w:t>saída</w:t>
      </w:r>
      <w:proofErr w:type="spellEnd"/>
      <w:r w:rsidRPr="00F624E3">
        <w:rPr>
          <w:lang w:val="es-ES"/>
        </w:rPr>
        <w:t xml:space="preserve"> para Salzburgo. Antes de </w:t>
      </w:r>
      <w:proofErr w:type="spellStart"/>
      <w:r w:rsidRPr="00F624E3">
        <w:rPr>
          <w:lang w:val="es-ES"/>
        </w:rPr>
        <w:t>chegarmos</w:t>
      </w:r>
      <w:proofErr w:type="spellEnd"/>
      <w:r w:rsidRPr="00F624E3">
        <w:rPr>
          <w:lang w:val="es-ES"/>
        </w:rPr>
        <w:t xml:space="preserve"> à </w:t>
      </w:r>
      <w:proofErr w:type="spellStart"/>
      <w:r w:rsidRPr="00F624E3">
        <w:rPr>
          <w:lang w:val="es-ES"/>
        </w:rPr>
        <w:t>cidade</w:t>
      </w:r>
      <w:proofErr w:type="spellEnd"/>
      <w:r w:rsidRPr="00F624E3">
        <w:rPr>
          <w:lang w:val="es-ES"/>
        </w:rPr>
        <w:t xml:space="preserve"> de Mozart, </w:t>
      </w:r>
      <w:proofErr w:type="spellStart"/>
      <w:r w:rsidRPr="00F624E3">
        <w:rPr>
          <w:lang w:val="es-ES"/>
        </w:rPr>
        <w:t>um</w:t>
      </w:r>
      <w:r w:rsidRPr="00F624E3">
        <w:rPr>
          <w:lang w:val="es-ES"/>
        </w:rPr>
        <w:t>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experiência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muito</w:t>
      </w:r>
      <w:proofErr w:type="spellEnd"/>
      <w:r w:rsidRPr="00F624E3">
        <w:rPr>
          <w:lang w:val="es-ES"/>
        </w:rPr>
        <w:t xml:space="preserve"> especial nos espera. </w:t>
      </w:r>
      <w:proofErr w:type="spellStart"/>
      <w:r w:rsidRPr="00F624E3">
        <w:rPr>
          <w:lang w:val="es-ES"/>
        </w:rPr>
        <w:t>Quem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não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conhece</w:t>
      </w:r>
      <w:proofErr w:type="spellEnd"/>
      <w:r w:rsidRPr="00F624E3">
        <w:rPr>
          <w:lang w:val="es-ES"/>
        </w:rPr>
        <w:t xml:space="preserve"> a </w:t>
      </w:r>
      <w:proofErr w:type="spellStart"/>
      <w:r w:rsidRPr="00F624E3">
        <w:rPr>
          <w:lang w:val="es-ES"/>
        </w:rPr>
        <w:t>canção</w:t>
      </w:r>
      <w:proofErr w:type="spellEnd"/>
      <w:r w:rsidRPr="00F624E3">
        <w:rPr>
          <w:lang w:val="es-ES"/>
        </w:rPr>
        <w:t xml:space="preserve"> natalina ‘</w:t>
      </w:r>
      <w:proofErr w:type="spellStart"/>
      <w:r w:rsidRPr="00F624E3">
        <w:rPr>
          <w:lang w:val="es-ES"/>
        </w:rPr>
        <w:t>Noite</w:t>
      </w:r>
      <w:proofErr w:type="spellEnd"/>
      <w:r w:rsidRPr="00F624E3">
        <w:rPr>
          <w:lang w:val="es-ES"/>
        </w:rPr>
        <w:t xml:space="preserve"> </w:t>
      </w:r>
      <w:proofErr w:type="gramStart"/>
      <w:r w:rsidRPr="00F624E3">
        <w:rPr>
          <w:lang w:val="es-ES"/>
        </w:rPr>
        <w:t>Feliz‘</w:t>
      </w:r>
      <w:proofErr w:type="gramEnd"/>
      <w:r w:rsidRPr="00F624E3">
        <w:rPr>
          <w:lang w:val="es-ES"/>
        </w:rPr>
        <w:t xml:space="preserve">? </w:t>
      </w:r>
      <w:proofErr w:type="spellStart"/>
      <w:r w:rsidRPr="00F624E3">
        <w:rPr>
          <w:lang w:val="es-ES"/>
        </w:rPr>
        <w:t>Poucos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sabem</w:t>
      </w:r>
      <w:proofErr w:type="spellEnd"/>
      <w:r w:rsidRPr="00F624E3">
        <w:rPr>
          <w:lang w:val="es-ES"/>
        </w:rPr>
        <w:t xml:space="preserve"> que esta música </w:t>
      </w:r>
      <w:proofErr w:type="spellStart"/>
      <w:r w:rsidRPr="00F624E3">
        <w:rPr>
          <w:lang w:val="es-ES"/>
        </w:rPr>
        <w:t>vem</w:t>
      </w:r>
      <w:proofErr w:type="spellEnd"/>
      <w:r w:rsidRPr="00F624E3">
        <w:rPr>
          <w:lang w:val="es-ES"/>
        </w:rPr>
        <w:t xml:space="preserve"> da </w:t>
      </w:r>
      <w:proofErr w:type="spellStart"/>
      <w:r w:rsidRPr="00F624E3">
        <w:rPr>
          <w:lang w:val="es-ES"/>
        </w:rPr>
        <w:t>Áustria</w:t>
      </w:r>
      <w:proofErr w:type="spellEnd"/>
      <w:r w:rsidRPr="00F624E3">
        <w:rPr>
          <w:lang w:val="es-ES"/>
        </w:rPr>
        <w:t>. ‘</w:t>
      </w:r>
      <w:proofErr w:type="spellStart"/>
      <w:r w:rsidRPr="00F624E3">
        <w:rPr>
          <w:lang w:val="es-ES"/>
        </w:rPr>
        <w:t>Noite</w:t>
      </w:r>
      <w:proofErr w:type="spellEnd"/>
      <w:r w:rsidRPr="00F624E3">
        <w:rPr>
          <w:lang w:val="es-ES"/>
        </w:rPr>
        <w:t xml:space="preserve"> </w:t>
      </w:r>
      <w:proofErr w:type="gramStart"/>
      <w:r w:rsidRPr="00F624E3">
        <w:rPr>
          <w:lang w:val="es-ES"/>
        </w:rPr>
        <w:t xml:space="preserve">Feliz‘ </w:t>
      </w:r>
      <w:proofErr w:type="spellStart"/>
      <w:r w:rsidRPr="00F624E3">
        <w:rPr>
          <w:lang w:val="es-ES"/>
        </w:rPr>
        <w:t>foi</w:t>
      </w:r>
      <w:proofErr w:type="spellEnd"/>
      <w:proofErr w:type="gram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traduzida</w:t>
      </w:r>
      <w:proofErr w:type="spellEnd"/>
      <w:r w:rsidRPr="00F624E3">
        <w:rPr>
          <w:lang w:val="es-ES"/>
        </w:rPr>
        <w:t xml:space="preserve"> para </w:t>
      </w:r>
      <w:proofErr w:type="spellStart"/>
      <w:r w:rsidRPr="00F624E3">
        <w:rPr>
          <w:lang w:val="es-ES"/>
        </w:rPr>
        <w:t>mais</w:t>
      </w:r>
      <w:proofErr w:type="spellEnd"/>
      <w:r w:rsidRPr="00F624E3">
        <w:rPr>
          <w:lang w:val="es-ES"/>
        </w:rPr>
        <w:t xml:space="preserve"> de 300 idiomas e </w:t>
      </w:r>
      <w:proofErr w:type="spellStart"/>
      <w:r w:rsidRPr="00F624E3">
        <w:rPr>
          <w:lang w:val="es-ES"/>
        </w:rPr>
        <w:t>dialetos</w:t>
      </w:r>
      <w:proofErr w:type="spellEnd"/>
      <w:r w:rsidRPr="00F624E3">
        <w:rPr>
          <w:lang w:val="es-ES"/>
        </w:rPr>
        <w:t xml:space="preserve">, tornando-se </w:t>
      </w:r>
      <w:proofErr w:type="spellStart"/>
      <w:r w:rsidRPr="00F624E3">
        <w:rPr>
          <w:lang w:val="es-ES"/>
        </w:rPr>
        <w:t>uma</w:t>
      </w:r>
      <w:proofErr w:type="spellEnd"/>
      <w:r w:rsidRPr="00F624E3">
        <w:rPr>
          <w:lang w:val="es-ES"/>
        </w:rPr>
        <w:t xml:space="preserve"> das </w:t>
      </w:r>
      <w:proofErr w:type="spellStart"/>
      <w:r w:rsidRPr="00F624E3">
        <w:rPr>
          <w:lang w:val="es-ES"/>
        </w:rPr>
        <w:t>canções</w:t>
      </w:r>
      <w:proofErr w:type="spellEnd"/>
      <w:r w:rsidRPr="00F624E3">
        <w:rPr>
          <w:lang w:val="es-ES"/>
        </w:rPr>
        <w:t xml:space="preserve"> de Natal </w:t>
      </w:r>
      <w:proofErr w:type="spellStart"/>
      <w:r w:rsidRPr="00F624E3">
        <w:rPr>
          <w:lang w:val="es-ES"/>
        </w:rPr>
        <w:t>mais</w:t>
      </w:r>
      <w:proofErr w:type="spellEnd"/>
      <w:r w:rsidRPr="00F624E3">
        <w:rPr>
          <w:lang w:val="es-ES"/>
        </w:rPr>
        <w:t xml:space="preserve"> populares do </w:t>
      </w:r>
      <w:r w:rsidRPr="00F624E3">
        <w:rPr>
          <w:lang w:val="es-ES"/>
        </w:rPr>
        <w:t xml:space="preserve">mundo. </w:t>
      </w:r>
      <w:proofErr w:type="spellStart"/>
      <w:r w:rsidRPr="00F624E3">
        <w:rPr>
          <w:lang w:val="es-ES"/>
        </w:rPr>
        <w:t>Foi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apresentada</w:t>
      </w:r>
      <w:proofErr w:type="spellEnd"/>
      <w:r w:rsidRPr="00F624E3">
        <w:rPr>
          <w:lang w:val="es-ES"/>
        </w:rPr>
        <w:t xml:space="preserve"> pela </w:t>
      </w:r>
      <w:proofErr w:type="spellStart"/>
      <w:r w:rsidRPr="00F624E3">
        <w:rPr>
          <w:lang w:val="es-ES"/>
        </w:rPr>
        <w:t>primeira</w:t>
      </w:r>
      <w:proofErr w:type="spellEnd"/>
      <w:r w:rsidRPr="00F624E3">
        <w:rPr>
          <w:lang w:val="es-ES"/>
        </w:rPr>
        <w:t xml:space="preserve"> vez em 24 de </w:t>
      </w:r>
      <w:proofErr w:type="spellStart"/>
      <w:r w:rsidRPr="00F624E3">
        <w:rPr>
          <w:lang w:val="es-ES"/>
        </w:rPr>
        <w:t>dezembro</w:t>
      </w:r>
      <w:proofErr w:type="spellEnd"/>
      <w:r w:rsidRPr="00F624E3">
        <w:rPr>
          <w:lang w:val="es-ES"/>
        </w:rPr>
        <w:t xml:space="preserve"> de 1818 </w:t>
      </w:r>
      <w:proofErr w:type="spellStart"/>
      <w:r w:rsidRPr="00F624E3">
        <w:rPr>
          <w:lang w:val="es-ES"/>
        </w:rPr>
        <w:t>na</w:t>
      </w:r>
      <w:proofErr w:type="spellEnd"/>
      <w:r w:rsidRPr="00F624E3">
        <w:rPr>
          <w:lang w:val="es-ES"/>
        </w:rPr>
        <w:t xml:space="preserve"> Igreja de São Nicolau em </w:t>
      </w:r>
      <w:proofErr w:type="spellStart"/>
      <w:r w:rsidRPr="00F624E3">
        <w:rPr>
          <w:lang w:val="es-ES"/>
        </w:rPr>
        <w:t>Oberndorf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perto</w:t>
      </w:r>
      <w:proofErr w:type="spellEnd"/>
      <w:r w:rsidRPr="00F624E3">
        <w:rPr>
          <w:lang w:val="es-ES"/>
        </w:rPr>
        <w:t xml:space="preserve"> de Salzburgo. Visitamos a igreja e o mercado de Natal. </w:t>
      </w:r>
      <w:proofErr w:type="spellStart"/>
      <w:r w:rsidRPr="00F624E3">
        <w:rPr>
          <w:lang w:val="es-ES"/>
        </w:rPr>
        <w:t>Além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disso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uma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agência</w:t>
      </w:r>
      <w:proofErr w:type="spellEnd"/>
      <w:r w:rsidRPr="00F624E3">
        <w:rPr>
          <w:lang w:val="es-ES"/>
        </w:rPr>
        <w:t xml:space="preserve"> especial de </w:t>
      </w:r>
      <w:proofErr w:type="spellStart"/>
      <w:r w:rsidRPr="00F624E3">
        <w:rPr>
          <w:lang w:val="es-ES"/>
        </w:rPr>
        <w:t>correios</w:t>
      </w:r>
      <w:proofErr w:type="spellEnd"/>
      <w:r w:rsidRPr="00F624E3">
        <w:rPr>
          <w:lang w:val="es-ES"/>
        </w:rPr>
        <w:t xml:space="preserve"> nos </w:t>
      </w:r>
      <w:proofErr w:type="spellStart"/>
      <w:r w:rsidRPr="00F624E3">
        <w:rPr>
          <w:lang w:val="es-ES"/>
        </w:rPr>
        <w:t>oferece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uma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oportunidade</w:t>
      </w:r>
      <w:proofErr w:type="spellEnd"/>
      <w:r w:rsidRPr="00F624E3">
        <w:rPr>
          <w:lang w:val="es-ES"/>
        </w:rPr>
        <w:t xml:space="preserve"> única de enviar</w:t>
      </w:r>
      <w:r w:rsidRPr="00F624E3">
        <w:rPr>
          <w:lang w:val="es-ES"/>
        </w:rPr>
        <w:t xml:space="preserve"> cartas </w:t>
      </w:r>
      <w:proofErr w:type="spellStart"/>
      <w:r w:rsidRPr="00F624E3">
        <w:rPr>
          <w:lang w:val="es-ES"/>
        </w:rPr>
        <w:t>aos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nossos</w:t>
      </w:r>
      <w:proofErr w:type="spellEnd"/>
      <w:r w:rsidRPr="00F624E3">
        <w:rPr>
          <w:lang w:val="es-ES"/>
        </w:rPr>
        <w:t xml:space="preserve"> entes queridos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selos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especiais</w:t>
      </w:r>
      <w:proofErr w:type="spellEnd"/>
      <w:r w:rsidRPr="00F624E3">
        <w:rPr>
          <w:lang w:val="es-ES"/>
        </w:rPr>
        <w:t xml:space="preserve"> da ‘</w:t>
      </w:r>
      <w:proofErr w:type="spellStart"/>
      <w:r w:rsidRPr="00F624E3">
        <w:rPr>
          <w:lang w:val="es-ES"/>
        </w:rPr>
        <w:t>Noite</w:t>
      </w:r>
      <w:proofErr w:type="spellEnd"/>
      <w:r w:rsidRPr="00F624E3">
        <w:rPr>
          <w:lang w:val="es-ES"/>
        </w:rPr>
        <w:t xml:space="preserve"> </w:t>
      </w:r>
      <w:proofErr w:type="gramStart"/>
      <w:r w:rsidRPr="00F624E3">
        <w:rPr>
          <w:lang w:val="es-ES"/>
        </w:rPr>
        <w:t>Feliz‘</w:t>
      </w:r>
      <w:proofErr w:type="gram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Depois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passeamos</w:t>
      </w:r>
      <w:proofErr w:type="spellEnd"/>
      <w:r w:rsidRPr="00F624E3">
        <w:rPr>
          <w:lang w:val="es-ES"/>
        </w:rPr>
        <w:t xml:space="preserve"> pelo </w:t>
      </w:r>
      <w:r w:rsidRPr="00F624E3">
        <w:rPr>
          <w:lang w:val="es-ES"/>
        </w:rPr>
        <w:lastRenderedPageBreak/>
        <w:t xml:space="preserve">mercado de Natal e nos fortalecemos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iguarias </w:t>
      </w:r>
      <w:proofErr w:type="spellStart"/>
      <w:r w:rsidRPr="00F624E3">
        <w:rPr>
          <w:lang w:val="es-ES"/>
        </w:rPr>
        <w:t>locais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Chegada</w:t>
      </w:r>
      <w:proofErr w:type="spellEnd"/>
      <w:r w:rsidRPr="00F624E3">
        <w:rPr>
          <w:lang w:val="es-ES"/>
        </w:rPr>
        <w:t xml:space="preserve"> a Salzburgo e </w:t>
      </w:r>
      <w:proofErr w:type="spellStart"/>
      <w:r w:rsidRPr="00F624E3">
        <w:rPr>
          <w:lang w:val="es-ES"/>
        </w:rPr>
        <w:t>acomodação</w:t>
      </w:r>
      <w:proofErr w:type="spellEnd"/>
      <w:r w:rsidRPr="00F624E3">
        <w:rPr>
          <w:lang w:val="es-ES"/>
        </w:rPr>
        <w:t>.</w:t>
      </w:r>
    </w:p>
    <w:p w14:paraId="3CE93D06" w14:textId="77777777" w:rsidR="000F6D45" w:rsidRPr="00F624E3" w:rsidRDefault="000F6D45">
      <w:pPr>
        <w:rPr>
          <w:lang w:val="es-ES"/>
        </w:rPr>
      </w:pPr>
    </w:p>
    <w:p w14:paraId="5AD6DB01" w14:textId="77777777" w:rsidR="000F6D45" w:rsidRPr="00F624E3" w:rsidRDefault="00746594">
      <w:pPr>
        <w:rPr>
          <w:lang w:val="es-ES"/>
        </w:rPr>
      </w:pPr>
      <w:r w:rsidRPr="00F624E3">
        <w:rPr>
          <w:b/>
          <w:lang w:val="es-ES"/>
        </w:rPr>
        <w:t>DIA 4 SEG SALZBURGO</w:t>
      </w:r>
    </w:p>
    <w:p w14:paraId="7F9CAEAB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 xml:space="preserve">Café da </w:t>
      </w:r>
      <w:proofErr w:type="spellStart"/>
      <w:r w:rsidRPr="00F624E3">
        <w:rPr>
          <w:lang w:val="es-ES"/>
        </w:rPr>
        <w:t>manhã</w:t>
      </w:r>
      <w:proofErr w:type="spellEnd"/>
      <w:r w:rsidRPr="00F624E3">
        <w:rPr>
          <w:lang w:val="es-ES"/>
        </w:rPr>
        <w:t xml:space="preserve"> e visita </w:t>
      </w:r>
      <w:proofErr w:type="spellStart"/>
      <w:r w:rsidRPr="00F624E3">
        <w:rPr>
          <w:lang w:val="es-ES"/>
        </w:rPr>
        <w:t>panorâmica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passando</w:t>
      </w:r>
      <w:proofErr w:type="spellEnd"/>
      <w:r w:rsidRPr="00F624E3">
        <w:rPr>
          <w:lang w:val="es-ES"/>
        </w:rPr>
        <w:t xml:space="preserve"> pelo </w:t>
      </w:r>
      <w:proofErr w:type="spellStart"/>
      <w:r w:rsidRPr="00F624E3">
        <w:rPr>
          <w:lang w:val="es-ES"/>
        </w:rPr>
        <w:t>ch</w:t>
      </w:r>
      <w:r w:rsidRPr="00F624E3">
        <w:rPr>
          <w:lang w:val="es-ES"/>
        </w:rPr>
        <w:t>armoso</w:t>
      </w:r>
      <w:proofErr w:type="spellEnd"/>
      <w:r w:rsidRPr="00F624E3">
        <w:rPr>
          <w:lang w:val="es-ES"/>
        </w:rPr>
        <w:t xml:space="preserve"> centro histórico, onde se </w:t>
      </w:r>
      <w:proofErr w:type="spellStart"/>
      <w:r w:rsidRPr="00F624E3">
        <w:rPr>
          <w:lang w:val="es-ES"/>
        </w:rPr>
        <w:t>destacam</w:t>
      </w:r>
      <w:proofErr w:type="spellEnd"/>
      <w:r w:rsidRPr="00F624E3">
        <w:rPr>
          <w:lang w:val="es-ES"/>
        </w:rPr>
        <w:t xml:space="preserve"> a Casa Natal de Mozart, a Catedral e a Fortaleza. Terminamos o </w:t>
      </w:r>
      <w:proofErr w:type="spellStart"/>
      <w:r w:rsidRPr="00F624E3">
        <w:rPr>
          <w:lang w:val="es-ES"/>
        </w:rPr>
        <w:t>passeio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uma</w:t>
      </w:r>
      <w:proofErr w:type="spellEnd"/>
      <w:r w:rsidRPr="00F624E3">
        <w:rPr>
          <w:lang w:val="es-ES"/>
        </w:rPr>
        <w:t xml:space="preserve"> visita a </w:t>
      </w:r>
      <w:proofErr w:type="spellStart"/>
      <w:r w:rsidRPr="00F624E3">
        <w:rPr>
          <w:lang w:val="es-ES"/>
        </w:rPr>
        <w:t>um</w:t>
      </w:r>
      <w:proofErr w:type="spellEnd"/>
      <w:r w:rsidRPr="00F624E3">
        <w:rPr>
          <w:lang w:val="es-ES"/>
        </w:rPr>
        <w:t xml:space="preserve"> mercado de Natal. O histórico Mercado de Natal de Salzburgo em </w:t>
      </w:r>
      <w:proofErr w:type="spellStart"/>
      <w:r w:rsidRPr="00F624E3">
        <w:rPr>
          <w:lang w:val="es-ES"/>
        </w:rPr>
        <w:t>Domplatz</w:t>
      </w:r>
      <w:proofErr w:type="spellEnd"/>
      <w:r w:rsidRPr="00F624E3">
        <w:rPr>
          <w:lang w:val="es-ES"/>
        </w:rPr>
        <w:t xml:space="preserve"> e </w:t>
      </w:r>
      <w:proofErr w:type="spellStart"/>
      <w:r w:rsidRPr="00F624E3">
        <w:rPr>
          <w:lang w:val="es-ES"/>
        </w:rPr>
        <w:t>Residenzplatz</w:t>
      </w:r>
      <w:proofErr w:type="spellEnd"/>
      <w:r w:rsidRPr="00F624E3">
        <w:rPr>
          <w:lang w:val="es-ES"/>
        </w:rPr>
        <w:t xml:space="preserve"> é </w:t>
      </w:r>
      <w:proofErr w:type="spellStart"/>
      <w:r w:rsidRPr="00F624E3">
        <w:rPr>
          <w:lang w:val="es-ES"/>
        </w:rPr>
        <w:t>um</w:t>
      </w:r>
      <w:proofErr w:type="spellEnd"/>
      <w:r w:rsidRPr="00F624E3">
        <w:rPr>
          <w:lang w:val="es-ES"/>
        </w:rPr>
        <w:t xml:space="preserve"> dos mercados de Natal </w:t>
      </w:r>
      <w:proofErr w:type="spellStart"/>
      <w:r w:rsidRPr="00F624E3">
        <w:rPr>
          <w:lang w:val="es-ES"/>
        </w:rPr>
        <w:t>mais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ant</w:t>
      </w:r>
      <w:r w:rsidRPr="00F624E3">
        <w:rPr>
          <w:lang w:val="es-ES"/>
        </w:rPr>
        <w:t>igos</w:t>
      </w:r>
      <w:proofErr w:type="spellEnd"/>
      <w:r w:rsidRPr="00F624E3">
        <w:rPr>
          <w:lang w:val="es-ES"/>
        </w:rPr>
        <w:t xml:space="preserve"> e bonitos do mundo. A </w:t>
      </w:r>
      <w:proofErr w:type="spellStart"/>
      <w:r w:rsidRPr="00F624E3">
        <w:rPr>
          <w:lang w:val="es-ES"/>
        </w:rPr>
        <w:t>sua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localização</w:t>
      </w:r>
      <w:proofErr w:type="spellEnd"/>
      <w:r w:rsidRPr="00F624E3">
        <w:rPr>
          <w:lang w:val="es-ES"/>
        </w:rPr>
        <w:t xml:space="preserve"> única no centro da </w:t>
      </w:r>
      <w:proofErr w:type="spellStart"/>
      <w:r w:rsidRPr="00F624E3">
        <w:rPr>
          <w:lang w:val="es-ES"/>
        </w:rPr>
        <w:t>cidade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antiga</w:t>
      </w:r>
      <w:proofErr w:type="spellEnd"/>
      <w:r w:rsidRPr="00F624E3">
        <w:rPr>
          <w:lang w:val="es-ES"/>
        </w:rPr>
        <w:t xml:space="preserve"> de Salzburgo, declarado </w:t>
      </w:r>
      <w:proofErr w:type="spellStart"/>
      <w:r w:rsidRPr="00F624E3">
        <w:rPr>
          <w:lang w:val="es-ES"/>
        </w:rPr>
        <w:t>Patrimônio</w:t>
      </w:r>
      <w:proofErr w:type="spellEnd"/>
      <w:r w:rsidRPr="00F624E3">
        <w:rPr>
          <w:lang w:val="es-ES"/>
        </w:rPr>
        <w:t xml:space="preserve"> Mundial, as barracas </w:t>
      </w:r>
      <w:proofErr w:type="spellStart"/>
      <w:r w:rsidRPr="00F624E3">
        <w:rPr>
          <w:lang w:val="es-ES"/>
        </w:rPr>
        <w:t>tradicionais</w:t>
      </w:r>
      <w:proofErr w:type="spellEnd"/>
      <w:r w:rsidRPr="00F624E3">
        <w:rPr>
          <w:lang w:val="es-ES"/>
        </w:rPr>
        <w:t xml:space="preserve"> e </w:t>
      </w:r>
      <w:proofErr w:type="spellStart"/>
      <w:r w:rsidRPr="00F624E3">
        <w:rPr>
          <w:lang w:val="es-ES"/>
        </w:rPr>
        <w:t>sua</w:t>
      </w:r>
      <w:proofErr w:type="spellEnd"/>
      <w:r w:rsidRPr="00F624E3">
        <w:rPr>
          <w:lang w:val="es-ES"/>
        </w:rPr>
        <w:t xml:space="preserve"> longa </w:t>
      </w:r>
      <w:proofErr w:type="spellStart"/>
      <w:r w:rsidRPr="00F624E3">
        <w:rPr>
          <w:lang w:val="es-ES"/>
        </w:rPr>
        <w:t>história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tornam</w:t>
      </w:r>
      <w:proofErr w:type="spellEnd"/>
      <w:r w:rsidRPr="00F624E3">
        <w:rPr>
          <w:lang w:val="es-ES"/>
        </w:rPr>
        <w:t xml:space="preserve"> o Mercado de Natal de Salzburgo </w:t>
      </w:r>
      <w:proofErr w:type="spellStart"/>
      <w:r w:rsidRPr="00F624E3">
        <w:rPr>
          <w:lang w:val="es-ES"/>
        </w:rPr>
        <w:t>muito</w:t>
      </w:r>
      <w:proofErr w:type="spellEnd"/>
      <w:r w:rsidRPr="00F624E3">
        <w:rPr>
          <w:lang w:val="es-ES"/>
        </w:rPr>
        <w:t xml:space="preserve"> especial. Tarde </w:t>
      </w:r>
      <w:proofErr w:type="spellStart"/>
      <w:r w:rsidRPr="00F624E3">
        <w:rPr>
          <w:lang w:val="es-ES"/>
        </w:rPr>
        <w:t>livre</w:t>
      </w:r>
      <w:proofErr w:type="spellEnd"/>
      <w:r w:rsidRPr="00F624E3">
        <w:rPr>
          <w:lang w:val="es-ES"/>
        </w:rPr>
        <w:t xml:space="preserve"> e </w:t>
      </w:r>
      <w:proofErr w:type="spellStart"/>
      <w:r w:rsidRPr="00F624E3">
        <w:rPr>
          <w:lang w:val="es-ES"/>
        </w:rPr>
        <w:t>acomodação</w:t>
      </w:r>
      <w:proofErr w:type="spellEnd"/>
      <w:r w:rsidRPr="00F624E3">
        <w:rPr>
          <w:lang w:val="es-ES"/>
        </w:rPr>
        <w:t>.</w:t>
      </w:r>
    </w:p>
    <w:p w14:paraId="38E5D93F" w14:textId="77777777" w:rsidR="000F6D45" w:rsidRPr="00F624E3" w:rsidRDefault="000F6D45">
      <w:pPr>
        <w:rPr>
          <w:lang w:val="es-ES"/>
        </w:rPr>
      </w:pPr>
    </w:p>
    <w:p w14:paraId="64CC1AEE" w14:textId="77777777" w:rsidR="000F6D45" w:rsidRPr="00F624E3" w:rsidRDefault="00746594">
      <w:pPr>
        <w:rPr>
          <w:lang w:val="es-ES"/>
        </w:rPr>
      </w:pPr>
      <w:r w:rsidRPr="00F624E3">
        <w:rPr>
          <w:b/>
          <w:lang w:val="es-ES"/>
        </w:rPr>
        <w:t>DIA 5 TE</w:t>
      </w:r>
      <w:r w:rsidRPr="00F624E3">
        <w:rPr>
          <w:b/>
          <w:lang w:val="es-ES"/>
        </w:rPr>
        <w:t>R SALZBURGO - SWAROVSKI - INNSBRUCK</w:t>
      </w:r>
    </w:p>
    <w:p w14:paraId="0531FC86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 xml:space="preserve">Café da </w:t>
      </w:r>
      <w:proofErr w:type="spellStart"/>
      <w:r w:rsidRPr="00F624E3">
        <w:rPr>
          <w:lang w:val="es-ES"/>
        </w:rPr>
        <w:t>manhã</w:t>
      </w:r>
      <w:proofErr w:type="spellEnd"/>
      <w:r w:rsidRPr="00F624E3">
        <w:rPr>
          <w:lang w:val="es-ES"/>
        </w:rPr>
        <w:t xml:space="preserve"> e traslado para Innsbruck,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parada no mundo de cristal de Swarovski. O artista </w:t>
      </w:r>
      <w:proofErr w:type="spellStart"/>
      <w:r w:rsidRPr="00F624E3">
        <w:rPr>
          <w:lang w:val="es-ES"/>
        </w:rPr>
        <w:t>multimídia</w:t>
      </w:r>
      <w:proofErr w:type="spellEnd"/>
      <w:r w:rsidRPr="00F624E3">
        <w:rPr>
          <w:lang w:val="es-ES"/>
        </w:rPr>
        <w:t xml:space="preserve"> André Heller </w:t>
      </w:r>
      <w:proofErr w:type="spellStart"/>
      <w:r w:rsidRPr="00F624E3">
        <w:rPr>
          <w:lang w:val="es-ES"/>
        </w:rPr>
        <w:t>criou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um</w:t>
      </w:r>
      <w:proofErr w:type="spellEnd"/>
      <w:r w:rsidRPr="00F624E3">
        <w:rPr>
          <w:lang w:val="es-ES"/>
        </w:rPr>
        <w:t xml:space="preserve"> lugar único de </w:t>
      </w:r>
      <w:proofErr w:type="spellStart"/>
      <w:r w:rsidRPr="00F624E3">
        <w:rPr>
          <w:lang w:val="es-ES"/>
        </w:rPr>
        <w:t>fantasia</w:t>
      </w:r>
      <w:proofErr w:type="spellEnd"/>
      <w:r w:rsidRPr="00F624E3">
        <w:rPr>
          <w:lang w:val="es-ES"/>
        </w:rPr>
        <w:t xml:space="preserve">, que até </w:t>
      </w:r>
      <w:proofErr w:type="spellStart"/>
      <w:r w:rsidRPr="00F624E3">
        <w:rPr>
          <w:lang w:val="es-ES"/>
        </w:rPr>
        <w:t>hoje</w:t>
      </w:r>
      <w:proofErr w:type="spellEnd"/>
      <w:r w:rsidRPr="00F624E3">
        <w:rPr>
          <w:lang w:val="es-ES"/>
        </w:rPr>
        <w:t xml:space="preserve"> proporciona momentos </w:t>
      </w:r>
      <w:proofErr w:type="spellStart"/>
      <w:r w:rsidRPr="00F624E3">
        <w:rPr>
          <w:lang w:val="es-ES"/>
        </w:rPr>
        <w:t>incríveis</w:t>
      </w:r>
      <w:proofErr w:type="spellEnd"/>
      <w:r w:rsidRPr="00F624E3">
        <w:rPr>
          <w:lang w:val="es-ES"/>
        </w:rPr>
        <w:t xml:space="preserve"> para visitantes de tod</w:t>
      </w:r>
      <w:r w:rsidRPr="00F624E3">
        <w:rPr>
          <w:lang w:val="es-ES"/>
        </w:rPr>
        <w:t xml:space="preserve">o o mundo. O Cristal em </w:t>
      </w:r>
      <w:proofErr w:type="gramStart"/>
      <w:r w:rsidRPr="00F624E3">
        <w:rPr>
          <w:lang w:val="es-ES"/>
        </w:rPr>
        <w:t>todas as</w:t>
      </w:r>
      <w:proofErr w:type="gram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suas</w:t>
      </w:r>
      <w:proofErr w:type="spellEnd"/>
      <w:r w:rsidRPr="00F624E3">
        <w:rPr>
          <w:lang w:val="es-ES"/>
        </w:rPr>
        <w:t xml:space="preserve"> facetas </w:t>
      </w:r>
      <w:proofErr w:type="spellStart"/>
      <w:r w:rsidRPr="00F624E3">
        <w:rPr>
          <w:lang w:val="es-ES"/>
        </w:rPr>
        <w:t>tem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surpreendido</w:t>
      </w:r>
      <w:proofErr w:type="spellEnd"/>
      <w:r w:rsidRPr="00F624E3">
        <w:rPr>
          <w:lang w:val="es-ES"/>
        </w:rPr>
        <w:t xml:space="preserve">, emocionado e inclusive transformado os visitantes. </w:t>
      </w:r>
      <w:proofErr w:type="spellStart"/>
      <w:r w:rsidRPr="00F624E3">
        <w:rPr>
          <w:lang w:val="es-ES"/>
        </w:rPr>
        <w:t>Continuação</w:t>
      </w:r>
      <w:proofErr w:type="spellEnd"/>
      <w:r w:rsidRPr="00F624E3">
        <w:rPr>
          <w:lang w:val="es-ES"/>
        </w:rPr>
        <w:t xml:space="preserve"> para Innsbruck, </w:t>
      </w:r>
      <w:proofErr w:type="spellStart"/>
      <w:r w:rsidRPr="00F624E3">
        <w:rPr>
          <w:lang w:val="es-ES"/>
        </w:rPr>
        <w:t>chegada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ao</w:t>
      </w:r>
      <w:proofErr w:type="spellEnd"/>
      <w:r w:rsidRPr="00F624E3">
        <w:rPr>
          <w:lang w:val="es-ES"/>
        </w:rPr>
        <w:t xml:space="preserve"> hotel e </w:t>
      </w:r>
      <w:proofErr w:type="spellStart"/>
      <w:r w:rsidRPr="00F624E3">
        <w:rPr>
          <w:lang w:val="es-ES"/>
        </w:rPr>
        <w:t>acomodação</w:t>
      </w:r>
      <w:proofErr w:type="spellEnd"/>
      <w:r w:rsidRPr="00F624E3">
        <w:rPr>
          <w:lang w:val="es-ES"/>
        </w:rPr>
        <w:t>.</w:t>
      </w:r>
    </w:p>
    <w:p w14:paraId="69B14EE9" w14:textId="77777777" w:rsidR="000F6D45" w:rsidRPr="00F624E3" w:rsidRDefault="000F6D45">
      <w:pPr>
        <w:rPr>
          <w:lang w:val="es-ES"/>
        </w:rPr>
      </w:pPr>
    </w:p>
    <w:p w14:paraId="522D1D41" w14:textId="77777777" w:rsidR="000F6D45" w:rsidRPr="00F624E3" w:rsidRDefault="00746594">
      <w:pPr>
        <w:rPr>
          <w:lang w:val="es-ES"/>
        </w:rPr>
      </w:pPr>
      <w:r w:rsidRPr="00F624E3">
        <w:rPr>
          <w:b/>
          <w:lang w:val="es-ES"/>
        </w:rPr>
        <w:t>DIA 6 QUA INNSBRUCK</w:t>
      </w:r>
    </w:p>
    <w:p w14:paraId="27C833EF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 xml:space="preserve">Café da </w:t>
      </w:r>
      <w:proofErr w:type="spellStart"/>
      <w:r w:rsidRPr="00F624E3">
        <w:rPr>
          <w:lang w:val="es-ES"/>
        </w:rPr>
        <w:t>manhã</w:t>
      </w:r>
      <w:proofErr w:type="spellEnd"/>
      <w:r w:rsidRPr="00F624E3">
        <w:rPr>
          <w:lang w:val="es-ES"/>
        </w:rPr>
        <w:t xml:space="preserve"> e visita à </w:t>
      </w:r>
      <w:proofErr w:type="spellStart"/>
      <w:r w:rsidRPr="00F624E3">
        <w:rPr>
          <w:lang w:val="es-ES"/>
        </w:rPr>
        <w:t>cidade</w:t>
      </w:r>
      <w:proofErr w:type="spellEnd"/>
      <w:r w:rsidRPr="00F624E3">
        <w:rPr>
          <w:lang w:val="es-ES"/>
        </w:rPr>
        <w:t xml:space="preserve"> de Innsbruck. A capital do Ti</w:t>
      </w:r>
      <w:r w:rsidRPr="00F624E3">
        <w:rPr>
          <w:lang w:val="es-ES"/>
        </w:rPr>
        <w:t xml:space="preserve">rol, </w:t>
      </w:r>
      <w:proofErr w:type="spellStart"/>
      <w:r w:rsidRPr="00F624E3">
        <w:rPr>
          <w:lang w:val="es-ES"/>
        </w:rPr>
        <w:t>residência</w:t>
      </w:r>
      <w:proofErr w:type="spellEnd"/>
      <w:r w:rsidRPr="00F624E3">
        <w:rPr>
          <w:lang w:val="es-ES"/>
        </w:rPr>
        <w:t xml:space="preserve"> dos Habsburgos </w:t>
      </w:r>
      <w:proofErr w:type="spellStart"/>
      <w:r w:rsidRPr="00F624E3">
        <w:rPr>
          <w:lang w:val="es-ES"/>
        </w:rPr>
        <w:t>na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Idade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Média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também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foi</w:t>
      </w:r>
      <w:proofErr w:type="spellEnd"/>
      <w:r w:rsidRPr="00F624E3">
        <w:rPr>
          <w:lang w:val="es-ES"/>
        </w:rPr>
        <w:t xml:space="preserve"> sede dos </w:t>
      </w:r>
      <w:proofErr w:type="spellStart"/>
      <w:r w:rsidRPr="00F624E3">
        <w:rPr>
          <w:lang w:val="es-ES"/>
        </w:rPr>
        <w:t>Jogos</w:t>
      </w:r>
      <w:proofErr w:type="spellEnd"/>
      <w:r w:rsidRPr="00F624E3">
        <w:rPr>
          <w:lang w:val="es-ES"/>
        </w:rPr>
        <w:t xml:space="preserve"> Olímpicos de Inverno </w:t>
      </w:r>
      <w:proofErr w:type="spellStart"/>
      <w:r w:rsidRPr="00F624E3">
        <w:rPr>
          <w:lang w:val="es-ES"/>
        </w:rPr>
        <w:t>duas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vezes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Nossa</w:t>
      </w:r>
      <w:proofErr w:type="spellEnd"/>
      <w:r w:rsidRPr="00F624E3">
        <w:rPr>
          <w:lang w:val="es-ES"/>
        </w:rPr>
        <w:t xml:space="preserve"> visita </w:t>
      </w:r>
      <w:proofErr w:type="spellStart"/>
      <w:r w:rsidRPr="00F624E3">
        <w:rPr>
          <w:lang w:val="es-ES"/>
        </w:rPr>
        <w:t>passará</w:t>
      </w:r>
      <w:proofErr w:type="spellEnd"/>
      <w:r w:rsidRPr="00F624E3">
        <w:rPr>
          <w:lang w:val="es-ES"/>
        </w:rPr>
        <w:t xml:space="preserve"> pelo Arco </w:t>
      </w:r>
      <w:proofErr w:type="spellStart"/>
      <w:r w:rsidRPr="00F624E3">
        <w:rPr>
          <w:lang w:val="es-ES"/>
        </w:rPr>
        <w:t>do</w:t>
      </w:r>
      <w:proofErr w:type="spellEnd"/>
      <w:r w:rsidRPr="00F624E3">
        <w:rPr>
          <w:lang w:val="es-ES"/>
        </w:rPr>
        <w:t xml:space="preserve"> Triunfo </w:t>
      </w:r>
      <w:proofErr w:type="spellStart"/>
      <w:r w:rsidRPr="00F624E3">
        <w:rPr>
          <w:lang w:val="es-ES"/>
        </w:rPr>
        <w:t>seguindo</w:t>
      </w:r>
      <w:proofErr w:type="spellEnd"/>
      <w:r w:rsidRPr="00F624E3">
        <w:rPr>
          <w:lang w:val="es-ES"/>
        </w:rPr>
        <w:t xml:space="preserve"> para o centro histórico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suas</w:t>
      </w:r>
      <w:proofErr w:type="spellEnd"/>
      <w:r w:rsidRPr="00F624E3">
        <w:rPr>
          <w:lang w:val="es-ES"/>
        </w:rPr>
        <w:t xml:space="preserve"> casas </w:t>
      </w:r>
      <w:proofErr w:type="spellStart"/>
      <w:r w:rsidRPr="00F624E3">
        <w:rPr>
          <w:lang w:val="es-ES"/>
        </w:rPr>
        <w:t>medievais</w:t>
      </w:r>
      <w:proofErr w:type="spellEnd"/>
      <w:r w:rsidRPr="00F624E3">
        <w:rPr>
          <w:lang w:val="es-ES"/>
        </w:rPr>
        <w:t xml:space="preserve">, onde se </w:t>
      </w:r>
      <w:proofErr w:type="spellStart"/>
      <w:r w:rsidRPr="00F624E3">
        <w:rPr>
          <w:lang w:val="es-ES"/>
        </w:rPr>
        <w:t>destacam</w:t>
      </w:r>
      <w:proofErr w:type="spellEnd"/>
      <w:r w:rsidRPr="00F624E3">
        <w:rPr>
          <w:lang w:val="es-ES"/>
        </w:rPr>
        <w:t xml:space="preserve"> o famoso </w:t>
      </w:r>
      <w:proofErr w:type="spellStart"/>
      <w:r w:rsidRPr="00F624E3">
        <w:rPr>
          <w:lang w:val="es-ES"/>
        </w:rPr>
        <w:t>Telhado</w:t>
      </w:r>
      <w:proofErr w:type="spellEnd"/>
      <w:r w:rsidRPr="00F624E3">
        <w:rPr>
          <w:lang w:val="es-ES"/>
        </w:rPr>
        <w:t xml:space="preserve"> de Ouro, a Igre</w:t>
      </w:r>
      <w:r w:rsidRPr="00F624E3">
        <w:rPr>
          <w:lang w:val="es-ES"/>
        </w:rPr>
        <w:t xml:space="preserve">ja da Corte, onde se </w:t>
      </w:r>
      <w:proofErr w:type="spellStart"/>
      <w:r w:rsidRPr="00F624E3">
        <w:rPr>
          <w:lang w:val="es-ES"/>
        </w:rPr>
        <w:t>encontra</w:t>
      </w:r>
      <w:proofErr w:type="spellEnd"/>
      <w:r w:rsidRPr="00F624E3">
        <w:rPr>
          <w:lang w:val="es-ES"/>
        </w:rPr>
        <w:t xml:space="preserve"> o túmulo do Imperador Maximiliano I rodeado pelas famosas </w:t>
      </w:r>
      <w:proofErr w:type="spellStart"/>
      <w:r w:rsidRPr="00F624E3">
        <w:rPr>
          <w:lang w:val="es-ES"/>
        </w:rPr>
        <w:t>estátuas</w:t>
      </w:r>
      <w:proofErr w:type="spellEnd"/>
      <w:r w:rsidRPr="00F624E3">
        <w:rPr>
          <w:lang w:val="es-ES"/>
        </w:rPr>
        <w:t xml:space="preserve"> gigantes de cobre </w:t>
      </w:r>
      <w:proofErr w:type="spellStart"/>
      <w:r w:rsidRPr="00F624E3">
        <w:rPr>
          <w:lang w:val="es-ES"/>
        </w:rPr>
        <w:t>preto</w:t>
      </w:r>
      <w:proofErr w:type="spellEnd"/>
      <w:r w:rsidRPr="00F624E3">
        <w:rPr>
          <w:lang w:val="es-ES"/>
        </w:rPr>
        <w:t xml:space="preserve">, e o </w:t>
      </w:r>
      <w:proofErr w:type="spellStart"/>
      <w:r w:rsidRPr="00F624E3">
        <w:rPr>
          <w:lang w:val="es-ES"/>
        </w:rPr>
        <w:t>palácio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Hofburg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Continuação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visita </w:t>
      </w:r>
      <w:proofErr w:type="spellStart"/>
      <w:r w:rsidRPr="00F624E3">
        <w:rPr>
          <w:lang w:val="es-ES"/>
        </w:rPr>
        <w:t>ao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nosso</w:t>
      </w:r>
      <w:proofErr w:type="spellEnd"/>
      <w:r w:rsidRPr="00F624E3">
        <w:rPr>
          <w:lang w:val="es-ES"/>
        </w:rPr>
        <w:t xml:space="preserve"> mercado de Natal </w:t>
      </w:r>
      <w:proofErr w:type="spellStart"/>
      <w:r w:rsidRPr="00F624E3">
        <w:rPr>
          <w:lang w:val="es-ES"/>
        </w:rPr>
        <w:t>muito</w:t>
      </w:r>
      <w:proofErr w:type="spellEnd"/>
      <w:r w:rsidRPr="00F624E3">
        <w:rPr>
          <w:lang w:val="es-ES"/>
        </w:rPr>
        <w:t xml:space="preserve"> especial no centro </w:t>
      </w:r>
      <w:proofErr w:type="spellStart"/>
      <w:r w:rsidRPr="00F624E3">
        <w:rPr>
          <w:lang w:val="es-ES"/>
        </w:rPr>
        <w:t>antigo</w:t>
      </w:r>
      <w:proofErr w:type="spellEnd"/>
      <w:r w:rsidRPr="00F624E3">
        <w:rPr>
          <w:lang w:val="es-ES"/>
        </w:rPr>
        <w:t xml:space="preserve">. Rodeado pelas casas </w:t>
      </w:r>
      <w:proofErr w:type="spellStart"/>
      <w:r w:rsidRPr="00F624E3">
        <w:rPr>
          <w:lang w:val="es-ES"/>
        </w:rPr>
        <w:t>medievais</w:t>
      </w:r>
      <w:proofErr w:type="spellEnd"/>
      <w:r w:rsidRPr="00F624E3">
        <w:rPr>
          <w:lang w:val="es-ES"/>
        </w:rPr>
        <w:t xml:space="preserve"> d</w:t>
      </w:r>
      <w:r w:rsidRPr="00F624E3">
        <w:rPr>
          <w:lang w:val="es-ES"/>
        </w:rPr>
        <w:t xml:space="preserve">o centro histórico de Innsbruck, </w:t>
      </w:r>
      <w:proofErr w:type="spellStart"/>
      <w:r w:rsidRPr="00F624E3">
        <w:rPr>
          <w:lang w:val="es-ES"/>
        </w:rPr>
        <w:t>você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poderá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mergulhar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nesse</w:t>
      </w:r>
      <w:proofErr w:type="spellEnd"/>
      <w:r w:rsidRPr="00F624E3">
        <w:rPr>
          <w:lang w:val="es-ES"/>
        </w:rPr>
        <w:t xml:space="preserve"> que é </w:t>
      </w:r>
      <w:proofErr w:type="spellStart"/>
      <w:r w:rsidRPr="00F624E3">
        <w:rPr>
          <w:lang w:val="es-ES"/>
        </w:rPr>
        <w:t>provavelmente</w:t>
      </w:r>
      <w:proofErr w:type="spellEnd"/>
      <w:r w:rsidRPr="00F624E3">
        <w:rPr>
          <w:lang w:val="es-ES"/>
        </w:rPr>
        <w:t xml:space="preserve"> o mercado de Natal </w:t>
      </w:r>
      <w:proofErr w:type="spellStart"/>
      <w:r w:rsidRPr="00F624E3">
        <w:rPr>
          <w:lang w:val="es-ES"/>
        </w:rPr>
        <w:t>mais</w:t>
      </w:r>
      <w:proofErr w:type="spellEnd"/>
      <w:r w:rsidRPr="00F624E3">
        <w:rPr>
          <w:lang w:val="es-ES"/>
        </w:rPr>
        <w:t xml:space="preserve"> tradicional da </w:t>
      </w:r>
      <w:proofErr w:type="spellStart"/>
      <w:r w:rsidRPr="00F624E3">
        <w:rPr>
          <w:lang w:val="es-ES"/>
        </w:rPr>
        <w:t>cidade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Mais</w:t>
      </w:r>
      <w:proofErr w:type="spellEnd"/>
      <w:r w:rsidRPr="00F624E3">
        <w:rPr>
          <w:lang w:val="es-ES"/>
        </w:rPr>
        <w:t xml:space="preserve"> de 70 barracas rústicas de Natal se </w:t>
      </w:r>
      <w:proofErr w:type="spellStart"/>
      <w:r w:rsidRPr="00F624E3">
        <w:rPr>
          <w:lang w:val="es-ES"/>
        </w:rPr>
        <w:t>alinham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sob</w:t>
      </w:r>
      <w:proofErr w:type="spellEnd"/>
      <w:r w:rsidRPr="00F624E3">
        <w:rPr>
          <w:lang w:val="es-ES"/>
        </w:rPr>
        <w:t xml:space="preserve"> a festiva </w:t>
      </w:r>
      <w:proofErr w:type="spellStart"/>
      <w:r w:rsidRPr="00F624E3">
        <w:rPr>
          <w:lang w:val="es-ES"/>
        </w:rPr>
        <w:t>árvore</w:t>
      </w:r>
      <w:proofErr w:type="spellEnd"/>
      <w:r w:rsidRPr="00F624E3">
        <w:rPr>
          <w:lang w:val="es-ES"/>
        </w:rPr>
        <w:t xml:space="preserve"> de Natal. O </w:t>
      </w:r>
      <w:proofErr w:type="spellStart"/>
      <w:r w:rsidRPr="00F624E3">
        <w:rPr>
          <w:lang w:val="es-ES"/>
        </w:rPr>
        <w:t>cheiro</w:t>
      </w:r>
      <w:proofErr w:type="spellEnd"/>
      <w:r w:rsidRPr="00F624E3">
        <w:rPr>
          <w:lang w:val="es-ES"/>
        </w:rPr>
        <w:t xml:space="preserve"> de </w:t>
      </w:r>
      <w:proofErr w:type="spellStart"/>
      <w:r w:rsidRPr="00F624E3">
        <w:rPr>
          <w:lang w:val="es-ES"/>
        </w:rPr>
        <w:t>amêndoas</w:t>
      </w:r>
      <w:proofErr w:type="spellEnd"/>
      <w:r w:rsidRPr="00F624E3">
        <w:rPr>
          <w:lang w:val="es-ES"/>
        </w:rPr>
        <w:t xml:space="preserve"> e </w:t>
      </w:r>
      <w:proofErr w:type="spellStart"/>
      <w:r w:rsidRPr="00F624E3">
        <w:rPr>
          <w:lang w:val="es-ES"/>
        </w:rPr>
        <w:t>kiahln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presépios</w:t>
      </w:r>
      <w:proofErr w:type="spellEnd"/>
      <w:r w:rsidRPr="00F624E3">
        <w:rPr>
          <w:lang w:val="es-ES"/>
        </w:rPr>
        <w:t xml:space="preserve"> cuidado</w:t>
      </w:r>
      <w:r w:rsidRPr="00F624E3">
        <w:rPr>
          <w:lang w:val="es-ES"/>
        </w:rPr>
        <w:t xml:space="preserve">samente esculpidos </w:t>
      </w:r>
      <w:proofErr w:type="gramStart"/>
      <w:r w:rsidRPr="00F624E3">
        <w:rPr>
          <w:lang w:val="es-ES"/>
        </w:rPr>
        <w:t>e</w:t>
      </w:r>
      <w:proofErr w:type="gramEnd"/>
      <w:r w:rsidRPr="00F624E3">
        <w:rPr>
          <w:lang w:val="es-ES"/>
        </w:rPr>
        <w:t xml:space="preserve"> coloridos </w:t>
      </w:r>
      <w:proofErr w:type="spellStart"/>
      <w:r w:rsidRPr="00F624E3">
        <w:rPr>
          <w:lang w:val="es-ES"/>
        </w:rPr>
        <w:t>chapéus</w:t>
      </w:r>
      <w:proofErr w:type="spellEnd"/>
      <w:r w:rsidRPr="00F624E3">
        <w:rPr>
          <w:lang w:val="es-ES"/>
        </w:rPr>
        <w:t xml:space="preserve"> de </w:t>
      </w:r>
      <w:proofErr w:type="spellStart"/>
      <w:r w:rsidRPr="00F624E3">
        <w:rPr>
          <w:lang w:val="es-ES"/>
        </w:rPr>
        <w:t>feltro</w:t>
      </w:r>
      <w:proofErr w:type="spellEnd"/>
      <w:r w:rsidRPr="00F624E3">
        <w:rPr>
          <w:lang w:val="es-ES"/>
        </w:rPr>
        <w:t xml:space="preserve">: o mercado de Natal é </w:t>
      </w:r>
      <w:proofErr w:type="spellStart"/>
      <w:r w:rsidRPr="00F624E3">
        <w:rPr>
          <w:lang w:val="es-ES"/>
        </w:rPr>
        <w:t>tudo</w:t>
      </w:r>
      <w:proofErr w:type="spellEnd"/>
      <w:r w:rsidRPr="00F624E3">
        <w:rPr>
          <w:lang w:val="es-ES"/>
        </w:rPr>
        <w:t xml:space="preserve"> arte popular. </w:t>
      </w:r>
      <w:proofErr w:type="spellStart"/>
      <w:r w:rsidRPr="00F624E3">
        <w:rPr>
          <w:lang w:val="es-ES"/>
        </w:rPr>
        <w:t>Ao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som</w:t>
      </w:r>
      <w:proofErr w:type="spellEnd"/>
      <w:r w:rsidRPr="00F624E3">
        <w:rPr>
          <w:lang w:val="es-ES"/>
        </w:rPr>
        <w:t xml:space="preserve"> da banda musical da torre do </w:t>
      </w:r>
      <w:proofErr w:type="spellStart"/>
      <w:r w:rsidRPr="00F624E3">
        <w:rPr>
          <w:lang w:val="es-ES"/>
        </w:rPr>
        <w:t>Telhado</w:t>
      </w:r>
      <w:proofErr w:type="spellEnd"/>
      <w:r w:rsidRPr="00F624E3">
        <w:rPr>
          <w:lang w:val="es-ES"/>
        </w:rPr>
        <w:t xml:space="preserve"> de Ouro, </w:t>
      </w:r>
      <w:proofErr w:type="spellStart"/>
      <w:r w:rsidRPr="00F624E3">
        <w:rPr>
          <w:lang w:val="es-ES"/>
        </w:rPr>
        <w:t>você</w:t>
      </w:r>
      <w:proofErr w:type="spellEnd"/>
      <w:r w:rsidRPr="00F624E3">
        <w:rPr>
          <w:lang w:val="es-ES"/>
        </w:rPr>
        <w:t xml:space="preserve"> pode experimentar todas as facetas do lugar, </w:t>
      </w:r>
      <w:proofErr w:type="spellStart"/>
      <w:r w:rsidRPr="00F624E3">
        <w:rPr>
          <w:lang w:val="es-ES"/>
        </w:rPr>
        <w:t>passeando</w:t>
      </w:r>
      <w:proofErr w:type="spellEnd"/>
      <w:r w:rsidRPr="00F624E3">
        <w:rPr>
          <w:lang w:val="es-ES"/>
        </w:rPr>
        <w:t xml:space="preserve"> pelo beco dos contos de fadas </w:t>
      </w:r>
      <w:proofErr w:type="spellStart"/>
      <w:r w:rsidRPr="00F624E3">
        <w:rPr>
          <w:lang w:val="es-ES"/>
        </w:rPr>
        <w:t>ou</w:t>
      </w:r>
      <w:proofErr w:type="spellEnd"/>
      <w:r w:rsidRPr="00F624E3">
        <w:rPr>
          <w:lang w:val="es-ES"/>
        </w:rPr>
        <w:t xml:space="preserve"> saboreando </w:t>
      </w:r>
      <w:proofErr w:type="spellStart"/>
      <w:r w:rsidRPr="00F624E3">
        <w:rPr>
          <w:lang w:val="es-ES"/>
        </w:rPr>
        <w:t>vinho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que</w:t>
      </w:r>
      <w:r w:rsidRPr="00F624E3">
        <w:rPr>
          <w:lang w:val="es-ES"/>
        </w:rPr>
        <w:t>nte</w:t>
      </w:r>
      <w:proofErr w:type="spellEnd"/>
      <w:r w:rsidRPr="00F624E3">
        <w:rPr>
          <w:lang w:val="es-ES"/>
        </w:rPr>
        <w:t xml:space="preserve"> nos </w:t>
      </w:r>
      <w:proofErr w:type="spellStart"/>
      <w:r w:rsidRPr="00F624E3">
        <w:rPr>
          <w:lang w:val="es-ES"/>
        </w:rPr>
        <w:t>jardins</w:t>
      </w:r>
      <w:proofErr w:type="spellEnd"/>
      <w:r w:rsidRPr="00F624E3">
        <w:rPr>
          <w:lang w:val="es-ES"/>
        </w:rPr>
        <w:t xml:space="preserve"> dos </w:t>
      </w:r>
      <w:proofErr w:type="spellStart"/>
      <w:r w:rsidRPr="00F624E3">
        <w:rPr>
          <w:lang w:val="es-ES"/>
        </w:rPr>
        <w:t>hóspedes</w:t>
      </w:r>
      <w:proofErr w:type="spellEnd"/>
      <w:r w:rsidRPr="00F624E3">
        <w:rPr>
          <w:lang w:val="es-ES"/>
        </w:rPr>
        <w:t xml:space="preserve"> dos </w:t>
      </w:r>
      <w:proofErr w:type="spellStart"/>
      <w:r w:rsidRPr="00F624E3">
        <w:rPr>
          <w:lang w:val="es-ES"/>
        </w:rPr>
        <w:t>arredores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Acomodação</w:t>
      </w:r>
      <w:proofErr w:type="spellEnd"/>
      <w:r w:rsidRPr="00F624E3">
        <w:rPr>
          <w:lang w:val="es-ES"/>
        </w:rPr>
        <w:t xml:space="preserve"> em Innsbruck.</w:t>
      </w:r>
    </w:p>
    <w:p w14:paraId="467D3230" w14:textId="77777777" w:rsidR="000F6D45" w:rsidRPr="00F624E3" w:rsidRDefault="000F6D45">
      <w:pPr>
        <w:rPr>
          <w:lang w:val="es-ES"/>
        </w:rPr>
      </w:pPr>
    </w:p>
    <w:p w14:paraId="4BFB3786" w14:textId="77777777" w:rsidR="000F6D45" w:rsidRPr="00F624E3" w:rsidRDefault="00746594">
      <w:pPr>
        <w:rPr>
          <w:lang w:val="es-ES"/>
        </w:rPr>
      </w:pPr>
      <w:r w:rsidRPr="00F624E3">
        <w:rPr>
          <w:b/>
          <w:lang w:val="es-ES"/>
        </w:rPr>
        <w:t>DIA 7 QUI INNSBRUCK - NEUSCHWANSTEIN - MUNIQUE</w:t>
      </w:r>
    </w:p>
    <w:p w14:paraId="7F8DF295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lastRenderedPageBreak/>
        <w:t xml:space="preserve">Café da </w:t>
      </w:r>
      <w:proofErr w:type="spellStart"/>
      <w:r w:rsidRPr="00F624E3">
        <w:rPr>
          <w:lang w:val="es-ES"/>
        </w:rPr>
        <w:t>manhã</w:t>
      </w:r>
      <w:proofErr w:type="spellEnd"/>
      <w:r w:rsidRPr="00F624E3">
        <w:rPr>
          <w:lang w:val="es-ES"/>
        </w:rPr>
        <w:t xml:space="preserve"> e visita </w:t>
      </w:r>
      <w:proofErr w:type="spellStart"/>
      <w:r w:rsidRPr="00F624E3">
        <w:rPr>
          <w:lang w:val="es-ES"/>
        </w:rPr>
        <w:t>ao</w:t>
      </w:r>
      <w:proofErr w:type="spellEnd"/>
      <w:r w:rsidRPr="00F624E3">
        <w:rPr>
          <w:lang w:val="es-ES"/>
        </w:rPr>
        <w:t xml:space="preserve"> Castelo de </w:t>
      </w:r>
      <w:proofErr w:type="spellStart"/>
      <w:r w:rsidRPr="00F624E3">
        <w:rPr>
          <w:lang w:val="es-ES"/>
        </w:rPr>
        <w:t>Neuschwanstein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construído</w:t>
      </w:r>
      <w:proofErr w:type="spellEnd"/>
      <w:r w:rsidRPr="00F624E3">
        <w:rPr>
          <w:lang w:val="es-ES"/>
        </w:rPr>
        <w:t xml:space="preserve"> pelo </w:t>
      </w:r>
      <w:proofErr w:type="spellStart"/>
      <w:r w:rsidRPr="00F624E3">
        <w:rPr>
          <w:lang w:val="es-ES"/>
        </w:rPr>
        <w:t>rei</w:t>
      </w:r>
      <w:proofErr w:type="spellEnd"/>
      <w:r w:rsidRPr="00F624E3">
        <w:rPr>
          <w:lang w:val="es-ES"/>
        </w:rPr>
        <w:t xml:space="preserve"> Ludwig II da Baviera, </w:t>
      </w:r>
      <w:proofErr w:type="spellStart"/>
      <w:r w:rsidRPr="00F624E3">
        <w:rPr>
          <w:lang w:val="es-ES"/>
        </w:rPr>
        <w:t>mais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conhecido</w:t>
      </w:r>
      <w:proofErr w:type="spellEnd"/>
      <w:r w:rsidRPr="00F624E3">
        <w:rPr>
          <w:lang w:val="es-ES"/>
        </w:rPr>
        <w:t xml:space="preserve"> pelo </w:t>
      </w:r>
      <w:proofErr w:type="spellStart"/>
      <w:r w:rsidRPr="00F624E3">
        <w:rPr>
          <w:lang w:val="es-ES"/>
        </w:rPr>
        <w:t>apelido</w:t>
      </w:r>
      <w:proofErr w:type="spellEnd"/>
      <w:r w:rsidRPr="00F624E3">
        <w:rPr>
          <w:lang w:val="es-ES"/>
        </w:rPr>
        <w:t xml:space="preserve"> de ‘o Rei </w:t>
      </w:r>
      <w:proofErr w:type="spellStart"/>
      <w:proofErr w:type="gramStart"/>
      <w:r w:rsidRPr="00F624E3">
        <w:rPr>
          <w:lang w:val="es-ES"/>
        </w:rPr>
        <w:t>Louco</w:t>
      </w:r>
      <w:proofErr w:type="spellEnd"/>
      <w:r w:rsidRPr="00F624E3">
        <w:rPr>
          <w:lang w:val="es-ES"/>
        </w:rPr>
        <w:t>‘</w:t>
      </w:r>
      <w:proofErr w:type="gramEnd"/>
      <w:r w:rsidRPr="00F624E3">
        <w:rPr>
          <w:lang w:val="es-ES"/>
        </w:rPr>
        <w:t xml:space="preserve">. A </w:t>
      </w:r>
      <w:proofErr w:type="spellStart"/>
      <w:r w:rsidRPr="00F624E3">
        <w:rPr>
          <w:lang w:val="es-ES"/>
        </w:rPr>
        <w:t>construção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foi</w:t>
      </w:r>
      <w:proofErr w:type="spellEnd"/>
      <w:r w:rsidRPr="00F624E3">
        <w:rPr>
          <w:lang w:val="es-ES"/>
        </w:rPr>
        <w:t xml:space="preserve"> inspirada nos </w:t>
      </w:r>
      <w:proofErr w:type="spellStart"/>
      <w:r w:rsidRPr="00F624E3">
        <w:rPr>
          <w:lang w:val="es-ES"/>
        </w:rPr>
        <w:t>castelos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medievais</w:t>
      </w:r>
      <w:proofErr w:type="spellEnd"/>
      <w:r w:rsidRPr="00F624E3">
        <w:rPr>
          <w:lang w:val="es-ES"/>
        </w:rPr>
        <w:t xml:space="preserve"> dos ‘</w:t>
      </w:r>
      <w:proofErr w:type="spellStart"/>
      <w:r w:rsidRPr="00F624E3">
        <w:rPr>
          <w:lang w:val="es-ES"/>
        </w:rPr>
        <w:t>Cavaleiros</w:t>
      </w:r>
      <w:proofErr w:type="spellEnd"/>
      <w:r w:rsidRPr="00F624E3">
        <w:rPr>
          <w:lang w:val="es-ES"/>
        </w:rPr>
        <w:t xml:space="preserve"> </w:t>
      </w:r>
      <w:proofErr w:type="spellStart"/>
      <w:proofErr w:type="gramStart"/>
      <w:r w:rsidRPr="00F624E3">
        <w:rPr>
          <w:lang w:val="es-ES"/>
        </w:rPr>
        <w:t>Teutônicos</w:t>
      </w:r>
      <w:proofErr w:type="spellEnd"/>
      <w:r w:rsidRPr="00F624E3">
        <w:rPr>
          <w:lang w:val="es-ES"/>
        </w:rPr>
        <w:t>‘</w:t>
      </w:r>
      <w:proofErr w:type="gramEnd"/>
      <w:r w:rsidRPr="00F624E3">
        <w:rPr>
          <w:lang w:val="es-ES"/>
        </w:rPr>
        <w:t xml:space="preserve">. e </w:t>
      </w:r>
      <w:proofErr w:type="spellStart"/>
      <w:r w:rsidRPr="00F624E3">
        <w:rPr>
          <w:lang w:val="es-ES"/>
        </w:rPr>
        <w:t>seus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salões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aludem</w:t>
      </w:r>
      <w:proofErr w:type="spellEnd"/>
      <w:r w:rsidRPr="00F624E3">
        <w:rPr>
          <w:lang w:val="es-ES"/>
        </w:rPr>
        <w:t xml:space="preserve"> a mitos, fábulas e </w:t>
      </w:r>
      <w:proofErr w:type="spellStart"/>
      <w:r w:rsidRPr="00F624E3">
        <w:rPr>
          <w:lang w:val="es-ES"/>
        </w:rPr>
        <w:t>lendas</w:t>
      </w:r>
      <w:proofErr w:type="spellEnd"/>
      <w:r w:rsidRPr="00F624E3">
        <w:rPr>
          <w:lang w:val="es-ES"/>
        </w:rPr>
        <w:t xml:space="preserve">. À tarde, </w:t>
      </w:r>
      <w:proofErr w:type="spellStart"/>
      <w:r w:rsidRPr="00F624E3">
        <w:rPr>
          <w:lang w:val="es-ES"/>
        </w:rPr>
        <w:t>continuação</w:t>
      </w:r>
      <w:proofErr w:type="spellEnd"/>
      <w:r w:rsidRPr="00F624E3">
        <w:rPr>
          <w:lang w:val="es-ES"/>
        </w:rPr>
        <w:t xml:space="preserve"> para </w:t>
      </w:r>
      <w:proofErr w:type="spellStart"/>
      <w:r w:rsidRPr="00F624E3">
        <w:rPr>
          <w:lang w:val="es-ES"/>
        </w:rPr>
        <w:t>Oberammergau</w:t>
      </w:r>
      <w:proofErr w:type="spellEnd"/>
      <w:r w:rsidRPr="00F624E3">
        <w:rPr>
          <w:lang w:val="es-ES"/>
        </w:rPr>
        <w:t xml:space="preserve">, famosa por </w:t>
      </w:r>
      <w:proofErr w:type="spellStart"/>
      <w:r w:rsidRPr="00F624E3">
        <w:rPr>
          <w:lang w:val="es-ES"/>
        </w:rPr>
        <w:t>sua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peça</w:t>
      </w:r>
      <w:proofErr w:type="spellEnd"/>
      <w:r w:rsidRPr="00F624E3">
        <w:rPr>
          <w:lang w:val="es-ES"/>
        </w:rPr>
        <w:t xml:space="preserve"> da </w:t>
      </w:r>
      <w:proofErr w:type="spellStart"/>
      <w:r w:rsidRPr="00F624E3">
        <w:rPr>
          <w:lang w:val="es-ES"/>
        </w:rPr>
        <w:t>Paixão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tradição</w:t>
      </w:r>
      <w:proofErr w:type="spellEnd"/>
      <w:r w:rsidRPr="00F624E3">
        <w:rPr>
          <w:lang w:val="es-ES"/>
        </w:rPr>
        <w:t xml:space="preserve"> que data de 1633 e é representada a cada 10 </w:t>
      </w:r>
      <w:proofErr w:type="spellStart"/>
      <w:r w:rsidRPr="00F624E3">
        <w:rPr>
          <w:lang w:val="es-ES"/>
        </w:rPr>
        <w:t>ano</w:t>
      </w:r>
      <w:r w:rsidRPr="00F624E3">
        <w:rPr>
          <w:lang w:val="es-ES"/>
        </w:rPr>
        <w:t>s</w:t>
      </w:r>
      <w:proofErr w:type="spellEnd"/>
      <w:r w:rsidRPr="00F624E3">
        <w:rPr>
          <w:lang w:val="es-ES"/>
        </w:rPr>
        <w:t xml:space="preserve">. Visitamos </w:t>
      </w:r>
      <w:proofErr w:type="spellStart"/>
      <w:r w:rsidRPr="00F624E3">
        <w:rPr>
          <w:lang w:val="es-ES"/>
        </w:rPr>
        <w:t>também</w:t>
      </w:r>
      <w:proofErr w:type="spellEnd"/>
      <w:r w:rsidRPr="00F624E3">
        <w:rPr>
          <w:lang w:val="es-ES"/>
        </w:rPr>
        <w:t xml:space="preserve"> a </w:t>
      </w:r>
      <w:proofErr w:type="spellStart"/>
      <w:r w:rsidRPr="00F624E3">
        <w:rPr>
          <w:lang w:val="es-ES"/>
        </w:rPr>
        <w:t>Abadia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Beneditina</w:t>
      </w:r>
      <w:proofErr w:type="spellEnd"/>
      <w:r w:rsidRPr="00F624E3">
        <w:rPr>
          <w:lang w:val="es-ES"/>
        </w:rPr>
        <w:t xml:space="preserve"> de </w:t>
      </w:r>
      <w:proofErr w:type="spellStart"/>
      <w:r w:rsidRPr="00F624E3">
        <w:rPr>
          <w:lang w:val="es-ES"/>
        </w:rPr>
        <w:t>Ettal</w:t>
      </w:r>
      <w:proofErr w:type="spellEnd"/>
      <w:r w:rsidRPr="00F624E3">
        <w:rPr>
          <w:lang w:val="es-ES"/>
        </w:rPr>
        <w:t xml:space="preserve">, fundada pela Casa de </w:t>
      </w:r>
      <w:proofErr w:type="spellStart"/>
      <w:r w:rsidRPr="00F624E3">
        <w:rPr>
          <w:lang w:val="es-ES"/>
        </w:rPr>
        <w:t>Wittelsbacher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Continuação</w:t>
      </w:r>
      <w:proofErr w:type="spellEnd"/>
      <w:r w:rsidRPr="00F624E3">
        <w:rPr>
          <w:lang w:val="es-ES"/>
        </w:rPr>
        <w:t xml:space="preserve"> para </w:t>
      </w:r>
      <w:proofErr w:type="spellStart"/>
      <w:r w:rsidRPr="00F624E3">
        <w:rPr>
          <w:lang w:val="es-ES"/>
        </w:rPr>
        <w:t>Munique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Chegada</w:t>
      </w:r>
      <w:proofErr w:type="spellEnd"/>
      <w:r w:rsidRPr="00F624E3">
        <w:rPr>
          <w:lang w:val="es-ES"/>
        </w:rPr>
        <w:t xml:space="preserve"> e </w:t>
      </w:r>
      <w:proofErr w:type="spellStart"/>
      <w:r w:rsidRPr="00F624E3">
        <w:rPr>
          <w:lang w:val="es-ES"/>
        </w:rPr>
        <w:t>acomodação</w:t>
      </w:r>
      <w:proofErr w:type="spellEnd"/>
      <w:r w:rsidRPr="00F624E3">
        <w:rPr>
          <w:lang w:val="es-ES"/>
        </w:rPr>
        <w:t xml:space="preserve"> em </w:t>
      </w:r>
      <w:proofErr w:type="spellStart"/>
      <w:r w:rsidRPr="00F624E3">
        <w:rPr>
          <w:lang w:val="es-ES"/>
        </w:rPr>
        <w:t>Munique</w:t>
      </w:r>
      <w:proofErr w:type="spellEnd"/>
      <w:r w:rsidRPr="00F624E3">
        <w:rPr>
          <w:lang w:val="es-ES"/>
        </w:rPr>
        <w:t>.</w:t>
      </w:r>
    </w:p>
    <w:p w14:paraId="03A03558" w14:textId="77777777" w:rsidR="000F6D45" w:rsidRPr="00F624E3" w:rsidRDefault="000F6D45">
      <w:pPr>
        <w:rPr>
          <w:lang w:val="es-ES"/>
        </w:rPr>
      </w:pPr>
    </w:p>
    <w:p w14:paraId="342B2425" w14:textId="77777777" w:rsidR="000F6D45" w:rsidRPr="00F624E3" w:rsidRDefault="00746594">
      <w:pPr>
        <w:rPr>
          <w:lang w:val="es-ES"/>
        </w:rPr>
      </w:pPr>
      <w:r w:rsidRPr="00F624E3">
        <w:rPr>
          <w:b/>
          <w:lang w:val="es-ES"/>
        </w:rPr>
        <w:t>DIA 8 SEX MUNIQUE</w:t>
      </w:r>
    </w:p>
    <w:p w14:paraId="76167B9A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 xml:space="preserve">Café da </w:t>
      </w:r>
      <w:proofErr w:type="spellStart"/>
      <w:r w:rsidRPr="00F624E3">
        <w:rPr>
          <w:lang w:val="es-ES"/>
        </w:rPr>
        <w:t>manhã</w:t>
      </w:r>
      <w:proofErr w:type="spellEnd"/>
      <w:r w:rsidRPr="00F624E3">
        <w:rPr>
          <w:lang w:val="es-ES"/>
        </w:rPr>
        <w:t xml:space="preserve"> e visita </w:t>
      </w:r>
      <w:proofErr w:type="spellStart"/>
      <w:r w:rsidRPr="00F624E3">
        <w:rPr>
          <w:lang w:val="es-ES"/>
        </w:rPr>
        <w:t>panorâmica</w:t>
      </w:r>
      <w:proofErr w:type="spellEnd"/>
      <w:r w:rsidRPr="00F624E3">
        <w:rPr>
          <w:lang w:val="es-ES"/>
        </w:rPr>
        <w:t xml:space="preserve"> à capital da Baviera, </w:t>
      </w:r>
      <w:proofErr w:type="spellStart"/>
      <w:r w:rsidRPr="00F624E3">
        <w:rPr>
          <w:lang w:val="es-ES"/>
        </w:rPr>
        <w:t>às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margens</w:t>
      </w:r>
      <w:proofErr w:type="spellEnd"/>
      <w:r w:rsidRPr="00F624E3">
        <w:rPr>
          <w:lang w:val="es-ES"/>
        </w:rPr>
        <w:t xml:space="preserve"> do rio Isar, onde se dest</w:t>
      </w:r>
      <w:r w:rsidRPr="00F624E3">
        <w:rPr>
          <w:lang w:val="es-ES"/>
        </w:rPr>
        <w:t xml:space="preserve">aca a Catedral de </w:t>
      </w:r>
      <w:proofErr w:type="spellStart"/>
      <w:r w:rsidRPr="00F624E3">
        <w:rPr>
          <w:lang w:val="es-ES"/>
        </w:rPr>
        <w:t>Nossa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Senhora</w:t>
      </w:r>
      <w:proofErr w:type="spellEnd"/>
      <w:r w:rsidRPr="00F624E3">
        <w:rPr>
          <w:lang w:val="es-ES"/>
        </w:rPr>
        <w:t xml:space="preserve">, </w:t>
      </w:r>
      <w:proofErr w:type="spellStart"/>
      <w:r w:rsidRPr="00F624E3">
        <w:rPr>
          <w:lang w:val="es-ES"/>
        </w:rPr>
        <w:t>uma</w:t>
      </w:r>
      <w:proofErr w:type="spellEnd"/>
      <w:r w:rsidRPr="00F624E3">
        <w:rPr>
          <w:lang w:val="es-ES"/>
        </w:rPr>
        <w:t xml:space="preserve"> austera </w:t>
      </w:r>
      <w:proofErr w:type="spellStart"/>
      <w:r w:rsidRPr="00F624E3">
        <w:rPr>
          <w:lang w:val="es-ES"/>
        </w:rPr>
        <w:t>construção</w:t>
      </w:r>
      <w:proofErr w:type="spellEnd"/>
      <w:r w:rsidRPr="00F624E3">
        <w:rPr>
          <w:lang w:val="es-ES"/>
        </w:rPr>
        <w:t xml:space="preserve"> do gótico </w:t>
      </w:r>
      <w:proofErr w:type="spellStart"/>
      <w:r w:rsidRPr="00F624E3">
        <w:rPr>
          <w:lang w:val="es-ES"/>
        </w:rPr>
        <w:t>tardio</w:t>
      </w:r>
      <w:proofErr w:type="spellEnd"/>
      <w:r w:rsidRPr="00F624E3">
        <w:rPr>
          <w:lang w:val="es-ES"/>
        </w:rPr>
        <w:t xml:space="preserve">, a Igreja Gótica do Espírito Santo, a Igreja de São Miguel e São Nepomuceno. Visita </w:t>
      </w:r>
      <w:proofErr w:type="spellStart"/>
      <w:r w:rsidRPr="00F624E3">
        <w:rPr>
          <w:lang w:val="es-ES"/>
        </w:rPr>
        <w:t>ao</w:t>
      </w:r>
      <w:proofErr w:type="spellEnd"/>
      <w:r w:rsidRPr="00F624E3">
        <w:rPr>
          <w:lang w:val="es-ES"/>
        </w:rPr>
        <w:t xml:space="preserve"> famoso mercado da </w:t>
      </w:r>
      <w:proofErr w:type="spellStart"/>
      <w:r w:rsidRPr="00F624E3">
        <w:rPr>
          <w:lang w:val="es-ES"/>
        </w:rPr>
        <w:t>Marienplatz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Esse</w:t>
      </w:r>
      <w:proofErr w:type="spellEnd"/>
      <w:r w:rsidRPr="00F624E3">
        <w:rPr>
          <w:lang w:val="es-ES"/>
        </w:rPr>
        <w:t xml:space="preserve"> mercado tradicional,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raízes</w:t>
      </w:r>
      <w:proofErr w:type="spellEnd"/>
      <w:r w:rsidRPr="00F624E3">
        <w:rPr>
          <w:lang w:val="es-ES"/>
        </w:rPr>
        <w:t xml:space="preserve"> no </w:t>
      </w:r>
      <w:proofErr w:type="spellStart"/>
      <w:r w:rsidRPr="00F624E3">
        <w:rPr>
          <w:lang w:val="es-ES"/>
        </w:rPr>
        <w:t>século</w:t>
      </w:r>
      <w:proofErr w:type="spellEnd"/>
      <w:r w:rsidRPr="00F624E3">
        <w:rPr>
          <w:lang w:val="es-ES"/>
        </w:rPr>
        <w:t xml:space="preserve"> XIV, é considerado</w:t>
      </w:r>
      <w:r w:rsidRPr="00F624E3">
        <w:rPr>
          <w:lang w:val="es-ES"/>
        </w:rPr>
        <w:t xml:space="preserve"> o </w:t>
      </w:r>
      <w:proofErr w:type="spellStart"/>
      <w:r w:rsidRPr="00F624E3">
        <w:rPr>
          <w:lang w:val="es-ES"/>
        </w:rPr>
        <w:t>mais</w:t>
      </w:r>
      <w:proofErr w:type="spellEnd"/>
      <w:r w:rsidRPr="00F624E3">
        <w:rPr>
          <w:lang w:val="es-ES"/>
        </w:rPr>
        <w:t xml:space="preserve"> bonito dos mercados de Natal de </w:t>
      </w:r>
      <w:proofErr w:type="spellStart"/>
      <w:r w:rsidRPr="00F624E3">
        <w:rPr>
          <w:lang w:val="es-ES"/>
        </w:rPr>
        <w:t>Munique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Tendo</w:t>
      </w:r>
      <w:proofErr w:type="spellEnd"/>
      <w:r w:rsidRPr="00F624E3">
        <w:rPr>
          <w:lang w:val="es-ES"/>
        </w:rPr>
        <w:t xml:space="preserve"> como </w:t>
      </w:r>
      <w:proofErr w:type="spellStart"/>
      <w:r w:rsidRPr="00F624E3">
        <w:rPr>
          <w:lang w:val="es-ES"/>
        </w:rPr>
        <w:t>romântico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cenário</w:t>
      </w:r>
      <w:proofErr w:type="spellEnd"/>
      <w:r w:rsidRPr="00F624E3">
        <w:rPr>
          <w:lang w:val="es-ES"/>
        </w:rPr>
        <w:t xml:space="preserve"> a </w:t>
      </w:r>
      <w:proofErr w:type="spellStart"/>
      <w:r w:rsidRPr="00F624E3">
        <w:rPr>
          <w:lang w:val="es-ES"/>
        </w:rPr>
        <w:t>prefeitura</w:t>
      </w:r>
      <w:proofErr w:type="spellEnd"/>
      <w:r w:rsidRPr="00F624E3">
        <w:rPr>
          <w:lang w:val="es-ES"/>
        </w:rPr>
        <w:t xml:space="preserve"> neogótica de </w:t>
      </w:r>
      <w:proofErr w:type="spellStart"/>
      <w:r w:rsidRPr="00F624E3">
        <w:rPr>
          <w:lang w:val="es-ES"/>
        </w:rPr>
        <w:t>Marienplatz</w:t>
      </w:r>
      <w:proofErr w:type="spellEnd"/>
      <w:r w:rsidRPr="00F624E3">
        <w:rPr>
          <w:lang w:val="es-ES"/>
        </w:rPr>
        <w:t xml:space="preserve">, esta </w:t>
      </w:r>
      <w:proofErr w:type="spellStart"/>
      <w:r w:rsidRPr="00F624E3">
        <w:rPr>
          <w:lang w:val="es-ES"/>
        </w:rPr>
        <w:t>cidade</w:t>
      </w:r>
      <w:proofErr w:type="spellEnd"/>
      <w:r w:rsidRPr="00F624E3">
        <w:rPr>
          <w:lang w:val="es-ES"/>
        </w:rPr>
        <w:t xml:space="preserve"> encanta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seu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antigo</w:t>
      </w:r>
      <w:proofErr w:type="spellEnd"/>
      <w:r w:rsidRPr="00F624E3">
        <w:rPr>
          <w:lang w:val="es-ES"/>
        </w:rPr>
        <w:t xml:space="preserve"> charme bávaro </w:t>
      </w:r>
      <w:proofErr w:type="gramStart"/>
      <w:r w:rsidRPr="00F624E3">
        <w:rPr>
          <w:lang w:val="es-ES"/>
        </w:rPr>
        <w:t>e</w:t>
      </w:r>
      <w:proofErr w:type="gramEnd"/>
      <w:r w:rsidRPr="00F624E3">
        <w:rPr>
          <w:lang w:val="es-ES"/>
        </w:rPr>
        <w:t xml:space="preserve"> convida a saborear </w:t>
      </w:r>
      <w:proofErr w:type="spellStart"/>
      <w:r w:rsidRPr="00F624E3">
        <w:rPr>
          <w:lang w:val="es-ES"/>
        </w:rPr>
        <w:t>tudo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com</w:t>
      </w:r>
      <w:proofErr w:type="spellEnd"/>
      <w:r w:rsidRPr="00F624E3">
        <w:rPr>
          <w:lang w:val="es-ES"/>
        </w:rPr>
        <w:t xml:space="preserve"> todos os </w:t>
      </w:r>
      <w:proofErr w:type="spellStart"/>
      <w:r w:rsidRPr="00F624E3">
        <w:rPr>
          <w:lang w:val="es-ES"/>
        </w:rPr>
        <w:t>seus</w:t>
      </w:r>
      <w:proofErr w:type="spellEnd"/>
      <w:r w:rsidRPr="00F624E3">
        <w:rPr>
          <w:lang w:val="es-ES"/>
        </w:rPr>
        <w:t xml:space="preserve"> sentidos. </w:t>
      </w:r>
      <w:proofErr w:type="spellStart"/>
      <w:r w:rsidRPr="00F624E3">
        <w:rPr>
          <w:lang w:val="es-ES"/>
        </w:rPr>
        <w:t>Encontra</w:t>
      </w:r>
      <w:proofErr w:type="spellEnd"/>
      <w:r w:rsidRPr="00F624E3">
        <w:rPr>
          <w:lang w:val="es-ES"/>
        </w:rPr>
        <w:t xml:space="preserve">-se </w:t>
      </w:r>
      <w:proofErr w:type="spellStart"/>
      <w:r w:rsidRPr="00F624E3">
        <w:rPr>
          <w:lang w:val="es-ES"/>
        </w:rPr>
        <w:t>também</w:t>
      </w:r>
      <w:proofErr w:type="spellEnd"/>
      <w:r w:rsidRPr="00F624E3">
        <w:rPr>
          <w:lang w:val="es-ES"/>
        </w:rPr>
        <w:t xml:space="preserve"> </w:t>
      </w:r>
      <w:proofErr w:type="spellStart"/>
      <w:r w:rsidRPr="00F624E3">
        <w:rPr>
          <w:lang w:val="es-ES"/>
        </w:rPr>
        <w:t>aqui</w:t>
      </w:r>
      <w:proofErr w:type="spellEnd"/>
      <w:r w:rsidRPr="00F624E3">
        <w:rPr>
          <w:lang w:val="es-ES"/>
        </w:rPr>
        <w:t xml:space="preserve"> o </w:t>
      </w:r>
      <w:proofErr w:type="spellStart"/>
      <w:r w:rsidRPr="00F624E3">
        <w:rPr>
          <w:lang w:val="es-ES"/>
        </w:rPr>
        <w:t>maior</w:t>
      </w:r>
      <w:proofErr w:type="spellEnd"/>
      <w:r w:rsidRPr="00F624E3">
        <w:rPr>
          <w:lang w:val="es-ES"/>
        </w:rPr>
        <w:t xml:space="preserve"> merc</w:t>
      </w:r>
      <w:r w:rsidRPr="00F624E3">
        <w:rPr>
          <w:lang w:val="es-ES"/>
        </w:rPr>
        <w:t xml:space="preserve">ado de </w:t>
      </w:r>
      <w:proofErr w:type="spellStart"/>
      <w:r w:rsidRPr="00F624E3">
        <w:rPr>
          <w:lang w:val="es-ES"/>
        </w:rPr>
        <w:t>presépios</w:t>
      </w:r>
      <w:proofErr w:type="spellEnd"/>
      <w:r w:rsidRPr="00F624E3">
        <w:rPr>
          <w:lang w:val="es-ES"/>
        </w:rPr>
        <w:t xml:space="preserve"> da </w:t>
      </w:r>
      <w:proofErr w:type="spellStart"/>
      <w:r w:rsidRPr="00F624E3">
        <w:rPr>
          <w:lang w:val="es-ES"/>
        </w:rPr>
        <w:t>Alemanha</w:t>
      </w:r>
      <w:proofErr w:type="spellEnd"/>
      <w:r w:rsidRPr="00F624E3">
        <w:rPr>
          <w:lang w:val="es-ES"/>
        </w:rPr>
        <w:t xml:space="preserve">. </w:t>
      </w:r>
      <w:proofErr w:type="spellStart"/>
      <w:r w:rsidRPr="00F624E3">
        <w:rPr>
          <w:lang w:val="es-ES"/>
        </w:rPr>
        <w:t>Acomodação</w:t>
      </w:r>
      <w:proofErr w:type="spellEnd"/>
      <w:r w:rsidRPr="00F624E3">
        <w:rPr>
          <w:lang w:val="es-ES"/>
        </w:rPr>
        <w:t xml:space="preserve"> em </w:t>
      </w:r>
      <w:proofErr w:type="spellStart"/>
      <w:r w:rsidRPr="00F624E3">
        <w:rPr>
          <w:lang w:val="es-ES"/>
        </w:rPr>
        <w:t>Munique</w:t>
      </w:r>
      <w:proofErr w:type="spellEnd"/>
      <w:r w:rsidRPr="00F624E3">
        <w:rPr>
          <w:lang w:val="es-ES"/>
        </w:rPr>
        <w:t>.</w:t>
      </w:r>
    </w:p>
    <w:p w14:paraId="5790ACD1" w14:textId="77777777" w:rsidR="000F6D45" w:rsidRPr="00F624E3" w:rsidRDefault="000F6D45">
      <w:pPr>
        <w:rPr>
          <w:lang w:val="es-ES"/>
        </w:rPr>
      </w:pPr>
    </w:p>
    <w:p w14:paraId="6442C117" w14:textId="77777777" w:rsidR="000F6D45" w:rsidRPr="00F624E3" w:rsidRDefault="00746594">
      <w:pPr>
        <w:rPr>
          <w:lang w:val="es-ES"/>
        </w:rPr>
      </w:pPr>
      <w:r w:rsidRPr="00F624E3">
        <w:rPr>
          <w:b/>
          <w:lang w:val="es-ES"/>
        </w:rPr>
        <w:t>DIA 9 SAB MUNIQUE</w:t>
      </w:r>
    </w:p>
    <w:p w14:paraId="6FF67029" w14:textId="77777777" w:rsidR="000F6D45" w:rsidRPr="00F624E3" w:rsidRDefault="00746594">
      <w:pPr>
        <w:rPr>
          <w:lang w:val="es-ES"/>
        </w:rPr>
      </w:pPr>
      <w:r w:rsidRPr="00F624E3">
        <w:rPr>
          <w:lang w:val="es-ES"/>
        </w:rPr>
        <w:t xml:space="preserve">Café da </w:t>
      </w:r>
      <w:proofErr w:type="spellStart"/>
      <w:r w:rsidRPr="00F624E3">
        <w:rPr>
          <w:lang w:val="es-ES"/>
        </w:rPr>
        <w:t>manhã</w:t>
      </w:r>
      <w:proofErr w:type="spellEnd"/>
      <w:r w:rsidRPr="00F624E3">
        <w:rPr>
          <w:lang w:val="es-ES"/>
        </w:rPr>
        <w:t xml:space="preserve"> e traslado de </w:t>
      </w:r>
      <w:proofErr w:type="spellStart"/>
      <w:r w:rsidRPr="00F624E3">
        <w:rPr>
          <w:lang w:val="es-ES"/>
        </w:rPr>
        <w:t>saída</w:t>
      </w:r>
      <w:proofErr w:type="spellEnd"/>
      <w:r w:rsidRPr="00F624E3">
        <w:rPr>
          <w:lang w:val="es-ES"/>
        </w:rPr>
        <w:t xml:space="preserve"> para o </w:t>
      </w:r>
      <w:proofErr w:type="spellStart"/>
      <w:r w:rsidRPr="00F624E3">
        <w:rPr>
          <w:lang w:val="es-ES"/>
        </w:rPr>
        <w:t>aeroporto</w:t>
      </w:r>
      <w:proofErr w:type="spellEnd"/>
      <w:r w:rsidRPr="00F624E3">
        <w:rPr>
          <w:lang w:val="es-ES"/>
        </w:rPr>
        <w:t>.</w:t>
      </w:r>
    </w:p>
    <w:p w14:paraId="5C39C8CF" w14:textId="77777777" w:rsidR="000F6D45" w:rsidRPr="00F624E3" w:rsidRDefault="000F6D45">
      <w:pPr>
        <w:rPr>
          <w:lang w:val="es-ES"/>
        </w:rPr>
      </w:pPr>
    </w:p>
    <w:sectPr w:rsidR="000F6D45" w:rsidRPr="00F624E3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093DE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35FE3818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9870A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72C7F5B9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CFE6" w14:textId="67D33978" w:rsidR="00F624E3" w:rsidRDefault="00F624E3">
    <w:pPr>
      <w:pStyle w:val="Encabezado"/>
    </w:pPr>
    <w:r>
      <w:rPr>
        <w:noProof/>
      </w:rPr>
      <w:drawing>
        <wp:inline distT="0" distB="0" distL="0" distR="0" wp14:anchorId="76ED7BC4" wp14:editId="5E59E02F">
          <wp:extent cx="1247775" cy="12477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1247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F6D45"/>
    <w:rsid w:val="0015074B"/>
    <w:rsid w:val="0029639D"/>
    <w:rsid w:val="00326F90"/>
    <w:rsid w:val="004856F5"/>
    <w:rsid w:val="00746594"/>
    <w:rsid w:val="00AA1D8D"/>
    <w:rsid w:val="00B47730"/>
    <w:rsid w:val="00CB0664"/>
    <w:rsid w:val="00E10FDA"/>
    <w:rsid w:val="00F624E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606ED9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1120</Words>
  <Characters>6161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7267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2026-05-26T14:42:00Z</dcterms:modified>
  <cp:category/>
</cp:coreProperties>
</file>