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97B36" w14:textId="6310228A" w:rsidR="007C5844" w:rsidRPr="005B08D3" w:rsidRDefault="00FE6EFE" w:rsidP="005B08D3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</w:pPr>
      <w:r w:rsidRPr="005B08D3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>PRAGA E POLÔNIA</w:t>
      </w:r>
      <w:r w:rsidR="00B67E71" w:rsidRPr="005B08D3">
        <w:rPr>
          <w:rFonts w:ascii="Century Gothic" w:eastAsia="Times New Roman" w:hAnsi="Century Gothic" w:cs="Arial"/>
          <w:b/>
          <w:color w:val="64A0BA"/>
          <w:sz w:val="36"/>
          <w:szCs w:val="36"/>
          <w:lang w:val="pt-BR" w:eastAsia="de-DE"/>
        </w:rPr>
        <w:t xml:space="preserve"> - 2027</w:t>
      </w:r>
    </w:p>
    <w:p w14:paraId="11F892AC" w14:textId="77777777" w:rsidR="007C5844" w:rsidRPr="00FE6EFE" w:rsidRDefault="00FE6EFE" w:rsidP="005B08D3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</w:pPr>
      <w:proofErr w:type="spellStart"/>
      <w:r w:rsidRPr="00FE6EFE"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  <w:t>Categoria</w:t>
      </w:r>
      <w:proofErr w:type="spellEnd"/>
      <w:r w:rsidRPr="00FE6EFE"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  <w:t xml:space="preserve">: </w:t>
      </w:r>
      <w:proofErr w:type="spellStart"/>
      <w:r w:rsidRPr="00FE6EFE">
        <w:rPr>
          <w:rFonts w:ascii="Century Gothic" w:eastAsia="Times New Roman" w:hAnsi="Century Gothic" w:cs="Arial"/>
          <w:bCs/>
          <w:color w:val="64A0BA"/>
          <w:sz w:val="24"/>
          <w:szCs w:val="24"/>
          <w:lang w:val="pt-BR" w:eastAsia="de-DE"/>
        </w:rPr>
        <w:t>Primeira</w:t>
      </w:r>
      <w:proofErr w:type="spellEnd"/>
    </w:p>
    <w:p w14:paraId="081F91FA" w14:textId="77777777" w:rsidR="007C5844" w:rsidRPr="00FC7476" w:rsidRDefault="00FE6EFE" w:rsidP="00B67E71">
      <w:pPr>
        <w:spacing w:after="80"/>
        <w:jc w:val="center"/>
        <w:rPr>
          <w:rFonts w:ascii="Century Gothic" w:hAnsi="Century Gothic" w:cs="Arial"/>
          <w:lang w:val="es-ES"/>
        </w:rPr>
      </w:pPr>
      <w:r w:rsidRPr="00FC7476">
        <w:rPr>
          <w:rFonts w:ascii="Century Gothic" w:hAnsi="Century Gothic" w:cs="Arial"/>
          <w:sz w:val="21"/>
          <w:lang w:val="es-ES"/>
        </w:rPr>
        <w:t xml:space="preserve">Código: </w:t>
      </w:r>
      <w:proofErr w:type="gramStart"/>
      <w:r w:rsidRPr="00FC7476">
        <w:rPr>
          <w:rFonts w:ascii="Century Gothic" w:hAnsi="Century Gothic" w:cs="Arial"/>
          <w:sz w:val="21"/>
          <w:lang w:val="es-ES"/>
        </w:rPr>
        <w:t>PPOL  |</w:t>
      </w:r>
      <w:proofErr w:type="gramEnd"/>
      <w:r w:rsidRPr="00FC7476">
        <w:rPr>
          <w:rFonts w:ascii="Century Gothic" w:hAnsi="Century Gothic" w:cs="Arial"/>
          <w:sz w:val="21"/>
          <w:lang w:val="es-ES"/>
        </w:rPr>
        <w:t xml:space="preserve">  8 </w:t>
      </w:r>
      <w:proofErr w:type="spellStart"/>
      <w:r w:rsidRPr="00FC7476">
        <w:rPr>
          <w:rFonts w:ascii="Century Gothic" w:hAnsi="Century Gothic" w:cs="Arial"/>
          <w:sz w:val="21"/>
          <w:lang w:val="es-ES"/>
        </w:rPr>
        <w:t>Dias</w:t>
      </w:r>
      <w:proofErr w:type="spellEnd"/>
    </w:p>
    <w:p w14:paraId="3E2FCDDB" w14:textId="77777777" w:rsidR="007C5844" w:rsidRPr="00FC7476" w:rsidRDefault="007C5844">
      <w:pPr>
        <w:spacing w:after="80"/>
        <w:rPr>
          <w:rFonts w:cs="Arial"/>
          <w:lang w:val="es-ES"/>
        </w:rPr>
      </w:pPr>
    </w:p>
    <w:p w14:paraId="4AF92093" w14:textId="77777777" w:rsidR="007C5844" w:rsidRPr="000A2BA1" w:rsidRDefault="00FE6EFE">
      <w:pPr>
        <w:pStyle w:val="Ttulo2"/>
        <w:spacing w:before="120" w:after="60"/>
        <w:rPr>
          <w:rFonts w:cstheme="majorHAnsi"/>
          <w:sz w:val="22"/>
          <w:szCs w:val="22"/>
          <w:lang w:val="es-ES"/>
        </w:rPr>
      </w:pPr>
      <w:r w:rsidRPr="000A2BA1">
        <w:rPr>
          <w:rFonts w:cstheme="majorHAnsi"/>
          <w:sz w:val="22"/>
          <w:szCs w:val="22"/>
          <w:lang w:val="es-ES"/>
        </w:rPr>
        <w:t>SAÍDAS GARANTIDAS 2027</w:t>
      </w:r>
    </w:p>
    <w:p w14:paraId="52639552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>MAIO ........................... 25</w:t>
      </w:r>
    </w:p>
    <w:p w14:paraId="51645689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>JUNHO ........................... 8</w:t>
      </w:r>
    </w:p>
    <w:p w14:paraId="1158A741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>JULHO .......................... 20</w:t>
      </w:r>
    </w:p>
    <w:p w14:paraId="11152828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>AGOSTO ......................... 31</w:t>
      </w:r>
    </w:p>
    <w:p w14:paraId="73B23B34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SETEMBRO </w:t>
      </w:r>
      <w:r w:rsidRPr="000A2BA1">
        <w:rPr>
          <w:rFonts w:cs="Arial"/>
          <w:lang w:val="es-ES"/>
        </w:rPr>
        <w:t>..................... 14, 28</w:t>
      </w:r>
    </w:p>
    <w:p w14:paraId="17962E55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777C30D7" w14:textId="77777777" w:rsidR="007C5844" w:rsidRPr="000A2BA1" w:rsidRDefault="00FE6EFE">
      <w:pPr>
        <w:pStyle w:val="Ttulo2"/>
        <w:spacing w:before="120" w:after="60"/>
        <w:rPr>
          <w:rFonts w:cstheme="majorHAnsi"/>
          <w:sz w:val="22"/>
          <w:szCs w:val="22"/>
          <w:lang w:val="es-ES"/>
        </w:rPr>
      </w:pPr>
      <w:r w:rsidRPr="000A2BA1">
        <w:rPr>
          <w:rFonts w:cstheme="majorHAnsi"/>
          <w:sz w:val="22"/>
          <w:szCs w:val="22"/>
          <w:lang w:val="es-ES"/>
        </w:rPr>
        <w:t>HOTÉIS PREVISTOS</w:t>
      </w:r>
    </w:p>
    <w:p w14:paraId="726AB09F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>(</w:t>
      </w:r>
      <w:proofErr w:type="spellStart"/>
      <w:r w:rsidRPr="000A2BA1">
        <w:rPr>
          <w:rFonts w:cs="Arial"/>
          <w:lang w:val="es-ES"/>
        </w:rPr>
        <w:t>ou</w:t>
      </w:r>
      <w:proofErr w:type="spellEnd"/>
      <w:r w:rsidRPr="000A2BA1">
        <w:rPr>
          <w:rFonts w:cs="Arial"/>
          <w:lang w:val="es-ES"/>
        </w:rPr>
        <w:t xml:space="preserve"> similares </w:t>
      </w:r>
      <w:proofErr w:type="spellStart"/>
      <w:r w:rsidRPr="000A2BA1">
        <w:rPr>
          <w:rFonts w:cs="Arial"/>
          <w:lang w:val="es-ES"/>
        </w:rPr>
        <w:t>na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categoria</w:t>
      </w:r>
      <w:proofErr w:type="spellEnd"/>
      <w:r w:rsidRPr="000A2BA1">
        <w:rPr>
          <w:rFonts w:cs="Arial"/>
          <w:lang w:val="es-ES"/>
        </w:rPr>
        <w:t xml:space="preserve"> indicada, conforme 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>)</w:t>
      </w:r>
    </w:p>
    <w:p w14:paraId="0206C22B" w14:textId="77777777" w:rsidR="007C5844" w:rsidRPr="000A2BA1" w:rsidRDefault="00FE6EFE">
      <w:pPr>
        <w:spacing w:after="20"/>
        <w:rPr>
          <w:rFonts w:cs="Arial"/>
          <w:lang w:val="es-ES"/>
        </w:rPr>
      </w:pPr>
      <w:r w:rsidRPr="000A2BA1">
        <w:rPr>
          <w:rFonts w:cs="Arial"/>
          <w:b/>
          <w:lang w:val="es-ES"/>
        </w:rPr>
        <w:t xml:space="preserve">PRAGA: </w:t>
      </w:r>
      <w:r w:rsidRPr="000A2BA1">
        <w:rPr>
          <w:rFonts w:cs="Arial"/>
          <w:lang w:val="es-ES"/>
        </w:rPr>
        <w:t xml:space="preserve">HERMITAGE </w:t>
      </w:r>
      <w:r w:rsidRPr="000A2BA1">
        <w:rPr>
          <w:rFonts w:ascii="Segoe UI Symbol" w:hAnsi="Segoe UI Symbol" w:cs="Segoe UI Symbol"/>
          <w:lang w:val="es-ES"/>
        </w:rPr>
        <w:t>★★★★</w:t>
      </w:r>
    </w:p>
    <w:p w14:paraId="5853AF94" w14:textId="77777777" w:rsidR="007C5844" w:rsidRPr="000A2BA1" w:rsidRDefault="00FE6EFE">
      <w:pPr>
        <w:spacing w:after="20"/>
        <w:rPr>
          <w:rFonts w:cs="Arial"/>
          <w:lang w:val="es-ES"/>
        </w:rPr>
      </w:pPr>
      <w:r w:rsidRPr="000A2BA1">
        <w:rPr>
          <w:rFonts w:cs="Arial"/>
          <w:b/>
          <w:lang w:val="es-ES"/>
        </w:rPr>
        <w:t xml:space="preserve">CRACÓVIA: </w:t>
      </w:r>
      <w:r w:rsidRPr="000A2BA1">
        <w:rPr>
          <w:rFonts w:cs="Arial"/>
          <w:lang w:val="es-ES"/>
        </w:rPr>
        <w:t xml:space="preserve">PURO </w:t>
      </w:r>
      <w:r w:rsidRPr="000A2BA1">
        <w:rPr>
          <w:rFonts w:ascii="Segoe UI Symbol" w:hAnsi="Segoe UI Symbol" w:cs="Segoe UI Symbol"/>
          <w:lang w:val="es-ES"/>
        </w:rPr>
        <w:t>★★★★</w:t>
      </w:r>
    </w:p>
    <w:p w14:paraId="1D83B74F" w14:textId="77777777" w:rsidR="007C5844" w:rsidRPr="000A2BA1" w:rsidRDefault="00FE6EFE">
      <w:pPr>
        <w:spacing w:after="20"/>
        <w:rPr>
          <w:rFonts w:cs="Arial"/>
          <w:lang w:val="es-ES"/>
        </w:rPr>
      </w:pPr>
      <w:r w:rsidRPr="000A2BA1">
        <w:rPr>
          <w:rFonts w:cs="Arial"/>
          <w:b/>
          <w:lang w:val="es-ES"/>
        </w:rPr>
        <w:t xml:space="preserve">VARSÓVIA: </w:t>
      </w:r>
      <w:r w:rsidRPr="000A2BA1">
        <w:rPr>
          <w:rFonts w:cs="Arial"/>
          <w:lang w:val="es-ES"/>
        </w:rPr>
        <w:t xml:space="preserve">MERCUREN CENTRUM </w:t>
      </w:r>
      <w:r w:rsidRPr="000A2BA1">
        <w:rPr>
          <w:rFonts w:ascii="Segoe UI Symbol" w:hAnsi="Segoe UI Symbol" w:cs="Segoe UI Symbol"/>
          <w:lang w:val="es-ES"/>
        </w:rPr>
        <w:t>★★★★</w:t>
      </w:r>
    </w:p>
    <w:p w14:paraId="611C0373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0ABD43FF" w14:textId="77777777" w:rsidR="007C5844" w:rsidRPr="000A2BA1" w:rsidRDefault="00FE6EFE">
      <w:pPr>
        <w:pStyle w:val="Ttulo2"/>
        <w:spacing w:before="120" w:after="60"/>
        <w:rPr>
          <w:rFonts w:cstheme="majorHAnsi"/>
          <w:sz w:val="22"/>
          <w:szCs w:val="22"/>
        </w:rPr>
      </w:pPr>
      <w:r w:rsidRPr="000A2BA1">
        <w:rPr>
          <w:rFonts w:cstheme="majorHAnsi"/>
          <w:sz w:val="22"/>
          <w:szCs w:val="22"/>
        </w:rPr>
        <w:t>SERVIÇOS INCLUÍDOS</w:t>
      </w:r>
    </w:p>
    <w:p w14:paraId="19E652B9" w14:textId="77777777" w:rsidR="007C5844" w:rsidRPr="000A2BA1" w:rsidRDefault="00FE6EFE">
      <w:pPr>
        <w:pStyle w:val="Listaconvietas"/>
        <w:spacing w:after="0"/>
        <w:rPr>
          <w:rFonts w:cs="Arial"/>
        </w:rPr>
      </w:pPr>
      <w:r w:rsidRPr="000A2BA1">
        <w:rPr>
          <w:rFonts w:cs="Arial"/>
        </w:rPr>
        <w:t>Guia acompanhante em espanhol</w:t>
      </w:r>
    </w:p>
    <w:p w14:paraId="340048D1" w14:textId="77777777" w:rsidR="007C5844" w:rsidRPr="000A2BA1" w:rsidRDefault="00FE6EFE">
      <w:pPr>
        <w:pStyle w:val="Listaconvietas"/>
        <w:spacing w:after="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7 </w:t>
      </w:r>
      <w:proofErr w:type="spellStart"/>
      <w:r w:rsidRPr="000A2BA1">
        <w:rPr>
          <w:rFonts w:cs="Arial"/>
          <w:lang w:val="es-ES"/>
        </w:rPr>
        <w:t>noites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com</w:t>
      </w:r>
      <w:proofErr w:type="spellEnd"/>
      <w:r w:rsidRPr="000A2BA1">
        <w:rPr>
          <w:rFonts w:cs="Arial"/>
          <w:lang w:val="es-ES"/>
        </w:rPr>
        <w:t xml:space="preserve"> café da </w:t>
      </w:r>
      <w:proofErr w:type="spellStart"/>
      <w:r w:rsidRPr="000A2BA1">
        <w:rPr>
          <w:rFonts w:cs="Arial"/>
          <w:lang w:val="es-ES"/>
        </w:rPr>
        <w:t>manhã</w:t>
      </w:r>
      <w:proofErr w:type="spellEnd"/>
      <w:r w:rsidRPr="000A2BA1">
        <w:rPr>
          <w:rFonts w:cs="Arial"/>
          <w:lang w:val="es-ES"/>
        </w:rPr>
        <w:t xml:space="preserve"> ti</w:t>
      </w:r>
      <w:r w:rsidRPr="000A2BA1">
        <w:rPr>
          <w:rFonts w:cs="Arial"/>
          <w:lang w:val="es-ES"/>
        </w:rPr>
        <w:t>po buffet</w:t>
      </w:r>
    </w:p>
    <w:p w14:paraId="09F649F4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487FC8D1" w14:textId="77777777" w:rsidR="007C5844" w:rsidRPr="000A2BA1" w:rsidRDefault="00FE6EFE">
      <w:pPr>
        <w:pStyle w:val="Ttulo2"/>
        <w:spacing w:before="120" w:after="60"/>
        <w:rPr>
          <w:rFonts w:cstheme="majorHAnsi"/>
          <w:sz w:val="22"/>
          <w:szCs w:val="22"/>
          <w:lang w:val="es-ES"/>
        </w:rPr>
      </w:pPr>
      <w:r w:rsidRPr="000A2BA1">
        <w:rPr>
          <w:rFonts w:cstheme="majorHAnsi"/>
          <w:sz w:val="22"/>
          <w:szCs w:val="22"/>
          <w:lang w:val="es-ES"/>
        </w:rPr>
        <w:t>TARIFAS EM EUROS</w:t>
      </w:r>
    </w:p>
    <w:p w14:paraId="6947D616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€ </w:t>
      </w:r>
      <w:proofErr w:type="gramStart"/>
      <w:r w:rsidRPr="000A2BA1">
        <w:rPr>
          <w:rFonts w:cs="Arial"/>
          <w:lang w:val="es-ES"/>
        </w:rPr>
        <w:t>1.635,–</w:t>
      </w:r>
      <w:proofErr w:type="gramEnd"/>
      <w:r w:rsidRPr="000A2BA1">
        <w:rPr>
          <w:rFonts w:cs="Arial"/>
          <w:lang w:val="es-ES"/>
        </w:rPr>
        <w:t xml:space="preserve"> por </w:t>
      </w:r>
      <w:proofErr w:type="spellStart"/>
      <w:r w:rsidRPr="000A2BA1">
        <w:rPr>
          <w:rFonts w:cs="Arial"/>
          <w:lang w:val="es-ES"/>
        </w:rPr>
        <w:t>pessoa</w:t>
      </w:r>
      <w:proofErr w:type="spellEnd"/>
      <w:r w:rsidRPr="000A2BA1">
        <w:rPr>
          <w:rFonts w:cs="Arial"/>
          <w:lang w:val="es-ES"/>
        </w:rPr>
        <w:t xml:space="preserve"> em apto. duplo</w:t>
      </w:r>
    </w:p>
    <w:p w14:paraId="03ECF3DF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€ </w:t>
      </w:r>
      <w:proofErr w:type="gramStart"/>
      <w:r w:rsidRPr="000A2BA1">
        <w:rPr>
          <w:rFonts w:cs="Arial"/>
          <w:lang w:val="es-ES"/>
        </w:rPr>
        <w:t>770,–</w:t>
      </w:r>
      <w:proofErr w:type="gramEnd"/>
      <w:r w:rsidRPr="000A2BA1">
        <w:rPr>
          <w:rFonts w:cs="Arial"/>
          <w:lang w:val="es-ES"/>
        </w:rPr>
        <w:t xml:space="preserve"> suplemento individual</w:t>
      </w:r>
    </w:p>
    <w:p w14:paraId="34545860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5% </w:t>
      </w:r>
      <w:proofErr w:type="spellStart"/>
      <w:r w:rsidRPr="000A2BA1">
        <w:rPr>
          <w:rFonts w:cs="Arial"/>
          <w:lang w:val="es-ES"/>
        </w:rPr>
        <w:t>desconto</w:t>
      </w:r>
      <w:proofErr w:type="spellEnd"/>
      <w:r w:rsidRPr="000A2BA1">
        <w:rPr>
          <w:rFonts w:cs="Arial"/>
          <w:lang w:val="es-ES"/>
        </w:rPr>
        <w:t xml:space="preserve"> para o </w:t>
      </w:r>
      <w:proofErr w:type="spellStart"/>
      <w:r w:rsidRPr="000A2BA1">
        <w:rPr>
          <w:rFonts w:cs="Arial"/>
          <w:lang w:val="es-ES"/>
        </w:rPr>
        <w:t>terceiro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passageiro</w:t>
      </w:r>
      <w:proofErr w:type="spellEnd"/>
      <w:r w:rsidRPr="000A2BA1">
        <w:rPr>
          <w:rFonts w:cs="Arial"/>
          <w:lang w:val="es-ES"/>
        </w:rPr>
        <w:t xml:space="preserve"> em </w:t>
      </w:r>
      <w:proofErr w:type="spellStart"/>
      <w:r w:rsidRPr="000A2BA1">
        <w:rPr>
          <w:rFonts w:cs="Arial"/>
          <w:lang w:val="es-ES"/>
        </w:rPr>
        <w:t>quarto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com</w:t>
      </w:r>
      <w:proofErr w:type="spellEnd"/>
      <w:r w:rsidRPr="000A2BA1">
        <w:rPr>
          <w:rFonts w:cs="Arial"/>
          <w:lang w:val="es-ES"/>
        </w:rPr>
        <w:t xml:space="preserve"> +2 </w:t>
      </w:r>
      <w:proofErr w:type="spellStart"/>
      <w:r w:rsidRPr="000A2BA1">
        <w:rPr>
          <w:rFonts w:cs="Arial"/>
          <w:lang w:val="es-ES"/>
        </w:rPr>
        <w:t>pessoas</w:t>
      </w:r>
      <w:proofErr w:type="spellEnd"/>
      <w:r w:rsidRPr="000A2BA1">
        <w:rPr>
          <w:rFonts w:cs="Arial"/>
          <w:lang w:val="es-ES"/>
        </w:rPr>
        <w:t xml:space="preserve"> (QUARTO TRIPLO).</w:t>
      </w:r>
    </w:p>
    <w:p w14:paraId="22CF34B7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02262228" w14:textId="77777777" w:rsidR="007C5844" w:rsidRPr="000A2BA1" w:rsidRDefault="00FE6EFE">
      <w:pPr>
        <w:pStyle w:val="Ttulo1"/>
        <w:spacing w:before="200" w:after="60"/>
        <w:rPr>
          <w:rFonts w:cstheme="majorHAnsi"/>
          <w:sz w:val="22"/>
          <w:szCs w:val="22"/>
          <w:lang w:val="es-ES"/>
        </w:rPr>
      </w:pPr>
      <w:r w:rsidRPr="000A2BA1">
        <w:rPr>
          <w:rFonts w:cstheme="majorHAnsi"/>
          <w:sz w:val="22"/>
          <w:szCs w:val="22"/>
          <w:lang w:val="es-ES"/>
        </w:rPr>
        <w:t>ITINERÁRIO</w:t>
      </w:r>
    </w:p>
    <w:p w14:paraId="0BF90B90" w14:textId="77777777" w:rsidR="007C5844" w:rsidRPr="000A2BA1" w:rsidRDefault="00FE6EFE">
      <w:pPr>
        <w:pStyle w:val="Ttulo2"/>
        <w:spacing w:before="120" w:after="60"/>
        <w:rPr>
          <w:rFonts w:ascii="Arial" w:hAnsi="Arial" w:cs="Arial"/>
          <w:sz w:val="22"/>
          <w:szCs w:val="22"/>
          <w:lang w:val="es-ES"/>
        </w:rPr>
      </w:pPr>
      <w:r w:rsidRPr="000A2BA1">
        <w:rPr>
          <w:rFonts w:ascii="Arial" w:hAnsi="Arial" w:cs="Arial"/>
          <w:sz w:val="22"/>
          <w:szCs w:val="22"/>
          <w:lang w:val="es-ES"/>
        </w:rPr>
        <w:t>DIA 1 TER PRAGA</w:t>
      </w:r>
    </w:p>
    <w:p w14:paraId="6C3D3B2D" w14:textId="77777777" w:rsidR="007C5844" w:rsidRPr="000A2BA1" w:rsidRDefault="00FE6EFE">
      <w:pPr>
        <w:spacing w:after="80"/>
        <w:rPr>
          <w:rFonts w:cs="Arial"/>
          <w:lang w:val="es-ES"/>
        </w:rPr>
      </w:pPr>
      <w:proofErr w:type="spellStart"/>
      <w:r w:rsidRPr="000A2BA1">
        <w:rPr>
          <w:rFonts w:cs="Arial"/>
          <w:lang w:val="es-ES"/>
        </w:rPr>
        <w:t>Chegada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ao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aeroporto</w:t>
      </w:r>
      <w:proofErr w:type="spellEnd"/>
      <w:r w:rsidRPr="000A2BA1">
        <w:rPr>
          <w:rFonts w:cs="Arial"/>
          <w:lang w:val="es-ES"/>
        </w:rPr>
        <w:t xml:space="preserve">, traslado para o hotel e </w:t>
      </w:r>
      <w:proofErr w:type="spellStart"/>
      <w:r w:rsidRPr="000A2BA1">
        <w:rPr>
          <w:rFonts w:cs="Arial"/>
          <w:lang w:val="es-ES"/>
        </w:rPr>
        <w:t>acomodação</w:t>
      </w:r>
      <w:proofErr w:type="spellEnd"/>
      <w:r w:rsidRPr="000A2BA1">
        <w:rPr>
          <w:rFonts w:cs="Arial"/>
          <w:lang w:val="es-ES"/>
        </w:rPr>
        <w:t xml:space="preserve">. O </w:t>
      </w:r>
      <w:proofErr w:type="spellStart"/>
      <w:r w:rsidRPr="000A2BA1">
        <w:rPr>
          <w:rFonts w:cs="Arial"/>
          <w:lang w:val="es-ES"/>
        </w:rPr>
        <w:t>guia</w:t>
      </w:r>
      <w:proofErr w:type="spellEnd"/>
      <w:r w:rsidRPr="000A2BA1">
        <w:rPr>
          <w:rFonts w:cs="Arial"/>
          <w:lang w:val="es-ES"/>
        </w:rPr>
        <w:t xml:space="preserve"> estará no hotel a partir das 19h.</w:t>
      </w:r>
    </w:p>
    <w:p w14:paraId="04141019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10BA42DC" w14:textId="77777777" w:rsidR="007C5844" w:rsidRPr="000A2BA1" w:rsidRDefault="00FE6EFE">
      <w:pPr>
        <w:pStyle w:val="Ttulo2"/>
        <w:spacing w:before="120" w:after="60"/>
        <w:rPr>
          <w:rFonts w:ascii="Arial" w:hAnsi="Arial" w:cs="Arial"/>
          <w:sz w:val="22"/>
          <w:szCs w:val="22"/>
          <w:lang w:val="es-ES"/>
        </w:rPr>
      </w:pPr>
      <w:r w:rsidRPr="000A2BA1">
        <w:rPr>
          <w:rFonts w:ascii="Arial" w:hAnsi="Arial" w:cs="Arial"/>
          <w:sz w:val="22"/>
          <w:szCs w:val="22"/>
          <w:lang w:val="es-ES"/>
        </w:rPr>
        <w:t>DIA 2 QUA PRAGA</w:t>
      </w:r>
    </w:p>
    <w:p w14:paraId="54A3B91A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Iniciaremos o </w:t>
      </w:r>
      <w:proofErr w:type="spellStart"/>
      <w:r w:rsidRPr="000A2BA1">
        <w:rPr>
          <w:rFonts w:cs="Arial"/>
          <w:lang w:val="es-ES"/>
        </w:rPr>
        <w:t>dia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com</w:t>
      </w:r>
      <w:proofErr w:type="spellEnd"/>
      <w:r w:rsidRPr="000A2BA1">
        <w:rPr>
          <w:rFonts w:cs="Arial"/>
          <w:lang w:val="es-ES"/>
        </w:rPr>
        <w:t xml:space="preserve"> a visita da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. </w:t>
      </w:r>
      <w:proofErr w:type="spellStart"/>
      <w:r w:rsidRPr="000A2BA1">
        <w:rPr>
          <w:rFonts w:cs="Arial"/>
          <w:lang w:val="es-ES"/>
        </w:rPr>
        <w:t>Começaremos</w:t>
      </w:r>
      <w:proofErr w:type="spellEnd"/>
      <w:r w:rsidRPr="000A2BA1">
        <w:rPr>
          <w:rFonts w:cs="Arial"/>
          <w:lang w:val="es-ES"/>
        </w:rPr>
        <w:t xml:space="preserve"> pelo </w:t>
      </w:r>
      <w:proofErr w:type="spellStart"/>
      <w:r w:rsidRPr="000A2BA1">
        <w:rPr>
          <w:rFonts w:cs="Arial"/>
          <w:lang w:val="es-ES"/>
        </w:rPr>
        <w:t>bairro</w:t>
      </w:r>
      <w:proofErr w:type="spellEnd"/>
      <w:r w:rsidRPr="000A2BA1">
        <w:rPr>
          <w:rFonts w:cs="Arial"/>
          <w:lang w:val="es-ES"/>
        </w:rPr>
        <w:t xml:space="preserve"> do Castelo de </w:t>
      </w:r>
      <w:proofErr w:type="spellStart"/>
      <w:r w:rsidRPr="000A2BA1">
        <w:rPr>
          <w:rFonts w:cs="Arial"/>
          <w:lang w:val="es-ES"/>
        </w:rPr>
        <w:t>Hradčany</w:t>
      </w:r>
      <w:proofErr w:type="spellEnd"/>
      <w:r w:rsidRPr="000A2BA1">
        <w:rPr>
          <w:rFonts w:cs="Arial"/>
          <w:lang w:val="es-ES"/>
        </w:rPr>
        <w:t xml:space="preserve">, </w:t>
      </w:r>
      <w:proofErr w:type="spellStart"/>
      <w:r w:rsidRPr="000A2BA1">
        <w:rPr>
          <w:rFonts w:cs="Arial"/>
          <w:lang w:val="es-ES"/>
        </w:rPr>
        <w:t>com</w:t>
      </w:r>
      <w:proofErr w:type="spellEnd"/>
      <w:r w:rsidRPr="000A2BA1">
        <w:rPr>
          <w:rFonts w:cs="Arial"/>
          <w:lang w:val="es-ES"/>
        </w:rPr>
        <w:t xml:space="preserve"> a Catedral de São Vito, o Castelo de Praga e a </w:t>
      </w:r>
      <w:proofErr w:type="spellStart"/>
      <w:r w:rsidRPr="000A2BA1">
        <w:rPr>
          <w:rFonts w:cs="Arial"/>
          <w:lang w:val="es-ES"/>
        </w:rPr>
        <w:t>Rua</w:t>
      </w:r>
      <w:proofErr w:type="spellEnd"/>
      <w:r w:rsidRPr="000A2BA1">
        <w:rPr>
          <w:rFonts w:cs="Arial"/>
          <w:lang w:val="es-ES"/>
        </w:rPr>
        <w:t xml:space="preserve"> do Ouro. </w:t>
      </w:r>
      <w:proofErr w:type="spellStart"/>
      <w:r w:rsidRPr="000A2BA1">
        <w:rPr>
          <w:rFonts w:cs="Arial"/>
          <w:lang w:val="es-ES"/>
        </w:rPr>
        <w:t>Após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percorrer</w:t>
      </w:r>
      <w:proofErr w:type="spellEnd"/>
      <w:r w:rsidRPr="000A2BA1">
        <w:rPr>
          <w:rFonts w:cs="Arial"/>
          <w:lang w:val="es-ES"/>
        </w:rPr>
        <w:t xml:space="preserve"> os diferentes </w:t>
      </w:r>
      <w:proofErr w:type="spellStart"/>
      <w:r w:rsidRPr="000A2BA1">
        <w:rPr>
          <w:rFonts w:cs="Arial"/>
          <w:lang w:val="es-ES"/>
        </w:rPr>
        <w:t>pát</w:t>
      </w:r>
      <w:r w:rsidRPr="000A2BA1">
        <w:rPr>
          <w:rFonts w:cs="Arial"/>
          <w:lang w:val="es-ES"/>
        </w:rPr>
        <w:t>ios</w:t>
      </w:r>
      <w:proofErr w:type="spellEnd"/>
      <w:r w:rsidRPr="000A2BA1">
        <w:rPr>
          <w:rFonts w:cs="Arial"/>
          <w:lang w:val="es-ES"/>
        </w:rPr>
        <w:t xml:space="preserve"> do </w:t>
      </w:r>
      <w:proofErr w:type="spellStart"/>
      <w:r w:rsidRPr="000A2BA1">
        <w:rPr>
          <w:rFonts w:cs="Arial"/>
          <w:lang w:val="es-ES"/>
        </w:rPr>
        <w:t>castelo</w:t>
      </w:r>
      <w:proofErr w:type="spellEnd"/>
      <w:r w:rsidRPr="000A2BA1">
        <w:rPr>
          <w:rFonts w:cs="Arial"/>
          <w:lang w:val="es-ES"/>
        </w:rPr>
        <w:t xml:space="preserve">, visitaremos 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Pequena</w:t>
      </w:r>
      <w:proofErr w:type="spellEnd"/>
      <w:r w:rsidRPr="000A2BA1">
        <w:rPr>
          <w:rFonts w:cs="Arial"/>
          <w:lang w:val="es-ES"/>
        </w:rPr>
        <w:t xml:space="preserve"> pela </w:t>
      </w:r>
      <w:proofErr w:type="spellStart"/>
      <w:r w:rsidRPr="000A2BA1">
        <w:rPr>
          <w:rFonts w:cs="Arial"/>
          <w:lang w:val="es-ES"/>
        </w:rPr>
        <w:t>rua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Nerudova</w:t>
      </w:r>
      <w:proofErr w:type="spellEnd"/>
      <w:r w:rsidRPr="000A2BA1">
        <w:rPr>
          <w:rFonts w:cs="Arial"/>
          <w:lang w:val="es-ES"/>
        </w:rPr>
        <w:t xml:space="preserve">, </w:t>
      </w:r>
      <w:proofErr w:type="spellStart"/>
      <w:r w:rsidRPr="000A2BA1">
        <w:rPr>
          <w:rFonts w:cs="Arial"/>
          <w:lang w:val="es-ES"/>
        </w:rPr>
        <w:t>com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suas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belas</w:t>
      </w:r>
      <w:proofErr w:type="spellEnd"/>
      <w:r w:rsidRPr="000A2BA1">
        <w:rPr>
          <w:rFonts w:cs="Arial"/>
          <w:lang w:val="es-ES"/>
        </w:rPr>
        <w:t xml:space="preserve"> casas </w:t>
      </w:r>
      <w:proofErr w:type="gramStart"/>
      <w:r w:rsidRPr="000A2BA1">
        <w:rPr>
          <w:rFonts w:cs="Arial"/>
          <w:lang w:val="es-ES"/>
        </w:rPr>
        <w:t>e</w:t>
      </w:r>
      <w:proofErr w:type="gramEnd"/>
      <w:r w:rsidRPr="000A2BA1">
        <w:rPr>
          <w:rFonts w:cs="Arial"/>
          <w:lang w:val="es-ES"/>
        </w:rPr>
        <w:t xml:space="preserve"> símbolos </w:t>
      </w:r>
      <w:proofErr w:type="spellStart"/>
      <w:r w:rsidRPr="000A2BA1">
        <w:rPr>
          <w:rFonts w:cs="Arial"/>
          <w:lang w:val="es-ES"/>
        </w:rPr>
        <w:t>antigos</w:t>
      </w:r>
      <w:proofErr w:type="spellEnd"/>
      <w:r w:rsidRPr="000A2BA1">
        <w:rPr>
          <w:rFonts w:cs="Arial"/>
          <w:lang w:val="es-ES"/>
        </w:rPr>
        <w:t xml:space="preserve">. </w:t>
      </w:r>
      <w:proofErr w:type="spellStart"/>
      <w:r w:rsidRPr="000A2BA1">
        <w:rPr>
          <w:rFonts w:cs="Arial"/>
          <w:lang w:val="es-ES"/>
        </w:rPr>
        <w:lastRenderedPageBreak/>
        <w:t>Passaremos</w:t>
      </w:r>
      <w:proofErr w:type="spellEnd"/>
      <w:r w:rsidRPr="000A2BA1">
        <w:rPr>
          <w:rFonts w:cs="Arial"/>
          <w:lang w:val="es-ES"/>
        </w:rPr>
        <w:t xml:space="preserve"> pela Igreja de São Nicolau até </w:t>
      </w:r>
      <w:proofErr w:type="spellStart"/>
      <w:r w:rsidRPr="000A2BA1">
        <w:rPr>
          <w:rFonts w:cs="Arial"/>
          <w:lang w:val="es-ES"/>
        </w:rPr>
        <w:t>chegar</w:t>
      </w:r>
      <w:proofErr w:type="spellEnd"/>
      <w:r w:rsidRPr="000A2BA1">
        <w:rPr>
          <w:rFonts w:cs="Arial"/>
          <w:lang w:val="es-ES"/>
        </w:rPr>
        <w:t xml:space="preserve"> à Ponte Carlos, </w:t>
      </w:r>
      <w:proofErr w:type="spellStart"/>
      <w:r w:rsidRPr="000A2BA1">
        <w:rPr>
          <w:rFonts w:cs="Arial"/>
          <w:lang w:val="es-ES"/>
        </w:rPr>
        <w:t>uma</w:t>
      </w:r>
      <w:proofErr w:type="spellEnd"/>
      <w:r w:rsidRPr="000A2BA1">
        <w:rPr>
          <w:rFonts w:cs="Arial"/>
          <w:lang w:val="es-ES"/>
        </w:rPr>
        <w:t xml:space="preserve"> das </w:t>
      </w:r>
      <w:proofErr w:type="spellStart"/>
      <w:r w:rsidRPr="000A2BA1">
        <w:rPr>
          <w:rFonts w:cs="Arial"/>
          <w:lang w:val="es-ES"/>
        </w:rPr>
        <w:t>mais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antigas</w:t>
      </w:r>
      <w:proofErr w:type="spellEnd"/>
      <w:r w:rsidRPr="000A2BA1">
        <w:rPr>
          <w:rFonts w:cs="Arial"/>
          <w:lang w:val="es-ES"/>
        </w:rPr>
        <w:t xml:space="preserve"> da Europa, que liga 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Pequena</w:t>
      </w:r>
      <w:proofErr w:type="spellEnd"/>
      <w:r w:rsidRPr="000A2BA1">
        <w:rPr>
          <w:rFonts w:cs="Arial"/>
          <w:lang w:val="es-ES"/>
        </w:rPr>
        <w:t xml:space="preserve"> à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Velha</w:t>
      </w:r>
      <w:proofErr w:type="spellEnd"/>
      <w:r w:rsidRPr="000A2BA1">
        <w:rPr>
          <w:rFonts w:cs="Arial"/>
          <w:lang w:val="es-ES"/>
        </w:rPr>
        <w:t xml:space="preserve">, de onde se </w:t>
      </w:r>
      <w:proofErr w:type="spellStart"/>
      <w:r w:rsidRPr="000A2BA1">
        <w:rPr>
          <w:rFonts w:cs="Arial"/>
          <w:lang w:val="es-ES"/>
        </w:rPr>
        <w:t>t</w:t>
      </w:r>
      <w:r w:rsidRPr="000A2BA1">
        <w:rPr>
          <w:rFonts w:cs="Arial"/>
          <w:lang w:val="es-ES"/>
        </w:rPr>
        <w:t>em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uma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bela</w:t>
      </w:r>
      <w:proofErr w:type="spellEnd"/>
      <w:r w:rsidRPr="000A2BA1">
        <w:rPr>
          <w:rFonts w:cs="Arial"/>
          <w:lang w:val="es-ES"/>
        </w:rPr>
        <w:t xml:space="preserve"> vista. </w:t>
      </w:r>
      <w:proofErr w:type="spellStart"/>
      <w:r w:rsidRPr="000A2BA1">
        <w:rPr>
          <w:rFonts w:cs="Arial"/>
          <w:lang w:val="es-ES"/>
        </w:rPr>
        <w:t>Caminharemos</w:t>
      </w:r>
      <w:proofErr w:type="spellEnd"/>
      <w:r w:rsidRPr="000A2BA1">
        <w:rPr>
          <w:rFonts w:cs="Arial"/>
          <w:lang w:val="es-ES"/>
        </w:rPr>
        <w:t xml:space="preserve"> pela </w:t>
      </w:r>
      <w:proofErr w:type="spellStart"/>
      <w:r w:rsidRPr="000A2BA1">
        <w:rPr>
          <w:rFonts w:cs="Arial"/>
          <w:lang w:val="es-ES"/>
        </w:rPr>
        <w:t>rua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Karlova</w:t>
      </w:r>
      <w:proofErr w:type="spellEnd"/>
      <w:r w:rsidRPr="000A2BA1">
        <w:rPr>
          <w:rFonts w:cs="Arial"/>
          <w:lang w:val="es-ES"/>
        </w:rPr>
        <w:t xml:space="preserve"> até a </w:t>
      </w:r>
      <w:proofErr w:type="spellStart"/>
      <w:r w:rsidRPr="000A2BA1">
        <w:rPr>
          <w:rFonts w:cs="Arial"/>
          <w:lang w:val="es-ES"/>
        </w:rPr>
        <w:t>Praça</w:t>
      </w:r>
      <w:proofErr w:type="spellEnd"/>
      <w:r w:rsidRPr="000A2BA1">
        <w:rPr>
          <w:rFonts w:cs="Arial"/>
          <w:lang w:val="es-ES"/>
        </w:rPr>
        <w:t xml:space="preserve"> da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Velha</w:t>
      </w:r>
      <w:proofErr w:type="spellEnd"/>
      <w:r w:rsidRPr="000A2BA1">
        <w:rPr>
          <w:rFonts w:cs="Arial"/>
          <w:lang w:val="es-ES"/>
        </w:rPr>
        <w:t xml:space="preserve">, </w:t>
      </w:r>
      <w:proofErr w:type="spellStart"/>
      <w:r w:rsidRPr="000A2BA1">
        <w:rPr>
          <w:rFonts w:cs="Arial"/>
          <w:lang w:val="es-ES"/>
        </w:rPr>
        <w:t>com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seu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relógio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astronômico</w:t>
      </w:r>
      <w:proofErr w:type="spellEnd"/>
      <w:r w:rsidRPr="000A2BA1">
        <w:rPr>
          <w:rFonts w:cs="Arial"/>
          <w:lang w:val="es-ES"/>
        </w:rPr>
        <w:t xml:space="preserve">, a igreja gótica de </w:t>
      </w:r>
      <w:proofErr w:type="spellStart"/>
      <w:r w:rsidRPr="000A2BA1">
        <w:rPr>
          <w:rFonts w:cs="Arial"/>
          <w:lang w:val="es-ES"/>
        </w:rPr>
        <w:t>Nossa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Senhora</w:t>
      </w:r>
      <w:proofErr w:type="spellEnd"/>
      <w:r w:rsidRPr="000A2BA1">
        <w:rPr>
          <w:rFonts w:cs="Arial"/>
          <w:lang w:val="es-ES"/>
        </w:rPr>
        <w:t xml:space="preserve"> de </w:t>
      </w:r>
      <w:proofErr w:type="spellStart"/>
      <w:r w:rsidRPr="000A2BA1">
        <w:rPr>
          <w:rFonts w:cs="Arial"/>
          <w:lang w:val="es-ES"/>
        </w:rPr>
        <w:t>Týn</w:t>
      </w:r>
      <w:proofErr w:type="spellEnd"/>
      <w:r w:rsidRPr="000A2BA1">
        <w:rPr>
          <w:rFonts w:cs="Arial"/>
          <w:lang w:val="es-ES"/>
        </w:rPr>
        <w:t xml:space="preserve"> e o monumento a Jan </w:t>
      </w:r>
      <w:proofErr w:type="spellStart"/>
      <w:r w:rsidRPr="000A2BA1">
        <w:rPr>
          <w:rFonts w:cs="Arial"/>
          <w:lang w:val="es-ES"/>
        </w:rPr>
        <w:t>Hus</w:t>
      </w:r>
      <w:proofErr w:type="spellEnd"/>
      <w:r w:rsidRPr="000A2BA1">
        <w:rPr>
          <w:rFonts w:cs="Arial"/>
          <w:lang w:val="es-ES"/>
        </w:rPr>
        <w:t xml:space="preserve">. Por </w:t>
      </w:r>
      <w:proofErr w:type="spellStart"/>
      <w:r w:rsidRPr="000A2BA1">
        <w:rPr>
          <w:rFonts w:cs="Arial"/>
          <w:lang w:val="es-ES"/>
        </w:rPr>
        <w:t>fim</w:t>
      </w:r>
      <w:proofErr w:type="spellEnd"/>
      <w:r w:rsidRPr="000A2BA1">
        <w:rPr>
          <w:rFonts w:cs="Arial"/>
          <w:lang w:val="es-ES"/>
        </w:rPr>
        <w:t xml:space="preserve">, </w:t>
      </w:r>
      <w:proofErr w:type="spellStart"/>
      <w:r w:rsidRPr="000A2BA1">
        <w:rPr>
          <w:rFonts w:cs="Arial"/>
          <w:lang w:val="es-ES"/>
        </w:rPr>
        <w:t>chegaremos</w:t>
      </w:r>
      <w:proofErr w:type="spellEnd"/>
      <w:r w:rsidRPr="000A2BA1">
        <w:rPr>
          <w:rFonts w:cs="Arial"/>
          <w:lang w:val="es-ES"/>
        </w:rPr>
        <w:t xml:space="preserve"> à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 Nova, onde termina o </w:t>
      </w:r>
      <w:proofErr w:type="spellStart"/>
      <w:r w:rsidRPr="000A2BA1">
        <w:rPr>
          <w:rFonts w:cs="Arial"/>
          <w:lang w:val="es-ES"/>
        </w:rPr>
        <w:t>passeio</w:t>
      </w:r>
      <w:proofErr w:type="spellEnd"/>
      <w:r w:rsidRPr="000A2BA1">
        <w:rPr>
          <w:rFonts w:cs="Arial"/>
          <w:lang w:val="es-ES"/>
        </w:rPr>
        <w:t xml:space="preserve">. Praga </w:t>
      </w:r>
      <w:proofErr w:type="spellStart"/>
      <w:r w:rsidRPr="000A2BA1">
        <w:rPr>
          <w:rFonts w:cs="Arial"/>
          <w:lang w:val="es-ES"/>
        </w:rPr>
        <w:t>também</w:t>
      </w:r>
      <w:proofErr w:type="spellEnd"/>
      <w:r w:rsidRPr="000A2BA1">
        <w:rPr>
          <w:rFonts w:cs="Arial"/>
          <w:lang w:val="es-ES"/>
        </w:rPr>
        <w:t xml:space="preserve"> é famosa por</w:t>
      </w:r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sua</w:t>
      </w:r>
      <w:proofErr w:type="spellEnd"/>
      <w:r w:rsidRPr="000A2BA1">
        <w:rPr>
          <w:rFonts w:cs="Arial"/>
          <w:lang w:val="es-ES"/>
        </w:rPr>
        <w:t xml:space="preserve"> arte em vidro </w:t>
      </w:r>
      <w:proofErr w:type="gramStart"/>
      <w:r w:rsidRPr="000A2BA1">
        <w:rPr>
          <w:rFonts w:cs="Arial"/>
          <w:lang w:val="es-ES"/>
        </w:rPr>
        <w:t>e</w:t>
      </w:r>
      <w:proofErr w:type="gramEnd"/>
      <w:r w:rsidRPr="000A2BA1">
        <w:rPr>
          <w:rFonts w:cs="Arial"/>
          <w:lang w:val="es-ES"/>
        </w:rPr>
        <w:t xml:space="preserve"> porcelana; as </w:t>
      </w:r>
      <w:proofErr w:type="spellStart"/>
      <w:r w:rsidRPr="000A2BA1">
        <w:rPr>
          <w:rFonts w:cs="Arial"/>
          <w:lang w:val="es-ES"/>
        </w:rPr>
        <w:t>marionetes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são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uma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lembrança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autêntica</w:t>
      </w:r>
      <w:proofErr w:type="spellEnd"/>
      <w:r w:rsidRPr="000A2BA1">
        <w:rPr>
          <w:rFonts w:cs="Arial"/>
          <w:lang w:val="es-ES"/>
        </w:rPr>
        <w:t xml:space="preserve"> para </w:t>
      </w:r>
      <w:proofErr w:type="spellStart"/>
      <w:r w:rsidRPr="000A2BA1">
        <w:rPr>
          <w:rFonts w:cs="Arial"/>
          <w:lang w:val="es-ES"/>
        </w:rPr>
        <w:t>quem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ficou</w:t>
      </w:r>
      <w:proofErr w:type="spellEnd"/>
      <w:r w:rsidRPr="000A2BA1">
        <w:rPr>
          <w:rFonts w:cs="Arial"/>
          <w:lang w:val="es-ES"/>
        </w:rPr>
        <w:t xml:space="preserve"> em casa.</w:t>
      </w:r>
    </w:p>
    <w:p w14:paraId="280109B7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4ADE8134" w14:textId="77777777" w:rsidR="007C5844" w:rsidRPr="000A2BA1" w:rsidRDefault="00FE6EFE">
      <w:pPr>
        <w:pStyle w:val="Ttulo2"/>
        <w:spacing w:before="120" w:after="60"/>
        <w:rPr>
          <w:rFonts w:ascii="Arial" w:hAnsi="Arial" w:cs="Arial"/>
          <w:sz w:val="22"/>
          <w:szCs w:val="22"/>
          <w:lang w:val="es-ES"/>
        </w:rPr>
      </w:pPr>
      <w:r w:rsidRPr="000A2BA1">
        <w:rPr>
          <w:rFonts w:ascii="Arial" w:hAnsi="Arial" w:cs="Arial"/>
          <w:sz w:val="22"/>
          <w:szCs w:val="22"/>
          <w:lang w:val="es-ES"/>
        </w:rPr>
        <w:t>DIA 3 QUI PRAGA</w:t>
      </w:r>
    </w:p>
    <w:p w14:paraId="550F8BEB" w14:textId="77777777" w:rsidR="007C5844" w:rsidRPr="000A2BA1" w:rsidRDefault="00FE6EFE">
      <w:pPr>
        <w:spacing w:after="80"/>
        <w:rPr>
          <w:rFonts w:cs="Arial"/>
          <w:lang w:val="es-ES"/>
        </w:rPr>
      </w:pPr>
      <w:proofErr w:type="spellStart"/>
      <w:r w:rsidRPr="000A2BA1">
        <w:rPr>
          <w:rFonts w:cs="Arial"/>
          <w:lang w:val="es-ES"/>
        </w:rPr>
        <w:t>Hoje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terá</w:t>
      </w:r>
      <w:proofErr w:type="spellEnd"/>
      <w:r w:rsidRPr="000A2BA1">
        <w:rPr>
          <w:rFonts w:cs="Arial"/>
          <w:lang w:val="es-ES"/>
        </w:rPr>
        <w:t xml:space="preserve"> o </w:t>
      </w:r>
      <w:proofErr w:type="spellStart"/>
      <w:r w:rsidRPr="000A2BA1">
        <w:rPr>
          <w:rFonts w:cs="Arial"/>
          <w:lang w:val="es-ES"/>
        </w:rPr>
        <w:t>dia</w:t>
      </w:r>
      <w:proofErr w:type="spellEnd"/>
      <w:r w:rsidRPr="000A2BA1">
        <w:rPr>
          <w:rFonts w:cs="Arial"/>
          <w:lang w:val="es-ES"/>
        </w:rPr>
        <w:t xml:space="preserve"> totalmente </w:t>
      </w:r>
      <w:proofErr w:type="spellStart"/>
      <w:r w:rsidRPr="000A2BA1">
        <w:rPr>
          <w:rFonts w:cs="Arial"/>
          <w:lang w:val="es-ES"/>
        </w:rPr>
        <w:t>livre</w:t>
      </w:r>
      <w:proofErr w:type="spellEnd"/>
      <w:r w:rsidRPr="000A2BA1">
        <w:rPr>
          <w:rFonts w:cs="Arial"/>
          <w:lang w:val="es-ES"/>
        </w:rPr>
        <w:t xml:space="preserve"> para continuar </w:t>
      </w:r>
      <w:proofErr w:type="spellStart"/>
      <w:r w:rsidRPr="000A2BA1">
        <w:rPr>
          <w:rFonts w:cs="Arial"/>
          <w:lang w:val="es-ES"/>
        </w:rPr>
        <w:t>descobrindo</w:t>
      </w:r>
      <w:proofErr w:type="spellEnd"/>
      <w:r w:rsidRPr="000A2BA1">
        <w:rPr>
          <w:rFonts w:cs="Arial"/>
          <w:lang w:val="es-ES"/>
        </w:rPr>
        <w:t xml:space="preserve"> 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ou</w:t>
      </w:r>
      <w:proofErr w:type="spellEnd"/>
      <w:r w:rsidRPr="000A2BA1">
        <w:rPr>
          <w:rFonts w:cs="Arial"/>
          <w:lang w:val="es-ES"/>
        </w:rPr>
        <w:t xml:space="preserve"> descansar. Para </w:t>
      </w:r>
      <w:proofErr w:type="spellStart"/>
      <w:r w:rsidRPr="000A2BA1">
        <w:rPr>
          <w:rFonts w:cs="Arial"/>
          <w:lang w:val="es-ES"/>
        </w:rPr>
        <w:t>aqueles</w:t>
      </w:r>
      <w:proofErr w:type="spellEnd"/>
      <w:r w:rsidRPr="000A2BA1">
        <w:rPr>
          <w:rFonts w:cs="Arial"/>
          <w:lang w:val="es-ES"/>
        </w:rPr>
        <w:t xml:space="preserve"> que </w:t>
      </w:r>
      <w:proofErr w:type="spellStart"/>
      <w:r w:rsidRPr="000A2BA1">
        <w:rPr>
          <w:rFonts w:cs="Arial"/>
          <w:lang w:val="es-ES"/>
        </w:rPr>
        <w:t>desejam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conhecer</w:t>
      </w:r>
      <w:proofErr w:type="spellEnd"/>
      <w:r w:rsidRPr="000A2BA1">
        <w:rPr>
          <w:rFonts w:cs="Arial"/>
          <w:lang w:val="es-ES"/>
        </w:rPr>
        <w:t xml:space="preserve"> como </w:t>
      </w:r>
      <w:proofErr w:type="spellStart"/>
      <w:r w:rsidRPr="000A2BA1">
        <w:rPr>
          <w:rFonts w:cs="Arial"/>
          <w:lang w:val="es-ES"/>
        </w:rPr>
        <w:t>relaxavam</w:t>
      </w:r>
      <w:proofErr w:type="spellEnd"/>
      <w:r w:rsidRPr="000A2BA1">
        <w:rPr>
          <w:rFonts w:cs="Arial"/>
          <w:lang w:val="es-ES"/>
        </w:rPr>
        <w:t xml:space="preserve"> os imper</w:t>
      </w:r>
      <w:r w:rsidRPr="000A2BA1">
        <w:rPr>
          <w:rFonts w:cs="Arial"/>
          <w:lang w:val="es-ES"/>
        </w:rPr>
        <w:t xml:space="preserve">adores, </w:t>
      </w:r>
      <w:proofErr w:type="spellStart"/>
      <w:r w:rsidRPr="000A2BA1">
        <w:rPr>
          <w:rFonts w:cs="Arial"/>
          <w:lang w:val="es-ES"/>
        </w:rPr>
        <w:t>oferecemos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uma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excursão</w:t>
      </w:r>
      <w:proofErr w:type="spellEnd"/>
      <w:r w:rsidRPr="000A2BA1">
        <w:rPr>
          <w:rFonts w:cs="Arial"/>
          <w:lang w:val="es-ES"/>
        </w:rPr>
        <w:t xml:space="preserve"> opcional a Karlovy Vary, a </w:t>
      </w:r>
      <w:proofErr w:type="spellStart"/>
      <w:r w:rsidRPr="000A2BA1">
        <w:rPr>
          <w:rFonts w:cs="Arial"/>
          <w:lang w:val="es-ES"/>
        </w:rPr>
        <w:t>clássica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 termal da </w:t>
      </w:r>
      <w:proofErr w:type="spellStart"/>
      <w:r w:rsidRPr="000A2BA1">
        <w:rPr>
          <w:rFonts w:cs="Arial"/>
          <w:lang w:val="es-ES"/>
        </w:rPr>
        <w:t>antiga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monarquia</w:t>
      </w:r>
      <w:proofErr w:type="spellEnd"/>
      <w:r w:rsidRPr="000A2BA1">
        <w:rPr>
          <w:rFonts w:cs="Arial"/>
          <w:lang w:val="es-ES"/>
        </w:rPr>
        <w:t xml:space="preserve"> austro-húngara (</w:t>
      </w:r>
      <w:proofErr w:type="spellStart"/>
      <w:r w:rsidRPr="000A2BA1">
        <w:rPr>
          <w:rFonts w:cs="Arial"/>
          <w:lang w:val="es-ES"/>
        </w:rPr>
        <w:t>não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incluída</w:t>
      </w:r>
      <w:proofErr w:type="spellEnd"/>
      <w:r w:rsidRPr="000A2BA1">
        <w:rPr>
          <w:rFonts w:cs="Arial"/>
          <w:lang w:val="es-ES"/>
        </w:rPr>
        <w:t xml:space="preserve">). </w:t>
      </w:r>
      <w:proofErr w:type="spellStart"/>
      <w:r w:rsidRPr="000A2BA1">
        <w:rPr>
          <w:rFonts w:cs="Arial"/>
          <w:lang w:val="es-ES"/>
        </w:rPr>
        <w:t>Hospedagem</w:t>
      </w:r>
      <w:proofErr w:type="spellEnd"/>
      <w:r w:rsidRPr="000A2BA1">
        <w:rPr>
          <w:rFonts w:cs="Arial"/>
          <w:lang w:val="es-ES"/>
        </w:rPr>
        <w:t xml:space="preserve"> em Praga.</w:t>
      </w:r>
    </w:p>
    <w:p w14:paraId="5077A304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18B5B8D5" w14:textId="77777777" w:rsidR="007C5844" w:rsidRPr="000A2BA1" w:rsidRDefault="00FE6EFE">
      <w:pPr>
        <w:pStyle w:val="Ttulo2"/>
        <w:spacing w:before="120" w:after="60"/>
        <w:rPr>
          <w:rFonts w:ascii="Arial" w:hAnsi="Arial" w:cs="Arial"/>
          <w:sz w:val="22"/>
          <w:szCs w:val="22"/>
          <w:lang w:val="es-ES"/>
        </w:rPr>
      </w:pPr>
      <w:r w:rsidRPr="000A2BA1">
        <w:rPr>
          <w:rFonts w:ascii="Arial" w:hAnsi="Arial" w:cs="Arial"/>
          <w:sz w:val="22"/>
          <w:szCs w:val="22"/>
          <w:lang w:val="es-ES"/>
        </w:rPr>
        <w:t>DIA 4 SEX PRAGA - WIELICZKA CRACÓVIA</w:t>
      </w:r>
    </w:p>
    <w:p w14:paraId="0E8077D5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Café da </w:t>
      </w:r>
      <w:proofErr w:type="spellStart"/>
      <w:r w:rsidRPr="000A2BA1">
        <w:rPr>
          <w:rFonts w:cs="Arial"/>
          <w:lang w:val="es-ES"/>
        </w:rPr>
        <w:t>manhã</w:t>
      </w:r>
      <w:proofErr w:type="spellEnd"/>
      <w:r w:rsidRPr="000A2BA1">
        <w:rPr>
          <w:rFonts w:cs="Arial"/>
          <w:lang w:val="es-ES"/>
        </w:rPr>
        <w:t xml:space="preserve"> e </w:t>
      </w:r>
      <w:proofErr w:type="spellStart"/>
      <w:r w:rsidRPr="000A2BA1">
        <w:rPr>
          <w:rFonts w:cs="Arial"/>
          <w:lang w:val="es-ES"/>
        </w:rPr>
        <w:t>saída</w:t>
      </w:r>
      <w:proofErr w:type="spellEnd"/>
      <w:r w:rsidRPr="000A2BA1">
        <w:rPr>
          <w:rFonts w:cs="Arial"/>
          <w:lang w:val="es-ES"/>
        </w:rPr>
        <w:t xml:space="preserve"> cedo do hotel. </w:t>
      </w:r>
      <w:proofErr w:type="spellStart"/>
      <w:r w:rsidRPr="000A2BA1">
        <w:rPr>
          <w:rFonts w:cs="Arial"/>
          <w:lang w:val="es-ES"/>
        </w:rPr>
        <w:t>Hoje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deixaremos</w:t>
      </w:r>
      <w:proofErr w:type="spellEnd"/>
      <w:r w:rsidRPr="000A2BA1">
        <w:rPr>
          <w:rFonts w:cs="Arial"/>
          <w:lang w:val="es-ES"/>
        </w:rPr>
        <w:t xml:space="preserve"> a República</w:t>
      </w:r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Tcheca</w:t>
      </w:r>
      <w:proofErr w:type="spellEnd"/>
      <w:r w:rsidRPr="000A2BA1">
        <w:rPr>
          <w:rFonts w:cs="Arial"/>
          <w:lang w:val="es-ES"/>
        </w:rPr>
        <w:t xml:space="preserve"> e seguiremos para leste até </w:t>
      </w:r>
      <w:proofErr w:type="spellStart"/>
      <w:r w:rsidRPr="000A2BA1">
        <w:rPr>
          <w:rFonts w:cs="Arial"/>
          <w:lang w:val="es-ES"/>
        </w:rPr>
        <w:t>Cracóvia</w:t>
      </w:r>
      <w:proofErr w:type="spellEnd"/>
      <w:r w:rsidRPr="000A2BA1">
        <w:rPr>
          <w:rFonts w:cs="Arial"/>
          <w:lang w:val="es-ES"/>
        </w:rPr>
        <w:t xml:space="preserve">. Antes de </w:t>
      </w:r>
      <w:proofErr w:type="spellStart"/>
      <w:r w:rsidRPr="000A2BA1">
        <w:rPr>
          <w:rFonts w:cs="Arial"/>
          <w:lang w:val="es-ES"/>
        </w:rPr>
        <w:t>chegar</w:t>
      </w:r>
      <w:proofErr w:type="spellEnd"/>
      <w:r w:rsidRPr="000A2BA1">
        <w:rPr>
          <w:rFonts w:cs="Arial"/>
          <w:lang w:val="es-ES"/>
        </w:rPr>
        <w:t xml:space="preserve"> à </w:t>
      </w:r>
      <w:proofErr w:type="spellStart"/>
      <w:r w:rsidRPr="000A2BA1">
        <w:rPr>
          <w:rFonts w:cs="Arial"/>
          <w:lang w:val="es-ES"/>
        </w:rPr>
        <w:t>antiga</w:t>
      </w:r>
      <w:proofErr w:type="spellEnd"/>
      <w:r w:rsidRPr="000A2BA1">
        <w:rPr>
          <w:rFonts w:cs="Arial"/>
          <w:lang w:val="es-ES"/>
        </w:rPr>
        <w:t xml:space="preserve"> capital da </w:t>
      </w:r>
      <w:proofErr w:type="spellStart"/>
      <w:r w:rsidRPr="000A2BA1">
        <w:rPr>
          <w:rFonts w:cs="Arial"/>
          <w:lang w:val="es-ES"/>
        </w:rPr>
        <w:t>Polônia</w:t>
      </w:r>
      <w:proofErr w:type="spellEnd"/>
      <w:r w:rsidRPr="000A2BA1">
        <w:rPr>
          <w:rFonts w:cs="Arial"/>
          <w:lang w:val="es-ES"/>
        </w:rPr>
        <w:t xml:space="preserve">, </w:t>
      </w:r>
      <w:proofErr w:type="spellStart"/>
      <w:r w:rsidRPr="000A2BA1">
        <w:rPr>
          <w:rFonts w:cs="Arial"/>
          <w:lang w:val="es-ES"/>
        </w:rPr>
        <w:t>faremos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um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desvio</w:t>
      </w:r>
      <w:proofErr w:type="spellEnd"/>
      <w:r w:rsidRPr="000A2BA1">
        <w:rPr>
          <w:rFonts w:cs="Arial"/>
          <w:lang w:val="es-ES"/>
        </w:rPr>
        <w:t xml:space="preserve"> até </w:t>
      </w:r>
      <w:proofErr w:type="spellStart"/>
      <w:r w:rsidRPr="000A2BA1">
        <w:rPr>
          <w:rFonts w:cs="Arial"/>
          <w:lang w:val="es-ES"/>
        </w:rPr>
        <w:t>Wieliczka</w:t>
      </w:r>
      <w:proofErr w:type="spellEnd"/>
      <w:r w:rsidRPr="000A2BA1">
        <w:rPr>
          <w:rFonts w:cs="Arial"/>
          <w:lang w:val="es-ES"/>
        </w:rPr>
        <w:t xml:space="preserve">, onde visitaremos as famosas minas de sal. </w:t>
      </w:r>
      <w:proofErr w:type="spellStart"/>
      <w:r w:rsidRPr="000A2BA1">
        <w:rPr>
          <w:rFonts w:cs="Arial"/>
          <w:lang w:val="es-ES"/>
        </w:rPr>
        <w:t>Um</w:t>
      </w:r>
      <w:proofErr w:type="spellEnd"/>
      <w:r w:rsidRPr="000A2BA1">
        <w:rPr>
          <w:rFonts w:cs="Arial"/>
          <w:lang w:val="es-ES"/>
        </w:rPr>
        <w:t xml:space="preserve"> elevador nos </w:t>
      </w:r>
      <w:proofErr w:type="spellStart"/>
      <w:r w:rsidRPr="000A2BA1">
        <w:rPr>
          <w:rFonts w:cs="Arial"/>
          <w:lang w:val="es-ES"/>
        </w:rPr>
        <w:t>levará</w:t>
      </w:r>
      <w:proofErr w:type="spellEnd"/>
      <w:r w:rsidRPr="000A2BA1">
        <w:rPr>
          <w:rFonts w:cs="Arial"/>
          <w:lang w:val="es-ES"/>
        </w:rPr>
        <w:t xml:space="preserve"> a 250 metros </w:t>
      </w:r>
      <w:proofErr w:type="spellStart"/>
      <w:r w:rsidRPr="000A2BA1">
        <w:rPr>
          <w:rFonts w:cs="Arial"/>
          <w:lang w:val="es-ES"/>
        </w:rPr>
        <w:t>abaixo</w:t>
      </w:r>
      <w:proofErr w:type="spellEnd"/>
      <w:r w:rsidRPr="000A2BA1">
        <w:rPr>
          <w:rFonts w:cs="Arial"/>
          <w:lang w:val="es-ES"/>
        </w:rPr>
        <w:t xml:space="preserve"> da </w:t>
      </w:r>
      <w:proofErr w:type="spellStart"/>
      <w:r w:rsidRPr="000A2BA1">
        <w:rPr>
          <w:rFonts w:cs="Arial"/>
          <w:lang w:val="es-ES"/>
        </w:rPr>
        <w:t>superfície</w:t>
      </w:r>
      <w:proofErr w:type="spellEnd"/>
      <w:r w:rsidRPr="000A2BA1">
        <w:rPr>
          <w:rFonts w:cs="Arial"/>
          <w:lang w:val="es-ES"/>
        </w:rPr>
        <w:t xml:space="preserve"> terrestre, e </w:t>
      </w:r>
      <w:proofErr w:type="spellStart"/>
      <w:r w:rsidRPr="000A2BA1">
        <w:rPr>
          <w:rFonts w:cs="Arial"/>
          <w:lang w:val="es-ES"/>
        </w:rPr>
        <w:t>não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deixaremos</w:t>
      </w:r>
      <w:proofErr w:type="spellEnd"/>
      <w:r w:rsidRPr="000A2BA1">
        <w:rPr>
          <w:rFonts w:cs="Arial"/>
          <w:lang w:val="es-ES"/>
        </w:rPr>
        <w:t xml:space="preserve"> de no</w:t>
      </w:r>
      <w:r w:rsidRPr="000A2BA1">
        <w:rPr>
          <w:rFonts w:cs="Arial"/>
          <w:lang w:val="es-ES"/>
        </w:rPr>
        <w:t xml:space="preserve">s </w:t>
      </w:r>
      <w:proofErr w:type="spellStart"/>
      <w:r w:rsidRPr="000A2BA1">
        <w:rPr>
          <w:rFonts w:cs="Arial"/>
          <w:lang w:val="es-ES"/>
        </w:rPr>
        <w:t>maravilhar</w:t>
      </w:r>
      <w:proofErr w:type="spellEnd"/>
      <w:r w:rsidRPr="000A2BA1">
        <w:rPr>
          <w:rFonts w:cs="Arial"/>
          <w:lang w:val="es-ES"/>
        </w:rPr>
        <w:t xml:space="preserve">. </w:t>
      </w:r>
      <w:proofErr w:type="spellStart"/>
      <w:r w:rsidRPr="000A2BA1">
        <w:rPr>
          <w:rFonts w:cs="Arial"/>
          <w:lang w:val="es-ES"/>
        </w:rPr>
        <w:t>Não</w:t>
      </w:r>
      <w:proofErr w:type="spellEnd"/>
      <w:r w:rsidRPr="000A2BA1">
        <w:rPr>
          <w:rFonts w:cs="Arial"/>
          <w:lang w:val="es-ES"/>
        </w:rPr>
        <w:t xml:space="preserve"> é à </w:t>
      </w:r>
      <w:proofErr w:type="spellStart"/>
      <w:r w:rsidRPr="000A2BA1">
        <w:rPr>
          <w:rFonts w:cs="Arial"/>
          <w:lang w:val="es-ES"/>
        </w:rPr>
        <w:t>toa</w:t>
      </w:r>
      <w:proofErr w:type="spellEnd"/>
      <w:r w:rsidRPr="000A2BA1">
        <w:rPr>
          <w:rFonts w:cs="Arial"/>
          <w:lang w:val="es-ES"/>
        </w:rPr>
        <w:t xml:space="preserve"> que as minas </w:t>
      </w:r>
      <w:proofErr w:type="spellStart"/>
      <w:r w:rsidRPr="000A2BA1">
        <w:rPr>
          <w:rFonts w:cs="Arial"/>
          <w:lang w:val="es-ES"/>
        </w:rPr>
        <w:t>são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uma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atração</w:t>
      </w:r>
      <w:proofErr w:type="spellEnd"/>
      <w:r w:rsidRPr="000A2BA1">
        <w:rPr>
          <w:rFonts w:cs="Arial"/>
          <w:lang w:val="es-ES"/>
        </w:rPr>
        <w:t xml:space="preserve"> única no mundo e </w:t>
      </w:r>
      <w:proofErr w:type="spellStart"/>
      <w:r w:rsidRPr="000A2BA1">
        <w:rPr>
          <w:rFonts w:cs="Arial"/>
          <w:lang w:val="es-ES"/>
        </w:rPr>
        <w:t>foram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incluídas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na</w:t>
      </w:r>
      <w:proofErr w:type="spellEnd"/>
      <w:r w:rsidRPr="000A2BA1">
        <w:rPr>
          <w:rFonts w:cs="Arial"/>
          <w:lang w:val="es-ES"/>
        </w:rPr>
        <w:t xml:space="preserve"> Lista do </w:t>
      </w:r>
      <w:proofErr w:type="spellStart"/>
      <w:r w:rsidRPr="000A2BA1">
        <w:rPr>
          <w:rFonts w:cs="Arial"/>
          <w:lang w:val="es-ES"/>
        </w:rPr>
        <w:t>Patrimônio</w:t>
      </w:r>
      <w:proofErr w:type="spellEnd"/>
      <w:r w:rsidRPr="000A2BA1">
        <w:rPr>
          <w:rFonts w:cs="Arial"/>
          <w:lang w:val="es-ES"/>
        </w:rPr>
        <w:t xml:space="preserve"> Mundial da UNESCO. A visita </w:t>
      </w:r>
      <w:proofErr w:type="spellStart"/>
      <w:r w:rsidRPr="000A2BA1">
        <w:rPr>
          <w:rFonts w:cs="Arial"/>
          <w:lang w:val="es-ES"/>
        </w:rPr>
        <w:t>passa</w:t>
      </w:r>
      <w:proofErr w:type="spellEnd"/>
      <w:r w:rsidRPr="000A2BA1">
        <w:rPr>
          <w:rFonts w:cs="Arial"/>
          <w:lang w:val="es-ES"/>
        </w:rPr>
        <w:t xml:space="preserve"> por </w:t>
      </w:r>
      <w:proofErr w:type="spellStart"/>
      <w:r w:rsidRPr="000A2BA1">
        <w:rPr>
          <w:rFonts w:cs="Arial"/>
          <w:lang w:val="es-ES"/>
        </w:rPr>
        <w:t>belas</w:t>
      </w:r>
      <w:proofErr w:type="spellEnd"/>
      <w:r w:rsidRPr="000A2BA1">
        <w:rPr>
          <w:rFonts w:cs="Arial"/>
          <w:lang w:val="es-ES"/>
        </w:rPr>
        <w:t xml:space="preserve"> capelas esculpidas em sal (</w:t>
      </w:r>
      <w:proofErr w:type="spellStart"/>
      <w:r w:rsidRPr="000A2BA1">
        <w:rPr>
          <w:rFonts w:cs="Arial"/>
          <w:lang w:val="es-ES"/>
        </w:rPr>
        <w:t>sendo</w:t>
      </w:r>
      <w:proofErr w:type="spellEnd"/>
      <w:r w:rsidRPr="000A2BA1">
        <w:rPr>
          <w:rFonts w:cs="Arial"/>
          <w:lang w:val="es-ES"/>
        </w:rPr>
        <w:t xml:space="preserve"> a </w:t>
      </w:r>
      <w:proofErr w:type="spellStart"/>
      <w:r w:rsidRPr="000A2BA1">
        <w:rPr>
          <w:rFonts w:cs="Arial"/>
          <w:lang w:val="es-ES"/>
        </w:rPr>
        <w:t>mais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impressionante</w:t>
      </w:r>
      <w:proofErr w:type="spellEnd"/>
      <w:r w:rsidRPr="000A2BA1">
        <w:rPr>
          <w:rFonts w:cs="Arial"/>
          <w:lang w:val="es-ES"/>
        </w:rPr>
        <w:t xml:space="preserve"> a dedicada à beata </w:t>
      </w:r>
      <w:proofErr w:type="spellStart"/>
      <w:r w:rsidRPr="000A2BA1">
        <w:rPr>
          <w:rFonts w:cs="Arial"/>
          <w:lang w:val="es-ES"/>
        </w:rPr>
        <w:t>Kinga</w:t>
      </w:r>
      <w:proofErr w:type="spellEnd"/>
      <w:r w:rsidRPr="000A2BA1">
        <w:rPr>
          <w:rFonts w:cs="Arial"/>
          <w:lang w:val="es-ES"/>
        </w:rPr>
        <w:t xml:space="preserve">), </w:t>
      </w:r>
      <w:proofErr w:type="spellStart"/>
      <w:r w:rsidRPr="000A2BA1">
        <w:rPr>
          <w:rFonts w:cs="Arial"/>
          <w:lang w:val="es-ES"/>
        </w:rPr>
        <w:t>câmaras</w:t>
      </w:r>
      <w:proofErr w:type="spellEnd"/>
      <w:r w:rsidRPr="000A2BA1">
        <w:rPr>
          <w:rFonts w:cs="Arial"/>
          <w:lang w:val="es-ES"/>
        </w:rPr>
        <w:t xml:space="preserve"> enormes, gr</w:t>
      </w:r>
      <w:r w:rsidRPr="000A2BA1">
        <w:rPr>
          <w:rFonts w:cs="Arial"/>
          <w:lang w:val="es-ES"/>
        </w:rPr>
        <w:t xml:space="preserve">utas de cristal e </w:t>
      </w:r>
      <w:proofErr w:type="spellStart"/>
      <w:r w:rsidRPr="000A2BA1">
        <w:rPr>
          <w:rFonts w:cs="Arial"/>
          <w:lang w:val="es-ES"/>
        </w:rPr>
        <w:t>lagoas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subterrâneas</w:t>
      </w:r>
      <w:proofErr w:type="spellEnd"/>
      <w:r w:rsidRPr="000A2BA1">
        <w:rPr>
          <w:rFonts w:cs="Arial"/>
          <w:lang w:val="es-ES"/>
        </w:rPr>
        <w:t xml:space="preserve">. </w:t>
      </w:r>
      <w:proofErr w:type="spellStart"/>
      <w:r w:rsidRPr="000A2BA1">
        <w:rPr>
          <w:rFonts w:cs="Arial"/>
          <w:lang w:val="es-ES"/>
        </w:rPr>
        <w:t>Chegada</w:t>
      </w:r>
      <w:proofErr w:type="spellEnd"/>
      <w:r w:rsidRPr="000A2BA1">
        <w:rPr>
          <w:rFonts w:cs="Arial"/>
          <w:lang w:val="es-ES"/>
        </w:rPr>
        <w:t xml:space="preserve"> a </w:t>
      </w:r>
      <w:proofErr w:type="spellStart"/>
      <w:r w:rsidRPr="000A2BA1">
        <w:rPr>
          <w:rFonts w:cs="Arial"/>
          <w:lang w:val="es-ES"/>
        </w:rPr>
        <w:t>Cracóvia</w:t>
      </w:r>
      <w:proofErr w:type="spellEnd"/>
      <w:r w:rsidRPr="000A2BA1">
        <w:rPr>
          <w:rFonts w:cs="Arial"/>
          <w:lang w:val="es-ES"/>
        </w:rPr>
        <w:t xml:space="preserve"> no final da tarde. </w:t>
      </w:r>
      <w:proofErr w:type="spellStart"/>
      <w:r w:rsidRPr="000A2BA1">
        <w:rPr>
          <w:rFonts w:cs="Arial"/>
          <w:lang w:val="es-ES"/>
        </w:rPr>
        <w:t>Acomodação</w:t>
      </w:r>
      <w:proofErr w:type="spellEnd"/>
      <w:r w:rsidRPr="000A2BA1">
        <w:rPr>
          <w:rFonts w:cs="Arial"/>
          <w:lang w:val="es-ES"/>
        </w:rPr>
        <w:t>.</w:t>
      </w:r>
    </w:p>
    <w:p w14:paraId="7181DF8C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1E69EE67" w14:textId="77777777" w:rsidR="007C5844" w:rsidRPr="000A2BA1" w:rsidRDefault="00FE6EFE">
      <w:pPr>
        <w:pStyle w:val="Ttulo2"/>
        <w:spacing w:before="120" w:after="60"/>
        <w:rPr>
          <w:rFonts w:ascii="Arial" w:hAnsi="Arial" w:cs="Arial"/>
          <w:sz w:val="22"/>
          <w:szCs w:val="22"/>
          <w:lang w:val="es-ES"/>
        </w:rPr>
      </w:pPr>
      <w:r w:rsidRPr="000A2BA1">
        <w:rPr>
          <w:rFonts w:ascii="Arial" w:hAnsi="Arial" w:cs="Arial"/>
          <w:sz w:val="22"/>
          <w:szCs w:val="22"/>
          <w:lang w:val="es-ES"/>
        </w:rPr>
        <w:t>DIA 5 SAB CRACÓVIA</w:t>
      </w:r>
    </w:p>
    <w:p w14:paraId="60EBB8A9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Café da </w:t>
      </w:r>
      <w:proofErr w:type="spellStart"/>
      <w:r w:rsidRPr="000A2BA1">
        <w:rPr>
          <w:rFonts w:cs="Arial"/>
          <w:lang w:val="es-ES"/>
        </w:rPr>
        <w:t>manhã</w:t>
      </w:r>
      <w:proofErr w:type="spellEnd"/>
      <w:r w:rsidRPr="000A2BA1">
        <w:rPr>
          <w:rFonts w:cs="Arial"/>
          <w:lang w:val="es-ES"/>
        </w:rPr>
        <w:t xml:space="preserve"> e visita da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. </w:t>
      </w:r>
      <w:proofErr w:type="spellStart"/>
      <w:r w:rsidRPr="000A2BA1">
        <w:rPr>
          <w:rFonts w:cs="Arial"/>
          <w:lang w:val="es-ES"/>
        </w:rPr>
        <w:t>Cracóvia</w:t>
      </w:r>
      <w:proofErr w:type="spellEnd"/>
      <w:r w:rsidRPr="000A2BA1">
        <w:rPr>
          <w:rFonts w:cs="Arial"/>
          <w:lang w:val="es-ES"/>
        </w:rPr>
        <w:t xml:space="preserve"> fascina por </w:t>
      </w:r>
      <w:proofErr w:type="spellStart"/>
      <w:r w:rsidRPr="000A2BA1">
        <w:rPr>
          <w:rFonts w:cs="Arial"/>
          <w:lang w:val="es-ES"/>
        </w:rPr>
        <w:t>seus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tesouros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arquitetônicos</w:t>
      </w:r>
      <w:proofErr w:type="spellEnd"/>
      <w:r w:rsidRPr="000A2BA1">
        <w:rPr>
          <w:rFonts w:cs="Arial"/>
          <w:lang w:val="es-ES"/>
        </w:rPr>
        <w:t xml:space="preserve"> e artísticos, como a colina de Wawel, durante </w:t>
      </w:r>
      <w:proofErr w:type="spellStart"/>
      <w:r w:rsidRPr="000A2BA1">
        <w:rPr>
          <w:rFonts w:cs="Arial"/>
          <w:lang w:val="es-ES"/>
        </w:rPr>
        <w:t>séculos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residênci</w:t>
      </w:r>
      <w:r w:rsidRPr="000A2BA1">
        <w:rPr>
          <w:rFonts w:cs="Arial"/>
          <w:lang w:val="es-ES"/>
        </w:rPr>
        <w:t>a</w:t>
      </w:r>
      <w:proofErr w:type="spellEnd"/>
      <w:r w:rsidRPr="000A2BA1">
        <w:rPr>
          <w:rFonts w:cs="Arial"/>
          <w:lang w:val="es-ES"/>
        </w:rPr>
        <w:t xml:space="preserve"> dos reis da </w:t>
      </w:r>
      <w:proofErr w:type="spellStart"/>
      <w:r w:rsidRPr="000A2BA1">
        <w:rPr>
          <w:rFonts w:cs="Arial"/>
          <w:lang w:val="es-ES"/>
        </w:rPr>
        <w:t>Polônia</w:t>
      </w:r>
      <w:proofErr w:type="spellEnd"/>
      <w:r w:rsidRPr="000A2BA1">
        <w:rPr>
          <w:rFonts w:cs="Arial"/>
          <w:lang w:val="es-ES"/>
        </w:rPr>
        <w:t xml:space="preserve">, a Igreja de Santa Maria e </w:t>
      </w:r>
      <w:proofErr w:type="spellStart"/>
      <w:r w:rsidRPr="000A2BA1">
        <w:rPr>
          <w:rFonts w:cs="Arial"/>
          <w:lang w:val="es-ES"/>
        </w:rPr>
        <w:t>seu</w:t>
      </w:r>
      <w:proofErr w:type="spellEnd"/>
      <w:r w:rsidRPr="000A2BA1">
        <w:rPr>
          <w:rFonts w:cs="Arial"/>
          <w:lang w:val="es-ES"/>
        </w:rPr>
        <w:t xml:space="preserve"> centro histórico, onde se </w:t>
      </w:r>
      <w:proofErr w:type="spellStart"/>
      <w:r w:rsidRPr="000A2BA1">
        <w:rPr>
          <w:rFonts w:cs="Arial"/>
          <w:lang w:val="es-ES"/>
        </w:rPr>
        <w:t>encontra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uma</w:t>
      </w:r>
      <w:proofErr w:type="spellEnd"/>
      <w:r w:rsidRPr="000A2BA1">
        <w:rPr>
          <w:rFonts w:cs="Arial"/>
          <w:lang w:val="es-ES"/>
        </w:rPr>
        <w:t xml:space="preserve"> das </w:t>
      </w:r>
      <w:proofErr w:type="spellStart"/>
      <w:r w:rsidRPr="000A2BA1">
        <w:rPr>
          <w:rFonts w:cs="Arial"/>
          <w:lang w:val="es-ES"/>
        </w:rPr>
        <w:t>maiores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praças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medievais</w:t>
      </w:r>
      <w:proofErr w:type="spellEnd"/>
      <w:r w:rsidRPr="000A2BA1">
        <w:rPr>
          <w:rFonts w:cs="Arial"/>
          <w:lang w:val="es-ES"/>
        </w:rPr>
        <w:t xml:space="preserve"> da Europa, rodeada por </w:t>
      </w:r>
      <w:proofErr w:type="spellStart"/>
      <w:r w:rsidRPr="000A2BA1">
        <w:rPr>
          <w:rFonts w:cs="Arial"/>
          <w:lang w:val="es-ES"/>
        </w:rPr>
        <w:t>edifícios</w:t>
      </w:r>
      <w:proofErr w:type="spellEnd"/>
      <w:r w:rsidRPr="000A2BA1">
        <w:rPr>
          <w:rFonts w:cs="Arial"/>
          <w:lang w:val="es-ES"/>
        </w:rPr>
        <w:t xml:space="preserve"> históricos. Como parte do </w:t>
      </w:r>
      <w:proofErr w:type="spellStart"/>
      <w:r w:rsidRPr="000A2BA1">
        <w:rPr>
          <w:rFonts w:cs="Arial"/>
          <w:lang w:val="es-ES"/>
        </w:rPr>
        <w:t>nosso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percurso</w:t>
      </w:r>
      <w:proofErr w:type="spellEnd"/>
      <w:r w:rsidRPr="000A2BA1">
        <w:rPr>
          <w:rFonts w:cs="Arial"/>
          <w:lang w:val="es-ES"/>
        </w:rPr>
        <w:t xml:space="preserve"> pela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, visitaremos o Castelo de Wawel, </w:t>
      </w:r>
      <w:proofErr w:type="spellStart"/>
      <w:r w:rsidRPr="000A2BA1">
        <w:rPr>
          <w:rFonts w:cs="Arial"/>
          <w:lang w:val="es-ES"/>
        </w:rPr>
        <w:t>sem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dúvida</w:t>
      </w:r>
      <w:proofErr w:type="spellEnd"/>
      <w:r w:rsidRPr="000A2BA1">
        <w:rPr>
          <w:rFonts w:cs="Arial"/>
          <w:lang w:val="es-ES"/>
        </w:rPr>
        <w:t xml:space="preserve"> o </w:t>
      </w:r>
      <w:proofErr w:type="spellStart"/>
      <w:r w:rsidRPr="000A2BA1">
        <w:rPr>
          <w:rFonts w:cs="Arial"/>
          <w:lang w:val="es-ES"/>
        </w:rPr>
        <w:t>cas</w:t>
      </w:r>
      <w:r w:rsidRPr="000A2BA1">
        <w:rPr>
          <w:rFonts w:cs="Arial"/>
          <w:lang w:val="es-ES"/>
        </w:rPr>
        <w:t>telo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mais</w:t>
      </w:r>
      <w:proofErr w:type="spellEnd"/>
      <w:r w:rsidRPr="000A2BA1">
        <w:rPr>
          <w:rFonts w:cs="Arial"/>
          <w:lang w:val="es-ES"/>
        </w:rPr>
        <w:t xml:space="preserve"> importante de toda a </w:t>
      </w:r>
      <w:proofErr w:type="spellStart"/>
      <w:r w:rsidRPr="000A2BA1">
        <w:rPr>
          <w:rFonts w:cs="Arial"/>
          <w:lang w:val="es-ES"/>
        </w:rPr>
        <w:t>Polônia</w:t>
      </w:r>
      <w:proofErr w:type="spellEnd"/>
      <w:r w:rsidRPr="000A2BA1">
        <w:rPr>
          <w:rFonts w:cs="Arial"/>
          <w:lang w:val="es-ES"/>
        </w:rPr>
        <w:t xml:space="preserve">. A </w:t>
      </w:r>
      <w:proofErr w:type="spellStart"/>
      <w:r w:rsidRPr="000A2BA1">
        <w:rPr>
          <w:rFonts w:cs="Arial"/>
          <w:lang w:val="es-ES"/>
        </w:rPr>
        <w:t>maioria</w:t>
      </w:r>
      <w:proofErr w:type="spellEnd"/>
      <w:r w:rsidRPr="000A2BA1">
        <w:rPr>
          <w:rFonts w:cs="Arial"/>
          <w:lang w:val="es-ES"/>
        </w:rPr>
        <w:t xml:space="preserve"> dos reis poloneses está enterrada </w:t>
      </w:r>
      <w:proofErr w:type="spellStart"/>
      <w:r w:rsidRPr="000A2BA1">
        <w:rPr>
          <w:rFonts w:cs="Arial"/>
          <w:lang w:val="es-ES"/>
        </w:rPr>
        <w:t>na</w:t>
      </w:r>
      <w:proofErr w:type="spellEnd"/>
      <w:r w:rsidRPr="000A2BA1">
        <w:rPr>
          <w:rFonts w:cs="Arial"/>
          <w:lang w:val="es-ES"/>
        </w:rPr>
        <w:t xml:space="preserve"> catedral e </w:t>
      </w:r>
      <w:proofErr w:type="spellStart"/>
      <w:r w:rsidRPr="000A2BA1">
        <w:rPr>
          <w:rFonts w:cs="Arial"/>
          <w:lang w:val="es-ES"/>
        </w:rPr>
        <w:t>conheceremos</w:t>
      </w:r>
      <w:proofErr w:type="spellEnd"/>
      <w:r w:rsidRPr="000A2BA1">
        <w:rPr>
          <w:rFonts w:cs="Arial"/>
          <w:lang w:val="es-ES"/>
        </w:rPr>
        <w:t xml:space="preserve"> de </w:t>
      </w:r>
      <w:proofErr w:type="spellStart"/>
      <w:r w:rsidRPr="000A2BA1">
        <w:rPr>
          <w:rFonts w:cs="Arial"/>
          <w:lang w:val="es-ES"/>
        </w:rPr>
        <w:t>perto</w:t>
      </w:r>
      <w:proofErr w:type="spellEnd"/>
      <w:r w:rsidRPr="000A2BA1">
        <w:rPr>
          <w:rFonts w:cs="Arial"/>
          <w:lang w:val="es-ES"/>
        </w:rPr>
        <w:t xml:space="preserve"> a extensa </w:t>
      </w:r>
      <w:proofErr w:type="spellStart"/>
      <w:r w:rsidRPr="000A2BA1">
        <w:rPr>
          <w:rFonts w:cs="Arial"/>
          <w:lang w:val="es-ES"/>
        </w:rPr>
        <w:t>história</w:t>
      </w:r>
      <w:proofErr w:type="spellEnd"/>
      <w:r w:rsidRPr="000A2BA1">
        <w:rPr>
          <w:rFonts w:cs="Arial"/>
          <w:lang w:val="es-ES"/>
        </w:rPr>
        <w:t xml:space="preserve"> da </w:t>
      </w:r>
      <w:proofErr w:type="spellStart"/>
      <w:r w:rsidRPr="000A2BA1">
        <w:rPr>
          <w:rFonts w:cs="Arial"/>
          <w:lang w:val="es-ES"/>
        </w:rPr>
        <w:t>Polônia</w:t>
      </w:r>
      <w:proofErr w:type="spellEnd"/>
      <w:r w:rsidRPr="000A2BA1">
        <w:rPr>
          <w:rFonts w:cs="Arial"/>
          <w:lang w:val="es-ES"/>
        </w:rPr>
        <w:t xml:space="preserve">. Tarde </w:t>
      </w:r>
      <w:proofErr w:type="spellStart"/>
      <w:r w:rsidRPr="000A2BA1">
        <w:rPr>
          <w:rFonts w:cs="Arial"/>
          <w:lang w:val="es-ES"/>
        </w:rPr>
        <w:t>livre</w:t>
      </w:r>
      <w:proofErr w:type="spellEnd"/>
      <w:r w:rsidRPr="000A2BA1">
        <w:rPr>
          <w:rFonts w:cs="Arial"/>
          <w:lang w:val="es-ES"/>
        </w:rPr>
        <w:t xml:space="preserve">. </w:t>
      </w:r>
      <w:proofErr w:type="spellStart"/>
      <w:r w:rsidRPr="000A2BA1">
        <w:rPr>
          <w:rFonts w:cs="Arial"/>
          <w:lang w:val="es-ES"/>
        </w:rPr>
        <w:t>Hospedagem</w:t>
      </w:r>
      <w:proofErr w:type="spellEnd"/>
      <w:r w:rsidRPr="000A2BA1">
        <w:rPr>
          <w:rFonts w:cs="Arial"/>
          <w:lang w:val="es-ES"/>
        </w:rPr>
        <w:t xml:space="preserve"> em </w:t>
      </w:r>
      <w:proofErr w:type="spellStart"/>
      <w:r w:rsidRPr="000A2BA1">
        <w:rPr>
          <w:rFonts w:cs="Arial"/>
          <w:lang w:val="es-ES"/>
        </w:rPr>
        <w:t>Cracóvia</w:t>
      </w:r>
      <w:proofErr w:type="spellEnd"/>
      <w:r w:rsidRPr="000A2BA1">
        <w:rPr>
          <w:rFonts w:cs="Arial"/>
          <w:lang w:val="es-ES"/>
        </w:rPr>
        <w:t>.</w:t>
      </w:r>
    </w:p>
    <w:p w14:paraId="4E182407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0F2B0B52" w14:textId="77777777" w:rsidR="007C5844" w:rsidRPr="000A2BA1" w:rsidRDefault="00FE6EFE">
      <w:pPr>
        <w:pStyle w:val="Ttulo2"/>
        <w:spacing w:before="120" w:after="60"/>
        <w:rPr>
          <w:rFonts w:ascii="Arial" w:hAnsi="Arial" w:cs="Arial"/>
          <w:sz w:val="22"/>
          <w:szCs w:val="22"/>
          <w:lang w:val="es-ES"/>
        </w:rPr>
      </w:pPr>
      <w:r w:rsidRPr="000A2BA1">
        <w:rPr>
          <w:rFonts w:ascii="Arial" w:hAnsi="Arial" w:cs="Arial"/>
          <w:sz w:val="22"/>
          <w:szCs w:val="22"/>
          <w:lang w:val="es-ES"/>
        </w:rPr>
        <w:t>DIA 6 DOM CRACÓVIA - CZESTOCHOWA - VARSÓVIA</w:t>
      </w:r>
    </w:p>
    <w:p w14:paraId="015DF60D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Café da </w:t>
      </w:r>
      <w:proofErr w:type="spellStart"/>
      <w:r w:rsidRPr="000A2BA1">
        <w:rPr>
          <w:rFonts w:cs="Arial"/>
          <w:lang w:val="es-ES"/>
        </w:rPr>
        <w:t>manhã</w:t>
      </w:r>
      <w:proofErr w:type="spellEnd"/>
      <w:r w:rsidRPr="000A2BA1">
        <w:rPr>
          <w:rFonts w:cs="Arial"/>
          <w:lang w:val="es-ES"/>
        </w:rPr>
        <w:t xml:space="preserve"> no hotel </w:t>
      </w:r>
      <w:r w:rsidRPr="000A2BA1">
        <w:rPr>
          <w:rFonts w:cs="Arial"/>
          <w:lang w:val="es-ES"/>
        </w:rPr>
        <w:t xml:space="preserve">e </w:t>
      </w:r>
      <w:proofErr w:type="spellStart"/>
      <w:r w:rsidRPr="000A2BA1">
        <w:rPr>
          <w:rFonts w:cs="Arial"/>
          <w:lang w:val="es-ES"/>
        </w:rPr>
        <w:t>saída</w:t>
      </w:r>
      <w:proofErr w:type="spellEnd"/>
      <w:r w:rsidRPr="000A2BA1">
        <w:rPr>
          <w:rFonts w:cs="Arial"/>
          <w:lang w:val="es-ES"/>
        </w:rPr>
        <w:t xml:space="preserve"> em </w:t>
      </w:r>
      <w:proofErr w:type="spellStart"/>
      <w:r w:rsidRPr="000A2BA1">
        <w:rPr>
          <w:rFonts w:cs="Arial"/>
          <w:lang w:val="es-ES"/>
        </w:rPr>
        <w:t>direção</w:t>
      </w:r>
      <w:proofErr w:type="spellEnd"/>
      <w:r w:rsidRPr="000A2BA1">
        <w:rPr>
          <w:rFonts w:cs="Arial"/>
          <w:lang w:val="es-ES"/>
        </w:rPr>
        <w:t xml:space="preserve"> a </w:t>
      </w:r>
      <w:proofErr w:type="spellStart"/>
      <w:r w:rsidRPr="000A2BA1">
        <w:rPr>
          <w:rFonts w:cs="Arial"/>
          <w:lang w:val="es-ES"/>
        </w:rPr>
        <w:t>Czestochowa</w:t>
      </w:r>
      <w:proofErr w:type="spellEnd"/>
      <w:r w:rsidRPr="000A2BA1">
        <w:rPr>
          <w:rFonts w:cs="Arial"/>
          <w:lang w:val="es-ES"/>
        </w:rPr>
        <w:t xml:space="preserve">, capital religiosa da </w:t>
      </w:r>
      <w:proofErr w:type="spellStart"/>
      <w:r w:rsidRPr="000A2BA1">
        <w:rPr>
          <w:rFonts w:cs="Arial"/>
          <w:lang w:val="es-ES"/>
        </w:rPr>
        <w:t>Polônia</w:t>
      </w:r>
      <w:proofErr w:type="spellEnd"/>
      <w:r w:rsidRPr="000A2BA1">
        <w:rPr>
          <w:rFonts w:cs="Arial"/>
          <w:lang w:val="es-ES"/>
        </w:rPr>
        <w:t xml:space="preserve"> e centro de </w:t>
      </w:r>
      <w:proofErr w:type="spellStart"/>
      <w:r w:rsidRPr="000A2BA1">
        <w:rPr>
          <w:rFonts w:cs="Arial"/>
          <w:lang w:val="es-ES"/>
        </w:rPr>
        <w:t>peregrinação</w:t>
      </w:r>
      <w:proofErr w:type="spellEnd"/>
      <w:r w:rsidRPr="000A2BA1">
        <w:rPr>
          <w:rFonts w:cs="Arial"/>
          <w:lang w:val="es-ES"/>
        </w:rPr>
        <w:t xml:space="preserve">. É mundialmente </w:t>
      </w:r>
      <w:proofErr w:type="spellStart"/>
      <w:r w:rsidRPr="000A2BA1">
        <w:rPr>
          <w:rFonts w:cs="Arial"/>
          <w:lang w:val="es-ES"/>
        </w:rPr>
        <w:t>conhecida</w:t>
      </w:r>
      <w:proofErr w:type="spellEnd"/>
      <w:r w:rsidRPr="000A2BA1">
        <w:rPr>
          <w:rFonts w:cs="Arial"/>
          <w:lang w:val="es-ES"/>
        </w:rPr>
        <w:t xml:space="preserve"> por </w:t>
      </w:r>
      <w:proofErr w:type="spellStart"/>
      <w:r w:rsidRPr="000A2BA1">
        <w:rPr>
          <w:rFonts w:cs="Arial"/>
          <w:lang w:val="es-ES"/>
        </w:rPr>
        <w:t>seu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santuário</w:t>
      </w:r>
      <w:proofErr w:type="spellEnd"/>
      <w:r w:rsidRPr="000A2BA1">
        <w:rPr>
          <w:rFonts w:cs="Arial"/>
          <w:lang w:val="es-ES"/>
        </w:rPr>
        <w:t xml:space="preserve"> de Jasna </w:t>
      </w:r>
      <w:proofErr w:type="spellStart"/>
      <w:r w:rsidRPr="000A2BA1">
        <w:rPr>
          <w:rFonts w:cs="Arial"/>
          <w:lang w:val="es-ES"/>
        </w:rPr>
        <w:t>Gora</w:t>
      </w:r>
      <w:proofErr w:type="spellEnd"/>
      <w:r w:rsidRPr="000A2BA1">
        <w:rPr>
          <w:rFonts w:cs="Arial"/>
          <w:lang w:val="es-ES"/>
        </w:rPr>
        <w:t xml:space="preserve">, onde se </w:t>
      </w:r>
      <w:proofErr w:type="spellStart"/>
      <w:r w:rsidRPr="000A2BA1">
        <w:rPr>
          <w:rFonts w:cs="Arial"/>
          <w:lang w:val="es-ES"/>
        </w:rPr>
        <w:t>encontra</w:t>
      </w:r>
      <w:proofErr w:type="spellEnd"/>
      <w:r w:rsidRPr="000A2BA1">
        <w:rPr>
          <w:rFonts w:cs="Arial"/>
          <w:lang w:val="es-ES"/>
        </w:rPr>
        <w:t xml:space="preserve"> a capela da </w:t>
      </w:r>
      <w:proofErr w:type="spellStart"/>
      <w:r w:rsidRPr="000A2BA1">
        <w:rPr>
          <w:rFonts w:cs="Arial"/>
          <w:lang w:val="es-ES"/>
        </w:rPr>
        <w:t>Natividade</w:t>
      </w:r>
      <w:proofErr w:type="spellEnd"/>
      <w:r w:rsidRPr="000A2BA1">
        <w:rPr>
          <w:rFonts w:cs="Arial"/>
          <w:lang w:val="es-ES"/>
        </w:rPr>
        <w:t xml:space="preserve"> de Maria </w:t>
      </w:r>
      <w:proofErr w:type="spellStart"/>
      <w:r w:rsidRPr="000A2BA1">
        <w:rPr>
          <w:rFonts w:cs="Arial"/>
          <w:lang w:val="es-ES"/>
        </w:rPr>
        <w:t>com</w:t>
      </w:r>
      <w:proofErr w:type="spellEnd"/>
      <w:r w:rsidRPr="000A2BA1">
        <w:rPr>
          <w:rFonts w:cs="Arial"/>
          <w:lang w:val="es-ES"/>
        </w:rPr>
        <w:t xml:space="preserve"> a </w:t>
      </w:r>
      <w:proofErr w:type="spellStart"/>
      <w:r w:rsidRPr="000A2BA1">
        <w:rPr>
          <w:rFonts w:cs="Arial"/>
          <w:lang w:val="es-ES"/>
        </w:rPr>
        <w:t>imagem</w:t>
      </w:r>
      <w:proofErr w:type="spellEnd"/>
      <w:r w:rsidRPr="000A2BA1">
        <w:rPr>
          <w:rFonts w:cs="Arial"/>
          <w:lang w:val="es-ES"/>
        </w:rPr>
        <w:t xml:space="preserve"> da «</w:t>
      </w:r>
      <w:proofErr w:type="spellStart"/>
      <w:r w:rsidRPr="000A2BA1">
        <w:rPr>
          <w:rFonts w:cs="Arial"/>
          <w:lang w:val="es-ES"/>
        </w:rPr>
        <w:t>Virgem</w:t>
      </w:r>
      <w:proofErr w:type="spellEnd"/>
      <w:r w:rsidRPr="000A2BA1">
        <w:rPr>
          <w:rFonts w:cs="Arial"/>
          <w:lang w:val="es-ES"/>
        </w:rPr>
        <w:t xml:space="preserve"> Negra». </w:t>
      </w:r>
      <w:proofErr w:type="spellStart"/>
      <w:r w:rsidRPr="000A2BA1">
        <w:rPr>
          <w:rFonts w:cs="Arial"/>
          <w:lang w:val="es-ES"/>
        </w:rPr>
        <w:t>Após</w:t>
      </w:r>
      <w:proofErr w:type="spellEnd"/>
      <w:r w:rsidRPr="000A2BA1">
        <w:rPr>
          <w:rFonts w:cs="Arial"/>
          <w:lang w:val="es-ES"/>
        </w:rPr>
        <w:t xml:space="preserve"> a visita interna </w:t>
      </w:r>
      <w:proofErr w:type="spellStart"/>
      <w:r w:rsidRPr="000A2BA1">
        <w:rPr>
          <w:rFonts w:cs="Arial"/>
          <w:lang w:val="es-ES"/>
        </w:rPr>
        <w:t>ao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san</w:t>
      </w:r>
      <w:r w:rsidRPr="000A2BA1">
        <w:rPr>
          <w:rFonts w:cs="Arial"/>
          <w:lang w:val="es-ES"/>
        </w:rPr>
        <w:t>tuário</w:t>
      </w:r>
      <w:proofErr w:type="spellEnd"/>
      <w:r w:rsidRPr="000A2BA1">
        <w:rPr>
          <w:rFonts w:cs="Arial"/>
          <w:lang w:val="es-ES"/>
        </w:rPr>
        <w:t xml:space="preserve">, </w:t>
      </w:r>
      <w:proofErr w:type="spellStart"/>
      <w:r w:rsidRPr="000A2BA1">
        <w:rPr>
          <w:rFonts w:cs="Arial"/>
          <w:lang w:val="es-ES"/>
        </w:rPr>
        <w:t>continuação</w:t>
      </w:r>
      <w:proofErr w:type="spellEnd"/>
      <w:r w:rsidRPr="000A2BA1">
        <w:rPr>
          <w:rFonts w:cs="Arial"/>
          <w:lang w:val="es-ES"/>
        </w:rPr>
        <w:t xml:space="preserve"> da </w:t>
      </w:r>
      <w:proofErr w:type="spellStart"/>
      <w:r w:rsidRPr="000A2BA1">
        <w:rPr>
          <w:rFonts w:cs="Arial"/>
          <w:lang w:val="es-ES"/>
        </w:rPr>
        <w:t>viagem</w:t>
      </w:r>
      <w:proofErr w:type="spellEnd"/>
      <w:r w:rsidRPr="000A2BA1">
        <w:rPr>
          <w:rFonts w:cs="Arial"/>
          <w:lang w:val="es-ES"/>
        </w:rPr>
        <w:t xml:space="preserve"> até </w:t>
      </w:r>
      <w:proofErr w:type="spellStart"/>
      <w:r w:rsidRPr="000A2BA1">
        <w:rPr>
          <w:rFonts w:cs="Arial"/>
          <w:lang w:val="es-ES"/>
        </w:rPr>
        <w:t>Varsóvia</w:t>
      </w:r>
      <w:proofErr w:type="spellEnd"/>
      <w:r w:rsidRPr="000A2BA1">
        <w:rPr>
          <w:rFonts w:cs="Arial"/>
          <w:lang w:val="es-ES"/>
        </w:rPr>
        <w:t xml:space="preserve">. </w:t>
      </w:r>
      <w:proofErr w:type="spellStart"/>
      <w:r w:rsidRPr="000A2BA1">
        <w:rPr>
          <w:rFonts w:cs="Arial"/>
          <w:lang w:val="es-ES"/>
        </w:rPr>
        <w:t>Hospedagem</w:t>
      </w:r>
      <w:proofErr w:type="spellEnd"/>
      <w:r w:rsidRPr="000A2BA1">
        <w:rPr>
          <w:rFonts w:cs="Arial"/>
          <w:lang w:val="es-ES"/>
        </w:rPr>
        <w:t>.</w:t>
      </w:r>
    </w:p>
    <w:p w14:paraId="0CB4F91D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15C57D58" w14:textId="77777777" w:rsidR="007C5844" w:rsidRPr="000A2BA1" w:rsidRDefault="00FE6EFE">
      <w:pPr>
        <w:pStyle w:val="Ttulo2"/>
        <w:spacing w:before="120" w:after="60"/>
        <w:rPr>
          <w:rFonts w:ascii="Arial" w:hAnsi="Arial" w:cs="Arial"/>
          <w:sz w:val="22"/>
          <w:szCs w:val="22"/>
          <w:lang w:val="es-ES"/>
        </w:rPr>
      </w:pPr>
      <w:r w:rsidRPr="000A2BA1">
        <w:rPr>
          <w:rFonts w:ascii="Arial" w:hAnsi="Arial" w:cs="Arial"/>
          <w:sz w:val="22"/>
          <w:szCs w:val="22"/>
          <w:lang w:val="es-ES"/>
        </w:rPr>
        <w:t>DIA 7 SEG VARSÓVIA</w:t>
      </w:r>
    </w:p>
    <w:p w14:paraId="54665399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Café da </w:t>
      </w:r>
      <w:proofErr w:type="spellStart"/>
      <w:r w:rsidRPr="000A2BA1">
        <w:rPr>
          <w:rFonts w:cs="Arial"/>
          <w:lang w:val="es-ES"/>
        </w:rPr>
        <w:t>manhã</w:t>
      </w:r>
      <w:proofErr w:type="spellEnd"/>
      <w:r w:rsidRPr="000A2BA1">
        <w:rPr>
          <w:rFonts w:cs="Arial"/>
          <w:lang w:val="es-ES"/>
        </w:rPr>
        <w:t xml:space="preserve"> e visita da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. Seguiremos o </w:t>
      </w:r>
      <w:proofErr w:type="spellStart"/>
      <w:r w:rsidRPr="000A2BA1">
        <w:rPr>
          <w:rFonts w:cs="Arial"/>
          <w:lang w:val="es-ES"/>
        </w:rPr>
        <w:t>percurso</w:t>
      </w:r>
      <w:proofErr w:type="spellEnd"/>
      <w:r w:rsidRPr="000A2BA1">
        <w:rPr>
          <w:rFonts w:cs="Arial"/>
          <w:lang w:val="es-ES"/>
        </w:rPr>
        <w:t xml:space="preserve"> pela Rota Real, que </w:t>
      </w:r>
      <w:proofErr w:type="spellStart"/>
      <w:r w:rsidRPr="000A2BA1">
        <w:rPr>
          <w:rFonts w:cs="Arial"/>
          <w:lang w:val="es-ES"/>
        </w:rPr>
        <w:t>inclui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também</w:t>
      </w:r>
      <w:proofErr w:type="spellEnd"/>
      <w:r w:rsidRPr="000A2BA1">
        <w:rPr>
          <w:rFonts w:cs="Arial"/>
          <w:lang w:val="es-ES"/>
        </w:rPr>
        <w:t xml:space="preserve"> o centro histórico da </w:t>
      </w:r>
      <w:proofErr w:type="spellStart"/>
      <w:r w:rsidRPr="000A2BA1">
        <w:rPr>
          <w:rFonts w:cs="Arial"/>
          <w:lang w:val="es-ES"/>
        </w:rPr>
        <w:t>cidade</w:t>
      </w:r>
      <w:proofErr w:type="spellEnd"/>
      <w:r w:rsidRPr="000A2BA1">
        <w:rPr>
          <w:rFonts w:cs="Arial"/>
          <w:lang w:val="es-ES"/>
        </w:rPr>
        <w:t xml:space="preserve">, o Parque Real de </w:t>
      </w:r>
      <w:proofErr w:type="spellStart"/>
      <w:r w:rsidRPr="000A2BA1">
        <w:rPr>
          <w:rFonts w:cs="Arial"/>
          <w:lang w:val="es-ES"/>
        </w:rPr>
        <w:t>Lazienki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com</w:t>
      </w:r>
      <w:proofErr w:type="spellEnd"/>
      <w:r w:rsidRPr="000A2BA1">
        <w:rPr>
          <w:rFonts w:cs="Arial"/>
          <w:lang w:val="es-ES"/>
        </w:rPr>
        <w:t xml:space="preserve"> </w:t>
      </w:r>
      <w:proofErr w:type="spellStart"/>
      <w:r w:rsidRPr="000A2BA1">
        <w:rPr>
          <w:rFonts w:cs="Arial"/>
          <w:lang w:val="es-ES"/>
        </w:rPr>
        <w:t>seu</w:t>
      </w:r>
      <w:proofErr w:type="spellEnd"/>
      <w:r w:rsidRPr="000A2BA1">
        <w:rPr>
          <w:rFonts w:cs="Arial"/>
          <w:lang w:val="es-ES"/>
        </w:rPr>
        <w:t xml:space="preserve"> monumento a Chopin e a Igr</w:t>
      </w:r>
      <w:r w:rsidRPr="000A2BA1">
        <w:rPr>
          <w:rFonts w:cs="Arial"/>
          <w:lang w:val="es-ES"/>
        </w:rPr>
        <w:t xml:space="preserve">eja de Santa Ana. Tarde </w:t>
      </w:r>
      <w:proofErr w:type="spellStart"/>
      <w:r w:rsidRPr="000A2BA1">
        <w:rPr>
          <w:rFonts w:cs="Arial"/>
          <w:lang w:val="es-ES"/>
        </w:rPr>
        <w:t>livre</w:t>
      </w:r>
      <w:proofErr w:type="spellEnd"/>
      <w:r w:rsidRPr="000A2BA1">
        <w:rPr>
          <w:rFonts w:cs="Arial"/>
          <w:lang w:val="es-ES"/>
        </w:rPr>
        <w:t xml:space="preserve"> e </w:t>
      </w:r>
      <w:proofErr w:type="spellStart"/>
      <w:r w:rsidRPr="000A2BA1">
        <w:rPr>
          <w:rFonts w:cs="Arial"/>
          <w:lang w:val="es-ES"/>
        </w:rPr>
        <w:t>hospedagem</w:t>
      </w:r>
      <w:proofErr w:type="spellEnd"/>
      <w:r w:rsidRPr="000A2BA1">
        <w:rPr>
          <w:rFonts w:cs="Arial"/>
          <w:lang w:val="es-ES"/>
        </w:rPr>
        <w:t xml:space="preserve"> em </w:t>
      </w:r>
      <w:proofErr w:type="spellStart"/>
      <w:r w:rsidRPr="000A2BA1">
        <w:rPr>
          <w:rFonts w:cs="Arial"/>
          <w:lang w:val="es-ES"/>
        </w:rPr>
        <w:t>Varsóvia</w:t>
      </w:r>
      <w:proofErr w:type="spellEnd"/>
      <w:r w:rsidRPr="000A2BA1">
        <w:rPr>
          <w:rFonts w:cs="Arial"/>
          <w:lang w:val="es-ES"/>
        </w:rPr>
        <w:t>.</w:t>
      </w:r>
    </w:p>
    <w:p w14:paraId="74A206BB" w14:textId="77777777" w:rsidR="007C5844" w:rsidRPr="000A2BA1" w:rsidRDefault="007C5844">
      <w:pPr>
        <w:spacing w:after="80"/>
        <w:rPr>
          <w:rFonts w:cs="Arial"/>
          <w:lang w:val="es-ES"/>
        </w:rPr>
      </w:pPr>
    </w:p>
    <w:p w14:paraId="06E93CE8" w14:textId="77777777" w:rsidR="007C5844" w:rsidRPr="000A2BA1" w:rsidRDefault="00FE6EFE">
      <w:pPr>
        <w:pStyle w:val="Ttulo2"/>
        <w:spacing w:before="120" w:after="60"/>
        <w:rPr>
          <w:rFonts w:ascii="Arial" w:hAnsi="Arial" w:cs="Arial"/>
          <w:sz w:val="22"/>
          <w:szCs w:val="22"/>
          <w:lang w:val="es-ES"/>
        </w:rPr>
      </w:pPr>
      <w:r w:rsidRPr="000A2BA1">
        <w:rPr>
          <w:rFonts w:ascii="Arial" w:hAnsi="Arial" w:cs="Arial"/>
          <w:sz w:val="22"/>
          <w:szCs w:val="22"/>
          <w:lang w:val="es-ES"/>
        </w:rPr>
        <w:t>DIA 8 TER VARSÓVIA</w:t>
      </w:r>
    </w:p>
    <w:p w14:paraId="3CD24542" w14:textId="77777777" w:rsidR="007C5844" w:rsidRPr="000A2BA1" w:rsidRDefault="00FE6EFE">
      <w:pPr>
        <w:spacing w:after="80"/>
        <w:rPr>
          <w:rFonts w:cs="Arial"/>
          <w:lang w:val="es-ES"/>
        </w:rPr>
      </w:pPr>
      <w:r w:rsidRPr="000A2BA1">
        <w:rPr>
          <w:rFonts w:cs="Arial"/>
          <w:lang w:val="es-ES"/>
        </w:rPr>
        <w:t xml:space="preserve">Café da </w:t>
      </w:r>
      <w:proofErr w:type="spellStart"/>
      <w:r w:rsidRPr="000A2BA1">
        <w:rPr>
          <w:rFonts w:cs="Arial"/>
          <w:lang w:val="es-ES"/>
        </w:rPr>
        <w:t>manhã</w:t>
      </w:r>
      <w:proofErr w:type="spellEnd"/>
      <w:r w:rsidRPr="000A2BA1">
        <w:rPr>
          <w:rFonts w:cs="Arial"/>
          <w:lang w:val="es-ES"/>
        </w:rPr>
        <w:t xml:space="preserve"> e traslado de </w:t>
      </w:r>
      <w:proofErr w:type="spellStart"/>
      <w:r w:rsidRPr="000A2BA1">
        <w:rPr>
          <w:rFonts w:cs="Arial"/>
          <w:lang w:val="es-ES"/>
        </w:rPr>
        <w:t>saída</w:t>
      </w:r>
      <w:proofErr w:type="spellEnd"/>
      <w:r w:rsidRPr="000A2BA1">
        <w:rPr>
          <w:rFonts w:cs="Arial"/>
          <w:lang w:val="es-ES"/>
        </w:rPr>
        <w:t xml:space="preserve"> para o </w:t>
      </w:r>
      <w:proofErr w:type="spellStart"/>
      <w:r w:rsidRPr="000A2BA1">
        <w:rPr>
          <w:rFonts w:cs="Arial"/>
          <w:lang w:val="es-ES"/>
        </w:rPr>
        <w:t>aeroporto</w:t>
      </w:r>
      <w:proofErr w:type="spellEnd"/>
      <w:r w:rsidRPr="000A2BA1">
        <w:rPr>
          <w:rFonts w:cs="Arial"/>
          <w:lang w:val="es-ES"/>
        </w:rPr>
        <w:t>.</w:t>
      </w:r>
    </w:p>
    <w:p w14:paraId="69B7B88F" w14:textId="77777777" w:rsidR="007C5844" w:rsidRPr="00B67E71" w:rsidRDefault="007C5844">
      <w:pPr>
        <w:spacing w:after="80"/>
        <w:rPr>
          <w:lang w:val="es-ES"/>
        </w:rPr>
      </w:pPr>
    </w:p>
    <w:sectPr w:rsidR="007C5844" w:rsidRPr="00B67E71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52939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7CB9BF7B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04002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6F118175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6F29C1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6D0D0427" wp14:editId="27653DB0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2BA1"/>
    <w:rsid w:val="0015074B"/>
    <w:rsid w:val="0029639D"/>
    <w:rsid w:val="00326F90"/>
    <w:rsid w:val="004856F5"/>
    <w:rsid w:val="005B08D3"/>
    <w:rsid w:val="007C5844"/>
    <w:rsid w:val="00AA1D8D"/>
    <w:rsid w:val="00B47730"/>
    <w:rsid w:val="00B67E71"/>
    <w:rsid w:val="00CB0664"/>
    <w:rsid w:val="00E10FDA"/>
    <w:rsid w:val="00FC693F"/>
    <w:rsid w:val="00FC7476"/>
    <w:rsid w:val="00FE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BA73C3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607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7</cp:revision>
  <dcterms:created xsi:type="dcterms:W3CDTF">2013-12-23T23:15:00Z</dcterms:created>
  <dcterms:modified xsi:type="dcterms:W3CDTF">2026-05-26T12:32:00Z</dcterms:modified>
  <cp:category/>
</cp:coreProperties>
</file>