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C6608" w14:textId="77777777" w:rsidR="000E1D77" w:rsidRPr="00340B90" w:rsidRDefault="00340B90" w:rsidP="00340B90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</w:pPr>
      <w:r w:rsidRPr="00340B90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>TOUR DOS ALPES</w:t>
      </w:r>
    </w:p>
    <w:p w14:paraId="00D31B59" w14:textId="77777777" w:rsidR="000E1D77" w:rsidRPr="00340B90" w:rsidRDefault="00340B90" w:rsidP="00340B90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64A0BA"/>
          <w:sz w:val="24"/>
          <w:szCs w:val="24"/>
          <w:lang w:val="pt-BR" w:eastAsia="de-DE"/>
        </w:rPr>
      </w:pPr>
      <w:r w:rsidRPr="00340B90">
        <w:rPr>
          <w:rFonts w:ascii="Century Gothic" w:eastAsia="Times New Roman" w:hAnsi="Century Gothic" w:cs="Arial"/>
          <w:bCs/>
          <w:color w:val="64A0BA"/>
          <w:sz w:val="24"/>
          <w:szCs w:val="24"/>
          <w:lang w:val="pt-BR" w:eastAsia="de-DE"/>
        </w:rPr>
        <w:t xml:space="preserve">Categoria: </w:t>
      </w:r>
      <w:r w:rsidRPr="00340B90">
        <w:rPr>
          <w:rFonts w:ascii="Century Gothic" w:eastAsia="Times New Roman" w:hAnsi="Century Gothic" w:cs="Arial"/>
          <w:bCs/>
          <w:color w:val="64A0BA"/>
          <w:sz w:val="24"/>
          <w:szCs w:val="24"/>
          <w:lang w:val="pt-BR" w:eastAsia="de-DE"/>
        </w:rPr>
        <w:t>Primeira</w:t>
      </w:r>
    </w:p>
    <w:p w14:paraId="3DCCE206" w14:textId="77777777" w:rsidR="000E1D77" w:rsidRPr="00340B90" w:rsidRDefault="00340B90" w:rsidP="00340B90">
      <w:pPr>
        <w:spacing w:after="80"/>
        <w:jc w:val="center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 xml:space="preserve">Código: </w:t>
      </w:r>
      <w:proofErr w:type="gramStart"/>
      <w:r w:rsidRPr="00340B90">
        <w:rPr>
          <w:rFonts w:ascii="Calibri" w:hAnsi="Calibri"/>
          <w:sz w:val="21"/>
          <w:lang w:val="es-ES"/>
        </w:rPr>
        <w:t>EETMUCZRH  |</w:t>
      </w:r>
      <w:proofErr w:type="gramEnd"/>
      <w:r w:rsidRPr="00340B90">
        <w:rPr>
          <w:rFonts w:ascii="Calibri" w:hAnsi="Calibri"/>
          <w:sz w:val="21"/>
          <w:lang w:val="es-ES"/>
        </w:rPr>
        <w:t xml:space="preserve">  12 </w:t>
      </w:r>
      <w:proofErr w:type="spellStart"/>
      <w:r w:rsidRPr="00340B90">
        <w:rPr>
          <w:rFonts w:ascii="Calibri" w:hAnsi="Calibri"/>
          <w:sz w:val="21"/>
          <w:lang w:val="es-ES"/>
        </w:rPr>
        <w:t>Dias</w:t>
      </w:r>
      <w:proofErr w:type="spellEnd"/>
    </w:p>
    <w:p w14:paraId="7807DEF6" w14:textId="77777777" w:rsidR="000E1D77" w:rsidRPr="00340B90" w:rsidRDefault="000E1D77">
      <w:pPr>
        <w:spacing w:after="80"/>
        <w:rPr>
          <w:lang w:val="es-ES"/>
        </w:rPr>
      </w:pPr>
    </w:p>
    <w:p w14:paraId="6101866A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SAÍDAS GARANTIDAS 2027</w:t>
      </w:r>
    </w:p>
    <w:p w14:paraId="128E84E0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>MAIO ........................... 20</w:t>
      </w:r>
    </w:p>
    <w:p w14:paraId="008C3C3A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>JUNHO .......................... 17</w:t>
      </w:r>
    </w:p>
    <w:p w14:paraId="1EEF2F0D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>AGOSTO ......................... 26</w:t>
      </w:r>
    </w:p>
    <w:p w14:paraId="58ECBF1E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 xml:space="preserve">SETEMBRO ....................... </w:t>
      </w:r>
      <w:r w:rsidRPr="00340B90">
        <w:rPr>
          <w:rFonts w:ascii="Calibri" w:hAnsi="Calibri"/>
          <w:color w:val="FF0000"/>
          <w:sz w:val="21"/>
          <w:lang w:val="es-ES"/>
        </w:rPr>
        <w:t>23</w:t>
      </w:r>
    </w:p>
    <w:p w14:paraId="0D6CCC7D" w14:textId="77777777" w:rsidR="000E1D77" w:rsidRPr="00340B90" w:rsidRDefault="000E1D77">
      <w:pPr>
        <w:spacing w:after="80"/>
        <w:rPr>
          <w:lang w:val="es-ES"/>
        </w:rPr>
      </w:pPr>
    </w:p>
    <w:p w14:paraId="21ED8678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 xml:space="preserve">HOTÉIS </w:t>
      </w:r>
      <w:r w:rsidRPr="00340B90">
        <w:rPr>
          <w:rFonts w:ascii="Calibri" w:hAnsi="Calibri"/>
          <w:sz w:val="22"/>
          <w:lang w:val="es-ES"/>
        </w:rPr>
        <w:t>PREVISTOS</w:t>
      </w:r>
    </w:p>
    <w:p w14:paraId="304C5FC5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>(</w:t>
      </w:r>
      <w:proofErr w:type="spellStart"/>
      <w:r w:rsidRPr="00340B90">
        <w:rPr>
          <w:rFonts w:ascii="Calibri" w:hAnsi="Calibri"/>
          <w:sz w:val="21"/>
          <w:lang w:val="es-ES"/>
        </w:rPr>
        <w:t>ou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similares </w:t>
      </w:r>
      <w:proofErr w:type="spellStart"/>
      <w:r w:rsidRPr="00340B90">
        <w:rPr>
          <w:rFonts w:ascii="Calibri" w:hAnsi="Calibri"/>
          <w:sz w:val="21"/>
          <w:lang w:val="es-ES"/>
        </w:rPr>
        <w:t>na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categoria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indicada, conforme a </w:t>
      </w:r>
      <w:proofErr w:type="spellStart"/>
      <w:r w:rsidRPr="00340B90">
        <w:rPr>
          <w:rFonts w:ascii="Calibri" w:hAnsi="Calibri"/>
          <w:sz w:val="21"/>
          <w:lang w:val="es-ES"/>
        </w:rPr>
        <w:t>cidade</w:t>
      </w:r>
      <w:proofErr w:type="spellEnd"/>
      <w:r w:rsidRPr="00340B90">
        <w:rPr>
          <w:rFonts w:ascii="Calibri" w:hAnsi="Calibri"/>
          <w:sz w:val="21"/>
          <w:lang w:val="es-ES"/>
        </w:rPr>
        <w:t>)</w:t>
      </w:r>
    </w:p>
    <w:p w14:paraId="7D02C88D" w14:textId="77777777" w:rsidR="000E1D77" w:rsidRDefault="00340B90">
      <w:pPr>
        <w:spacing w:after="20"/>
      </w:pPr>
      <w:r>
        <w:rPr>
          <w:rFonts w:ascii="Calibri" w:hAnsi="Calibri"/>
          <w:b/>
          <w:sz w:val="21"/>
        </w:rPr>
        <w:t xml:space="preserve">MUNIQUE: </w:t>
      </w:r>
      <w:r>
        <w:rPr>
          <w:rFonts w:ascii="Calibri" w:hAnsi="Calibri"/>
          <w:sz w:val="21"/>
        </w:rPr>
        <w:t>WESTIN GRAND ★★★★★</w:t>
      </w:r>
    </w:p>
    <w:p w14:paraId="6ED4CE11" w14:textId="77777777" w:rsidR="000E1D77" w:rsidRDefault="00340B90">
      <w:pPr>
        <w:spacing w:after="20"/>
      </w:pPr>
      <w:r>
        <w:rPr>
          <w:rFonts w:ascii="Calibri" w:hAnsi="Calibri"/>
          <w:b/>
          <w:sz w:val="21"/>
        </w:rPr>
        <w:t xml:space="preserve">VIENA: </w:t>
      </w:r>
      <w:r>
        <w:rPr>
          <w:rFonts w:ascii="Calibri" w:hAnsi="Calibri"/>
          <w:sz w:val="21"/>
        </w:rPr>
        <w:t>ROOMZ PRATER ★★★★</w:t>
      </w:r>
    </w:p>
    <w:p w14:paraId="74F26453" w14:textId="77777777" w:rsidR="000E1D77" w:rsidRDefault="00340B90">
      <w:pPr>
        <w:spacing w:after="20"/>
      </w:pPr>
      <w:r>
        <w:rPr>
          <w:rFonts w:ascii="Calibri" w:hAnsi="Calibri"/>
          <w:b/>
          <w:sz w:val="21"/>
        </w:rPr>
        <w:t xml:space="preserve">SALZBURGO: </w:t>
      </w:r>
      <w:r>
        <w:rPr>
          <w:rFonts w:ascii="Calibri" w:hAnsi="Calibri"/>
          <w:sz w:val="21"/>
        </w:rPr>
        <w:t>JUNE SIX SALZBURG ★★★★</w:t>
      </w:r>
    </w:p>
    <w:p w14:paraId="11FFB1A0" w14:textId="77777777" w:rsidR="000E1D77" w:rsidRDefault="00340B90">
      <w:pPr>
        <w:spacing w:after="20"/>
      </w:pPr>
      <w:r>
        <w:rPr>
          <w:rFonts w:ascii="Calibri" w:hAnsi="Calibri"/>
          <w:b/>
          <w:sz w:val="21"/>
        </w:rPr>
        <w:t xml:space="preserve">INNSBRUCK: </w:t>
      </w:r>
      <w:r>
        <w:rPr>
          <w:rFonts w:ascii="Calibri" w:hAnsi="Calibri"/>
          <w:sz w:val="21"/>
        </w:rPr>
        <w:t>AC BY MARRIOTT ★★★★  /  STAGE 12 ★★★★</w:t>
      </w:r>
    </w:p>
    <w:p w14:paraId="194E0924" w14:textId="77777777" w:rsidR="000E1D77" w:rsidRDefault="00340B90">
      <w:pPr>
        <w:spacing w:after="20"/>
      </w:pPr>
      <w:r>
        <w:rPr>
          <w:rFonts w:ascii="Calibri" w:hAnsi="Calibri"/>
          <w:b/>
          <w:sz w:val="21"/>
        </w:rPr>
        <w:t xml:space="preserve">ZURIQUE: </w:t>
      </w:r>
      <w:r>
        <w:rPr>
          <w:rFonts w:ascii="Calibri" w:hAnsi="Calibri"/>
          <w:sz w:val="21"/>
        </w:rPr>
        <w:t>NOVOTEL CITY WEST ★★★★</w:t>
      </w:r>
    </w:p>
    <w:p w14:paraId="61C15E87" w14:textId="77777777" w:rsidR="000E1D77" w:rsidRDefault="000E1D77">
      <w:pPr>
        <w:spacing w:after="80"/>
      </w:pPr>
    </w:p>
    <w:p w14:paraId="52544093" w14:textId="77777777" w:rsidR="000E1D77" w:rsidRDefault="00340B90">
      <w:pPr>
        <w:pStyle w:val="Ttulo2"/>
        <w:spacing w:before="120" w:after="60"/>
      </w:pPr>
      <w:r>
        <w:rPr>
          <w:rFonts w:ascii="Calibri" w:hAnsi="Calibri"/>
          <w:sz w:val="22"/>
        </w:rPr>
        <w:t>SERVIÇOS INCLUÍDOS</w:t>
      </w:r>
    </w:p>
    <w:p w14:paraId="053E37F3" w14:textId="77777777" w:rsidR="000E1D77" w:rsidRDefault="00340B90">
      <w:pPr>
        <w:pStyle w:val="Listaconvietas"/>
        <w:spacing w:after="0"/>
      </w:pPr>
      <w:r>
        <w:rPr>
          <w:rFonts w:ascii="Calibri" w:hAnsi="Calibri"/>
          <w:sz w:val="21"/>
        </w:rPr>
        <w:t>Gu</w:t>
      </w:r>
      <w:r>
        <w:rPr>
          <w:rFonts w:ascii="Calibri" w:hAnsi="Calibri"/>
          <w:sz w:val="21"/>
        </w:rPr>
        <w:t>ia acompanhante em espanhol</w:t>
      </w:r>
    </w:p>
    <w:p w14:paraId="3EF51203" w14:textId="77777777" w:rsidR="000E1D77" w:rsidRPr="00340B90" w:rsidRDefault="00340B90">
      <w:pPr>
        <w:pStyle w:val="Listaconvietas"/>
        <w:spacing w:after="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 xml:space="preserve">11 </w:t>
      </w:r>
      <w:proofErr w:type="spellStart"/>
      <w:r w:rsidRPr="00340B90">
        <w:rPr>
          <w:rFonts w:ascii="Calibri" w:hAnsi="Calibri"/>
          <w:sz w:val="21"/>
          <w:lang w:val="es-ES"/>
        </w:rPr>
        <w:t>noites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café da </w:t>
      </w:r>
      <w:proofErr w:type="spellStart"/>
      <w:r w:rsidRPr="00340B90">
        <w:rPr>
          <w:rFonts w:ascii="Calibri" w:hAnsi="Calibri"/>
          <w:sz w:val="21"/>
          <w:lang w:val="es-ES"/>
        </w:rPr>
        <w:t>manhã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tipo buffet</w:t>
      </w:r>
    </w:p>
    <w:p w14:paraId="5AC0C16C" w14:textId="77777777" w:rsidR="000E1D77" w:rsidRDefault="00340B90">
      <w:pPr>
        <w:pStyle w:val="Listaconvietas"/>
        <w:spacing w:after="0"/>
      </w:pPr>
      <w:r>
        <w:rPr>
          <w:rFonts w:ascii="Calibri" w:hAnsi="Calibri"/>
          <w:sz w:val="21"/>
        </w:rPr>
        <w:t xml:space="preserve">Entradas e </w:t>
      </w:r>
      <w:proofErr w:type="spellStart"/>
      <w:r>
        <w:rPr>
          <w:rFonts w:ascii="Calibri" w:hAnsi="Calibri"/>
          <w:sz w:val="21"/>
        </w:rPr>
        <w:t>experiências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conforme</w:t>
      </w:r>
      <w:proofErr w:type="spellEnd"/>
      <w:r>
        <w:rPr>
          <w:rFonts w:ascii="Calibri" w:hAnsi="Calibri"/>
          <w:sz w:val="21"/>
        </w:rPr>
        <w:t xml:space="preserve"> itinerário</w:t>
      </w:r>
    </w:p>
    <w:p w14:paraId="2FC93F40" w14:textId="77777777" w:rsidR="000E1D77" w:rsidRDefault="00340B90">
      <w:pPr>
        <w:pStyle w:val="Listaconvietas"/>
        <w:spacing w:after="0"/>
      </w:pPr>
      <w:r>
        <w:rPr>
          <w:rFonts w:ascii="Calibri" w:hAnsi="Calibri"/>
          <w:sz w:val="21"/>
        </w:rPr>
        <w:t>Almoço em Innsbruck</w:t>
      </w:r>
    </w:p>
    <w:p w14:paraId="568C4D1F" w14:textId="77777777" w:rsidR="000E1D77" w:rsidRDefault="00340B90">
      <w:pPr>
        <w:pStyle w:val="Listaconvietas"/>
        <w:spacing w:after="0"/>
      </w:pPr>
      <w:r>
        <w:rPr>
          <w:rFonts w:ascii="Calibri" w:hAnsi="Calibri"/>
          <w:sz w:val="21"/>
        </w:rPr>
        <w:t>Jantar de boas-vindas</w:t>
      </w:r>
    </w:p>
    <w:p w14:paraId="5F77740E" w14:textId="77777777" w:rsidR="000E1D77" w:rsidRDefault="000E1D77">
      <w:pPr>
        <w:spacing w:after="80"/>
      </w:pPr>
    </w:p>
    <w:p w14:paraId="04AC161B" w14:textId="77777777" w:rsidR="000E1D77" w:rsidRDefault="00340B90">
      <w:pPr>
        <w:pStyle w:val="Ttulo2"/>
        <w:spacing w:before="120" w:after="60"/>
      </w:pPr>
      <w:r>
        <w:rPr>
          <w:rFonts w:ascii="Calibri" w:hAnsi="Calibri"/>
          <w:sz w:val="22"/>
        </w:rPr>
        <w:t>TARIFAS EM EUROS</w:t>
      </w:r>
    </w:p>
    <w:p w14:paraId="58D8B531" w14:textId="77777777" w:rsidR="000E1D77" w:rsidRDefault="00340B90">
      <w:pPr>
        <w:spacing w:after="80"/>
      </w:pPr>
      <w:r>
        <w:rPr>
          <w:rFonts w:ascii="Calibri" w:hAnsi="Calibri"/>
          <w:sz w:val="21"/>
        </w:rPr>
        <w:t>€ 3.295,– por pessoa em apto. duplo</w:t>
      </w:r>
    </w:p>
    <w:p w14:paraId="0CABF929" w14:textId="77777777" w:rsidR="000E1D77" w:rsidRDefault="00340B90">
      <w:pPr>
        <w:spacing w:after="80"/>
      </w:pPr>
      <w:r>
        <w:rPr>
          <w:rFonts w:ascii="Calibri" w:hAnsi="Calibri"/>
          <w:sz w:val="21"/>
        </w:rPr>
        <w:t>€ 1.210,– suplemento individual</w:t>
      </w:r>
    </w:p>
    <w:p w14:paraId="3C826400" w14:textId="77777777" w:rsidR="000E1D77" w:rsidRPr="00340B90" w:rsidRDefault="00340B90">
      <w:pPr>
        <w:spacing w:after="80"/>
        <w:rPr>
          <w:color w:val="FF0000"/>
          <w:lang w:val="es-ES"/>
        </w:rPr>
      </w:pPr>
      <w:r w:rsidRPr="00340B90">
        <w:rPr>
          <w:rFonts w:ascii="Calibri" w:hAnsi="Calibri"/>
          <w:color w:val="FF0000"/>
          <w:sz w:val="21"/>
          <w:lang w:val="es-ES"/>
        </w:rPr>
        <w:t xml:space="preserve">€ </w:t>
      </w:r>
      <w:proofErr w:type="gramStart"/>
      <w:r w:rsidRPr="00340B90">
        <w:rPr>
          <w:rFonts w:ascii="Calibri" w:hAnsi="Calibri"/>
          <w:color w:val="FF0000"/>
          <w:sz w:val="21"/>
          <w:lang w:val="es-ES"/>
        </w:rPr>
        <w:t>300,–</w:t>
      </w:r>
      <w:proofErr w:type="gramEnd"/>
      <w:r w:rsidRPr="00340B90">
        <w:rPr>
          <w:rFonts w:ascii="Calibri" w:hAnsi="Calibri"/>
          <w:color w:val="FF0000"/>
          <w:sz w:val="21"/>
          <w:lang w:val="es-ES"/>
        </w:rPr>
        <w:t xml:space="preserve"> </w:t>
      </w:r>
      <w:r w:rsidRPr="00340B90">
        <w:rPr>
          <w:rFonts w:ascii="Calibri" w:hAnsi="Calibri"/>
          <w:color w:val="FF0000"/>
          <w:sz w:val="21"/>
          <w:lang w:val="es-ES"/>
        </w:rPr>
        <w:t xml:space="preserve">suplemento por </w:t>
      </w:r>
      <w:proofErr w:type="spellStart"/>
      <w:r w:rsidRPr="00340B90">
        <w:rPr>
          <w:rFonts w:ascii="Calibri" w:hAnsi="Calibri"/>
          <w:color w:val="FF0000"/>
          <w:sz w:val="21"/>
          <w:lang w:val="es-ES"/>
        </w:rPr>
        <w:t>pessoa</w:t>
      </w:r>
      <w:proofErr w:type="spellEnd"/>
      <w:r w:rsidRPr="00340B90">
        <w:rPr>
          <w:rFonts w:ascii="Calibri" w:hAnsi="Calibri"/>
          <w:color w:val="FF0000"/>
          <w:sz w:val="21"/>
          <w:lang w:val="es-ES"/>
        </w:rPr>
        <w:t xml:space="preserve"> Oktoberfest en </w:t>
      </w:r>
      <w:proofErr w:type="spellStart"/>
      <w:r w:rsidRPr="00340B90">
        <w:rPr>
          <w:rFonts w:ascii="Calibri" w:hAnsi="Calibri"/>
          <w:color w:val="FF0000"/>
          <w:sz w:val="21"/>
          <w:lang w:val="es-ES"/>
        </w:rPr>
        <w:t>Munique</w:t>
      </w:r>
      <w:proofErr w:type="spellEnd"/>
      <w:r w:rsidRPr="00340B90">
        <w:rPr>
          <w:rFonts w:ascii="Calibri" w:hAnsi="Calibri"/>
          <w:color w:val="FF0000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color w:val="FF0000"/>
          <w:sz w:val="21"/>
          <w:lang w:val="es-ES"/>
        </w:rPr>
        <w:t>Setembro</w:t>
      </w:r>
      <w:proofErr w:type="spellEnd"/>
      <w:r w:rsidRPr="00340B90">
        <w:rPr>
          <w:rFonts w:ascii="Calibri" w:hAnsi="Calibri"/>
          <w:color w:val="FF0000"/>
          <w:sz w:val="21"/>
          <w:lang w:val="es-ES"/>
        </w:rPr>
        <w:t xml:space="preserve"> 23</w:t>
      </w:r>
    </w:p>
    <w:p w14:paraId="71432020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b/>
          <w:sz w:val="21"/>
          <w:lang w:val="es-ES"/>
        </w:rPr>
        <w:t>INGRESSO PARA A OKTOBERFEST NÃO INCLUÍDO</w:t>
      </w:r>
    </w:p>
    <w:p w14:paraId="37345A72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 xml:space="preserve">5% </w:t>
      </w:r>
      <w:proofErr w:type="spellStart"/>
      <w:r w:rsidRPr="00340B90">
        <w:rPr>
          <w:rFonts w:ascii="Calibri" w:hAnsi="Calibri"/>
          <w:sz w:val="21"/>
          <w:lang w:val="es-ES"/>
        </w:rPr>
        <w:t>desconto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340B90">
        <w:rPr>
          <w:rFonts w:ascii="Calibri" w:hAnsi="Calibri"/>
          <w:sz w:val="21"/>
          <w:lang w:val="es-ES"/>
        </w:rPr>
        <w:t>terceiro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passageiro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40B90">
        <w:rPr>
          <w:rFonts w:ascii="Calibri" w:hAnsi="Calibri"/>
          <w:sz w:val="21"/>
          <w:lang w:val="es-ES"/>
        </w:rPr>
        <w:t>quarto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+2 </w:t>
      </w:r>
      <w:proofErr w:type="spellStart"/>
      <w:r w:rsidRPr="00340B90">
        <w:rPr>
          <w:rFonts w:ascii="Calibri" w:hAnsi="Calibri"/>
          <w:sz w:val="21"/>
          <w:lang w:val="es-ES"/>
        </w:rPr>
        <w:t>pessoas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(QUARTO TRIPLO).</w:t>
      </w:r>
    </w:p>
    <w:p w14:paraId="6E7E93C3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b/>
          <w:sz w:val="21"/>
          <w:lang w:val="es-ES"/>
        </w:rPr>
        <w:t>CONSULTE PÁGINA 5 NOTAS IMPORTANTES</w:t>
      </w:r>
    </w:p>
    <w:p w14:paraId="08F7A391" w14:textId="77777777" w:rsidR="000E1D77" w:rsidRPr="00340B90" w:rsidRDefault="000E1D77">
      <w:pPr>
        <w:spacing w:after="80"/>
        <w:rPr>
          <w:lang w:val="es-ES"/>
        </w:rPr>
      </w:pPr>
    </w:p>
    <w:p w14:paraId="1F4AB1BE" w14:textId="77777777" w:rsidR="000E1D77" w:rsidRPr="00340B90" w:rsidRDefault="00340B90">
      <w:pPr>
        <w:pStyle w:val="Ttulo1"/>
        <w:spacing w:before="200" w:after="60"/>
        <w:rPr>
          <w:lang w:val="es-ES"/>
        </w:rPr>
      </w:pPr>
      <w:r w:rsidRPr="00340B90">
        <w:rPr>
          <w:rFonts w:ascii="Calibri" w:hAnsi="Calibri"/>
          <w:sz w:val="28"/>
          <w:lang w:val="es-ES"/>
        </w:rPr>
        <w:lastRenderedPageBreak/>
        <w:t>ITINERÁRIO</w:t>
      </w:r>
    </w:p>
    <w:p w14:paraId="0F91851E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DIA 1 QUI MUNIQUE</w:t>
      </w:r>
    </w:p>
    <w:p w14:paraId="5CAC8120" w14:textId="77777777" w:rsidR="000E1D77" w:rsidRPr="00340B90" w:rsidRDefault="00340B90">
      <w:pPr>
        <w:spacing w:after="80"/>
        <w:rPr>
          <w:lang w:val="es-ES"/>
        </w:rPr>
      </w:pPr>
      <w:proofErr w:type="spellStart"/>
      <w:r w:rsidRPr="00340B90">
        <w:rPr>
          <w:rFonts w:ascii="Calibri" w:hAnsi="Calibri"/>
          <w:sz w:val="21"/>
          <w:lang w:val="es-ES"/>
        </w:rPr>
        <w:t>Chegada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</w:t>
      </w:r>
      <w:proofErr w:type="spellStart"/>
      <w:r w:rsidRPr="00340B90">
        <w:rPr>
          <w:rFonts w:ascii="Calibri" w:hAnsi="Calibri"/>
          <w:sz w:val="21"/>
          <w:lang w:val="es-ES"/>
        </w:rPr>
        <w:t>M</w:t>
      </w:r>
      <w:r w:rsidRPr="00340B90">
        <w:rPr>
          <w:rFonts w:ascii="Calibri" w:hAnsi="Calibri"/>
          <w:sz w:val="21"/>
          <w:lang w:val="es-ES"/>
        </w:rPr>
        <w:t>unique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traslado </w:t>
      </w:r>
      <w:proofErr w:type="spellStart"/>
      <w:r w:rsidRPr="00340B90">
        <w:rPr>
          <w:rFonts w:ascii="Calibri" w:hAnsi="Calibri"/>
          <w:sz w:val="21"/>
          <w:lang w:val="es-ES"/>
        </w:rPr>
        <w:t>ao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hotel e </w:t>
      </w:r>
      <w:proofErr w:type="spellStart"/>
      <w:r w:rsidRPr="00340B90">
        <w:rPr>
          <w:rFonts w:ascii="Calibri" w:hAnsi="Calibri"/>
          <w:sz w:val="21"/>
          <w:lang w:val="es-ES"/>
        </w:rPr>
        <w:t>acomodação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O </w:t>
      </w:r>
      <w:proofErr w:type="spellStart"/>
      <w:r w:rsidRPr="00340B90">
        <w:rPr>
          <w:rFonts w:ascii="Calibri" w:hAnsi="Calibri"/>
          <w:sz w:val="21"/>
          <w:lang w:val="es-ES"/>
        </w:rPr>
        <w:t>guia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estará no hotel a partir das 19h00.</w:t>
      </w:r>
    </w:p>
    <w:p w14:paraId="60E28F6D" w14:textId="77777777" w:rsidR="000E1D77" w:rsidRPr="00340B90" w:rsidRDefault="000E1D77">
      <w:pPr>
        <w:spacing w:after="80"/>
        <w:rPr>
          <w:lang w:val="es-ES"/>
        </w:rPr>
      </w:pPr>
    </w:p>
    <w:p w14:paraId="6EA52A87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DIA 2 SEX MUNIQUE</w:t>
      </w:r>
    </w:p>
    <w:p w14:paraId="515D6664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 xml:space="preserve">Visita </w:t>
      </w:r>
      <w:proofErr w:type="spellStart"/>
      <w:r w:rsidRPr="00340B90">
        <w:rPr>
          <w:rFonts w:ascii="Calibri" w:hAnsi="Calibri"/>
          <w:sz w:val="21"/>
          <w:lang w:val="es-ES"/>
        </w:rPr>
        <w:t>panorâmica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Munique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capital da Baviera, situada </w:t>
      </w:r>
      <w:proofErr w:type="spellStart"/>
      <w:r w:rsidRPr="00340B90">
        <w:rPr>
          <w:rFonts w:ascii="Calibri" w:hAnsi="Calibri"/>
          <w:sz w:val="21"/>
          <w:lang w:val="es-ES"/>
        </w:rPr>
        <w:t>às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margens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rio Isar. O </w:t>
      </w:r>
      <w:proofErr w:type="spellStart"/>
      <w:r w:rsidRPr="00340B90">
        <w:rPr>
          <w:rFonts w:ascii="Calibri" w:hAnsi="Calibri"/>
          <w:sz w:val="21"/>
          <w:lang w:val="es-ES"/>
        </w:rPr>
        <w:t>percurso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começa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no </w:t>
      </w:r>
      <w:proofErr w:type="spellStart"/>
      <w:r w:rsidRPr="00340B90">
        <w:rPr>
          <w:rFonts w:ascii="Calibri" w:hAnsi="Calibri"/>
          <w:sz w:val="21"/>
          <w:lang w:val="es-ES"/>
        </w:rPr>
        <w:t>portão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medieval </w:t>
      </w:r>
      <w:proofErr w:type="spellStart"/>
      <w:r w:rsidRPr="00340B90">
        <w:rPr>
          <w:rFonts w:ascii="Calibri" w:hAnsi="Calibri"/>
          <w:sz w:val="21"/>
          <w:lang w:val="es-ES"/>
        </w:rPr>
        <w:t>Karlstor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continua até a Igreja d</w:t>
      </w:r>
      <w:r w:rsidRPr="00340B90">
        <w:rPr>
          <w:rFonts w:ascii="Calibri" w:hAnsi="Calibri"/>
          <w:sz w:val="21"/>
          <w:lang w:val="es-ES"/>
        </w:rPr>
        <w:t xml:space="preserve">e São Miguel, onde se </w:t>
      </w:r>
      <w:proofErr w:type="spellStart"/>
      <w:r w:rsidRPr="00340B90">
        <w:rPr>
          <w:rFonts w:ascii="Calibri" w:hAnsi="Calibri"/>
          <w:sz w:val="21"/>
          <w:lang w:val="es-ES"/>
        </w:rPr>
        <w:t>encontram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os restos do </w:t>
      </w:r>
      <w:proofErr w:type="spellStart"/>
      <w:r w:rsidRPr="00340B90">
        <w:rPr>
          <w:rFonts w:ascii="Calibri" w:hAnsi="Calibri"/>
          <w:sz w:val="21"/>
          <w:lang w:val="es-ES"/>
        </w:rPr>
        <w:t>rei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Luís II. </w:t>
      </w:r>
      <w:proofErr w:type="spellStart"/>
      <w:r w:rsidRPr="00340B90">
        <w:rPr>
          <w:rFonts w:ascii="Calibri" w:hAnsi="Calibri"/>
          <w:sz w:val="21"/>
          <w:lang w:val="es-ES"/>
        </w:rPr>
        <w:t>Através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40B90">
        <w:rPr>
          <w:rFonts w:ascii="Calibri" w:hAnsi="Calibri"/>
          <w:sz w:val="21"/>
          <w:lang w:val="es-ES"/>
        </w:rPr>
        <w:t>Marienplatz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chega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-se à </w:t>
      </w:r>
      <w:proofErr w:type="spellStart"/>
      <w:r w:rsidRPr="00340B90">
        <w:rPr>
          <w:rFonts w:ascii="Calibri" w:hAnsi="Calibri"/>
          <w:sz w:val="21"/>
          <w:lang w:val="es-ES"/>
        </w:rPr>
        <w:t>Prefeitura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famosa pelo </w:t>
      </w:r>
      <w:proofErr w:type="spellStart"/>
      <w:r w:rsidRPr="00340B90">
        <w:rPr>
          <w:rFonts w:ascii="Calibri" w:hAnsi="Calibri"/>
          <w:sz w:val="21"/>
          <w:lang w:val="es-ES"/>
        </w:rPr>
        <w:t>seu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carrilhão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e à </w:t>
      </w:r>
      <w:proofErr w:type="spellStart"/>
      <w:r w:rsidRPr="00340B90">
        <w:rPr>
          <w:rFonts w:ascii="Calibri" w:hAnsi="Calibri"/>
          <w:sz w:val="21"/>
          <w:lang w:val="es-ES"/>
        </w:rPr>
        <w:t>Frauenkirche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cuja entrada conserva, segundo a </w:t>
      </w:r>
      <w:proofErr w:type="spellStart"/>
      <w:r w:rsidRPr="00340B90">
        <w:rPr>
          <w:rFonts w:ascii="Calibri" w:hAnsi="Calibri"/>
          <w:sz w:val="21"/>
          <w:lang w:val="es-ES"/>
        </w:rPr>
        <w:t>lenda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a pegada do </w:t>
      </w:r>
      <w:proofErr w:type="spellStart"/>
      <w:r w:rsidRPr="00340B90">
        <w:rPr>
          <w:rFonts w:ascii="Calibri" w:hAnsi="Calibri"/>
          <w:sz w:val="21"/>
          <w:lang w:val="es-ES"/>
        </w:rPr>
        <w:t>Diabo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</w:t>
      </w:r>
      <w:proofErr w:type="spellStart"/>
      <w:r w:rsidRPr="00340B90">
        <w:rPr>
          <w:rFonts w:ascii="Calibri" w:hAnsi="Calibri"/>
          <w:sz w:val="21"/>
          <w:lang w:val="es-ES"/>
        </w:rPr>
        <w:t>Passaremos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também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340B90">
        <w:rPr>
          <w:rFonts w:ascii="Calibri" w:hAnsi="Calibri"/>
          <w:sz w:val="21"/>
          <w:lang w:val="es-ES"/>
        </w:rPr>
        <w:t>Praça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da Ópera, pela </w:t>
      </w:r>
      <w:proofErr w:type="spellStart"/>
      <w:r w:rsidRPr="00340B90">
        <w:rPr>
          <w:rFonts w:ascii="Calibri" w:hAnsi="Calibri"/>
          <w:sz w:val="21"/>
          <w:lang w:val="es-ES"/>
        </w:rPr>
        <w:t>Feld</w:t>
      </w:r>
      <w:r w:rsidRPr="00340B90">
        <w:rPr>
          <w:rFonts w:ascii="Calibri" w:hAnsi="Calibri"/>
          <w:sz w:val="21"/>
          <w:lang w:val="es-ES"/>
        </w:rPr>
        <w:t>herrnhalle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pela igreja </w:t>
      </w:r>
      <w:proofErr w:type="spellStart"/>
      <w:r w:rsidRPr="00340B90">
        <w:rPr>
          <w:rFonts w:ascii="Calibri" w:hAnsi="Calibri"/>
          <w:sz w:val="21"/>
          <w:lang w:val="es-ES"/>
        </w:rPr>
        <w:t>Bürgersaalkirche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pela </w:t>
      </w:r>
      <w:proofErr w:type="spellStart"/>
      <w:r w:rsidRPr="00340B90">
        <w:rPr>
          <w:rFonts w:ascii="Calibri" w:hAnsi="Calibri"/>
          <w:sz w:val="21"/>
          <w:lang w:val="es-ES"/>
        </w:rPr>
        <w:t>Residência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Real e pela Igreja de São Pedro. Antes de finalizar, </w:t>
      </w:r>
      <w:proofErr w:type="spellStart"/>
      <w:r w:rsidRPr="00340B90">
        <w:rPr>
          <w:rFonts w:ascii="Calibri" w:hAnsi="Calibri"/>
          <w:sz w:val="21"/>
          <w:lang w:val="es-ES"/>
        </w:rPr>
        <w:t>faremos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passeio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340B90">
        <w:rPr>
          <w:rFonts w:ascii="Calibri" w:hAnsi="Calibri"/>
          <w:sz w:val="21"/>
          <w:lang w:val="es-ES"/>
        </w:rPr>
        <w:t>Jardim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Inglês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340B90">
        <w:rPr>
          <w:rFonts w:ascii="Calibri" w:hAnsi="Calibri"/>
          <w:sz w:val="21"/>
          <w:lang w:val="es-ES"/>
        </w:rPr>
        <w:t>maiores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parques urbanos da Europa. </w:t>
      </w:r>
      <w:proofErr w:type="spellStart"/>
      <w:r w:rsidRPr="00340B90">
        <w:rPr>
          <w:rFonts w:ascii="Calibri" w:hAnsi="Calibri"/>
          <w:sz w:val="21"/>
          <w:lang w:val="es-ES"/>
        </w:rPr>
        <w:t>Hospedagem</w:t>
      </w:r>
      <w:proofErr w:type="spellEnd"/>
      <w:r w:rsidRPr="00340B90">
        <w:rPr>
          <w:rFonts w:ascii="Calibri" w:hAnsi="Calibri"/>
          <w:sz w:val="21"/>
          <w:lang w:val="es-ES"/>
        </w:rPr>
        <w:t>.</w:t>
      </w:r>
    </w:p>
    <w:p w14:paraId="072DF328" w14:textId="77777777" w:rsidR="000E1D77" w:rsidRPr="00340B90" w:rsidRDefault="000E1D77">
      <w:pPr>
        <w:spacing w:after="80"/>
        <w:rPr>
          <w:lang w:val="es-ES"/>
        </w:rPr>
      </w:pPr>
    </w:p>
    <w:p w14:paraId="08D5FD6E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DIA 3 SAB MUNIQUE - NEUSCHWANSTEIN - MUNIQUE</w:t>
      </w:r>
    </w:p>
    <w:p w14:paraId="14682BC5" w14:textId="77777777" w:rsidR="000E1D77" w:rsidRPr="00340B90" w:rsidRDefault="00340B90">
      <w:pPr>
        <w:spacing w:after="80"/>
        <w:rPr>
          <w:lang w:val="es-ES"/>
        </w:rPr>
      </w:pPr>
      <w:proofErr w:type="spellStart"/>
      <w:r w:rsidRPr="00340B90">
        <w:rPr>
          <w:rFonts w:ascii="Calibri" w:hAnsi="Calibri"/>
          <w:sz w:val="21"/>
          <w:lang w:val="es-ES"/>
        </w:rPr>
        <w:t>Excurs</w:t>
      </w:r>
      <w:r w:rsidRPr="00340B90">
        <w:rPr>
          <w:rFonts w:ascii="Calibri" w:hAnsi="Calibri"/>
          <w:sz w:val="21"/>
          <w:lang w:val="es-ES"/>
        </w:rPr>
        <w:t>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ao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Castelo de </w:t>
      </w:r>
      <w:proofErr w:type="spellStart"/>
      <w:r w:rsidRPr="00340B90">
        <w:rPr>
          <w:rFonts w:ascii="Calibri" w:hAnsi="Calibri"/>
          <w:sz w:val="21"/>
          <w:lang w:val="es-ES"/>
        </w:rPr>
        <w:t>Neuschwanstein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mandado construir pelo </w:t>
      </w:r>
      <w:proofErr w:type="spellStart"/>
      <w:r w:rsidRPr="00340B90">
        <w:rPr>
          <w:rFonts w:ascii="Calibri" w:hAnsi="Calibri"/>
          <w:sz w:val="21"/>
          <w:lang w:val="es-ES"/>
        </w:rPr>
        <w:t>rei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Luís II da Baviera. Inspirado nos </w:t>
      </w:r>
      <w:proofErr w:type="spellStart"/>
      <w:r w:rsidRPr="00340B90">
        <w:rPr>
          <w:rFonts w:ascii="Calibri" w:hAnsi="Calibri"/>
          <w:sz w:val="21"/>
          <w:lang w:val="es-ES"/>
        </w:rPr>
        <w:t>castelos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medievais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340B90">
        <w:rPr>
          <w:rFonts w:ascii="Calibri" w:hAnsi="Calibri"/>
          <w:sz w:val="21"/>
          <w:lang w:val="es-ES"/>
        </w:rPr>
        <w:t>Cavaleiros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Teutônicos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seu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interior </w:t>
      </w:r>
      <w:proofErr w:type="spellStart"/>
      <w:r w:rsidRPr="00340B90">
        <w:rPr>
          <w:rFonts w:ascii="Calibri" w:hAnsi="Calibri"/>
          <w:sz w:val="21"/>
          <w:lang w:val="es-ES"/>
        </w:rPr>
        <w:t>recria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mundo de </w:t>
      </w:r>
      <w:proofErr w:type="spellStart"/>
      <w:r w:rsidRPr="00340B90">
        <w:rPr>
          <w:rFonts w:ascii="Calibri" w:hAnsi="Calibri"/>
          <w:sz w:val="21"/>
          <w:lang w:val="es-ES"/>
        </w:rPr>
        <w:t>lendas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</w:t>
      </w:r>
      <w:proofErr w:type="spellStart"/>
      <w:r w:rsidRPr="00340B90">
        <w:rPr>
          <w:rFonts w:ascii="Calibri" w:hAnsi="Calibri"/>
          <w:sz w:val="21"/>
          <w:lang w:val="es-ES"/>
        </w:rPr>
        <w:t>mitologia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À tarde, </w:t>
      </w:r>
      <w:proofErr w:type="spellStart"/>
      <w:r w:rsidRPr="00340B90">
        <w:rPr>
          <w:rFonts w:ascii="Calibri" w:hAnsi="Calibri"/>
          <w:sz w:val="21"/>
          <w:lang w:val="es-ES"/>
        </w:rPr>
        <w:t>passagem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340B90">
        <w:rPr>
          <w:rFonts w:ascii="Calibri" w:hAnsi="Calibri"/>
          <w:sz w:val="21"/>
          <w:lang w:val="es-ES"/>
        </w:rPr>
        <w:t>Oberammergau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conhecido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340B90">
        <w:rPr>
          <w:rFonts w:ascii="Calibri" w:hAnsi="Calibri"/>
          <w:sz w:val="21"/>
          <w:lang w:val="es-ES"/>
        </w:rPr>
        <w:t>representação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40B90">
        <w:rPr>
          <w:rFonts w:ascii="Calibri" w:hAnsi="Calibri"/>
          <w:sz w:val="21"/>
          <w:lang w:val="es-ES"/>
        </w:rPr>
        <w:t>Paixão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que se celebra a cada </w:t>
      </w:r>
      <w:proofErr w:type="spellStart"/>
      <w:r w:rsidRPr="00340B90">
        <w:rPr>
          <w:rFonts w:ascii="Calibri" w:hAnsi="Calibri"/>
          <w:sz w:val="21"/>
          <w:lang w:val="es-ES"/>
        </w:rPr>
        <w:t>dez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anos desde 1633. Posteriormente, visita da </w:t>
      </w:r>
      <w:proofErr w:type="spellStart"/>
      <w:r w:rsidRPr="00340B90">
        <w:rPr>
          <w:rFonts w:ascii="Calibri" w:hAnsi="Calibri"/>
          <w:sz w:val="21"/>
          <w:lang w:val="es-ES"/>
        </w:rPr>
        <w:t>abadia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beneditina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Ettal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Retorno a </w:t>
      </w:r>
      <w:proofErr w:type="spellStart"/>
      <w:r w:rsidRPr="00340B90">
        <w:rPr>
          <w:rFonts w:ascii="Calibri" w:hAnsi="Calibri"/>
          <w:sz w:val="21"/>
          <w:lang w:val="es-ES"/>
        </w:rPr>
        <w:t>Munique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</w:t>
      </w:r>
      <w:proofErr w:type="spellStart"/>
      <w:r w:rsidRPr="00340B90">
        <w:rPr>
          <w:rFonts w:ascii="Calibri" w:hAnsi="Calibri"/>
          <w:sz w:val="21"/>
          <w:lang w:val="es-ES"/>
        </w:rPr>
        <w:t>hospedagem</w:t>
      </w:r>
      <w:proofErr w:type="spellEnd"/>
      <w:r w:rsidRPr="00340B90">
        <w:rPr>
          <w:rFonts w:ascii="Calibri" w:hAnsi="Calibri"/>
          <w:sz w:val="21"/>
          <w:lang w:val="es-ES"/>
        </w:rPr>
        <w:t>.</w:t>
      </w:r>
    </w:p>
    <w:p w14:paraId="7B63F0FD" w14:textId="77777777" w:rsidR="000E1D77" w:rsidRPr="00340B90" w:rsidRDefault="000E1D77">
      <w:pPr>
        <w:spacing w:after="80"/>
        <w:rPr>
          <w:lang w:val="es-ES"/>
        </w:rPr>
      </w:pPr>
    </w:p>
    <w:p w14:paraId="4421249A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DIA 4 DOM MUNIQUE - VALE DO DANÚBIO - VIENA</w:t>
      </w:r>
    </w:p>
    <w:p w14:paraId="46860A2D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340B90">
        <w:rPr>
          <w:rFonts w:ascii="Calibri" w:hAnsi="Calibri"/>
          <w:sz w:val="21"/>
          <w:lang w:val="es-ES"/>
        </w:rPr>
        <w:t>manhã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</w:t>
      </w:r>
      <w:proofErr w:type="spellStart"/>
      <w:r w:rsidRPr="00340B90">
        <w:rPr>
          <w:rFonts w:ascii="Calibri" w:hAnsi="Calibri"/>
          <w:sz w:val="21"/>
          <w:lang w:val="es-ES"/>
        </w:rPr>
        <w:t>saída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para Viena, </w:t>
      </w:r>
      <w:proofErr w:type="spellStart"/>
      <w:r w:rsidRPr="00340B90">
        <w:rPr>
          <w:rFonts w:ascii="Calibri" w:hAnsi="Calibri"/>
          <w:sz w:val="21"/>
          <w:lang w:val="es-ES"/>
        </w:rPr>
        <w:t>passando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pelo Vale do </w:t>
      </w:r>
      <w:proofErr w:type="spellStart"/>
      <w:r w:rsidRPr="00340B90">
        <w:rPr>
          <w:rFonts w:ascii="Calibri" w:hAnsi="Calibri"/>
          <w:sz w:val="21"/>
          <w:lang w:val="es-ES"/>
        </w:rPr>
        <w:t>Danúbio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</w:t>
      </w:r>
      <w:proofErr w:type="spellStart"/>
      <w:r w:rsidRPr="00340B90">
        <w:rPr>
          <w:rFonts w:ascii="Calibri" w:hAnsi="Calibri"/>
          <w:sz w:val="21"/>
          <w:lang w:val="es-ES"/>
        </w:rPr>
        <w:t>Apresentamos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</w:t>
      </w:r>
      <w:proofErr w:type="spellStart"/>
      <w:r w:rsidRPr="00340B90">
        <w:rPr>
          <w:rFonts w:ascii="Calibri" w:hAnsi="Calibri"/>
          <w:sz w:val="21"/>
          <w:lang w:val="es-ES"/>
        </w:rPr>
        <w:t>beleza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Vale do </w:t>
      </w:r>
      <w:proofErr w:type="spellStart"/>
      <w:r w:rsidRPr="00340B90">
        <w:rPr>
          <w:rFonts w:ascii="Calibri" w:hAnsi="Calibri"/>
          <w:sz w:val="21"/>
          <w:lang w:val="es-ES"/>
        </w:rPr>
        <w:t>Danúbio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340B90">
        <w:rPr>
          <w:rFonts w:ascii="Calibri" w:hAnsi="Calibri"/>
          <w:sz w:val="21"/>
          <w:lang w:val="es-ES"/>
        </w:rPr>
        <w:t>meio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cenário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romântico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repleto de </w:t>
      </w:r>
      <w:proofErr w:type="spellStart"/>
      <w:r w:rsidRPr="00340B90">
        <w:rPr>
          <w:rFonts w:ascii="Calibri" w:hAnsi="Calibri"/>
          <w:sz w:val="21"/>
          <w:lang w:val="es-ES"/>
        </w:rPr>
        <w:t>histórias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</w:t>
      </w:r>
      <w:proofErr w:type="spellStart"/>
      <w:r w:rsidRPr="00340B90">
        <w:rPr>
          <w:rFonts w:ascii="Calibri" w:hAnsi="Calibri"/>
          <w:sz w:val="21"/>
          <w:lang w:val="es-ES"/>
        </w:rPr>
        <w:t>lendas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</w:t>
      </w:r>
      <w:proofErr w:type="spellStart"/>
      <w:r w:rsidRPr="00340B90">
        <w:rPr>
          <w:rFonts w:ascii="Calibri" w:hAnsi="Calibri"/>
          <w:sz w:val="21"/>
          <w:lang w:val="es-ES"/>
        </w:rPr>
        <w:t>Faremos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breve </w:t>
      </w:r>
      <w:proofErr w:type="spellStart"/>
      <w:r w:rsidRPr="00340B90">
        <w:rPr>
          <w:rFonts w:ascii="Calibri" w:hAnsi="Calibri"/>
          <w:sz w:val="21"/>
          <w:lang w:val="es-ES"/>
        </w:rPr>
        <w:t>passeio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340B90">
        <w:rPr>
          <w:rFonts w:ascii="Calibri" w:hAnsi="Calibri"/>
          <w:sz w:val="21"/>
          <w:lang w:val="es-ES"/>
        </w:rPr>
        <w:t>Dürnstein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cidade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medieval famosa por ter sido o local onde o </w:t>
      </w:r>
      <w:proofErr w:type="spellStart"/>
      <w:r w:rsidRPr="00340B90">
        <w:rPr>
          <w:rFonts w:ascii="Calibri" w:hAnsi="Calibri"/>
          <w:sz w:val="21"/>
          <w:lang w:val="es-ES"/>
        </w:rPr>
        <w:t>rei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Ricardo </w:t>
      </w:r>
      <w:proofErr w:type="spellStart"/>
      <w:r w:rsidRPr="00340B90">
        <w:rPr>
          <w:rFonts w:ascii="Calibri" w:hAnsi="Calibri"/>
          <w:sz w:val="21"/>
          <w:lang w:val="es-ES"/>
        </w:rPr>
        <w:t>foi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mantido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prisioneiro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40B90">
        <w:rPr>
          <w:rFonts w:ascii="Calibri" w:hAnsi="Calibri"/>
          <w:sz w:val="21"/>
          <w:lang w:val="es-ES"/>
        </w:rPr>
        <w:t>seu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castelo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(</w:t>
      </w:r>
      <w:proofErr w:type="spellStart"/>
      <w:r w:rsidRPr="00340B90">
        <w:rPr>
          <w:rFonts w:ascii="Calibri" w:hAnsi="Calibri"/>
          <w:sz w:val="21"/>
          <w:lang w:val="es-ES"/>
        </w:rPr>
        <w:t>hoje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40B90">
        <w:rPr>
          <w:rFonts w:ascii="Calibri" w:hAnsi="Calibri"/>
          <w:sz w:val="21"/>
          <w:lang w:val="es-ES"/>
        </w:rPr>
        <w:t>ruínas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). </w:t>
      </w:r>
      <w:proofErr w:type="spellStart"/>
      <w:r w:rsidRPr="00340B90">
        <w:rPr>
          <w:rFonts w:ascii="Calibri" w:hAnsi="Calibri"/>
          <w:sz w:val="21"/>
          <w:lang w:val="es-ES"/>
        </w:rPr>
        <w:t>Continuação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para Viena. </w:t>
      </w:r>
      <w:proofErr w:type="spellStart"/>
      <w:r w:rsidRPr="00340B90">
        <w:rPr>
          <w:rFonts w:ascii="Calibri" w:hAnsi="Calibri"/>
          <w:sz w:val="21"/>
          <w:lang w:val="es-ES"/>
        </w:rPr>
        <w:t>Chegada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</w:t>
      </w:r>
      <w:proofErr w:type="spellStart"/>
      <w:r w:rsidRPr="00340B90">
        <w:rPr>
          <w:rFonts w:ascii="Calibri" w:hAnsi="Calibri"/>
          <w:sz w:val="21"/>
          <w:lang w:val="es-ES"/>
        </w:rPr>
        <w:t>acomodação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À </w:t>
      </w:r>
      <w:proofErr w:type="spellStart"/>
      <w:r w:rsidRPr="00340B90">
        <w:rPr>
          <w:rFonts w:ascii="Calibri" w:hAnsi="Calibri"/>
          <w:sz w:val="21"/>
          <w:lang w:val="es-ES"/>
        </w:rPr>
        <w:t>noite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jantar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típico austríaco no famoso Restaurante </w:t>
      </w:r>
      <w:proofErr w:type="spellStart"/>
      <w:r w:rsidRPr="00340B90">
        <w:rPr>
          <w:rFonts w:ascii="Calibri" w:hAnsi="Calibri"/>
          <w:sz w:val="21"/>
          <w:lang w:val="es-ES"/>
        </w:rPr>
        <w:t>Marchfelderhof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conhecido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além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340B90">
        <w:rPr>
          <w:rFonts w:ascii="Calibri" w:hAnsi="Calibri"/>
          <w:sz w:val="21"/>
          <w:lang w:val="es-ES"/>
        </w:rPr>
        <w:t>fronteiras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país. </w:t>
      </w:r>
      <w:proofErr w:type="spellStart"/>
      <w:r w:rsidRPr="00340B90">
        <w:rPr>
          <w:rFonts w:ascii="Calibri" w:hAnsi="Calibri"/>
          <w:sz w:val="21"/>
          <w:lang w:val="es-ES"/>
        </w:rPr>
        <w:t>Neste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ambiente </w:t>
      </w:r>
      <w:proofErr w:type="spellStart"/>
      <w:r w:rsidRPr="00340B90">
        <w:rPr>
          <w:rFonts w:ascii="Calibri" w:hAnsi="Calibri"/>
          <w:sz w:val="21"/>
          <w:lang w:val="es-ES"/>
        </w:rPr>
        <w:t>verdadeiramente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único, </w:t>
      </w:r>
      <w:proofErr w:type="spellStart"/>
      <w:r w:rsidRPr="00340B90">
        <w:rPr>
          <w:rFonts w:ascii="Calibri" w:hAnsi="Calibri"/>
          <w:sz w:val="21"/>
          <w:lang w:val="es-ES"/>
        </w:rPr>
        <w:t>você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logo </w:t>
      </w:r>
      <w:proofErr w:type="spellStart"/>
      <w:r w:rsidRPr="00340B90">
        <w:rPr>
          <w:rFonts w:ascii="Calibri" w:hAnsi="Calibri"/>
          <w:sz w:val="21"/>
          <w:lang w:val="es-ES"/>
        </w:rPr>
        <w:t>terá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</w:t>
      </w:r>
      <w:proofErr w:type="spellStart"/>
      <w:r w:rsidRPr="00340B90">
        <w:rPr>
          <w:rFonts w:ascii="Calibri" w:hAnsi="Calibri"/>
          <w:sz w:val="21"/>
          <w:lang w:val="es-ES"/>
        </w:rPr>
        <w:t>sensação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que a </w:t>
      </w:r>
      <w:proofErr w:type="spellStart"/>
      <w:r w:rsidRPr="00340B90">
        <w:rPr>
          <w:rFonts w:ascii="Calibri" w:hAnsi="Calibri"/>
          <w:sz w:val="21"/>
          <w:lang w:val="es-ES"/>
        </w:rPr>
        <w:t>Imperatr</w:t>
      </w:r>
      <w:r w:rsidRPr="00340B90">
        <w:rPr>
          <w:rFonts w:ascii="Calibri" w:hAnsi="Calibri"/>
          <w:sz w:val="21"/>
          <w:lang w:val="es-ES"/>
        </w:rPr>
        <w:t>iz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Sissi está sentada </w:t>
      </w:r>
      <w:proofErr w:type="spellStart"/>
      <w:r w:rsidRPr="00340B90">
        <w:rPr>
          <w:rFonts w:ascii="Calibri" w:hAnsi="Calibri"/>
          <w:sz w:val="21"/>
          <w:lang w:val="es-ES"/>
        </w:rPr>
        <w:t>ao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seu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lado à mesa. Naturalmente, </w:t>
      </w:r>
      <w:proofErr w:type="gramStart"/>
      <w:r w:rsidRPr="00340B90">
        <w:rPr>
          <w:rFonts w:ascii="Calibri" w:hAnsi="Calibri"/>
          <w:sz w:val="21"/>
          <w:lang w:val="es-ES"/>
        </w:rPr>
        <w:t>as bebidas</w:t>
      </w:r>
      <w:proofErr w:type="gram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também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estão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incluídas</w:t>
      </w:r>
      <w:proofErr w:type="spellEnd"/>
      <w:r w:rsidRPr="00340B90">
        <w:rPr>
          <w:rFonts w:ascii="Calibri" w:hAnsi="Calibri"/>
          <w:sz w:val="21"/>
          <w:lang w:val="es-ES"/>
        </w:rPr>
        <w:t>.</w:t>
      </w:r>
    </w:p>
    <w:p w14:paraId="1F413F36" w14:textId="77777777" w:rsidR="000E1D77" w:rsidRPr="00340B90" w:rsidRDefault="000E1D77">
      <w:pPr>
        <w:spacing w:after="80"/>
        <w:rPr>
          <w:lang w:val="es-ES"/>
        </w:rPr>
      </w:pPr>
    </w:p>
    <w:p w14:paraId="2522AC72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DIA 5 SEG VIENA</w:t>
      </w:r>
    </w:p>
    <w:p w14:paraId="3E3E633C" w14:textId="77777777" w:rsidR="000E1D77" w:rsidRPr="00340B90" w:rsidRDefault="00340B90">
      <w:pPr>
        <w:spacing w:after="80"/>
        <w:rPr>
          <w:lang w:val="es-ES"/>
        </w:rPr>
      </w:pPr>
      <w:proofErr w:type="spellStart"/>
      <w:r w:rsidRPr="00340B90">
        <w:rPr>
          <w:rFonts w:ascii="Calibri" w:hAnsi="Calibri"/>
          <w:sz w:val="21"/>
          <w:lang w:val="es-ES"/>
        </w:rPr>
        <w:t>Após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o café da </w:t>
      </w:r>
      <w:proofErr w:type="spellStart"/>
      <w:r w:rsidRPr="00340B90">
        <w:rPr>
          <w:rFonts w:ascii="Calibri" w:hAnsi="Calibri"/>
          <w:sz w:val="21"/>
          <w:lang w:val="es-ES"/>
        </w:rPr>
        <w:t>manhã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no hotel, exploraremos Viena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340B90">
        <w:rPr>
          <w:rFonts w:ascii="Calibri" w:hAnsi="Calibri"/>
          <w:sz w:val="21"/>
          <w:lang w:val="es-ES"/>
        </w:rPr>
        <w:t>panorâmica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340B90">
        <w:rPr>
          <w:rFonts w:ascii="Calibri" w:hAnsi="Calibri"/>
          <w:sz w:val="21"/>
          <w:lang w:val="es-ES"/>
        </w:rPr>
        <w:t>oferece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excelente </w:t>
      </w:r>
      <w:proofErr w:type="spellStart"/>
      <w:r w:rsidRPr="00340B90">
        <w:rPr>
          <w:rFonts w:ascii="Calibri" w:hAnsi="Calibri"/>
          <w:sz w:val="21"/>
          <w:lang w:val="es-ES"/>
        </w:rPr>
        <w:t>impressão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seus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numerosos </w:t>
      </w:r>
      <w:proofErr w:type="spellStart"/>
      <w:r w:rsidRPr="00340B90">
        <w:rPr>
          <w:rFonts w:ascii="Calibri" w:hAnsi="Calibri"/>
          <w:sz w:val="21"/>
          <w:lang w:val="es-ES"/>
        </w:rPr>
        <w:t>atrativos</w:t>
      </w:r>
      <w:proofErr w:type="spellEnd"/>
      <w:r w:rsidRPr="00340B90">
        <w:rPr>
          <w:rFonts w:ascii="Calibri" w:hAnsi="Calibri"/>
          <w:sz w:val="21"/>
          <w:lang w:val="es-ES"/>
        </w:rPr>
        <w:t>. Visitar</w:t>
      </w:r>
      <w:r w:rsidRPr="00340B90">
        <w:rPr>
          <w:rFonts w:ascii="Calibri" w:hAnsi="Calibri"/>
          <w:sz w:val="21"/>
          <w:lang w:val="es-ES"/>
        </w:rPr>
        <w:t xml:space="preserve">emos os </w:t>
      </w:r>
      <w:proofErr w:type="spellStart"/>
      <w:r w:rsidRPr="00340B90">
        <w:rPr>
          <w:rFonts w:ascii="Calibri" w:hAnsi="Calibri"/>
          <w:sz w:val="21"/>
          <w:lang w:val="es-ES"/>
        </w:rPr>
        <w:t>jardins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histórico </w:t>
      </w:r>
      <w:proofErr w:type="spellStart"/>
      <w:r w:rsidRPr="00340B90">
        <w:rPr>
          <w:rFonts w:ascii="Calibri" w:hAnsi="Calibri"/>
          <w:sz w:val="21"/>
          <w:lang w:val="es-ES"/>
        </w:rPr>
        <w:t>Palácio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Belvedere, </w:t>
      </w:r>
      <w:proofErr w:type="spellStart"/>
      <w:r w:rsidRPr="00340B90">
        <w:rPr>
          <w:rFonts w:ascii="Calibri" w:hAnsi="Calibri"/>
          <w:sz w:val="21"/>
          <w:lang w:val="es-ES"/>
        </w:rPr>
        <w:t>antigo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palácio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verão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príncipe </w:t>
      </w:r>
      <w:proofErr w:type="spellStart"/>
      <w:r w:rsidRPr="00340B90">
        <w:rPr>
          <w:rFonts w:ascii="Calibri" w:hAnsi="Calibri"/>
          <w:sz w:val="21"/>
          <w:lang w:val="es-ES"/>
        </w:rPr>
        <w:t>Eugênio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Saboia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de onde </w:t>
      </w:r>
      <w:proofErr w:type="spellStart"/>
      <w:r w:rsidRPr="00340B90">
        <w:rPr>
          <w:rFonts w:ascii="Calibri" w:hAnsi="Calibri"/>
          <w:sz w:val="21"/>
          <w:lang w:val="es-ES"/>
        </w:rPr>
        <w:t>poderá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desfrutar de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magnífica vista da </w:t>
      </w:r>
      <w:proofErr w:type="spellStart"/>
      <w:r w:rsidRPr="00340B90">
        <w:rPr>
          <w:rFonts w:ascii="Calibri" w:hAnsi="Calibri"/>
          <w:sz w:val="21"/>
          <w:lang w:val="es-ES"/>
        </w:rPr>
        <w:t>cidade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imortalizada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pelo artista Giovanni Antonio Canal em </w:t>
      </w:r>
      <w:proofErr w:type="spellStart"/>
      <w:r w:rsidRPr="00340B90">
        <w:rPr>
          <w:rFonts w:ascii="Calibri" w:hAnsi="Calibri"/>
          <w:sz w:val="21"/>
          <w:lang w:val="es-ES"/>
        </w:rPr>
        <w:t>suas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pinturas. Continuaremos pela </w:t>
      </w:r>
      <w:proofErr w:type="spellStart"/>
      <w:r w:rsidRPr="00340B90">
        <w:rPr>
          <w:rFonts w:ascii="Calibri" w:hAnsi="Calibri"/>
          <w:sz w:val="21"/>
          <w:lang w:val="es-ES"/>
        </w:rPr>
        <w:t>Ringstra</w:t>
      </w:r>
      <w:r w:rsidRPr="00340B90">
        <w:rPr>
          <w:rFonts w:ascii="Calibri" w:hAnsi="Calibri"/>
          <w:sz w:val="21"/>
          <w:lang w:val="es-ES"/>
        </w:rPr>
        <w:t>sse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edifícios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emblemáticos como a Ópera Estatal, o </w:t>
      </w:r>
      <w:proofErr w:type="spellStart"/>
      <w:r w:rsidRPr="00340B90">
        <w:rPr>
          <w:rFonts w:ascii="Calibri" w:hAnsi="Calibri"/>
          <w:sz w:val="21"/>
          <w:lang w:val="es-ES"/>
        </w:rPr>
        <w:t>Museu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Ciências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Naturais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o Monumento a Maria Teresa, o Parlamento austríaco, a </w:t>
      </w:r>
      <w:proofErr w:type="spellStart"/>
      <w:r w:rsidRPr="00340B90">
        <w:rPr>
          <w:rFonts w:ascii="Calibri" w:hAnsi="Calibri"/>
          <w:sz w:val="21"/>
          <w:lang w:val="es-ES"/>
        </w:rPr>
        <w:t>Prefeitura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o Teatro Nacional e o </w:t>
      </w:r>
      <w:proofErr w:type="spellStart"/>
      <w:r w:rsidRPr="00340B90">
        <w:rPr>
          <w:rFonts w:ascii="Calibri" w:hAnsi="Calibri"/>
          <w:sz w:val="21"/>
          <w:lang w:val="es-ES"/>
        </w:rPr>
        <w:t>Hofburg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sede do </w:t>
      </w:r>
      <w:proofErr w:type="spellStart"/>
      <w:r w:rsidRPr="00340B90">
        <w:rPr>
          <w:rFonts w:ascii="Calibri" w:hAnsi="Calibri"/>
          <w:sz w:val="21"/>
          <w:lang w:val="es-ES"/>
        </w:rPr>
        <w:t>nosso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gramStart"/>
      <w:r w:rsidRPr="00340B90">
        <w:rPr>
          <w:rFonts w:ascii="Calibri" w:hAnsi="Calibri"/>
          <w:sz w:val="21"/>
          <w:lang w:val="es-ES"/>
        </w:rPr>
        <w:t>Presidente</w:t>
      </w:r>
      <w:proofErr w:type="gramEnd"/>
      <w:r w:rsidRPr="00340B90">
        <w:rPr>
          <w:rFonts w:ascii="Calibri" w:hAnsi="Calibri"/>
          <w:sz w:val="21"/>
          <w:lang w:val="es-ES"/>
        </w:rPr>
        <w:t xml:space="preserve"> Federal. </w:t>
      </w:r>
      <w:proofErr w:type="spellStart"/>
      <w:r w:rsidRPr="00340B90">
        <w:rPr>
          <w:rFonts w:ascii="Calibri" w:hAnsi="Calibri"/>
          <w:sz w:val="21"/>
          <w:lang w:val="es-ES"/>
        </w:rPr>
        <w:t>Passearemos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pelas encantadoras </w:t>
      </w:r>
      <w:proofErr w:type="spellStart"/>
      <w:r w:rsidRPr="00340B90">
        <w:rPr>
          <w:rFonts w:ascii="Calibri" w:hAnsi="Calibri"/>
          <w:sz w:val="21"/>
          <w:lang w:val="es-ES"/>
        </w:rPr>
        <w:t>ruas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ce</w:t>
      </w:r>
      <w:r w:rsidRPr="00340B90">
        <w:rPr>
          <w:rFonts w:ascii="Calibri" w:hAnsi="Calibri"/>
          <w:sz w:val="21"/>
          <w:lang w:val="es-ES"/>
        </w:rPr>
        <w:t xml:space="preserve">ntro histórico </w:t>
      </w:r>
      <w:proofErr w:type="gramStart"/>
      <w:r w:rsidRPr="00340B90">
        <w:rPr>
          <w:rFonts w:ascii="Calibri" w:hAnsi="Calibri"/>
          <w:sz w:val="21"/>
          <w:lang w:val="es-ES"/>
        </w:rPr>
        <w:t>e</w:t>
      </w:r>
      <w:proofErr w:type="gramEnd"/>
      <w:r w:rsidRPr="00340B90">
        <w:rPr>
          <w:rFonts w:ascii="Calibri" w:hAnsi="Calibri"/>
          <w:sz w:val="21"/>
          <w:lang w:val="es-ES"/>
        </w:rPr>
        <w:t xml:space="preserve"> visitaremos o interior da Catedral de Santo Estêvão. </w:t>
      </w:r>
      <w:proofErr w:type="spellStart"/>
      <w:r w:rsidRPr="00340B90">
        <w:rPr>
          <w:rFonts w:ascii="Calibri" w:hAnsi="Calibri"/>
          <w:sz w:val="21"/>
          <w:lang w:val="es-ES"/>
        </w:rPr>
        <w:t>Também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passaremos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340B90">
        <w:rPr>
          <w:rFonts w:ascii="Calibri" w:hAnsi="Calibri"/>
          <w:sz w:val="21"/>
          <w:lang w:val="es-ES"/>
        </w:rPr>
        <w:t>Relógio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Anker </w:t>
      </w:r>
      <w:proofErr w:type="gramStart"/>
      <w:r w:rsidRPr="00340B90">
        <w:rPr>
          <w:rFonts w:ascii="Calibri" w:hAnsi="Calibri"/>
          <w:sz w:val="21"/>
          <w:lang w:val="es-ES"/>
        </w:rPr>
        <w:t>e</w:t>
      </w:r>
      <w:proofErr w:type="gramEnd"/>
      <w:r w:rsidRPr="00340B90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340B90">
        <w:rPr>
          <w:rFonts w:ascii="Calibri" w:hAnsi="Calibri"/>
          <w:sz w:val="21"/>
          <w:lang w:val="es-ES"/>
        </w:rPr>
        <w:t>bairro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judeu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O </w:t>
      </w:r>
      <w:proofErr w:type="spellStart"/>
      <w:r w:rsidRPr="00340B90">
        <w:rPr>
          <w:rFonts w:ascii="Calibri" w:hAnsi="Calibri"/>
          <w:sz w:val="21"/>
          <w:lang w:val="es-ES"/>
        </w:rPr>
        <w:t>percurso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termina </w:t>
      </w:r>
      <w:proofErr w:type="spellStart"/>
      <w:r w:rsidRPr="00340B90">
        <w:rPr>
          <w:rFonts w:ascii="Calibri" w:hAnsi="Calibri"/>
          <w:sz w:val="21"/>
          <w:lang w:val="es-ES"/>
        </w:rPr>
        <w:t>na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Maria-</w:t>
      </w:r>
      <w:proofErr w:type="spellStart"/>
      <w:r w:rsidRPr="00340B90">
        <w:rPr>
          <w:rFonts w:ascii="Calibri" w:hAnsi="Calibri"/>
          <w:sz w:val="21"/>
          <w:lang w:val="es-ES"/>
        </w:rPr>
        <w:t>Theresien</w:t>
      </w:r>
      <w:proofErr w:type="spellEnd"/>
      <w:r w:rsidRPr="00340B90">
        <w:rPr>
          <w:rFonts w:ascii="Calibri" w:hAnsi="Calibri"/>
          <w:sz w:val="21"/>
          <w:lang w:val="es-ES"/>
        </w:rPr>
        <w:t>-</w:t>
      </w:r>
      <w:proofErr w:type="spellStart"/>
      <w:r w:rsidRPr="00340B90">
        <w:rPr>
          <w:rFonts w:ascii="Calibri" w:hAnsi="Calibri"/>
          <w:sz w:val="21"/>
          <w:lang w:val="es-ES"/>
        </w:rPr>
        <w:t>Platz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</w:t>
      </w:r>
      <w:proofErr w:type="spellStart"/>
      <w:r w:rsidRPr="00340B90">
        <w:rPr>
          <w:rFonts w:ascii="Calibri" w:hAnsi="Calibri"/>
          <w:sz w:val="21"/>
          <w:lang w:val="es-ES"/>
        </w:rPr>
        <w:t>Após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visita, </w:t>
      </w:r>
      <w:proofErr w:type="spellStart"/>
      <w:r w:rsidRPr="00340B90">
        <w:rPr>
          <w:rFonts w:ascii="Calibri" w:hAnsi="Calibri"/>
          <w:sz w:val="21"/>
          <w:lang w:val="es-ES"/>
        </w:rPr>
        <w:t>terá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</w:t>
      </w:r>
      <w:proofErr w:type="spellStart"/>
      <w:r w:rsidRPr="00340B90">
        <w:rPr>
          <w:rFonts w:ascii="Calibri" w:hAnsi="Calibri"/>
          <w:sz w:val="21"/>
          <w:lang w:val="es-ES"/>
        </w:rPr>
        <w:t>opção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participar de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excursão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ao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Palácio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Schönbrunn</w:t>
      </w:r>
      <w:proofErr w:type="spellEnd"/>
      <w:r w:rsidRPr="00340B90">
        <w:rPr>
          <w:rFonts w:ascii="Calibri" w:hAnsi="Calibri"/>
          <w:sz w:val="21"/>
          <w:lang w:val="es-ES"/>
        </w:rPr>
        <w:t>.</w:t>
      </w:r>
      <w:r w:rsidRPr="00340B90">
        <w:rPr>
          <w:rFonts w:ascii="Calibri" w:hAnsi="Calibri"/>
          <w:sz w:val="21"/>
          <w:lang w:val="es-ES"/>
        </w:rPr>
        <w:t xml:space="preserve"> À tarde, </w:t>
      </w:r>
      <w:proofErr w:type="spellStart"/>
      <w:r w:rsidRPr="00340B90">
        <w:rPr>
          <w:rFonts w:ascii="Calibri" w:hAnsi="Calibri"/>
          <w:sz w:val="21"/>
          <w:lang w:val="es-ES"/>
        </w:rPr>
        <w:t>possibilidade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assistir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concerto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música </w:t>
      </w:r>
      <w:proofErr w:type="spellStart"/>
      <w:r w:rsidRPr="00340B90">
        <w:rPr>
          <w:rFonts w:ascii="Calibri" w:hAnsi="Calibri"/>
          <w:sz w:val="21"/>
          <w:lang w:val="es-ES"/>
        </w:rPr>
        <w:t>clássica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(ambas </w:t>
      </w:r>
      <w:proofErr w:type="spellStart"/>
      <w:r w:rsidRPr="00340B90">
        <w:rPr>
          <w:rFonts w:ascii="Calibri" w:hAnsi="Calibri"/>
          <w:sz w:val="21"/>
          <w:lang w:val="es-ES"/>
        </w:rPr>
        <w:t>não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incluídas</w:t>
      </w:r>
      <w:proofErr w:type="spellEnd"/>
      <w:r w:rsidRPr="00340B90">
        <w:rPr>
          <w:rFonts w:ascii="Calibri" w:hAnsi="Calibri"/>
          <w:sz w:val="21"/>
          <w:lang w:val="es-ES"/>
        </w:rPr>
        <w:t>).</w:t>
      </w:r>
    </w:p>
    <w:p w14:paraId="7A71DC1F" w14:textId="77777777" w:rsidR="000E1D77" w:rsidRPr="00340B90" w:rsidRDefault="000E1D77">
      <w:pPr>
        <w:spacing w:after="80"/>
        <w:rPr>
          <w:lang w:val="es-ES"/>
        </w:rPr>
      </w:pPr>
    </w:p>
    <w:p w14:paraId="7D167D9B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lastRenderedPageBreak/>
        <w:t>DIA 6 TER VIENA - HALLSTATT - SALZBURGO</w:t>
      </w:r>
    </w:p>
    <w:p w14:paraId="62DD9652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340B90">
        <w:rPr>
          <w:rFonts w:ascii="Calibri" w:hAnsi="Calibri"/>
          <w:sz w:val="21"/>
          <w:lang w:val="es-ES"/>
        </w:rPr>
        <w:t>manhã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no hotel e </w:t>
      </w:r>
      <w:proofErr w:type="spellStart"/>
      <w:r w:rsidRPr="00340B90">
        <w:rPr>
          <w:rFonts w:ascii="Calibri" w:hAnsi="Calibri"/>
          <w:sz w:val="21"/>
          <w:lang w:val="es-ES"/>
        </w:rPr>
        <w:t>saída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cedo, </w:t>
      </w:r>
      <w:proofErr w:type="spellStart"/>
      <w:r w:rsidRPr="00340B90">
        <w:rPr>
          <w:rFonts w:ascii="Calibri" w:hAnsi="Calibri"/>
          <w:sz w:val="21"/>
          <w:lang w:val="es-ES"/>
        </w:rPr>
        <w:t>pois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hoje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vamos visitar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verdadeiro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ponto culminante. Seguimos em </w:t>
      </w:r>
      <w:proofErr w:type="spellStart"/>
      <w:r w:rsidRPr="00340B90">
        <w:rPr>
          <w:rFonts w:ascii="Calibri" w:hAnsi="Calibri"/>
          <w:sz w:val="21"/>
          <w:lang w:val="es-ES"/>
        </w:rPr>
        <w:t>direção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ao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oeste </w:t>
      </w:r>
      <w:proofErr w:type="gramStart"/>
      <w:r w:rsidRPr="00340B90">
        <w:rPr>
          <w:rFonts w:ascii="Calibri" w:hAnsi="Calibri"/>
          <w:sz w:val="21"/>
          <w:lang w:val="es-ES"/>
        </w:rPr>
        <w:t>e</w:t>
      </w:r>
      <w:proofErr w:type="gramEnd"/>
      <w:r w:rsidRPr="00340B90">
        <w:rPr>
          <w:rFonts w:ascii="Calibri" w:hAnsi="Calibri"/>
          <w:sz w:val="21"/>
          <w:lang w:val="es-ES"/>
        </w:rPr>
        <w:t xml:space="preserve"> veremos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340B90">
        <w:rPr>
          <w:rFonts w:ascii="Calibri" w:hAnsi="Calibri"/>
          <w:sz w:val="21"/>
          <w:lang w:val="es-ES"/>
        </w:rPr>
        <w:t>regiões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mais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belas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40B90">
        <w:rPr>
          <w:rFonts w:ascii="Calibri" w:hAnsi="Calibri"/>
          <w:sz w:val="21"/>
          <w:lang w:val="es-ES"/>
        </w:rPr>
        <w:t>Áustria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chamada </w:t>
      </w:r>
      <w:proofErr w:type="spellStart"/>
      <w:r w:rsidRPr="00340B90">
        <w:rPr>
          <w:rFonts w:ascii="Calibri" w:hAnsi="Calibri"/>
          <w:sz w:val="21"/>
          <w:lang w:val="es-ES"/>
        </w:rPr>
        <w:t>Salzkammergut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região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famosa por </w:t>
      </w:r>
      <w:proofErr w:type="spellStart"/>
      <w:r w:rsidRPr="00340B90">
        <w:rPr>
          <w:rFonts w:ascii="Calibri" w:hAnsi="Calibri"/>
          <w:sz w:val="21"/>
          <w:lang w:val="es-ES"/>
        </w:rPr>
        <w:t>suas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montanhas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lagos. Especialmente o </w:t>
      </w:r>
      <w:proofErr w:type="spellStart"/>
      <w:r w:rsidRPr="00340B90">
        <w:rPr>
          <w:rFonts w:ascii="Calibri" w:hAnsi="Calibri"/>
          <w:sz w:val="21"/>
          <w:lang w:val="es-ES"/>
        </w:rPr>
        <w:t>povoado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Hallstatt é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lugar </w:t>
      </w:r>
      <w:proofErr w:type="spellStart"/>
      <w:r w:rsidRPr="00340B90">
        <w:rPr>
          <w:rFonts w:ascii="Calibri" w:hAnsi="Calibri"/>
          <w:sz w:val="21"/>
          <w:lang w:val="es-ES"/>
        </w:rPr>
        <w:t>tão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incrivelmente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espetacular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que até os </w:t>
      </w:r>
      <w:proofErr w:type="spellStart"/>
      <w:r w:rsidRPr="00340B90">
        <w:rPr>
          <w:rFonts w:ascii="Calibri" w:hAnsi="Calibri"/>
          <w:sz w:val="21"/>
          <w:lang w:val="es-ES"/>
        </w:rPr>
        <w:t>chineses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criaram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cópia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</w:t>
      </w:r>
      <w:proofErr w:type="spellStart"/>
      <w:r w:rsidRPr="00340B90">
        <w:rPr>
          <w:rFonts w:ascii="Calibri" w:hAnsi="Calibri"/>
          <w:sz w:val="21"/>
          <w:lang w:val="es-ES"/>
        </w:rPr>
        <w:t>antigo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povoado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das m</w:t>
      </w:r>
      <w:r w:rsidRPr="00340B90">
        <w:rPr>
          <w:rFonts w:ascii="Calibri" w:hAnsi="Calibri"/>
          <w:sz w:val="21"/>
          <w:lang w:val="es-ES"/>
        </w:rPr>
        <w:t xml:space="preserve">inas de sal. Mas </w:t>
      </w:r>
      <w:proofErr w:type="spellStart"/>
      <w:r w:rsidRPr="00340B90">
        <w:rPr>
          <w:rFonts w:ascii="Calibri" w:hAnsi="Calibri"/>
          <w:sz w:val="21"/>
          <w:lang w:val="es-ES"/>
        </w:rPr>
        <w:t>somente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no original </w:t>
      </w:r>
      <w:proofErr w:type="spellStart"/>
      <w:r w:rsidRPr="00340B90">
        <w:rPr>
          <w:rFonts w:ascii="Calibri" w:hAnsi="Calibri"/>
          <w:sz w:val="21"/>
          <w:lang w:val="es-ES"/>
        </w:rPr>
        <w:t>você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descobrirá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essa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cultura realmente única,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tanta </w:t>
      </w:r>
      <w:proofErr w:type="spellStart"/>
      <w:r w:rsidRPr="00340B90">
        <w:rPr>
          <w:rFonts w:ascii="Calibri" w:hAnsi="Calibri"/>
          <w:sz w:val="21"/>
          <w:lang w:val="es-ES"/>
        </w:rPr>
        <w:t>história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em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entorno </w:t>
      </w:r>
      <w:proofErr w:type="spellStart"/>
      <w:r w:rsidRPr="00340B90">
        <w:rPr>
          <w:rFonts w:ascii="Calibri" w:hAnsi="Calibri"/>
          <w:sz w:val="21"/>
          <w:lang w:val="es-ES"/>
        </w:rPr>
        <w:t>montanhoso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340B90">
        <w:rPr>
          <w:rFonts w:ascii="Calibri" w:hAnsi="Calibri"/>
          <w:sz w:val="21"/>
          <w:lang w:val="es-ES"/>
        </w:rPr>
        <w:t>vai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tirar o </w:t>
      </w:r>
      <w:proofErr w:type="spellStart"/>
      <w:r w:rsidRPr="00340B90">
        <w:rPr>
          <w:rFonts w:ascii="Calibri" w:hAnsi="Calibri"/>
          <w:sz w:val="21"/>
          <w:lang w:val="es-ES"/>
        </w:rPr>
        <w:t>seu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fôlego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À tarde, a </w:t>
      </w:r>
      <w:proofErr w:type="spellStart"/>
      <w:r w:rsidRPr="00340B90">
        <w:rPr>
          <w:rFonts w:ascii="Calibri" w:hAnsi="Calibri"/>
          <w:sz w:val="21"/>
          <w:lang w:val="es-ES"/>
        </w:rPr>
        <w:t>viagem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continua em </w:t>
      </w:r>
      <w:proofErr w:type="spellStart"/>
      <w:r w:rsidRPr="00340B90">
        <w:rPr>
          <w:rFonts w:ascii="Calibri" w:hAnsi="Calibri"/>
          <w:sz w:val="21"/>
          <w:lang w:val="es-ES"/>
        </w:rPr>
        <w:t>direção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Salzburgo. </w:t>
      </w:r>
      <w:proofErr w:type="spellStart"/>
      <w:r w:rsidRPr="00340B90">
        <w:rPr>
          <w:rFonts w:ascii="Calibri" w:hAnsi="Calibri"/>
          <w:sz w:val="21"/>
          <w:lang w:val="es-ES"/>
        </w:rPr>
        <w:t>Hospedagem</w:t>
      </w:r>
      <w:proofErr w:type="spellEnd"/>
      <w:r w:rsidRPr="00340B90">
        <w:rPr>
          <w:rFonts w:ascii="Calibri" w:hAnsi="Calibri"/>
          <w:sz w:val="21"/>
          <w:lang w:val="es-ES"/>
        </w:rPr>
        <w:t>.</w:t>
      </w:r>
    </w:p>
    <w:p w14:paraId="69DCC119" w14:textId="77777777" w:rsidR="000E1D77" w:rsidRPr="00340B90" w:rsidRDefault="000E1D77">
      <w:pPr>
        <w:spacing w:after="80"/>
        <w:rPr>
          <w:lang w:val="es-ES"/>
        </w:rPr>
      </w:pPr>
    </w:p>
    <w:p w14:paraId="54E8B8D8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DIA 7 QUA SALZBURGO</w:t>
      </w:r>
    </w:p>
    <w:p w14:paraId="7F080B5C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 xml:space="preserve">Visita </w:t>
      </w:r>
      <w:proofErr w:type="spellStart"/>
      <w:r w:rsidRPr="00340B90">
        <w:rPr>
          <w:rFonts w:ascii="Calibri" w:hAnsi="Calibri"/>
          <w:sz w:val="21"/>
          <w:lang w:val="es-ES"/>
        </w:rPr>
        <w:t>panorâmic</w:t>
      </w:r>
      <w:r w:rsidRPr="00340B90">
        <w:rPr>
          <w:rFonts w:ascii="Calibri" w:hAnsi="Calibri"/>
          <w:sz w:val="21"/>
          <w:lang w:val="es-ES"/>
        </w:rPr>
        <w:t>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Salzburgo, </w:t>
      </w:r>
      <w:proofErr w:type="spellStart"/>
      <w:r w:rsidRPr="00340B90">
        <w:rPr>
          <w:rFonts w:ascii="Calibri" w:hAnsi="Calibri"/>
          <w:sz w:val="21"/>
          <w:lang w:val="es-ES"/>
        </w:rPr>
        <w:t>começando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em frente </w:t>
      </w:r>
      <w:proofErr w:type="spellStart"/>
      <w:r w:rsidRPr="00340B90">
        <w:rPr>
          <w:rFonts w:ascii="Calibri" w:hAnsi="Calibri"/>
          <w:sz w:val="21"/>
          <w:lang w:val="es-ES"/>
        </w:rPr>
        <w:t>ao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Palácio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Mirabell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</w:t>
      </w:r>
      <w:proofErr w:type="spellStart"/>
      <w:r w:rsidRPr="00340B90">
        <w:rPr>
          <w:rFonts w:ascii="Calibri" w:hAnsi="Calibri"/>
          <w:sz w:val="21"/>
          <w:lang w:val="es-ES"/>
        </w:rPr>
        <w:t>seus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jardins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O </w:t>
      </w:r>
      <w:proofErr w:type="spellStart"/>
      <w:r w:rsidRPr="00340B90">
        <w:rPr>
          <w:rFonts w:ascii="Calibri" w:hAnsi="Calibri"/>
          <w:sz w:val="21"/>
          <w:lang w:val="es-ES"/>
        </w:rPr>
        <w:t>percurso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continua pela </w:t>
      </w:r>
      <w:proofErr w:type="spellStart"/>
      <w:r w:rsidRPr="00340B90">
        <w:rPr>
          <w:rFonts w:ascii="Calibri" w:hAnsi="Calibri"/>
          <w:sz w:val="21"/>
          <w:lang w:val="es-ES"/>
        </w:rPr>
        <w:t>Schwarzstrasse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passando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340B90">
        <w:rPr>
          <w:rFonts w:ascii="Calibri" w:hAnsi="Calibri"/>
          <w:sz w:val="21"/>
          <w:lang w:val="es-ES"/>
        </w:rPr>
        <w:t>Mozarteum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o Teatro de </w:t>
      </w:r>
      <w:proofErr w:type="spellStart"/>
      <w:r w:rsidRPr="00340B90">
        <w:rPr>
          <w:rFonts w:ascii="Calibri" w:hAnsi="Calibri"/>
          <w:sz w:val="21"/>
          <w:lang w:val="es-ES"/>
        </w:rPr>
        <w:t>Marionetes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até </w:t>
      </w:r>
      <w:proofErr w:type="spellStart"/>
      <w:r w:rsidRPr="00340B90">
        <w:rPr>
          <w:rFonts w:ascii="Calibri" w:hAnsi="Calibri"/>
          <w:sz w:val="21"/>
          <w:lang w:val="es-ES"/>
        </w:rPr>
        <w:t>chegar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ao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centro histórico, onde se </w:t>
      </w:r>
      <w:proofErr w:type="spellStart"/>
      <w:r w:rsidRPr="00340B90">
        <w:rPr>
          <w:rFonts w:ascii="Calibri" w:hAnsi="Calibri"/>
          <w:sz w:val="21"/>
          <w:lang w:val="es-ES"/>
        </w:rPr>
        <w:t>encontra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</w:t>
      </w:r>
      <w:proofErr w:type="spellStart"/>
      <w:r w:rsidRPr="00340B90">
        <w:rPr>
          <w:rFonts w:ascii="Calibri" w:hAnsi="Calibri"/>
          <w:sz w:val="21"/>
          <w:lang w:val="es-ES"/>
        </w:rPr>
        <w:t>residência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Mozart e a Igreja da </w:t>
      </w:r>
      <w:proofErr w:type="spellStart"/>
      <w:r w:rsidRPr="00340B90">
        <w:rPr>
          <w:rFonts w:ascii="Calibri" w:hAnsi="Calibri"/>
          <w:sz w:val="21"/>
          <w:lang w:val="es-ES"/>
        </w:rPr>
        <w:t>Santíss</w:t>
      </w:r>
      <w:r w:rsidRPr="00340B90">
        <w:rPr>
          <w:rFonts w:ascii="Calibri" w:hAnsi="Calibri"/>
          <w:sz w:val="21"/>
          <w:lang w:val="es-ES"/>
        </w:rPr>
        <w:t>ima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Trindade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</w:t>
      </w:r>
      <w:proofErr w:type="spellStart"/>
      <w:r w:rsidRPr="00340B90">
        <w:rPr>
          <w:rFonts w:ascii="Calibri" w:hAnsi="Calibri"/>
          <w:sz w:val="21"/>
          <w:lang w:val="es-ES"/>
        </w:rPr>
        <w:t>Após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cruzar o rio </w:t>
      </w:r>
      <w:proofErr w:type="spellStart"/>
      <w:r w:rsidRPr="00340B90">
        <w:rPr>
          <w:rFonts w:ascii="Calibri" w:hAnsi="Calibri"/>
          <w:sz w:val="21"/>
          <w:lang w:val="es-ES"/>
        </w:rPr>
        <w:t>Salzach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continua-se em </w:t>
      </w:r>
      <w:proofErr w:type="spellStart"/>
      <w:r w:rsidRPr="00340B90">
        <w:rPr>
          <w:rFonts w:ascii="Calibri" w:hAnsi="Calibri"/>
          <w:sz w:val="21"/>
          <w:lang w:val="es-ES"/>
        </w:rPr>
        <w:t>direção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ao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Palácio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Hellbrunn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breve parada. No retorno </w:t>
      </w:r>
      <w:proofErr w:type="spellStart"/>
      <w:r w:rsidRPr="00340B90">
        <w:rPr>
          <w:rFonts w:ascii="Calibri" w:hAnsi="Calibri"/>
          <w:sz w:val="21"/>
          <w:lang w:val="es-ES"/>
        </w:rPr>
        <w:t>ao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centro, </w:t>
      </w:r>
      <w:proofErr w:type="spellStart"/>
      <w:r w:rsidRPr="00340B90">
        <w:rPr>
          <w:rFonts w:ascii="Calibri" w:hAnsi="Calibri"/>
          <w:sz w:val="21"/>
          <w:lang w:val="es-ES"/>
        </w:rPr>
        <w:t>passa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-se pelo </w:t>
      </w:r>
      <w:proofErr w:type="spellStart"/>
      <w:r w:rsidRPr="00340B90">
        <w:rPr>
          <w:rFonts w:ascii="Calibri" w:hAnsi="Calibri"/>
          <w:sz w:val="21"/>
          <w:lang w:val="es-ES"/>
        </w:rPr>
        <w:t>Palácio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Frohnburg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a </w:t>
      </w:r>
      <w:proofErr w:type="spellStart"/>
      <w:r w:rsidRPr="00340B90">
        <w:rPr>
          <w:rFonts w:ascii="Calibri" w:hAnsi="Calibri"/>
          <w:sz w:val="21"/>
          <w:lang w:val="es-ES"/>
        </w:rPr>
        <w:t>abadia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Nonnberg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acessando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através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túnel de </w:t>
      </w:r>
      <w:proofErr w:type="spellStart"/>
      <w:r w:rsidRPr="00340B90">
        <w:rPr>
          <w:rFonts w:ascii="Calibri" w:hAnsi="Calibri"/>
          <w:sz w:val="21"/>
          <w:lang w:val="es-ES"/>
        </w:rPr>
        <w:t>Neutor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Antes de finalizar </w:t>
      </w:r>
      <w:proofErr w:type="spellStart"/>
      <w:r w:rsidRPr="00340B90">
        <w:rPr>
          <w:rFonts w:ascii="Calibri" w:hAnsi="Calibri"/>
          <w:sz w:val="21"/>
          <w:lang w:val="es-ES"/>
        </w:rPr>
        <w:t>na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Praça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</w:t>
      </w:r>
      <w:r w:rsidRPr="00340B90">
        <w:rPr>
          <w:rFonts w:ascii="Calibri" w:hAnsi="Calibri"/>
          <w:sz w:val="21"/>
          <w:lang w:val="es-ES"/>
        </w:rPr>
        <w:t xml:space="preserve"> Mozart, vamos </w:t>
      </w:r>
      <w:proofErr w:type="spellStart"/>
      <w:r w:rsidRPr="00340B90">
        <w:rPr>
          <w:rFonts w:ascii="Calibri" w:hAnsi="Calibri"/>
          <w:sz w:val="21"/>
          <w:lang w:val="es-ES"/>
        </w:rPr>
        <w:t>passar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340B90">
        <w:rPr>
          <w:rFonts w:ascii="Calibri" w:hAnsi="Calibri"/>
          <w:sz w:val="21"/>
          <w:lang w:val="es-ES"/>
        </w:rPr>
        <w:t>Festivalhaus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o tanque dos </w:t>
      </w:r>
      <w:proofErr w:type="spellStart"/>
      <w:r w:rsidRPr="00340B90">
        <w:rPr>
          <w:rFonts w:ascii="Calibri" w:hAnsi="Calibri"/>
          <w:sz w:val="21"/>
          <w:lang w:val="es-ES"/>
        </w:rPr>
        <w:t>cavalos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a Igreja de São </w:t>
      </w:r>
      <w:proofErr w:type="spellStart"/>
      <w:r w:rsidRPr="00340B90">
        <w:rPr>
          <w:rFonts w:ascii="Calibri" w:hAnsi="Calibri"/>
          <w:sz w:val="21"/>
          <w:lang w:val="es-ES"/>
        </w:rPr>
        <w:t>Blásio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Tarde </w:t>
      </w:r>
      <w:proofErr w:type="spellStart"/>
      <w:r w:rsidRPr="00340B90">
        <w:rPr>
          <w:rFonts w:ascii="Calibri" w:hAnsi="Calibri"/>
          <w:sz w:val="21"/>
          <w:lang w:val="es-ES"/>
        </w:rPr>
        <w:t>livre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</w:t>
      </w:r>
      <w:proofErr w:type="spellStart"/>
      <w:r w:rsidRPr="00340B90">
        <w:rPr>
          <w:rFonts w:ascii="Calibri" w:hAnsi="Calibri"/>
          <w:sz w:val="21"/>
          <w:lang w:val="es-ES"/>
        </w:rPr>
        <w:t>hospedagem</w:t>
      </w:r>
      <w:proofErr w:type="spellEnd"/>
      <w:r w:rsidRPr="00340B90">
        <w:rPr>
          <w:rFonts w:ascii="Calibri" w:hAnsi="Calibri"/>
          <w:sz w:val="21"/>
          <w:lang w:val="es-ES"/>
        </w:rPr>
        <w:t>.</w:t>
      </w:r>
    </w:p>
    <w:p w14:paraId="72A8C0E7" w14:textId="77777777" w:rsidR="000E1D77" w:rsidRPr="00340B90" w:rsidRDefault="000E1D77">
      <w:pPr>
        <w:spacing w:after="80"/>
        <w:rPr>
          <w:lang w:val="es-ES"/>
        </w:rPr>
      </w:pPr>
    </w:p>
    <w:p w14:paraId="4EFD611E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DIA 8 QUI SALZBURGO - SWAROVSKI - INNSBRUCK</w:t>
      </w:r>
    </w:p>
    <w:p w14:paraId="698397D5" w14:textId="77777777" w:rsidR="000E1D77" w:rsidRPr="00340B90" w:rsidRDefault="00340B90">
      <w:pPr>
        <w:spacing w:after="80"/>
        <w:rPr>
          <w:lang w:val="es-ES"/>
        </w:rPr>
      </w:pPr>
      <w:proofErr w:type="spellStart"/>
      <w:r w:rsidRPr="00340B90">
        <w:rPr>
          <w:rFonts w:ascii="Calibri" w:hAnsi="Calibri"/>
          <w:sz w:val="21"/>
          <w:lang w:val="es-ES"/>
        </w:rPr>
        <w:t>Saída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40B90">
        <w:rPr>
          <w:rFonts w:ascii="Calibri" w:hAnsi="Calibri"/>
          <w:sz w:val="21"/>
          <w:lang w:val="es-ES"/>
        </w:rPr>
        <w:t>direção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Innsbruck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parada no Mundo de Cristal Swarovski,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espaço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criado pelo </w:t>
      </w:r>
      <w:r w:rsidRPr="00340B90">
        <w:rPr>
          <w:rFonts w:ascii="Calibri" w:hAnsi="Calibri"/>
          <w:sz w:val="21"/>
          <w:lang w:val="es-ES"/>
        </w:rPr>
        <w:t xml:space="preserve">artista André Heller que combina arte e </w:t>
      </w:r>
      <w:proofErr w:type="spellStart"/>
      <w:r w:rsidRPr="00340B90">
        <w:rPr>
          <w:rFonts w:ascii="Calibri" w:hAnsi="Calibri"/>
          <w:sz w:val="21"/>
          <w:lang w:val="es-ES"/>
        </w:rPr>
        <w:t>fantasia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em torno do cristal. </w:t>
      </w:r>
      <w:proofErr w:type="spellStart"/>
      <w:r w:rsidRPr="00340B90">
        <w:rPr>
          <w:rFonts w:ascii="Calibri" w:hAnsi="Calibri"/>
          <w:sz w:val="21"/>
          <w:lang w:val="es-ES"/>
        </w:rPr>
        <w:t>Continuação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40B90">
        <w:rPr>
          <w:rFonts w:ascii="Calibri" w:hAnsi="Calibri"/>
          <w:sz w:val="21"/>
          <w:lang w:val="es-ES"/>
        </w:rPr>
        <w:t>direção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Innsbruck e </w:t>
      </w:r>
      <w:proofErr w:type="spellStart"/>
      <w:r w:rsidRPr="00340B90">
        <w:rPr>
          <w:rFonts w:ascii="Calibri" w:hAnsi="Calibri"/>
          <w:sz w:val="21"/>
          <w:lang w:val="es-ES"/>
        </w:rPr>
        <w:t>hospedagem</w:t>
      </w:r>
      <w:proofErr w:type="spellEnd"/>
      <w:r w:rsidRPr="00340B90">
        <w:rPr>
          <w:rFonts w:ascii="Calibri" w:hAnsi="Calibri"/>
          <w:sz w:val="21"/>
          <w:lang w:val="es-ES"/>
        </w:rPr>
        <w:t>.</w:t>
      </w:r>
    </w:p>
    <w:p w14:paraId="7864C1B5" w14:textId="77777777" w:rsidR="000E1D77" w:rsidRPr="00340B90" w:rsidRDefault="000E1D77">
      <w:pPr>
        <w:spacing w:after="80"/>
        <w:rPr>
          <w:lang w:val="es-ES"/>
        </w:rPr>
      </w:pPr>
    </w:p>
    <w:p w14:paraId="4C683C35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DIA 9 SEX INNSBRUCK</w:t>
      </w:r>
    </w:p>
    <w:p w14:paraId="55DA960B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340B90">
        <w:rPr>
          <w:rFonts w:ascii="Calibri" w:hAnsi="Calibri"/>
          <w:sz w:val="21"/>
          <w:lang w:val="es-ES"/>
        </w:rPr>
        <w:t>manhã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visita da </w:t>
      </w:r>
      <w:proofErr w:type="spellStart"/>
      <w:r w:rsidRPr="00340B90">
        <w:rPr>
          <w:rFonts w:ascii="Calibri" w:hAnsi="Calibri"/>
          <w:sz w:val="21"/>
          <w:lang w:val="es-ES"/>
        </w:rPr>
        <w:t>cidade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Innsbruck. A capital do Tirol, </w:t>
      </w:r>
      <w:proofErr w:type="spellStart"/>
      <w:r w:rsidRPr="00340B90">
        <w:rPr>
          <w:rFonts w:ascii="Calibri" w:hAnsi="Calibri"/>
          <w:sz w:val="21"/>
          <w:lang w:val="es-ES"/>
        </w:rPr>
        <w:t>residência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dos Habsburgo </w:t>
      </w:r>
      <w:proofErr w:type="spellStart"/>
      <w:r w:rsidRPr="00340B90">
        <w:rPr>
          <w:rFonts w:ascii="Calibri" w:hAnsi="Calibri"/>
          <w:sz w:val="21"/>
          <w:lang w:val="es-ES"/>
        </w:rPr>
        <w:t>na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Idade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Média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foi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tamb</w:t>
      </w:r>
      <w:r w:rsidRPr="00340B90">
        <w:rPr>
          <w:rFonts w:ascii="Calibri" w:hAnsi="Calibri"/>
          <w:sz w:val="21"/>
          <w:lang w:val="es-ES"/>
        </w:rPr>
        <w:t>ém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duas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vezes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sede dos </w:t>
      </w:r>
      <w:proofErr w:type="spellStart"/>
      <w:r w:rsidRPr="00340B90">
        <w:rPr>
          <w:rFonts w:ascii="Calibri" w:hAnsi="Calibri"/>
          <w:sz w:val="21"/>
          <w:lang w:val="es-ES"/>
        </w:rPr>
        <w:t>Jogos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Olímpicos de Inverno. </w:t>
      </w:r>
      <w:proofErr w:type="spellStart"/>
      <w:r w:rsidRPr="00340B90">
        <w:rPr>
          <w:rFonts w:ascii="Calibri" w:hAnsi="Calibri"/>
          <w:sz w:val="21"/>
          <w:lang w:val="es-ES"/>
        </w:rPr>
        <w:t>Nossa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340B90">
        <w:rPr>
          <w:rFonts w:ascii="Calibri" w:hAnsi="Calibri"/>
          <w:sz w:val="21"/>
          <w:lang w:val="es-ES"/>
        </w:rPr>
        <w:t>passará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pelo Arco </w:t>
      </w:r>
      <w:proofErr w:type="spellStart"/>
      <w:r w:rsidRPr="00340B90">
        <w:rPr>
          <w:rFonts w:ascii="Calibri" w:hAnsi="Calibri"/>
          <w:sz w:val="21"/>
          <w:lang w:val="es-ES"/>
        </w:rPr>
        <w:t>do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Triunfo em </w:t>
      </w:r>
      <w:proofErr w:type="spellStart"/>
      <w:r w:rsidRPr="00340B90">
        <w:rPr>
          <w:rFonts w:ascii="Calibri" w:hAnsi="Calibri"/>
          <w:sz w:val="21"/>
          <w:lang w:val="es-ES"/>
        </w:rPr>
        <w:t>direção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ao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centro histórico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suas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casas </w:t>
      </w:r>
      <w:proofErr w:type="spellStart"/>
      <w:r w:rsidRPr="00340B90">
        <w:rPr>
          <w:rFonts w:ascii="Calibri" w:hAnsi="Calibri"/>
          <w:sz w:val="21"/>
          <w:lang w:val="es-ES"/>
        </w:rPr>
        <w:t>medievais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340B90">
        <w:rPr>
          <w:rFonts w:ascii="Calibri" w:hAnsi="Calibri"/>
          <w:sz w:val="21"/>
          <w:lang w:val="es-ES"/>
        </w:rPr>
        <w:t>destacam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o famoso </w:t>
      </w:r>
      <w:proofErr w:type="spellStart"/>
      <w:r w:rsidRPr="00340B90">
        <w:rPr>
          <w:rFonts w:ascii="Calibri" w:hAnsi="Calibri"/>
          <w:sz w:val="21"/>
          <w:lang w:val="es-ES"/>
        </w:rPr>
        <w:t>Telhadinho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Ouro, a Igreja da Corte, onde se </w:t>
      </w:r>
      <w:proofErr w:type="spellStart"/>
      <w:r w:rsidRPr="00340B90">
        <w:rPr>
          <w:rFonts w:ascii="Calibri" w:hAnsi="Calibri"/>
          <w:sz w:val="21"/>
          <w:lang w:val="es-ES"/>
        </w:rPr>
        <w:t>encontra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o túmulo do imperador Ma</w:t>
      </w:r>
      <w:r w:rsidRPr="00340B90">
        <w:rPr>
          <w:rFonts w:ascii="Calibri" w:hAnsi="Calibri"/>
          <w:sz w:val="21"/>
          <w:lang w:val="es-ES"/>
        </w:rPr>
        <w:t xml:space="preserve">ximiliano I rodeado pelas famosas </w:t>
      </w:r>
      <w:proofErr w:type="spellStart"/>
      <w:r w:rsidRPr="00340B90">
        <w:rPr>
          <w:rFonts w:ascii="Calibri" w:hAnsi="Calibri"/>
          <w:sz w:val="21"/>
          <w:lang w:val="es-ES"/>
        </w:rPr>
        <w:t>estátuas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negras gigantes de cobre, e o </w:t>
      </w:r>
      <w:proofErr w:type="spellStart"/>
      <w:r w:rsidRPr="00340B90">
        <w:rPr>
          <w:rFonts w:ascii="Calibri" w:hAnsi="Calibri"/>
          <w:sz w:val="21"/>
          <w:lang w:val="es-ES"/>
        </w:rPr>
        <w:t>Palácio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Hofburg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A visita da </w:t>
      </w:r>
      <w:proofErr w:type="spellStart"/>
      <w:r w:rsidRPr="00340B90">
        <w:rPr>
          <w:rFonts w:ascii="Calibri" w:hAnsi="Calibri"/>
          <w:sz w:val="21"/>
          <w:lang w:val="es-ES"/>
        </w:rPr>
        <w:t>cidade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finaliza no </w:t>
      </w:r>
      <w:proofErr w:type="spellStart"/>
      <w:r w:rsidRPr="00340B90">
        <w:rPr>
          <w:rFonts w:ascii="Calibri" w:hAnsi="Calibri"/>
          <w:sz w:val="21"/>
          <w:lang w:val="es-ES"/>
        </w:rPr>
        <w:t>Palácio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Congressos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Innsbruck, onde nos espera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experiência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especial. </w:t>
      </w:r>
      <w:proofErr w:type="spellStart"/>
      <w:r w:rsidRPr="00340B90">
        <w:rPr>
          <w:rFonts w:ascii="Calibri" w:hAnsi="Calibri"/>
          <w:sz w:val="21"/>
          <w:lang w:val="es-ES"/>
        </w:rPr>
        <w:t>Hoje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nos aproximamos dos Alpes, </w:t>
      </w:r>
      <w:proofErr w:type="spellStart"/>
      <w:r w:rsidRPr="00340B90">
        <w:rPr>
          <w:rFonts w:ascii="Calibri" w:hAnsi="Calibri"/>
          <w:sz w:val="21"/>
          <w:lang w:val="es-ES"/>
        </w:rPr>
        <w:t>ou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melhor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da </w:t>
      </w:r>
      <w:proofErr w:type="spellStart"/>
      <w:r w:rsidRPr="00340B90">
        <w:rPr>
          <w:rFonts w:ascii="Calibri" w:hAnsi="Calibri"/>
          <w:sz w:val="21"/>
          <w:lang w:val="es-ES"/>
        </w:rPr>
        <w:t>cordilheira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Nordkette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</w:t>
      </w:r>
      <w:proofErr w:type="spellStart"/>
      <w:r w:rsidRPr="00340B90">
        <w:rPr>
          <w:rFonts w:ascii="Calibri" w:hAnsi="Calibri"/>
          <w:sz w:val="21"/>
          <w:lang w:val="es-ES"/>
        </w:rPr>
        <w:t>Primeiro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subiremos de funicular até </w:t>
      </w:r>
      <w:proofErr w:type="spellStart"/>
      <w:r w:rsidRPr="00340B90">
        <w:rPr>
          <w:rFonts w:ascii="Calibri" w:hAnsi="Calibri"/>
          <w:sz w:val="21"/>
          <w:lang w:val="es-ES"/>
        </w:rPr>
        <w:t>Hungerburg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a 860 m </w:t>
      </w:r>
      <w:proofErr w:type="spellStart"/>
      <w:r w:rsidRPr="00340B90">
        <w:rPr>
          <w:rFonts w:ascii="Calibri" w:hAnsi="Calibri"/>
          <w:sz w:val="21"/>
          <w:lang w:val="es-ES"/>
        </w:rPr>
        <w:t>acima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</w:t>
      </w:r>
      <w:proofErr w:type="spellStart"/>
      <w:r w:rsidRPr="00340B90">
        <w:rPr>
          <w:rFonts w:ascii="Calibri" w:hAnsi="Calibri"/>
          <w:sz w:val="21"/>
          <w:lang w:val="es-ES"/>
        </w:rPr>
        <w:t>nível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mar. A vista </w:t>
      </w:r>
      <w:proofErr w:type="spellStart"/>
      <w:r w:rsidRPr="00340B90">
        <w:rPr>
          <w:rFonts w:ascii="Calibri" w:hAnsi="Calibri"/>
          <w:sz w:val="21"/>
          <w:lang w:val="es-ES"/>
        </w:rPr>
        <w:t>já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impressiona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mas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fica </w:t>
      </w:r>
      <w:proofErr w:type="spellStart"/>
      <w:r w:rsidRPr="00340B90">
        <w:rPr>
          <w:rFonts w:ascii="Calibri" w:hAnsi="Calibri"/>
          <w:sz w:val="21"/>
          <w:lang w:val="es-ES"/>
        </w:rPr>
        <w:t>ainda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melhor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Em seguida, tomamos o teleférico até </w:t>
      </w:r>
      <w:proofErr w:type="spellStart"/>
      <w:r w:rsidRPr="00340B90">
        <w:rPr>
          <w:rFonts w:ascii="Calibri" w:hAnsi="Calibri"/>
          <w:sz w:val="21"/>
          <w:lang w:val="es-ES"/>
        </w:rPr>
        <w:t>Seegrube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nossa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segunda parada a 1.905 metros </w:t>
      </w:r>
      <w:proofErr w:type="spellStart"/>
      <w:r w:rsidRPr="00340B90">
        <w:rPr>
          <w:rFonts w:ascii="Calibri" w:hAnsi="Calibri"/>
          <w:sz w:val="21"/>
          <w:lang w:val="es-ES"/>
        </w:rPr>
        <w:t>acima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</w:t>
      </w:r>
      <w:proofErr w:type="spellStart"/>
      <w:r w:rsidRPr="00340B90">
        <w:rPr>
          <w:rFonts w:ascii="Calibri" w:hAnsi="Calibri"/>
          <w:sz w:val="21"/>
          <w:lang w:val="es-ES"/>
        </w:rPr>
        <w:t>nível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mar. Ali </w:t>
      </w:r>
      <w:proofErr w:type="spellStart"/>
      <w:r w:rsidRPr="00340B90">
        <w:rPr>
          <w:rFonts w:ascii="Calibri" w:hAnsi="Calibri"/>
          <w:sz w:val="21"/>
          <w:lang w:val="es-ES"/>
        </w:rPr>
        <w:t>teremos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r w:rsidRPr="00340B90">
        <w:rPr>
          <w:rFonts w:ascii="Calibri" w:hAnsi="Calibri"/>
          <w:sz w:val="21"/>
          <w:lang w:val="es-ES"/>
        </w:rPr>
        <w:t xml:space="preserve">que nos aclimatar pela </w:t>
      </w:r>
      <w:proofErr w:type="spellStart"/>
      <w:r w:rsidRPr="00340B90">
        <w:rPr>
          <w:rFonts w:ascii="Calibri" w:hAnsi="Calibri"/>
          <w:sz w:val="21"/>
          <w:lang w:val="es-ES"/>
        </w:rPr>
        <w:t>primeira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vez </w:t>
      </w:r>
      <w:proofErr w:type="gramStart"/>
      <w:r w:rsidRPr="00340B90">
        <w:rPr>
          <w:rFonts w:ascii="Calibri" w:hAnsi="Calibri"/>
          <w:sz w:val="21"/>
          <w:lang w:val="es-ES"/>
        </w:rPr>
        <w:t>e</w:t>
      </w:r>
      <w:proofErr w:type="gramEnd"/>
      <w:r w:rsidRPr="00340B90">
        <w:rPr>
          <w:rFonts w:ascii="Calibri" w:hAnsi="Calibri"/>
          <w:sz w:val="21"/>
          <w:lang w:val="es-ES"/>
        </w:rPr>
        <w:t xml:space="preserve"> desfrutar de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merecido </w:t>
      </w:r>
      <w:proofErr w:type="spellStart"/>
      <w:r w:rsidRPr="00340B90">
        <w:rPr>
          <w:rFonts w:ascii="Calibri" w:hAnsi="Calibri"/>
          <w:sz w:val="21"/>
          <w:lang w:val="es-ES"/>
        </w:rPr>
        <w:t>almoço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que está </w:t>
      </w:r>
      <w:proofErr w:type="spellStart"/>
      <w:r w:rsidRPr="00340B90">
        <w:rPr>
          <w:rFonts w:ascii="Calibri" w:hAnsi="Calibri"/>
          <w:sz w:val="21"/>
          <w:lang w:val="es-ES"/>
        </w:rPr>
        <w:t>incluído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vez recuperadas as </w:t>
      </w:r>
      <w:proofErr w:type="spellStart"/>
      <w:r w:rsidRPr="00340B90">
        <w:rPr>
          <w:rFonts w:ascii="Calibri" w:hAnsi="Calibri"/>
          <w:sz w:val="21"/>
          <w:lang w:val="es-ES"/>
        </w:rPr>
        <w:t>energias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tomaremos </w:t>
      </w:r>
      <w:proofErr w:type="spellStart"/>
      <w:r w:rsidRPr="00340B90">
        <w:rPr>
          <w:rFonts w:ascii="Calibri" w:hAnsi="Calibri"/>
          <w:sz w:val="21"/>
          <w:lang w:val="es-ES"/>
        </w:rPr>
        <w:t>outro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teleférico até </w:t>
      </w:r>
      <w:proofErr w:type="spellStart"/>
      <w:r w:rsidRPr="00340B90">
        <w:rPr>
          <w:rFonts w:ascii="Calibri" w:hAnsi="Calibri"/>
          <w:sz w:val="21"/>
          <w:lang w:val="es-ES"/>
        </w:rPr>
        <w:t>Hafelekar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o cume </w:t>
      </w:r>
      <w:proofErr w:type="spellStart"/>
      <w:r w:rsidRPr="00340B90">
        <w:rPr>
          <w:rFonts w:ascii="Calibri" w:hAnsi="Calibri"/>
          <w:sz w:val="21"/>
          <w:lang w:val="es-ES"/>
        </w:rPr>
        <w:t>ou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como </w:t>
      </w:r>
      <w:proofErr w:type="spellStart"/>
      <w:r w:rsidRPr="00340B90">
        <w:rPr>
          <w:rFonts w:ascii="Calibri" w:hAnsi="Calibri"/>
          <w:sz w:val="21"/>
          <w:lang w:val="es-ES"/>
        </w:rPr>
        <w:t>dizem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os </w:t>
      </w:r>
      <w:proofErr w:type="spellStart"/>
      <w:r w:rsidRPr="00340B90">
        <w:rPr>
          <w:rFonts w:ascii="Calibri" w:hAnsi="Calibri"/>
          <w:sz w:val="21"/>
          <w:lang w:val="es-ES"/>
        </w:rPr>
        <w:t>locais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: o TOP de Innsbruck. A nada menos que 2.256 metros </w:t>
      </w:r>
      <w:proofErr w:type="spellStart"/>
      <w:r w:rsidRPr="00340B90">
        <w:rPr>
          <w:rFonts w:ascii="Calibri" w:hAnsi="Calibri"/>
          <w:sz w:val="21"/>
          <w:lang w:val="es-ES"/>
        </w:rPr>
        <w:t>acima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</w:t>
      </w:r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nível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mar nos espera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vista </w:t>
      </w:r>
      <w:proofErr w:type="spellStart"/>
      <w:r w:rsidRPr="00340B90">
        <w:rPr>
          <w:rFonts w:ascii="Calibri" w:hAnsi="Calibri"/>
          <w:sz w:val="21"/>
          <w:lang w:val="es-ES"/>
        </w:rPr>
        <w:t>impressionante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 mirante. Innsbruck está </w:t>
      </w:r>
      <w:proofErr w:type="spellStart"/>
      <w:r w:rsidRPr="00340B90">
        <w:rPr>
          <w:rFonts w:ascii="Calibri" w:hAnsi="Calibri"/>
          <w:sz w:val="21"/>
          <w:lang w:val="es-ES"/>
        </w:rPr>
        <w:t>aos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nossos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pés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é preciso capturar este momento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foto. À tarde, retornamos </w:t>
      </w:r>
      <w:proofErr w:type="spellStart"/>
      <w:r w:rsidRPr="00340B90">
        <w:rPr>
          <w:rFonts w:ascii="Calibri" w:hAnsi="Calibri"/>
          <w:sz w:val="21"/>
          <w:lang w:val="es-ES"/>
        </w:rPr>
        <w:t>ao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nosso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hotel. Se à </w:t>
      </w:r>
      <w:proofErr w:type="spellStart"/>
      <w:r w:rsidRPr="00340B90">
        <w:rPr>
          <w:rFonts w:ascii="Calibri" w:hAnsi="Calibri"/>
          <w:sz w:val="21"/>
          <w:lang w:val="es-ES"/>
        </w:rPr>
        <w:t>noite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ainda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restarem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energias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</w:t>
      </w:r>
      <w:proofErr w:type="spellStart"/>
      <w:r w:rsidRPr="00340B90">
        <w:rPr>
          <w:rFonts w:ascii="Calibri" w:hAnsi="Calibri"/>
          <w:sz w:val="21"/>
          <w:lang w:val="es-ES"/>
        </w:rPr>
        <w:t>você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pode </w:t>
      </w:r>
      <w:proofErr w:type="spellStart"/>
      <w:r w:rsidRPr="00340B90">
        <w:rPr>
          <w:rFonts w:ascii="Calibri" w:hAnsi="Calibri"/>
          <w:sz w:val="21"/>
          <w:lang w:val="es-ES"/>
        </w:rPr>
        <w:t>assistir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espetáculo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</w:t>
      </w:r>
      <w:proofErr w:type="spellStart"/>
      <w:r w:rsidRPr="00340B90">
        <w:rPr>
          <w:rFonts w:ascii="Calibri" w:hAnsi="Calibri"/>
          <w:sz w:val="21"/>
          <w:lang w:val="es-ES"/>
        </w:rPr>
        <w:t>dança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r w:rsidRPr="00340B90">
        <w:rPr>
          <w:rFonts w:ascii="Calibri" w:hAnsi="Calibri"/>
          <w:sz w:val="21"/>
          <w:lang w:val="es-ES"/>
        </w:rPr>
        <w:t>típica (opcional).</w:t>
      </w:r>
    </w:p>
    <w:p w14:paraId="3DBB0734" w14:textId="77777777" w:rsidR="000E1D77" w:rsidRPr="00340B90" w:rsidRDefault="000E1D77">
      <w:pPr>
        <w:spacing w:after="80"/>
        <w:rPr>
          <w:lang w:val="es-ES"/>
        </w:rPr>
      </w:pPr>
    </w:p>
    <w:p w14:paraId="4B101C3F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DIA 10 SAB INNSBRUCK - LIECHTENSTEIN - ZURIQUE</w:t>
      </w:r>
    </w:p>
    <w:p w14:paraId="44188C3B" w14:textId="77777777" w:rsidR="000E1D77" w:rsidRPr="00340B90" w:rsidRDefault="00340B90">
      <w:pPr>
        <w:spacing w:after="80"/>
        <w:rPr>
          <w:lang w:val="es-ES"/>
        </w:rPr>
      </w:pPr>
      <w:proofErr w:type="spellStart"/>
      <w:r w:rsidRPr="00340B90">
        <w:rPr>
          <w:rFonts w:ascii="Calibri" w:hAnsi="Calibri"/>
          <w:sz w:val="21"/>
          <w:lang w:val="es-ES"/>
        </w:rPr>
        <w:t>Saída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40B90">
        <w:rPr>
          <w:rFonts w:ascii="Calibri" w:hAnsi="Calibri"/>
          <w:sz w:val="21"/>
          <w:lang w:val="es-ES"/>
        </w:rPr>
        <w:t>direção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à </w:t>
      </w:r>
      <w:proofErr w:type="spellStart"/>
      <w:r w:rsidRPr="00340B90">
        <w:rPr>
          <w:rFonts w:ascii="Calibri" w:hAnsi="Calibri"/>
          <w:sz w:val="21"/>
          <w:lang w:val="es-ES"/>
        </w:rPr>
        <w:t>Suíça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parada no Principado de Liechtenstein, </w:t>
      </w:r>
      <w:proofErr w:type="spellStart"/>
      <w:r w:rsidRPr="00340B90">
        <w:rPr>
          <w:rFonts w:ascii="Calibri" w:hAnsi="Calibri"/>
          <w:sz w:val="21"/>
          <w:lang w:val="es-ES"/>
        </w:rPr>
        <w:t>um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dos países menores do mundo, situado no </w:t>
      </w:r>
      <w:proofErr w:type="spellStart"/>
      <w:r w:rsidRPr="00340B90">
        <w:rPr>
          <w:rFonts w:ascii="Calibri" w:hAnsi="Calibri"/>
          <w:sz w:val="21"/>
          <w:lang w:val="es-ES"/>
        </w:rPr>
        <w:t>coração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dos Alpes. À tarde, </w:t>
      </w:r>
      <w:proofErr w:type="spellStart"/>
      <w:r w:rsidRPr="00340B90">
        <w:rPr>
          <w:rFonts w:ascii="Calibri" w:hAnsi="Calibri"/>
          <w:sz w:val="21"/>
          <w:lang w:val="es-ES"/>
        </w:rPr>
        <w:t>continuação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em </w:t>
      </w:r>
      <w:proofErr w:type="spellStart"/>
      <w:r w:rsidRPr="00340B90">
        <w:rPr>
          <w:rFonts w:ascii="Calibri" w:hAnsi="Calibri"/>
          <w:sz w:val="21"/>
          <w:lang w:val="es-ES"/>
        </w:rPr>
        <w:t>direção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</w:t>
      </w:r>
      <w:proofErr w:type="spellStart"/>
      <w:r w:rsidRPr="00340B90">
        <w:rPr>
          <w:rFonts w:ascii="Calibri" w:hAnsi="Calibri"/>
          <w:sz w:val="21"/>
          <w:lang w:val="es-ES"/>
        </w:rPr>
        <w:t>Zurique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</w:t>
      </w:r>
      <w:proofErr w:type="spellStart"/>
      <w:r w:rsidRPr="00340B90">
        <w:rPr>
          <w:rFonts w:ascii="Calibri" w:hAnsi="Calibri"/>
          <w:sz w:val="21"/>
          <w:lang w:val="es-ES"/>
        </w:rPr>
        <w:t>Hospedagem</w:t>
      </w:r>
      <w:proofErr w:type="spellEnd"/>
      <w:r w:rsidRPr="00340B90">
        <w:rPr>
          <w:rFonts w:ascii="Calibri" w:hAnsi="Calibri"/>
          <w:sz w:val="21"/>
          <w:lang w:val="es-ES"/>
        </w:rPr>
        <w:t>.</w:t>
      </w:r>
    </w:p>
    <w:p w14:paraId="7CC88A1F" w14:textId="77777777" w:rsidR="000E1D77" w:rsidRPr="00340B90" w:rsidRDefault="000E1D77">
      <w:pPr>
        <w:spacing w:after="80"/>
        <w:rPr>
          <w:lang w:val="es-ES"/>
        </w:rPr>
      </w:pPr>
    </w:p>
    <w:p w14:paraId="3467CD89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DIA</w:t>
      </w:r>
      <w:r w:rsidRPr="00340B90">
        <w:rPr>
          <w:rFonts w:ascii="Calibri" w:hAnsi="Calibri"/>
          <w:sz w:val="22"/>
          <w:lang w:val="es-ES"/>
        </w:rPr>
        <w:t xml:space="preserve"> 11 DOM ZURIQUE</w:t>
      </w:r>
    </w:p>
    <w:p w14:paraId="0D44C76E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 xml:space="preserve">Pela </w:t>
      </w:r>
      <w:proofErr w:type="spellStart"/>
      <w:r w:rsidRPr="00340B90">
        <w:rPr>
          <w:rFonts w:ascii="Calibri" w:hAnsi="Calibri"/>
          <w:sz w:val="21"/>
          <w:lang w:val="es-ES"/>
        </w:rPr>
        <w:t>manhã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visita da </w:t>
      </w:r>
      <w:proofErr w:type="spellStart"/>
      <w:r w:rsidRPr="00340B90">
        <w:rPr>
          <w:rFonts w:ascii="Calibri" w:hAnsi="Calibri"/>
          <w:sz w:val="21"/>
          <w:lang w:val="es-ES"/>
        </w:rPr>
        <w:t>cidade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destacando o centro histórico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catedral, a </w:t>
      </w:r>
      <w:proofErr w:type="spellStart"/>
      <w:r w:rsidRPr="00340B90">
        <w:rPr>
          <w:rFonts w:ascii="Calibri" w:hAnsi="Calibri"/>
          <w:sz w:val="21"/>
          <w:lang w:val="es-ES"/>
        </w:rPr>
        <w:t>antiga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prefeitura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o </w:t>
      </w:r>
      <w:proofErr w:type="spellStart"/>
      <w:r w:rsidRPr="00340B90">
        <w:rPr>
          <w:rFonts w:ascii="Calibri" w:hAnsi="Calibri"/>
          <w:sz w:val="21"/>
          <w:lang w:val="es-ES"/>
        </w:rPr>
        <w:t>Portão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de São </w:t>
      </w:r>
      <w:proofErr w:type="spellStart"/>
      <w:r w:rsidRPr="00340B90">
        <w:rPr>
          <w:rFonts w:ascii="Calibri" w:hAnsi="Calibri"/>
          <w:sz w:val="21"/>
          <w:lang w:val="es-ES"/>
        </w:rPr>
        <w:t>Martinho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O </w:t>
      </w:r>
      <w:proofErr w:type="spellStart"/>
      <w:r w:rsidRPr="00340B90">
        <w:rPr>
          <w:rFonts w:ascii="Calibri" w:hAnsi="Calibri"/>
          <w:sz w:val="21"/>
          <w:lang w:val="es-ES"/>
        </w:rPr>
        <w:t>percurso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continua pelo centro comercial e </w:t>
      </w:r>
      <w:proofErr w:type="spellStart"/>
      <w:r w:rsidRPr="00340B90">
        <w:rPr>
          <w:rFonts w:ascii="Calibri" w:hAnsi="Calibri"/>
          <w:sz w:val="21"/>
          <w:lang w:val="es-ES"/>
        </w:rPr>
        <w:t>financeiro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a </w:t>
      </w:r>
      <w:proofErr w:type="spellStart"/>
      <w:r w:rsidRPr="00340B90">
        <w:rPr>
          <w:rFonts w:ascii="Calibri" w:hAnsi="Calibri"/>
          <w:sz w:val="21"/>
          <w:lang w:val="es-ES"/>
        </w:rPr>
        <w:t>Bahnhofstrasse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a igreja de </w:t>
      </w:r>
      <w:proofErr w:type="spellStart"/>
      <w:r w:rsidRPr="00340B90">
        <w:rPr>
          <w:rFonts w:ascii="Calibri" w:hAnsi="Calibri"/>
          <w:sz w:val="21"/>
          <w:lang w:val="es-ES"/>
        </w:rPr>
        <w:t>Fraumünster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o </w:t>
      </w:r>
      <w:proofErr w:type="spellStart"/>
      <w:r w:rsidRPr="00340B90">
        <w:rPr>
          <w:rFonts w:ascii="Calibri" w:hAnsi="Calibri"/>
          <w:sz w:val="21"/>
          <w:lang w:val="es-ES"/>
        </w:rPr>
        <w:t>Limmatquai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o </w:t>
      </w:r>
      <w:proofErr w:type="spellStart"/>
      <w:r w:rsidRPr="00340B90">
        <w:rPr>
          <w:rFonts w:ascii="Calibri" w:hAnsi="Calibri"/>
          <w:sz w:val="21"/>
          <w:lang w:val="es-ES"/>
        </w:rPr>
        <w:t>bairro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da </w:t>
      </w:r>
      <w:proofErr w:type="spellStart"/>
      <w:r w:rsidRPr="00340B90">
        <w:rPr>
          <w:rFonts w:ascii="Calibri" w:hAnsi="Calibri"/>
          <w:sz w:val="21"/>
          <w:lang w:val="es-ES"/>
        </w:rPr>
        <w:t>Universidade</w:t>
      </w:r>
      <w:proofErr w:type="spellEnd"/>
      <w:r w:rsidRPr="00340B90">
        <w:rPr>
          <w:rFonts w:ascii="Calibri" w:hAnsi="Calibri"/>
          <w:sz w:val="21"/>
          <w:lang w:val="es-ES"/>
        </w:rPr>
        <w:t xml:space="preserve">. Em seguida, </w:t>
      </w:r>
      <w:proofErr w:type="spellStart"/>
      <w:r w:rsidRPr="00340B90">
        <w:rPr>
          <w:rFonts w:ascii="Calibri" w:hAnsi="Calibri"/>
          <w:sz w:val="21"/>
          <w:lang w:val="es-ES"/>
        </w:rPr>
        <w:t>descobriremos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o mundo do chocolate </w:t>
      </w:r>
      <w:proofErr w:type="spellStart"/>
      <w:r w:rsidRPr="00340B90">
        <w:rPr>
          <w:rFonts w:ascii="Calibri" w:hAnsi="Calibri"/>
          <w:sz w:val="21"/>
          <w:lang w:val="es-ES"/>
        </w:rPr>
        <w:t>com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a visita à Casa do Chocolate </w:t>
      </w:r>
      <w:proofErr w:type="spellStart"/>
      <w:r w:rsidRPr="00340B90">
        <w:rPr>
          <w:rFonts w:ascii="Calibri" w:hAnsi="Calibri"/>
          <w:sz w:val="21"/>
          <w:lang w:val="es-ES"/>
        </w:rPr>
        <w:t>Lindt</w:t>
      </w:r>
      <w:proofErr w:type="spellEnd"/>
      <w:r w:rsidRPr="00340B90">
        <w:rPr>
          <w:rFonts w:ascii="Calibri" w:hAnsi="Calibri"/>
          <w:sz w:val="21"/>
          <w:lang w:val="es-ES"/>
        </w:rPr>
        <w:t xml:space="preserve">, onde será </w:t>
      </w:r>
      <w:proofErr w:type="spellStart"/>
      <w:r w:rsidRPr="00340B90">
        <w:rPr>
          <w:rFonts w:ascii="Calibri" w:hAnsi="Calibri"/>
          <w:sz w:val="21"/>
          <w:lang w:val="es-ES"/>
        </w:rPr>
        <w:t>possível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conhecer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sua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história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desfrutar de </w:t>
      </w:r>
      <w:proofErr w:type="spellStart"/>
      <w:r w:rsidRPr="00340B90">
        <w:rPr>
          <w:rFonts w:ascii="Calibri" w:hAnsi="Calibri"/>
          <w:sz w:val="21"/>
          <w:lang w:val="es-ES"/>
        </w:rPr>
        <w:t>uma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</w:t>
      </w:r>
      <w:proofErr w:type="spellStart"/>
      <w:r w:rsidRPr="00340B90">
        <w:rPr>
          <w:rFonts w:ascii="Calibri" w:hAnsi="Calibri"/>
          <w:sz w:val="21"/>
          <w:lang w:val="es-ES"/>
        </w:rPr>
        <w:t>degustação</w:t>
      </w:r>
      <w:proofErr w:type="spellEnd"/>
      <w:r w:rsidRPr="00340B90">
        <w:rPr>
          <w:rFonts w:ascii="Calibri" w:hAnsi="Calibri"/>
          <w:sz w:val="21"/>
          <w:lang w:val="es-ES"/>
        </w:rPr>
        <w:t>.</w:t>
      </w:r>
    </w:p>
    <w:p w14:paraId="22A38574" w14:textId="77777777" w:rsidR="000E1D77" w:rsidRPr="00340B90" w:rsidRDefault="000E1D77">
      <w:pPr>
        <w:spacing w:after="80"/>
        <w:rPr>
          <w:lang w:val="es-ES"/>
        </w:rPr>
      </w:pPr>
    </w:p>
    <w:p w14:paraId="76437958" w14:textId="77777777" w:rsidR="000E1D77" w:rsidRPr="00340B90" w:rsidRDefault="00340B90">
      <w:pPr>
        <w:pStyle w:val="Ttulo2"/>
        <w:spacing w:before="120" w:after="60"/>
        <w:rPr>
          <w:lang w:val="es-ES"/>
        </w:rPr>
      </w:pPr>
      <w:r w:rsidRPr="00340B90">
        <w:rPr>
          <w:rFonts w:ascii="Calibri" w:hAnsi="Calibri"/>
          <w:sz w:val="22"/>
          <w:lang w:val="es-ES"/>
        </w:rPr>
        <w:t>DIA 12 SEG ZURIQUE</w:t>
      </w:r>
    </w:p>
    <w:p w14:paraId="15932CBE" w14:textId="77777777" w:rsidR="000E1D77" w:rsidRPr="00340B90" w:rsidRDefault="00340B90">
      <w:pPr>
        <w:spacing w:after="80"/>
        <w:rPr>
          <w:lang w:val="es-ES"/>
        </w:rPr>
      </w:pPr>
      <w:r w:rsidRPr="00340B90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340B90">
        <w:rPr>
          <w:rFonts w:ascii="Calibri" w:hAnsi="Calibri"/>
          <w:sz w:val="21"/>
          <w:lang w:val="es-ES"/>
        </w:rPr>
        <w:t>manhã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e traslado de </w:t>
      </w:r>
      <w:proofErr w:type="spellStart"/>
      <w:r w:rsidRPr="00340B90">
        <w:rPr>
          <w:rFonts w:ascii="Calibri" w:hAnsi="Calibri"/>
          <w:sz w:val="21"/>
          <w:lang w:val="es-ES"/>
        </w:rPr>
        <w:t>saída</w:t>
      </w:r>
      <w:proofErr w:type="spellEnd"/>
      <w:r w:rsidRPr="00340B90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340B90">
        <w:rPr>
          <w:rFonts w:ascii="Calibri" w:hAnsi="Calibri"/>
          <w:sz w:val="21"/>
          <w:lang w:val="es-ES"/>
        </w:rPr>
        <w:t>aeroporto</w:t>
      </w:r>
      <w:proofErr w:type="spellEnd"/>
      <w:r w:rsidRPr="00340B90">
        <w:rPr>
          <w:rFonts w:ascii="Calibri" w:hAnsi="Calibri"/>
          <w:sz w:val="21"/>
          <w:lang w:val="es-ES"/>
        </w:rPr>
        <w:t>.</w:t>
      </w:r>
    </w:p>
    <w:p w14:paraId="4A282D98" w14:textId="77777777" w:rsidR="000E1D77" w:rsidRPr="00340B90" w:rsidRDefault="000E1D77">
      <w:pPr>
        <w:spacing w:after="80"/>
        <w:rPr>
          <w:lang w:val="es-ES"/>
        </w:rPr>
      </w:pPr>
    </w:p>
    <w:sectPr w:rsidR="000E1D77" w:rsidRPr="00340B90" w:rsidSect="00034616">
      <w:headerReference w:type="default" r:id="rId8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3B170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78691CEC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9FF62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6A5F53E3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AA7EF" w14:textId="77777777" w:rsidR="004856F5" w:rsidRDefault="004856F5">
    <w:pPr>
      <w:pStyle w:val="Encabezado"/>
    </w:pPr>
    <w:r>
      <w:rPr>
        <w:noProof/>
      </w:rPr>
      <w:drawing>
        <wp:inline distT="0" distB="0" distL="0" distR="0" wp14:anchorId="5CE2106C" wp14:editId="679CEF7A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E1D77"/>
    <w:rsid w:val="0015074B"/>
    <w:rsid w:val="0029639D"/>
    <w:rsid w:val="00326F90"/>
    <w:rsid w:val="00340B90"/>
    <w:rsid w:val="004856F5"/>
    <w:rsid w:val="00AA1D8D"/>
    <w:rsid w:val="00B47730"/>
    <w:rsid w:val="00CB0664"/>
    <w:rsid w:val="00E10F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A8B11A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1175</Words>
  <Characters>6463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7623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3</cp:revision>
  <dcterms:created xsi:type="dcterms:W3CDTF">2013-12-23T23:15:00Z</dcterms:created>
  <dcterms:modified xsi:type="dcterms:W3CDTF">2026-05-26T13:02:00Z</dcterms:modified>
  <cp:category/>
</cp:coreProperties>
</file>