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BBCDEC" w14:textId="77777777" w:rsidR="008D53FD" w:rsidRPr="00BE37F2" w:rsidRDefault="00BE37F2" w:rsidP="00BE37F2">
      <w:pPr>
        <w:spacing w:after="60"/>
        <w:jc w:val="center"/>
        <w:rPr>
          <w:color w:val="FF0000"/>
          <w:lang w:val="es-ES"/>
        </w:rPr>
      </w:pPr>
      <w:r w:rsidRPr="00BE37F2">
        <w:rPr>
          <w:rFonts w:ascii="Calibri" w:hAnsi="Calibri"/>
          <w:b/>
          <w:color w:val="FF0000"/>
          <w:sz w:val="36"/>
          <w:lang w:val="es-ES"/>
        </w:rPr>
        <w:t>TRIÂNGULO DA EUROPA ORIENTAL</w:t>
      </w:r>
    </w:p>
    <w:p w14:paraId="19D7A45D" w14:textId="77777777" w:rsidR="008D53FD" w:rsidRPr="00BE37F2" w:rsidRDefault="00BE37F2" w:rsidP="00BE37F2">
      <w:pPr>
        <w:spacing w:after="20"/>
        <w:jc w:val="center"/>
        <w:rPr>
          <w:color w:val="FF0000"/>
          <w:lang w:val="es-ES"/>
        </w:rPr>
      </w:pPr>
      <w:proofErr w:type="spellStart"/>
      <w:r w:rsidRPr="00BE37F2">
        <w:rPr>
          <w:rFonts w:ascii="Calibri" w:hAnsi="Calibri"/>
          <w:b/>
          <w:color w:val="FF0000"/>
          <w:sz w:val="24"/>
          <w:lang w:val="es-ES"/>
        </w:rPr>
        <w:t>Categoria</w:t>
      </w:r>
      <w:proofErr w:type="spellEnd"/>
      <w:r w:rsidRPr="00BE37F2">
        <w:rPr>
          <w:rFonts w:ascii="Calibri" w:hAnsi="Calibri"/>
          <w:b/>
          <w:color w:val="FF0000"/>
          <w:sz w:val="24"/>
          <w:lang w:val="es-ES"/>
        </w:rPr>
        <w:t xml:space="preserve">: </w:t>
      </w:r>
      <w:r w:rsidRPr="00BE37F2">
        <w:rPr>
          <w:rFonts w:ascii="Calibri" w:hAnsi="Calibri"/>
          <w:color w:val="FF0000"/>
          <w:sz w:val="24"/>
          <w:lang w:val="es-ES"/>
        </w:rPr>
        <w:t>Hot Deal</w:t>
      </w:r>
    </w:p>
    <w:p w14:paraId="00C93E29" w14:textId="77777777" w:rsidR="008D53FD" w:rsidRPr="00BE37F2" w:rsidRDefault="00BE37F2" w:rsidP="00BE37F2">
      <w:pPr>
        <w:spacing w:after="80"/>
        <w:jc w:val="center"/>
        <w:rPr>
          <w:lang w:val="es-ES"/>
        </w:rPr>
      </w:pPr>
      <w:r w:rsidRPr="00BE37F2">
        <w:rPr>
          <w:rFonts w:ascii="Calibri" w:hAnsi="Calibri"/>
          <w:sz w:val="21"/>
          <w:lang w:val="es-ES"/>
        </w:rPr>
        <w:t xml:space="preserve">Código: </w:t>
      </w:r>
      <w:proofErr w:type="gramStart"/>
      <w:r w:rsidRPr="00BE37F2">
        <w:rPr>
          <w:rFonts w:ascii="Calibri" w:hAnsi="Calibri"/>
          <w:sz w:val="21"/>
          <w:lang w:val="es-ES"/>
        </w:rPr>
        <w:t>HOTTRO  |</w:t>
      </w:r>
      <w:proofErr w:type="gramEnd"/>
      <w:r w:rsidRPr="00BE37F2">
        <w:rPr>
          <w:rFonts w:ascii="Calibri" w:hAnsi="Calibri"/>
          <w:sz w:val="21"/>
          <w:lang w:val="es-ES"/>
        </w:rPr>
        <w:t xml:space="preserve">  13 </w:t>
      </w:r>
      <w:proofErr w:type="spellStart"/>
      <w:r w:rsidRPr="00BE37F2">
        <w:rPr>
          <w:rFonts w:ascii="Calibri" w:hAnsi="Calibri"/>
          <w:sz w:val="21"/>
          <w:lang w:val="es-ES"/>
        </w:rPr>
        <w:t>Dias</w:t>
      </w:r>
      <w:proofErr w:type="spellEnd"/>
    </w:p>
    <w:p w14:paraId="43624B1D" w14:textId="77777777" w:rsidR="008D53FD" w:rsidRPr="00BE37F2" w:rsidRDefault="008D53FD">
      <w:pPr>
        <w:spacing w:after="80"/>
        <w:rPr>
          <w:lang w:val="es-ES"/>
        </w:rPr>
      </w:pPr>
    </w:p>
    <w:p w14:paraId="2CE8756C" w14:textId="77777777" w:rsidR="008D53FD" w:rsidRPr="00BE37F2" w:rsidRDefault="00BE37F2">
      <w:pPr>
        <w:pStyle w:val="Ttulo2"/>
        <w:spacing w:before="120" w:after="60"/>
        <w:rPr>
          <w:lang w:val="es-ES"/>
        </w:rPr>
      </w:pPr>
      <w:r w:rsidRPr="00BE37F2">
        <w:rPr>
          <w:rFonts w:ascii="Calibri" w:hAnsi="Calibri"/>
          <w:sz w:val="22"/>
          <w:lang w:val="es-ES"/>
        </w:rPr>
        <w:t>SAÍDAS GARANTIDAS 2027</w:t>
      </w:r>
    </w:p>
    <w:p w14:paraId="6CED8606" w14:textId="77777777" w:rsidR="008D53FD" w:rsidRPr="00BE37F2" w:rsidRDefault="00BE37F2">
      <w:pPr>
        <w:spacing w:after="80"/>
        <w:rPr>
          <w:lang w:val="es-ES"/>
        </w:rPr>
      </w:pPr>
      <w:r w:rsidRPr="00BE37F2">
        <w:rPr>
          <w:rFonts w:ascii="Calibri" w:hAnsi="Calibri"/>
          <w:sz w:val="21"/>
          <w:lang w:val="es-ES"/>
        </w:rPr>
        <w:t>JUNHO ........................... 3</w:t>
      </w:r>
    </w:p>
    <w:p w14:paraId="6F3B938E" w14:textId="77777777" w:rsidR="008D53FD" w:rsidRPr="00BE37F2" w:rsidRDefault="00BE37F2">
      <w:pPr>
        <w:spacing w:after="80"/>
        <w:rPr>
          <w:lang w:val="es-ES"/>
        </w:rPr>
      </w:pPr>
      <w:r w:rsidRPr="00BE37F2">
        <w:rPr>
          <w:rFonts w:ascii="Calibri" w:hAnsi="Calibri"/>
          <w:sz w:val="21"/>
          <w:lang w:val="es-ES"/>
        </w:rPr>
        <w:t>JULHO .......................... 15</w:t>
      </w:r>
    </w:p>
    <w:p w14:paraId="5B98A6B2" w14:textId="77777777" w:rsidR="008D53FD" w:rsidRPr="00BE37F2" w:rsidRDefault="00BE37F2">
      <w:pPr>
        <w:spacing w:after="80"/>
        <w:rPr>
          <w:lang w:val="es-ES"/>
        </w:rPr>
      </w:pPr>
      <w:r w:rsidRPr="00BE37F2">
        <w:rPr>
          <w:rFonts w:ascii="Calibri" w:hAnsi="Calibri"/>
          <w:sz w:val="21"/>
          <w:lang w:val="es-ES"/>
        </w:rPr>
        <w:t>SETEMBRO ....................... 23</w:t>
      </w:r>
    </w:p>
    <w:p w14:paraId="0A3FDB1A" w14:textId="77777777" w:rsidR="008D53FD" w:rsidRPr="00BE37F2" w:rsidRDefault="008D53FD">
      <w:pPr>
        <w:spacing w:after="80"/>
        <w:rPr>
          <w:lang w:val="es-ES"/>
        </w:rPr>
      </w:pPr>
    </w:p>
    <w:p w14:paraId="4EC51F27" w14:textId="77777777" w:rsidR="008D53FD" w:rsidRPr="00BE37F2" w:rsidRDefault="00BE37F2">
      <w:pPr>
        <w:pStyle w:val="Ttulo2"/>
        <w:spacing w:before="120" w:after="60"/>
        <w:rPr>
          <w:lang w:val="es-ES"/>
        </w:rPr>
      </w:pPr>
      <w:r w:rsidRPr="00BE37F2">
        <w:rPr>
          <w:rFonts w:ascii="Calibri" w:hAnsi="Calibri"/>
          <w:sz w:val="22"/>
          <w:lang w:val="es-ES"/>
        </w:rPr>
        <w:t>HOTÉIS PREVISTOS</w:t>
      </w:r>
    </w:p>
    <w:p w14:paraId="7B490989" w14:textId="77777777" w:rsidR="008D53FD" w:rsidRPr="00BE37F2" w:rsidRDefault="00BE37F2">
      <w:pPr>
        <w:spacing w:after="80"/>
        <w:rPr>
          <w:lang w:val="es-ES"/>
        </w:rPr>
      </w:pPr>
      <w:r w:rsidRPr="00BE37F2">
        <w:rPr>
          <w:rFonts w:ascii="Calibri" w:hAnsi="Calibri"/>
          <w:sz w:val="21"/>
          <w:lang w:val="es-ES"/>
        </w:rPr>
        <w:t>(</w:t>
      </w:r>
      <w:proofErr w:type="spellStart"/>
      <w:r w:rsidRPr="00BE37F2">
        <w:rPr>
          <w:rFonts w:ascii="Calibri" w:hAnsi="Calibri"/>
          <w:sz w:val="21"/>
          <w:lang w:val="es-ES"/>
        </w:rPr>
        <w:t>ou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similares </w:t>
      </w:r>
      <w:proofErr w:type="spellStart"/>
      <w:r w:rsidRPr="00BE37F2">
        <w:rPr>
          <w:rFonts w:ascii="Calibri" w:hAnsi="Calibri"/>
          <w:sz w:val="21"/>
          <w:lang w:val="es-ES"/>
        </w:rPr>
        <w:t>na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</w:t>
      </w:r>
      <w:proofErr w:type="spellStart"/>
      <w:r w:rsidRPr="00BE37F2">
        <w:rPr>
          <w:rFonts w:ascii="Calibri" w:hAnsi="Calibri"/>
          <w:sz w:val="21"/>
          <w:lang w:val="es-ES"/>
        </w:rPr>
        <w:t>categoria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indicada, conforme a </w:t>
      </w:r>
      <w:proofErr w:type="spellStart"/>
      <w:r w:rsidRPr="00BE37F2">
        <w:rPr>
          <w:rFonts w:ascii="Calibri" w:hAnsi="Calibri"/>
          <w:sz w:val="21"/>
          <w:lang w:val="es-ES"/>
        </w:rPr>
        <w:t>cidade</w:t>
      </w:r>
      <w:proofErr w:type="spellEnd"/>
      <w:r w:rsidRPr="00BE37F2">
        <w:rPr>
          <w:rFonts w:ascii="Calibri" w:hAnsi="Calibri"/>
          <w:sz w:val="21"/>
          <w:lang w:val="es-ES"/>
        </w:rPr>
        <w:t>)</w:t>
      </w:r>
    </w:p>
    <w:p w14:paraId="3BFFBBF7" w14:textId="77777777" w:rsidR="008D53FD" w:rsidRDefault="00BE37F2">
      <w:pPr>
        <w:spacing w:after="20"/>
      </w:pPr>
      <w:r>
        <w:rPr>
          <w:rFonts w:ascii="Calibri" w:hAnsi="Calibri"/>
          <w:b/>
          <w:sz w:val="21"/>
        </w:rPr>
        <w:t xml:space="preserve">VIENA: </w:t>
      </w:r>
      <w:r>
        <w:rPr>
          <w:rFonts w:ascii="Calibri" w:hAnsi="Calibri"/>
          <w:sz w:val="21"/>
        </w:rPr>
        <w:t>ROOMZ PRATER ★★★★</w:t>
      </w:r>
    </w:p>
    <w:p w14:paraId="5CDABB7C" w14:textId="77777777" w:rsidR="008D53FD" w:rsidRDefault="00BE37F2">
      <w:pPr>
        <w:spacing w:after="20"/>
      </w:pPr>
      <w:r>
        <w:rPr>
          <w:rFonts w:ascii="Calibri" w:hAnsi="Calibri"/>
          <w:b/>
          <w:sz w:val="21"/>
        </w:rPr>
        <w:t xml:space="preserve">BUDAPESTE: </w:t>
      </w:r>
      <w:r>
        <w:rPr>
          <w:rFonts w:ascii="Calibri" w:hAnsi="Calibri"/>
          <w:sz w:val="21"/>
        </w:rPr>
        <w:t>NH CITY ★★★★</w:t>
      </w:r>
    </w:p>
    <w:p w14:paraId="4E576C32" w14:textId="77777777" w:rsidR="008D53FD" w:rsidRPr="00BE37F2" w:rsidRDefault="00BE37F2">
      <w:pPr>
        <w:spacing w:after="20"/>
        <w:rPr>
          <w:lang w:val="es-ES"/>
        </w:rPr>
      </w:pPr>
      <w:r w:rsidRPr="00BE37F2">
        <w:rPr>
          <w:rFonts w:ascii="Calibri" w:hAnsi="Calibri"/>
          <w:b/>
          <w:sz w:val="21"/>
          <w:lang w:val="es-ES"/>
        </w:rPr>
        <w:t xml:space="preserve">PRAGA: </w:t>
      </w:r>
      <w:r w:rsidRPr="00BE37F2">
        <w:rPr>
          <w:rFonts w:ascii="Calibri" w:hAnsi="Calibri"/>
          <w:sz w:val="21"/>
          <w:lang w:val="es-ES"/>
        </w:rPr>
        <w:t>OCCIDENTAL PRAHA FIVE ★★★★</w:t>
      </w:r>
    </w:p>
    <w:p w14:paraId="0ADEA670" w14:textId="77777777" w:rsidR="008D53FD" w:rsidRPr="00BE37F2" w:rsidRDefault="00BE37F2">
      <w:pPr>
        <w:spacing w:after="20"/>
        <w:rPr>
          <w:lang w:val="es-ES"/>
        </w:rPr>
      </w:pPr>
      <w:r w:rsidRPr="00BE37F2">
        <w:rPr>
          <w:rFonts w:ascii="Calibri" w:hAnsi="Calibri"/>
          <w:b/>
          <w:sz w:val="21"/>
          <w:lang w:val="es-ES"/>
        </w:rPr>
        <w:t xml:space="preserve">CRACÓVIA: </w:t>
      </w:r>
      <w:r w:rsidRPr="00BE37F2">
        <w:rPr>
          <w:rFonts w:ascii="Calibri" w:hAnsi="Calibri"/>
          <w:sz w:val="21"/>
          <w:lang w:val="es-ES"/>
        </w:rPr>
        <w:t>INX DESIGN ★★★★</w:t>
      </w:r>
    </w:p>
    <w:p w14:paraId="1AA3DC39" w14:textId="77777777" w:rsidR="008D53FD" w:rsidRDefault="00BE37F2">
      <w:pPr>
        <w:spacing w:after="20"/>
      </w:pPr>
      <w:r>
        <w:rPr>
          <w:rFonts w:ascii="Calibri" w:hAnsi="Calibri"/>
          <w:b/>
          <w:sz w:val="21"/>
        </w:rPr>
        <w:t xml:space="preserve">VARSÓVIA: </w:t>
      </w:r>
      <w:r>
        <w:rPr>
          <w:rFonts w:ascii="Calibri" w:hAnsi="Calibri"/>
          <w:sz w:val="21"/>
        </w:rPr>
        <w:t>RADISSON SOBIESKI ★★★★</w:t>
      </w:r>
    </w:p>
    <w:p w14:paraId="1B443FC4" w14:textId="77777777" w:rsidR="008D53FD" w:rsidRDefault="008D53FD">
      <w:pPr>
        <w:spacing w:after="80"/>
      </w:pPr>
    </w:p>
    <w:p w14:paraId="244EF981" w14:textId="77777777" w:rsidR="008D53FD" w:rsidRDefault="00BE37F2">
      <w:pPr>
        <w:pStyle w:val="Ttulo2"/>
        <w:spacing w:before="120" w:after="60"/>
      </w:pPr>
      <w:r>
        <w:rPr>
          <w:rFonts w:ascii="Calibri" w:hAnsi="Calibri"/>
          <w:sz w:val="22"/>
        </w:rPr>
        <w:t>SERVIÇOS INCLUÍDOS</w:t>
      </w:r>
    </w:p>
    <w:p w14:paraId="04C67F4B" w14:textId="77777777" w:rsidR="008D53FD" w:rsidRDefault="00BE37F2">
      <w:pPr>
        <w:pStyle w:val="Listaconvietas"/>
        <w:spacing w:after="0"/>
      </w:pPr>
      <w:r>
        <w:rPr>
          <w:rFonts w:ascii="Calibri" w:hAnsi="Calibri"/>
          <w:sz w:val="21"/>
        </w:rPr>
        <w:t>Guia acompanhante em espanhol</w:t>
      </w:r>
    </w:p>
    <w:p w14:paraId="4E0E00EA" w14:textId="77777777" w:rsidR="008D53FD" w:rsidRPr="00BE37F2" w:rsidRDefault="00BE37F2">
      <w:pPr>
        <w:pStyle w:val="Listaconvietas"/>
        <w:spacing w:after="0"/>
        <w:rPr>
          <w:lang w:val="es-ES"/>
        </w:rPr>
      </w:pPr>
      <w:r w:rsidRPr="00BE37F2">
        <w:rPr>
          <w:rFonts w:ascii="Calibri" w:hAnsi="Calibri"/>
          <w:sz w:val="21"/>
          <w:lang w:val="es-ES"/>
        </w:rPr>
        <w:t xml:space="preserve">12 </w:t>
      </w:r>
      <w:proofErr w:type="spellStart"/>
      <w:r w:rsidRPr="00BE37F2">
        <w:rPr>
          <w:rFonts w:ascii="Calibri" w:hAnsi="Calibri"/>
          <w:sz w:val="21"/>
          <w:lang w:val="es-ES"/>
        </w:rPr>
        <w:t>noites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</w:t>
      </w:r>
      <w:proofErr w:type="spellStart"/>
      <w:r w:rsidRPr="00BE37F2">
        <w:rPr>
          <w:rFonts w:ascii="Calibri" w:hAnsi="Calibri"/>
          <w:sz w:val="21"/>
          <w:lang w:val="es-ES"/>
        </w:rPr>
        <w:t>com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café da </w:t>
      </w:r>
      <w:proofErr w:type="spellStart"/>
      <w:r w:rsidRPr="00BE37F2">
        <w:rPr>
          <w:rFonts w:ascii="Calibri" w:hAnsi="Calibri"/>
          <w:sz w:val="21"/>
          <w:lang w:val="es-ES"/>
        </w:rPr>
        <w:t>man</w:t>
      </w:r>
      <w:r w:rsidRPr="00BE37F2">
        <w:rPr>
          <w:rFonts w:ascii="Calibri" w:hAnsi="Calibri"/>
          <w:sz w:val="21"/>
          <w:lang w:val="es-ES"/>
        </w:rPr>
        <w:t>hã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tipo buffet</w:t>
      </w:r>
    </w:p>
    <w:p w14:paraId="0A45F258" w14:textId="77777777" w:rsidR="008D53FD" w:rsidRPr="00BE37F2" w:rsidRDefault="00BE37F2">
      <w:pPr>
        <w:pStyle w:val="Listaconvietas"/>
        <w:spacing w:after="0"/>
        <w:rPr>
          <w:lang w:val="es-ES"/>
        </w:rPr>
      </w:pPr>
      <w:r w:rsidRPr="00BE37F2">
        <w:rPr>
          <w:rFonts w:ascii="Calibri" w:hAnsi="Calibri"/>
          <w:sz w:val="21"/>
          <w:lang w:val="es-ES"/>
        </w:rPr>
        <w:t xml:space="preserve">Entradas e </w:t>
      </w:r>
      <w:proofErr w:type="spellStart"/>
      <w:r w:rsidRPr="00BE37F2">
        <w:rPr>
          <w:rFonts w:ascii="Calibri" w:hAnsi="Calibri"/>
          <w:sz w:val="21"/>
          <w:lang w:val="es-ES"/>
        </w:rPr>
        <w:t>experiências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conforme o </w:t>
      </w:r>
      <w:proofErr w:type="spellStart"/>
      <w:r w:rsidRPr="00BE37F2">
        <w:rPr>
          <w:rFonts w:ascii="Calibri" w:hAnsi="Calibri"/>
          <w:sz w:val="21"/>
          <w:lang w:val="es-ES"/>
        </w:rPr>
        <w:t>itinerário</w:t>
      </w:r>
      <w:proofErr w:type="spellEnd"/>
    </w:p>
    <w:p w14:paraId="386ECB92" w14:textId="77777777" w:rsidR="008D53FD" w:rsidRPr="00BE37F2" w:rsidRDefault="008D53FD">
      <w:pPr>
        <w:spacing w:after="80"/>
        <w:rPr>
          <w:lang w:val="es-ES"/>
        </w:rPr>
      </w:pPr>
    </w:p>
    <w:p w14:paraId="0D848353" w14:textId="77777777" w:rsidR="008D53FD" w:rsidRPr="00BE37F2" w:rsidRDefault="00BE37F2">
      <w:pPr>
        <w:pStyle w:val="Ttulo2"/>
        <w:spacing w:before="120" w:after="60"/>
        <w:rPr>
          <w:lang w:val="es-ES"/>
        </w:rPr>
      </w:pPr>
      <w:r w:rsidRPr="00BE37F2">
        <w:rPr>
          <w:rFonts w:ascii="Calibri" w:hAnsi="Calibri"/>
          <w:sz w:val="22"/>
          <w:lang w:val="es-ES"/>
        </w:rPr>
        <w:t>TARIFAS EM EUROS</w:t>
      </w:r>
    </w:p>
    <w:p w14:paraId="2FAEAE1E" w14:textId="77777777" w:rsidR="008D53FD" w:rsidRPr="00BE37F2" w:rsidRDefault="00BE37F2">
      <w:pPr>
        <w:spacing w:after="80"/>
        <w:rPr>
          <w:lang w:val="es-ES"/>
        </w:rPr>
      </w:pPr>
      <w:r w:rsidRPr="00BE37F2">
        <w:rPr>
          <w:rFonts w:ascii="Calibri" w:hAnsi="Calibri"/>
          <w:sz w:val="21"/>
          <w:lang w:val="es-ES"/>
        </w:rPr>
        <w:t xml:space="preserve">€ </w:t>
      </w:r>
      <w:proofErr w:type="gramStart"/>
      <w:r w:rsidRPr="00BE37F2">
        <w:rPr>
          <w:rFonts w:ascii="Calibri" w:hAnsi="Calibri"/>
          <w:sz w:val="21"/>
          <w:lang w:val="es-ES"/>
        </w:rPr>
        <w:t>2.495,–</w:t>
      </w:r>
      <w:proofErr w:type="gramEnd"/>
      <w:r w:rsidRPr="00BE37F2">
        <w:rPr>
          <w:rFonts w:ascii="Calibri" w:hAnsi="Calibri"/>
          <w:sz w:val="21"/>
          <w:lang w:val="es-ES"/>
        </w:rPr>
        <w:t xml:space="preserve"> por </w:t>
      </w:r>
      <w:proofErr w:type="spellStart"/>
      <w:r w:rsidRPr="00BE37F2">
        <w:rPr>
          <w:rFonts w:ascii="Calibri" w:hAnsi="Calibri"/>
          <w:sz w:val="21"/>
          <w:lang w:val="es-ES"/>
        </w:rPr>
        <w:t>pessoa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em apto. duplo</w:t>
      </w:r>
    </w:p>
    <w:p w14:paraId="5B5A79C2" w14:textId="77777777" w:rsidR="008D53FD" w:rsidRPr="00BE37F2" w:rsidRDefault="00BE37F2">
      <w:pPr>
        <w:spacing w:after="80"/>
        <w:rPr>
          <w:lang w:val="es-ES"/>
        </w:rPr>
      </w:pPr>
      <w:r w:rsidRPr="00BE37F2">
        <w:rPr>
          <w:rFonts w:ascii="Calibri" w:hAnsi="Calibri"/>
          <w:sz w:val="21"/>
          <w:lang w:val="es-ES"/>
        </w:rPr>
        <w:t xml:space="preserve">€ </w:t>
      </w:r>
      <w:proofErr w:type="gramStart"/>
      <w:r w:rsidRPr="00BE37F2">
        <w:rPr>
          <w:rFonts w:ascii="Calibri" w:hAnsi="Calibri"/>
          <w:sz w:val="21"/>
          <w:lang w:val="es-ES"/>
        </w:rPr>
        <w:t>1.320,–</w:t>
      </w:r>
      <w:proofErr w:type="gramEnd"/>
      <w:r w:rsidRPr="00BE37F2">
        <w:rPr>
          <w:rFonts w:ascii="Calibri" w:hAnsi="Calibri"/>
          <w:sz w:val="21"/>
          <w:lang w:val="es-ES"/>
        </w:rPr>
        <w:t xml:space="preserve"> suplemento individual</w:t>
      </w:r>
    </w:p>
    <w:p w14:paraId="38FDDE8B" w14:textId="77777777" w:rsidR="008D53FD" w:rsidRPr="00BE37F2" w:rsidRDefault="00BE37F2">
      <w:pPr>
        <w:spacing w:after="80"/>
        <w:rPr>
          <w:lang w:val="es-ES"/>
        </w:rPr>
      </w:pPr>
      <w:r w:rsidRPr="00BE37F2">
        <w:rPr>
          <w:rFonts w:ascii="Calibri" w:hAnsi="Calibri"/>
          <w:sz w:val="21"/>
          <w:lang w:val="es-ES"/>
        </w:rPr>
        <w:t xml:space="preserve">5% </w:t>
      </w:r>
      <w:proofErr w:type="spellStart"/>
      <w:r w:rsidRPr="00BE37F2">
        <w:rPr>
          <w:rFonts w:ascii="Calibri" w:hAnsi="Calibri"/>
          <w:sz w:val="21"/>
          <w:lang w:val="es-ES"/>
        </w:rPr>
        <w:t>desconto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para o </w:t>
      </w:r>
      <w:proofErr w:type="spellStart"/>
      <w:r w:rsidRPr="00BE37F2">
        <w:rPr>
          <w:rFonts w:ascii="Calibri" w:hAnsi="Calibri"/>
          <w:sz w:val="21"/>
          <w:lang w:val="es-ES"/>
        </w:rPr>
        <w:t>terceiro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</w:t>
      </w:r>
      <w:proofErr w:type="spellStart"/>
      <w:r w:rsidRPr="00BE37F2">
        <w:rPr>
          <w:rFonts w:ascii="Calibri" w:hAnsi="Calibri"/>
          <w:sz w:val="21"/>
          <w:lang w:val="es-ES"/>
        </w:rPr>
        <w:t>passageiro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em </w:t>
      </w:r>
      <w:proofErr w:type="spellStart"/>
      <w:r w:rsidRPr="00BE37F2">
        <w:rPr>
          <w:rFonts w:ascii="Calibri" w:hAnsi="Calibri"/>
          <w:sz w:val="21"/>
          <w:lang w:val="es-ES"/>
        </w:rPr>
        <w:t>quarto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</w:t>
      </w:r>
      <w:proofErr w:type="spellStart"/>
      <w:r w:rsidRPr="00BE37F2">
        <w:rPr>
          <w:rFonts w:ascii="Calibri" w:hAnsi="Calibri"/>
          <w:sz w:val="21"/>
          <w:lang w:val="es-ES"/>
        </w:rPr>
        <w:t>com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+2 </w:t>
      </w:r>
      <w:proofErr w:type="spellStart"/>
      <w:r w:rsidRPr="00BE37F2">
        <w:rPr>
          <w:rFonts w:ascii="Calibri" w:hAnsi="Calibri"/>
          <w:sz w:val="21"/>
          <w:lang w:val="es-ES"/>
        </w:rPr>
        <w:t>pessoas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(QUARTO TRIPLO).</w:t>
      </w:r>
    </w:p>
    <w:p w14:paraId="7E4F56E1" w14:textId="77777777" w:rsidR="008D53FD" w:rsidRPr="00BE37F2" w:rsidRDefault="008D53FD">
      <w:pPr>
        <w:spacing w:after="80"/>
        <w:rPr>
          <w:lang w:val="es-ES"/>
        </w:rPr>
      </w:pPr>
    </w:p>
    <w:p w14:paraId="44C4F484" w14:textId="77777777" w:rsidR="008D53FD" w:rsidRPr="00BE37F2" w:rsidRDefault="00BE37F2">
      <w:pPr>
        <w:pStyle w:val="Ttulo1"/>
        <w:spacing w:before="200" w:after="60"/>
        <w:rPr>
          <w:lang w:val="es-ES"/>
        </w:rPr>
      </w:pPr>
      <w:r w:rsidRPr="00BE37F2">
        <w:rPr>
          <w:rFonts w:ascii="Calibri" w:hAnsi="Calibri"/>
          <w:sz w:val="28"/>
          <w:lang w:val="es-ES"/>
        </w:rPr>
        <w:t>ITINERÁRIO</w:t>
      </w:r>
    </w:p>
    <w:p w14:paraId="52E552AE" w14:textId="77777777" w:rsidR="008D53FD" w:rsidRPr="00BE37F2" w:rsidRDefault="00BE37F2">
      <w:pPr>
        <w:pStyle w:val="Ttulo2"/>
        <w:spacing w:before="120" w:after="60"/>
        <w:rPr>
          <w:lang w:val="es-ES"/>
        </w:rPr>
      </w:pPr>
      <w:r w:rsidRPr="00BE37F2">
        <w:rPr>
          <w:rFonts w:ascii="Calibri" w:hAnsi="Calibri"/>
          <w:sz w:val="22"/>
          <w:lang w:val="es-ES"/>
        </w:rPr>
        <w:t xml:space="preserve">DIA 1 QUI </w:t>
      </w:r>
      <w:r w:rsidRPr="00BE37F2">
        <w:rPr>
          <w:rFonts w:ascii="Calibri" w:hAnsi="Calibri"/>
          <w:sz w:val="22"/>
          <w:lang w:val="es-ES"/>
        </w:rPr>
        <w:t>VIENA</w:t>
      </w:r>
    </w:p>
    <w:p w14:paraId="42A1B82D" w14:textId="77777777" w:rsidR="008D53FD" w:rsidRPr="00BE37F2" w:rsidRDefault="00BE37F2">
      <w:pPr>
        <w:spacing w:after="80"/>
        <w:rPr>
          <w:lang w:val="es-ES"/>
        </w:rPr>
      </w:pPr>
      <w:proofErr w:type="spellStart"/>
      <w:r w:rsidRPr="00BE37F2">
        <w:rPr>
          <w:rFonts w:ascii="Calibri" w:hAnsi="Calibri"/>
          <w:sz w:val="21"/>
          <w:lang w:val="es-ES"/>
        </w:rPr>
        <w:t>Chegada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</w:t>
      </w:r>
      <w:proofErr w:type="spellStart"/>
      <w:r w:rsidRPr="00BE37F2">
        <w:rPr>
          <w:rFonts w:ascii="Calibri" w:hAnsi="Calibri"/>
          <w:sz w:val="21"/>
          <w:lang w:val="es-ES"/>
        </w:rPr>
        <w:t>ao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</w:t>
      </w:r>
      <w:proofErr w:type="spellStart"/>
      <w:r w:rsidRPr="00BE37F2">
        <w:rPr>
          <w:rFonts w:ascii="Calibri" w:hAnsi="Calibri"/>
          <w:sz w:val="21"/>
          <w:lang w:val="es-ES"/>
        </w:rPr>
        <w:t>aeroporto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de Viena </w:t>
      </w:r>
      <w:proofErr w:type="gramStart"/>
      <w:r w:rsidRPr="00BE37F2">
        <w:rPr>
          <w:rFonts w:ascii="Calibri" w:hAnsi="Calibri"/>
          <w:sz w:val="21"/>
          <w:lang w:val="es-ES"/>
        </w:rPr>
        <w:t>e</w:t>
      </w:r>
      <w:proofErr w:type="gramEnd"/>
      <w:r w:rsidRPr="00BE37F2">
        <w:rPr>
          <w:rFonts w:ascii="Calibri" w:hAnsi="Calibri"/>
          <w:sz w:val="21"/>
          <w:lang w:val="es-ES"/>
        </w:rPr>
        <w:t xml:space="preserve"> traslado </w:t>
      </w:r>
      <w:proofErr w:type="spellStart"/>
      <w:r w:rsidRPr="00BE37F2">
        <w:rPr>
          <w:rFonts w:ascii="Calibri" w:hAnsi="Calibri"/>
          <w:sz w:val="21"/>
          <w:lang w:val="es-ES"/>
        </w:rPr>
        <w:t>com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o </w:t>
      </w:r>
      <w:proofErr w:type="spellStart"/>
      <w:r w:rsidRPr="00BE37F2">
        <w:rPr>
          <w:rFonts w:ascii="Calibri" w:hAnsi="Calibri"/>
          <w:sz w:val="21"/>
          <w:lang w:val="es-ES"/>
        </w:rPr>
        <w:t>nosso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motorista para o </w:t>
      </w:r>
      <w:proofErr w:type="spellStart"/>
      <w:r w:rsidRPr="00BE37F2">
        <w:rPr>
          <w:rFonts w:ascii="Calibri" w:hAnsi="Calibri"/>
          <w:sz w:val="21"/>
          <w:lang w:val="es-ES"/>
        </w:rPr>
        <w:t>seu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hotel.</w:t>
      </w:r>
    </w:p>
    <w:p w14:paraId="51235D74" w14:textId="77777777" w:rsidR="008D53FD" w:rsidRPr="00BE37F2" w:rsidRDefault="008D53FD">
      <w:pPr>
        <w:spacing w:after="80"/>
        <w:rPr>
          <w:lang w:val="es-ES"/>
        </w:rPr>
      </w:pPr>
    </w:p>
    <w:p w14:paraId="54C51371" w14:textId="77777777" w:rsidR="008D53FD" w:rsidRPr="00BE37F2" w:rsidRDefault="00BE37F2">
      <w:pPr>
        <w:pStyle w:val="Ttulo2"/>
        <w:spacing w:before="120" w:after="60"/>
        <w:rPr>
          <w:lang w:val="es-ES"/>
        </w:rPr>
      </w:pPr>
      <w:r w:rsidRPr="00BE37F2">
        <w:rPr>
          <w:rFonts w:ascii="Calibri" w:hAnsi="Calibri"/>
          <w:sz w:val="22"/>
          <w:lang w:val="es-ES"/>
        </w:rPr>
        <w:lastRenderedPageBreak/>
        <w:t>DIA 2 SEX VIENA</w:t>
      </w:r>
    </w:p>
    <w:p w14:paraId="2787A9E6" w14:textId="77777777" w:rsidR="008D53FD" w:rsidRPr="00BE37F2" w:rsidRDefault="00BE37F2">
      <w:pPr>
        <w:spacing w:after="80"/>
        <w:rPr>
          <w:lang w:val="es-ES"/>
        </w:rPr>
      </w:pPr>
      <w:proofErr w:type="spellStart"/>
      <w:r w:rsidRPr="00BE37F2">
        <w:rPr>
          <w:rFonts w:ascii="Calibri" w:hAnsi="Calibri"/>
          <w:sz w:val="21"/>
          <w:lang w:val="es-ES"/>
        </w:rPr>
        <w:t>Após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o café da </w:t>
      </w:r>
      <w:proofErr w:type="spellStart"/>
      <w:r w:rsidRPr="00BE37F2">
        <w:rPr>
          <w:rFonts w:ascii="Calibri" w:hAnsi="Calibri"/>
          <w:sz w:val="21"/>
          <w:lang w:val="es-ES"/>
        </w:rPr>
        <w:t>manhã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no hotel, realizaremos </w:t>
      </w:r>
      <w:proofErr w:type="spellStart"/>
      <w:r w:rsidRPr="00BE37F2">
        <w:rPr>
          <w:rFonts w:ascii="Calibri" w:hAnsi="Calibri"/>
          <w:sz w:val="21"/>
          <w:lang w:val="es-ES"/>
        </w:rPr>
        <w:t>uma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visita </w:t>
      </w:r>
      <w:proofErr w:type="spellStart"/>
      <w:r w:rsidRPr="00BE37F2">
        <w:rPr>
          <w:rFonts w:ascii="Calibri" w:hAnsi="Calibri"/>
          <w:sz w:val="21"/>
          <w:lang w:val="es-ES"/>
        </w:rPr>
        <w:t>panorâmica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da </w:t>
      </w:r>
      <w:proofErr w:type="spellStart"/>
      <w:r w:rsidRPr="00BE37F2">
        <w:rPr>
          <w:rFonts w:ascii="Calibri" w:hAnsi="Calibri"/>
          <w:sz w:val="21"/>
          <w:lang w:val="es-ES"/>
        </w:rPr>
        <w:t>cidade</w:t>
      </w:r>
      <w:proofErr w:type="spellEnd"/>
      <w:r w:rsidRPr="00BE37F2">
        <w:rPr>
          <w:rFonts w:ascii="Calibri" w:hAnsi="Calibri"/>
          <w:sz w:val="21"/>
          <w:lang w:val="es-ES"/>
        </w:rPr>
        <w:t xml:space="preserve">, que </w:t>
      </w:r>
      <w:proofErr w:type="spellStart"/>
      <w:r w:rsidRPr="00BE37F2">
        <w:rPr>
          <w:rFonts w:ascii="Calibri" w:hAnsi="Calibri"/>
          <w:sz w:val="21"/>
          <w:lang w:val="es-ES"/>
        </w:rPr>
        <w:t>oferece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</w:t>
      </w:r>
      <w:proofErr w:type="spellStart"/>
      <w:r w:rsidRPr="00BE37F2">
        <w:rPr>
          <w:rFonts w:ascii="Calibri" w:hAnsi="Calibri"/>
          <w:sz w:val="21"/>
          <w:lang w:val="es-ES"/>
        </w:rPr>
        <w:t>uma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excelente </w:t>
      </w:r>
      <w:proofErr w:type="spellStart"/>
      <w:r w:rsidRPr="00BE37F2">
        <w:rPr>
          <w:rFonts w:ascii="Calibri" w:hAnsi="Calibri"/>
          <w:sz w:val="21"/>
          <w:lang w:val="es-ES"/>
        </w:rPr>
        <w:t>impressão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dos numerosos pontos de </w:t>
      </w:r>
      <w:proofErr w:type="spellStart"/>
      <w:r w:rsidRPr="00BE37F2">
        <w:rPr>
          <w:rFonts w:ascii="Calibri" w:hAnsi="Calibri"/>
          <w:sz w:val="21"/>
          <w:lang w:val="es-ES"/>
        </w:rPr>
        <w:t>interesse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de Vi</w:t>
      </w:r>
      <w:r w:rsidRPr="00BE37F2">
        <w:rPr>
          <w:rFonts w:ascii="Calibri" w:hAnsi="Calibri"/>
          <w:sz w:val="21"/>
          <w:lang w:val="es-ES"/>
        </w:rPr>
        <w:t xml:space="preserve">ena. Visitaremos os </w:t>
      </w:r>
      <w:proofErr w:type="spellStart"/>
      <w:r w:rsidRPr="00BE37F2">
        <w:rPr>
          <w:rFonts w:ascii="Calibri" w:hAnsi="Calibri"/>
          <w:sz w:val="21"/>
          <w:lang w:val="es-ES"/>
        </w:rPr>
        <w:t>jardins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do histórico </w:t>
      </w:r>
      <w:proofErr w:type="spellStart"/>
      <w:r w:rsidRPr="00BE37F2">
        <w:rPr>
          <w:rFonts w:ascii="Calibri" w:hAnsi="Calibri"/>
          <w:sz w:val="21"/>
          <w:lang w:val="es-ES"/>
        </w:rPr>
        <w:t>Palácio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Belvedere, </w:t>
      </w:r>
      <w:proofErr w:type="spellStart"/>
      <w:r w:rsidRPr="00BE37F2">
        <w:rPr>
          <w:rFonts w:ascii="Calibri" w:hAnsi="Calibri"/>
          <w:sz w:val="21"/>
          <w:lang w:val="es-ES"/>
        </w:rPr>
        <w:t>antigo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</w:t>
      </w:r>
      <w:proofErr w:type="spellStart"/>
      <w:r w:rsidRPr="00BE37F2">
        <w:rPr>
          <w:rFonts w:ascii="Calibri" w:hAnsi="Calibri"/>
          <w:sz w:val="21"/>
          <w:lang w:val="es-ES"/>
        </w:rPr>
        <w:t>palácio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de </w:t>
      </w:r>
      <w:proofErr w:type="spellStart"/>
      <w:r w:rsidRPr="00BE37F2">
        <w:rPr>
          <w:rFonts w:ascii="Calibri" w:hAnsi="Calibri"/>
          <w:sz w:val="21"/>
          <w:lang w:val="es-ES"/>
        </w:rPr>
        <w:t>verão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do príncipe </w:t>
      </w:r>
      <w:proofErr w:type="spellStart"/>
      <w:r w:rsidRPr="00BE37F2">
        <w:rPr>
          <w:rFonts w:ascii="Calibri" w:hAnsi="Calibri"/>
          <w:sz w:val="21"/>
          <w:lang w:val="es-ES"/>
        </w:rPr>
        <w:t>Eugênio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de </w:t>
      </w:r>
      <w:proofErr w:type="spellStart"/>
      <w:r w:rsidRPr="00BE37F2">
        <w:rPr>
          <w:rFonts w:ascii="Calibri" w:hAnsi="Calibri"/>
          <w:sz w:val="21"/>
          <w:lang w:val="es-ES"/>
        </w:rPr>
        <w:t>Saboia</w:t>
      </w:r>
      <w:proofErr w:type="spellEnd"/>
      <w:r w:rsidRPr="00BE37F2">
        <w:rPr>
          <w:rFonts w:ascii="Calibri" w:hAnsi="Calibri"/>
          <w:sz w:val="21"/>
          <w:lang w:val="es-ES"/>
        </w:rPr>
        <w:t xml:space="preserve">, de onde </w:t>
      </w:r>
      <w:proofErr w:type="spellStart"/>
      <w:r w:rsidRPr="00BE37F2">
        <w:rPr>
          <w:rFonts w:ascii="Calibri" w:hAnsi="Calibri"/>
          <w:sz w:val="21"/>
          <w:lang w:val="es-ES"/>
        </w:rPr>
        <w:t>poderá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desfrutar de </w:t>
      </w:r>
      <w:proofErr w:type="spellStart"/>
      <w:r w:rsidRPr="00BE37F2">
        <w:rPr>
          <w:rFonts w:ascii="Calibri" w:hAnsi="Calibri"/>
          <w:sz w:val="21"/>
          <w:lang w:val="es-ES"/>
        </w:rPr>
        <w:t>uma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magnífica vista da </w:t>
      </w:r>
      <w:proofErr w:type="spellStart"/>
      <w:r w:rsidRPr="00BE37F2">
        <w:rPr>
          <w:rFonts w:ascii="Calibri" w:hAnsi="Calibri"/>
          <w:sz w:val="21"/>
          <w:lang w:val="es-ES"/>
        </w:rPr>
        <w:t>cidade</w:t>
      </w:r>
      <w:proofErr w:type="spellEnd"/>
      <w:r w:rsidRPr="00BE37F2">
        <w:rPr>
          <w:rFonts w:ascii="Calibri" w:hAnsi="Calibri"/>
          <w:sz w:val="21"/>
          <w:lang w:val="es-ES"/>
        </w:rPr>
        <w:t xml:space="preserve">, </w:t>
      </w:r>
      <w:proofErr w:type="spellStart"/>
      <w:r w:rsidRPr="00BE37F2">
        <w:rPr>
          <w:rFonts w:ascii="Calibri" w:hAnsi="Calibri"/>
          <w:sz w:val="21"/>
          <w:lang w:val="es-ES"/>
        </w:rPr>
        <w:t>imortalizada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pelo artista Giovanni Antonio Canal em </w:t>
      </w:r>
      <w:proofErr w:type="spellStart"/>
      <w:r w:rsidRPr="00BE37F2">
        <w:rPr>
          <w:rFonts w:ascii="Calibri" w:hAnsi="Calibri"/>
          <w:sz w:val="21"/>
          <w:lang w:val="es-ES"/>
        </w:rPr>
        <w:t>suas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pinturas de Viena. Contin</w:t>
      </w:r>
      <w:r w:rsidRPr="00BE37F2">
        <w:rPr>
          <w:rFonts w:ascii="Calibri" w:hAnsi="Calibri"/>
          <w:sz w:val="21"/>
          <w:lang w:val="es-ES"/>
        </w:rPr>
        <w:t xml:space="preserve">uaremos pela </w:t>
      </w:r>
      <w:proofErr w:type="spellStart"/>
      <w:r w:rsidRPr="00BE37F2">
        <w:rPr>
          <w:rFonts w:ascii="Calibri" w:hAnsi="Calibri"/>
          <w:sz w:val="21"/>
          <w:lang w:val="es-ES"/>
        </w:rPr>
        <w:t>Ringstrasse</w:t>
      </w:r>
      <w:proofErr w:type="spellEnd"/>
      <w:r w:rsidRPr="00BE37F2">
        <w:rPr>
          <w:rFonts w:ascii="Calibri" w:hAnsi="Calibri"/>
          <w:sz w:val="21"/>
          <w:lang w:val="es-ES"/>
        </w:rPr>
        <w:t xml:space="preserve">, </w:t>
      </w:r>
      <w:proofErr w:type="spellStart"/>
      <w:r w:rsidRPr="00BE37F2">
        <w:rPr>
          <w:rFonts w:ascii="Calibri" w:hAnsi="Calibri"/>
          <w:sz w:val="21"/>
          <w:lang w:val="es-ES"/>
        </w:rPr>
        <w:t>com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</w:t>
      </w:r>
      <w:proofErr w:type="spellStart"/>
      <w:r w:rsidRPr="00BE37F2">
        <w:rPr>
          <w:rFonts w:ascii="Calibri" w:hAnsi="Calibri"/>
          <w:sz w:val="21"/>
          <w:lang w:val="es-ES"/>
        </w:rPr>
        <w:t>seus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magníficos </w:t>
      </w:r>
      <w:proofErr w:type="spellStart"/>
      <w:r w:rsidRPr="00BE37F2">
        <w:rPr>
          <w:rFonts w:ascii="Calibri" w:hAnsi="Calibri"/>
          <w:sz w:val="21"/>
          <w:lang w:val="es-ES"/>
        </w:rPr>
        <w:t>edifícios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como a Ópera Estatal, o </w:t>
      </w:r>
      <w:proofErr w:type="spellStart"/>
      <w:r w:rsidRPr="00BE37F2">
        <w:rPr>
          <w:rFonts w:ascii="Calibri" w:hAnsi="Calibri"/>
          <w:sz w:val="21"/>
          <w:lang w:val="es-ES"/>
        </w:rPr>
        <w:t>Museu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de </w:t>
      </w:r>
      <w:proofErr w:type="spellStart"/>
      <w:r w:rsidRPr="00BE37F2">
        <w:rPr>
          <w:rFonts w:ascii="Calibri" w:hAnsi="Calibri"/>
          <w:sz w:val="21"/>
          <w:lang w:val="es-ES"/>
        </w:rPr>
        <w:t>Ciências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</w:t>
      </w:r>
      <w:proofErr w:type="spellStart"/>
      <w:r w:rsidRPr="00BE37F2">
        <w:rPr>
          <w:rFonts w:ascii="Calibri" w:hAnsi="Calibri"/>
          <w:sz w:val="21"/>
          <w:lang w:val="es-ES"/>
        </w:rPr>
        <w:t>Naturais</w:t>
      </w:r>
      <w:proofErr w:type="spellEnd"/>
      <w:r w:rsidRPr="00BE37F2">
        <w:rPr>
          <w:rFonts w:ascii="Calibri" w:hAnsi="Calibri"/>
          <w:sz w:val="21"/>
          <w:lang w:val="es-ES"/>
        </w:rPr>
        <w:t xml:space="preserve">, o Monumento a Maria Teresa, o Parlamento austríaco, a </w:t>
      </w:r>
      <w:proofErr w:type="spellStart"/>
      <w:r w:rsidRPr="00BE37F2">
        <w:rPr>
          <w:rFonts w:ascii="Calibri" w:hAnsi="Calibri"/>
          <w:sz w:val="21"/>
          <w:lang w:val="es-ES"/>
        </w:rPr>
        <w:t>Prefeitura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de Viena, o Teatro Nacional e o </w:t>
      </w:r>
      <w:proofErr w:type="spellStart"/>
      <w:r w:rsidRPr="00BE37F2">
        <w:rPr>
          <w:rFonts w:ascii="Calibri" w:hAnsi="Calibri"/>
          <w:sz w:val="21"/>
          <w:lang w:val="es-ES"/>
        </w:rPr>
        <w:t>Hofburg</w:t>
      </w:r>
      <w:proofErr w:type="spellEnd"/>
      <w:r w:rsidRPr="00BE37F2">
        <w:rPr>
          <w:rFonts w:ascii="Calibri" w:hAnsi="Calibri"/>
          <w:sz w:val="21"/>
          <w:lang w:val="es-ES"/>
        </w:rPr>
        <w:t xml:space="preserve">, sede do </w:t>
      </w:r>
      <w:proofErr w:type="spellStart"/>
      <w:r w:rsidRPr="00BE37F2">
        <w:rPr>
          <w:rFonts w:ascii="Calibri" w:hAnsi="Calibri"/>
          <w:sz w:val="21"/>
          <w:lang w:val="es-ES"/>
        </w:rPr>
        <w:t>nosso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</w:t>
      </w:r>
      <w:proofErr w:type="gramStart"/>
      <w:r w:rsidRPr="00BE37F2">
        <w:rPr>
          <w:rFonts w:ascii="Calibri" w:hAnsi="Calibri"/>
          <w:sz w:val="21"/>
          <w:lang w:val="es-ES"/>
        </w:rPr>
        <w:t>Presidente</w:t>
      </w:r>
      <w:proofErr w:type="gramEnd"/>
      <w:r w:rsidRPr="00BE37F2">
        <w:rPr>
          <w:rFonts w:ascii="Calibri" w:hAnsi="Calibri"/>
          <w:sz w:val="21"/>
          <w:lang w:val="es-ES"/>
        </w:rPr>
        <w:t xml:space="preserve"> Federal. </w:t>
      </w:r>
      <w:proofErr w:type="spellStart"/>
      <w:r w:rsidRPr="00BE37F2">
        <w:rPr>
          <w:rFonts w:ascii="Calibri" w:hAnsi="Calibri"/>
          <w:sz w:val="21"/>
          <w:lang w:val="es-ES"/>
        </w:rPr>
        <w:t>Passeare</w:t>
      </w:r>
      <w:r w:rsidRPr="00BE37F2">
        <w:rPr>
          <w:rFonts w:ascii="Calibri" w:hAnsi="Calibri"/>
          <w:sz w:val="21"/>
          <w:lang w:val="es-ES"/>
        </w:rPr>
        <w:t>mos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pelas </w:t>
      </w:r>
      <w:proofErr w:type="spellStart"/>
      <w:r w:rsidRPr="00BE37F2">
        <w:rPr>
          <w:rFonts w:ascii="Calibri" w:hAnsi="Calibri"/>
          <w:sz w:val="21"/>
          <w:lang w:val="es-ES"/>
        </w:rPr>
        <w:t>pequenas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e idílicas </w:t>
      </w:r>
      <w:proofErr w:type="spellStart"/>
      <w:r w:rsidRPr="00BE37F2">
        <w:rPr>
          <w:rFonts w:ascii="Calibri" w:hAnsi="Calibri"/>
          <w:sz w:val="21"/>
          <w:lang w:val="es-ES"/>
        </w:rPr>
        <w:t>ruas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do centro histórico de Viena </w:t>
      </w:r>
      <w:proofErr w:type="gramStart"/>
      <w:r w:rsidRPr="00BE37F2">
        <w:rPr>
          <w:rFonts w:ascii="Calibri" w:hAnsi="Calibri"/>
          <w:sz w:val="21"/>
          <w:lang w:val="es-ES"/>
        </w:rPr>
        <w:t>e</w:t>
      </w:r>
      <w:proofErr w:type="gramEnd"/>
      <w:r w:rsidRPr="00BE37F2">
        <w:rPr>
          <w:rFonts w:ascii="Calibri" w:hAnsi="Calibri"/>
          <w:sz w:val="21"/>
          <w:lang w:val="es-ES"/>
        </w:rPr>
        <w:t xml:space="preserve"> visitaremos o interior da Catedral de Santo Estêvão, a </w:t>
      </w:r>
      <w:proofErr w:type="spellStart"/>
      <w:r w:rsidRPr="00BE37F2">
        <w:rPr>
          <w:rFonts w:ascii="Calibri" w:hAnsi="Calibri"/>
          <w:sz w:val="21"/>
          <w:lang w:val="es-ES"/>
        </w:rPr>
        <w:t>maior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da </w:t>
      </w:r>
      <w:proofErr w:type="spellStart"/>
      <w:r w:rsidRPr="00BE37F2">
        <w:rPr>
          <w:rFonts w:ascii="Calibri" w:hAnsi="Calibri"/>
          <w:sz w:val="21"/>
          <w:lang w:val="es-ES"/>
        </w:rPr>
        <w:t>cidade</w:t>
      </w:r>
      <w:proofErr w:type="spellEnd"/>
      <w:r w:rsidRPr="00BE37F2">
        <w:rPr>
          <w:rFonts w:ascii="Calibri" w:hAnsi="Calibri"/>
          <w:sz w:val="21"/>
          <w:lang w:val="es-ES"/>
        </w:rPr>
        <w:t xml:space="preserve">. </w:t>
      </w:r>
      <w:proofErr w:type="spellStart"/>
      <w:r w:rsidRPr="00BE37F2">
        <w:rPr>
          <w:rFonts w:ascii="Calibri" w:hAnsi="Calibri"/>
          <w:sz w:val="21"/>
          <w:lang w:val="es-ES"/>
        </w:rPr>
        <w:t>Também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</w:t>
      </w:r>
      <w:proofErr w:type="spellStart"/>
      <w:r w:rsidRPr="00BE37F2">
        <w:rPr>
          <w:rFonts w:ascii="Calibri" w:hAnsi="Calibri"/>
          <w:sz w:val="21"/>
          <w:lang w:val="es-ES"/>
        </w:rPr>
        <w:t>passaremos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pelo </w:t>
      </w:r>
      <w:proofErr w:type="spellStart"/>
      <w:r w:rsidRPr="00BE37F2">
        <w:rPr>
          <w:rFonts w:ascii="Calibri" w:hAnsi="Calibri"/>
          <w:sz w:val="21"/>
          <w:lang w:val="es-ES"/>
        </w:rPr>
        <w:t>Relógio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Anker </w:t>
      </w:r>
      <w:proofErr w:type="gramStart"/>
      <w:r w:rsidRPr="00BE37F2">
        <w:rPr>
          <w:rFonts w:ascii="Calibri" w:hAnsi="Calibri"/>
          <w:sz w:val="21"/>
          <w:lang w:val="es-ES"/>
        </w:rPr>
        <w:t>e</w:t>
      </w:r>
      <w:proofErr w:type="gramEnd"/>
      <w:r w:rsidRPr="00BE37F2">
        <w:rPr>
          <w:rFonts w:ascii="Calibri" w:hAnsi="Calibri"/>
          <w:sz w:val="21"/>
          <w:lang w:val="es-ES"/>
        </w:rPr>
        <w:t xml:space="preserve"> pelo </w:t>
      </w:r>
      <w:proofErr w:type="spellStart"/>
      <w:r w:rsidRPr="00BE37F2">
        <w:rPr>
          <w:rFonts w:ascii="Calibri" w:hAnsi="Calibri"/>
          <w:sz w:val="21"/>
          <w:lang w:val="es-ES"/>
        </w:rPr>
        <w:t>bairro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</w:t>
      </w:r>
      <w:proofErr w:type="spellStart"/>
      <w:r w:rsidRPr="00BE37F2">
        <w:rPr>
          <w:rFonts w:ascii="Calibri" w:hAnsi="Calibri"/>
          <w:sz w:val="21"/>
          <w:lang w:val="es-ES"/>
        </w:rPr>
        <w:t>judeu</w:t>
      </w:r>
      <w:proofErr w:type="spellEnd"/>
      <w:r w:rsidRPr="00BE37F2">
        <w:rPr>
          <w:rFonts w:ascii="Calibri" w:hAnsi="Calibri"/>
          <w:sz w:val="21"/>
          <w:lang w:val="es-ES"/>
        </w:rPr>
        <w:t xml:space="preserve">. O </w:t>
      </w:r>
      <w:proofErr w:type="spellStart"/>
      <w:r w:rsidRPr="00BE37F2">
        <w:rPr>
          <w:rFonts w:ascii="Calibri" w:hAnsi="Calibri"/>
          <w:sz w:val="21"/>
          <w:lang w:val="es-ES"/>
        </w:rPr>
        <w:t>percurso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termina no centro, </w:t>
      </w:r>
      <w:proofErr w:type="spellStart"/>
      <w:r w:rsidRPr="00BE37F2">
        <w:rPr>
          <w:rFonts w:ascii="Calibri" w:hAnsi="Calibri"/>
          <w:sz w:val="21"/>
          <w:lang w:val="es-ES"/>
        </w:rPr>
        <w:t>na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Maria-</w:t>
      </w:r>
      <w:proofErr w:type="spellStart"/>
      <w:r w:rsidRPr="00BE37F2">
        <w:rPr>
          <w:rFonts w:ascii="Calibri" w:hAnsi="Calibri"/>
          <w:sz w:val="21"/>
          <w:lang w:val="es-ES"/>
        </w:rPr>
        <w:t>Theresien</w:t>
      </w:r>
      <w:proofErr w:type="spellEnd"/>
      <w:r w:rsidRPr="00BE37F2">
        <w:rPr>
          <w:rFonts w:ascii="Calibri" w:hAnsi="Calibri"/>
          <w:sz w:val="21"/>
          <w:lang w:val="es-ES"/>
        </w:rPr>
        <w:t>-</w:t>
      </w:r>
      <w:proofErr w:type="spellStart"/>
      <w:r w:rsidRPr="00BE37F2">
        <w:rPr>
          <w:rFonts w:ascii="Calibri" w:hAnsi="Calibri"/>
          <w:sz w:val="21"/>
          <w:lang w:val="es-ES"/>
        </w:rPr>
        <w:t>Platz</w:t>
      </w:r>
      <w:proofErr w:type="spellEnd"/>
      <w:r w:rsidRPr="00BE37F2">
        <w:rPr>
          <w:rFonts w:ascii="Calibri" w:hAnsi="Calibri"/>
          <w:sz w:val="21"/>
          <w:lang w:val="es-ES"/>
        </w:rPr>
        <w:t xml:space="preserve">. </w:t>
      </w:r>
      <w:proofErr w:type="spellStart"/>
      <w:r w:rsidRPr="00BE37F2">
        <w:rPr>
          <w:rFonts w:ascii="Calibri" w:hAnsi="Calibri"/>
          <w:sz w:val="21"/>
          <w:lang w:val="es-ES"/>
        </w:rPr>
        <w:t>Após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a visita </w:t>
      </w:r>
      <w:proofErr w:type="spellStart"/>
      <w:r w:rsidRPr="00BE37F2">
        <w:rPr>
          <w:rFonts w:ascii="Calibri" w:hAnsi="Calibri"/>
          <w:sz w:val="21"/>
          <w:lang w:val="es-ES"/>
        </w:rPr>
        <w:t>panorâmica</w:t>
      </w:r>
      <w:proofErr w:type="spellEnd"/>
      <w:r w:rsidRPr="00BE37F2">
        <w:rPr>
          <w:rFonts w:ascii="Calibri" w:hAnsi="Calibri"/>
          <w:sz w:val="21"/>
          <w:lang w:val="es-ES"/>
        </w:rPr>
        <w:t xml:space="preserve">, </w:t>
      </w:r>
      <w:proofErr w:type="spellStart"/>
      <w:r w:rsidRPr="00BE37F2">
        <w:rPr>
          <w:rFonts w:ascii="Calibri" w:hAnsi="Calibri"/>
          <w:sz w:val="21"/>
          <w:lang w:val="es-ES"/>
        </w:rPr>
        <w:t>terá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a </w:t>
      </w:r>
      <w:proofErr w:type="spellStart"/>
      <w:r w:rsidRPr="00BE37F2">
        <w:rPr>
          <w:rFonts w:ascii="Calibri" w:hAnsi="Calibri"/>
          <w:sz w:val="21"/>
          <w:lang w:val="es-ES"/>
        </w:rPr>
        <w:t>opção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de participar de </w:t>
      </w:r>
      <w:proofErr w:type="spellStart"/>
      <w:r w:rsidRPr="00BE37F2">
        <w:rPr>
          <w:rFonts w:ascii="Calibri" w:hAnsi="Calibri"/>
          <w:sz w:val="21"/>
          <w:lang w:val="es-ES"/>
        </w:rPr>
        <w:t>uma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visita </w:t>
      </w:r>
      <w:proofErr w:type="spellStart"/>
      <w:r w:rsidRPr="00BE37F2">
        <w:rPr>
          <w:rFonts w:ascii="Calibri" w:hAnsi="Calibri"/>
          <w:sz w:val="21"/>
          <w:lang w:val="es-ES"/>
        </w:rPr>
        <w:t>ao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</w:t>
      </w:r>
      <w:proofErr w:type="spellStart"/>
      <w:r w:rsidRPr="00BE37F2">
        <w:rPr>
          <w:rFonts w:ascii="Calibri" w:hAnsi="Calibri"/>
          <w:sz w:val="21"/>
          <w:lang w:val="es-ES"/>
        </w:rPr>
        <w:t>Palácio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de </w:t>
      </w:r>
      <w:proofErr w:type="spellStart"/>
      <w:r w:rsidRPr="00BE37F2">
        <w:rPr>
          <w:rFonts w:ascii="Calibri" w:hAnsi="Calibri"/>
          <w:sz w:val="21"/>
          <w:lang w:val="es-ES"/>
        </w:rPr>
        <w:t>Schönbrunn</w:t>
      </w:r>
      <w:proofErr w:type="spellEnd"/>
      <w:r w:rsidRPr="00BE37F2">
        <w:rPr>
          <w:rFonts w:ascii="Calibri" w:hAnsi="Calibri"/>
          <w:sz w:val="21"/>
          <w:lang w:val="es-ES"/>
        </w:rPr>
        <w:t xml:space="preserve">. À tarde, </w:t>
      </w:r>
      <w:proofErr w:type="spellStart"/>
      <w:r w:rsidRPr="00BE37F2">
        <w:rPr>
          <w:rFonts w:ascii="Calibri" w:hAnsi="Calibri"/>
          <w:sz w:val="21"/>
          <w:lang w:val="es-ES"/>
        </w:rPr>
        <w:t>oferecemos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a </w:t>
      </w:r>
      <w:proofErr w:type="spellStart"/>
      <w:r w:rsidRPr="00BE37F2">
        <w:rPr>
          <w:rFonts w:ascii="Calibri" w:hAnsi="Calibri"/>
          <w:sz w:val="21"/>
          <w:lang w:val="es-ES"/>
        </w:rPr>
        <w:t>possibilidade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de </w:t>
      </w:r>
      <w:proofErr w:type="spellStart"/>
      <w:r w:rsidRPr="00BE37F2">
        <w:rPr>
          <w:rFonts w:ascii="Calibri" w:hAnsi="Calibri"/>
          <w:sz w:val="21"/>
          <w:lang w:val="es-ES"/>
        </w:rPr>
        <w:t>assistir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a </w:t>
      </w:r>
      <w:proofErr w:type="spellStart"/>
      <w:r w:rsidRPr="00BE37F2">
        <w:rPr>
          <w:rFonts w:ascii="Calibri" w:hAnsi="Calibri"/>
          <w:sz w:val="21"/>
          <w:lang w:val="es-ES"/>
        </w:rPr>
        <w:t>um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</w:t>
      </w:r>
      <w:proofErr w:type="spellStart"/>
      <w:r w:rsidRPr="00BE37F2">
        <w:rPr>
          <w:rFonts w:ascii="Calibri" w:hAnsi="Calibri"/>
          <w:sz w:val="21"/>
          <w:lang w:val="es-ES"/>
        </w:rPr>
        <w:t>concerto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de música </w:t>
      </w:r>
      <w:proofErr w:type="spellStart"/>
      <w:r w:rsidRPr="00BE37F2">
        <w:rPr>
          <w:rFonts w:ascii="Calibri" w:hAnsi="Calibri"/>
          <w:sz w:val="21"/>
          <w:lang w:val="es-ES"/>
        </w:rPr>
        <w:t>clássica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(ambas </w:t>
      </w:r>
      <w:proofErr w:type="spellStart"/>
      <w:r w:rsidRPr="00BE37F2">
        <w:rPr>
          <w:rFonts w:ascii="Calibri" w:hAnsi="Calibri"/>
          <w:sz w:val="21"/>
          <w:lang w:val="es-ES"/>
        </w:rPr>
        <w:t>não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</w:t>
      </w:r>
      <w:proofErr w:type="spellStart"/>
      <w:r w:rsidRPr="00BE37F2">
        <w:rPr>
          <w:rFonts w:ascii="Calibri" w:hAnsi="Calibri"/>
          <w:sz w:val="21"/>
          <w:lang w:val="es-ES"/>
        </w:rPr>
        <w:t>incluídas</w:t>
      </w:r>
      <w:proofErr w:type="spellEnd"/>
      <w:r w:rsidRPr="00BE37F2">
        <w:rPr>
          <w:rFonts w:ascii="Calibri" w:hAnsi="Calibri"/>
          <w:sz w:val="21"/>
          <w:lang w:val="es-ES"/>
        </w:rPr>
        <w:t>).</w:t>
      </w:r>
    </w:p>
    <w:p w14:paraId="1A8D99D9" w14:textId="77777777" w:rsidR="008D53FD" w:rsidRPr="00BE37F2" w:rsidRDefault="008D53FD">
      <w:pPr>
        <w:spacing w:after="80"/>
        <w:rPr>
          <w:lang w:val="es-ES"/>
        </w:rPr>
      </w:pPr>
    </w:p>
    <w:p w14:paraId="4553E3A3" w14:textId="77777777" w:rsidR="008D53FD" w:rsidRPr="00BE37F2" w:rsidRDefault="00BE37F2">
      <w:pPr>
        <w:pStyle w:val="Ttulo2"/>
        <w:spacing w:before="120" w:after="60"/>
        <w:rPr>
          <w:lang w:val="es-ES"/>
        </w:rPr>
      </w:pPr>
      <w:r w:rsidRPr="00BE37F2">
        <w:rPr>
          <w:rFonts w:ascii="Calibri" w:hAnsi="Calibri"/>
          <w:sz w:val="22"/>
          <w:lang w:val="es-ES"/>
        </w:rPr>
        <w:t>DIA 3 SAB VIENA</w:t>
      </w:r>
    </w:p>
    <w:p w14:paraId="3E50BAD5" w14:textId="77777777" w:rsidR="008D53FD" w:rsidRPr="00BE37F2" w:rsidRDefault="00BE37F2">
      <w:pPr>
        <w:spacing w:after="80"/>
        <w:rPr>
          <w:lang w:val="es-ES"/>
        </w:rPr>
      </w:pPr>
      <w:r w:rsidRPr="00BE37F2">
        <w:rPr>
          <w:rFonts w:ascii="Calibri" w:hAnsi="Calibri"/>
          <w:sz w:val="21"/>
          <w:lang w:val="es-ES"/>
        </w:rPr>
        <w:t xml:space="preserve">Dia </w:t>
      </w:r>
      <w:proofErr w:type="spellStart"/>
      <w:r w:rsidRPr="00BE37F2">
        <w:rPr>
          <w:rFonts w:ascii="Calibri" w:hAnsi="Calibri"/>
          <w:sz w:val="21"/>
          <w:lang w:val="es-ES"/>
        </w:rPr>
        <w:t>livre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para continuar </w:t>
      </w:r>
      <w:proofErr w:type="spellStart"/>
      <w:r w:rsidRPr="00BE37F2">
        <w:rPr>
          <w:rFonts w:ascii="Calibri" w:hAnsi="Calibri"/>
          <w:sz w:val="21"/>
          <w:lang w:val="es-ES"/>
        </w:rPr>
        <w:t>aproveitando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a </w:t>
      </w:r>
      <w:proofErr w:type="spellStart"/>
      <w:r w:rsidRPr="00BE37F2">
        <w:rPr>
          <w:rFonts w:ascii="Calibri" w:hAnsi="Calibri"/>
          <w:sz w:val="21"/>
          <w:lang w:val="es-ES"/>
        </w:rPr>
        <w:t>cidade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no </w:t>
      </w:r>
      <w:proofErr w:type="spellStart"/>
      <w:r w:rsidRPr="00BE37F2">
        <w:rPr>
          <w:rFonts w:ascii="Calibri" w:hAnsi="Calibri"/>
          <w:sz w:val="21"/>
          <w:lang w:val="es-ES"/>
        </w:rPr>
        <w:t>seu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</w:t>
      </w:r>
      <w:proofErr w:type="spellStart"/>
      <w:r w:rsidRPr="00BE37F2">
        <w:rPr>
          <w:rFonts w:ascii="Calibri" w:hAnsi="Calibri"/>
          <w:sz w:val="21"/>
          <w:lang w:val="es-ES"/>
        </w:rPr>
        <w:t>próprio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ritmo. Se </w:t>
      </w:r>
      <w:proofErr w:type="spellStart"/>
      <w:r w:rsidRPr="00BE37F2">
        <w:rPr>
          <w:rFonts w:ascii="Calibri" w:hAnsi="Calibri"/>
          <w:sz w:val="21"/>
          <w:lang w:val="es-ES"/>
        </w:rPr>
        <w:t>após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as </w:t>
      </w:r>
      <w:proofErr w:type="spellStart"/>
      <w:r w:rsidRPr="00BE37F2">
        <w:rPr>
          <w:rFonts w:ascii="Calibri" w:hAnsi="Calibri"/>
          <w:sz w:val="21"/>
          <w:lang w:val="es-ES"/>
        </w:rPr>
        <w:t>impressões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da capital </w:t>
      </w:r>
      <w:proofErr w:type="spellStart"/>
      <w:r w:rsidRPr="00BE37F2">
        <w:rPr>
          <w:rFonts w:ascii="Calibri" w:hAnsi="Calibri"/>
          <w:sz w:val="21"/>
          <w:lang w:val="es-ES"/>
        </w:rPr>
        <w:t>desejar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se </w:t>
      </w:r>
      <w:proofErr w:type="spellStart"/>
      <w:r w:rsidRPr="00BE37F2">
        <w:rPr>
          <w:rFonts w:ascii="Calibri" w:hAnsi="Calibri"/>
          <w:sz w:val="21"/>
          <w:lang w:val="es-ES"/>
        </w:rPr>
        <w:t>aprofundar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</w:t>
      </w:r>
      <w:proofErr w:type="spellStart"/>
      <w:r w:rsidRPr="00BE37F2">
        <w:rPr>
          <w:rFonts w:ascii="Calibri" w:hAnsi="Calibri"/>
          <w:sz w:val="21"/>
          <w:lang w:val="es-ES"/>
        </w:rPr>
        <w:t>na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</w:t>
      </w:r>
      <w:proofErr w:type="spellStart"/>
      <w:r w:rsidRPr="00BE37F2">
        <w:rPr>
          <w:rFonts w:ascii="Calibri" w:hAnsi="Calibri"/>
          <w:sz w:val="21"/>
          <w:lang w:val="es-ES"/>
        </w:rPr>
        <w:t>natureza</w:t>
      </w:r>
      <w:proofErr w:type="spellEnd"/>
      <w:r w:rsidRPr="00BE37F2">
        <w:rPr>
          <w:rFonts w:ascii="Calibri" w:hAnsi="Calibri"/>
          <w:sz w:val="21"/>
          <w:lang w:val="es-ES"/>
        </w:rPr>
        <w:t xml:space="preserve">, recomendamos participar de </w:t>
      </w:r>
      <w:proofErr w:type="spellStart"/>
      <w:r w:rsidRPr="00BE37F2">
        <w:rPr>
          <w:rFonts w:ascii="Calibri" w:hAnsi="Calibri"/>
          <w:sz w:val="21"/>
          <w:lang w:val="es-ES"/>
        </w:rPr>
        <w:t>uma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</w:t>
      </w:r>
      <w:proofErr w:type="spellStart"/>
      <w:r w:rsidRPr="00BE37F2">
        <w:rPr>
          <w:rFonts w:ascii="Calibri" w:hAnsi="Calibri"/>
          <w:sz w:val="21"/>
          <w:lang w:val="es-ES"/>
        </w:rPr>
        <w:t>excursão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opcional </w:t>
      </w:r>
      <w:proofErr w:type="spellStart"/>
      <w:r w:rsidRPr="00BE37F2">
        <w:rPr>
          <w:rFonts w:ascii="Calibri" w:hAnsi="Calibri"/>
          <w:sz w:val="21"/>
          <w:lang w:val="es-ES"/>
        </w:rPr>
        <w:t>ao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famoso Vale do </w:t>
      </w:r>
      <w:proofErr w:type="spellStart"/>
      <w:r w:rsidRPr="00BE37F2">
        <w:rPr>
          <w:rFonts w:ascii="Calibri" w:hAnsi="Calibri"/>
          <w:sz w:val="21"/>
          <w:lang w:val="es-ES"/>
        </w:rPr>
        <w:t>Danúbio</w:t>
      </w:r>
      <w:proofErr w:type="spellEnd"/>
      <w:r w:rsidRPr="00BE37F2">
        <w:rPr>
          <w:rFonts w:ascii="Calibri" w:hAnsi="Calibri"/>
          <w:sz w:val="21"/>
          <w:lang w:val="es-ES"/>
        </w:rPr>
        <w:t xml:space="preserve">, situado a cerca de 80 </w:t>
      </w:r>
      <w:proofErr w:type="spellStart"/>
      <w:r w:rsidRPr="00BE37F2">
        <w:rPr>
          <w:rFonts w:ascii="Calibri" w:hAnsi="Calibri"/>
          <w:sz w:val="21"/>
          <w:lang w:val="es-ES"/>
        </w:rPr>
        <w:t>quilômetros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de Viena </w:t>
      </w:r>
      <w:proofErr w:type="spellStart"/>
      <w:r w:rsidRPr="00BE37F2">
        <w:rPr>
          <w:rFonts w:ascii="Calibri" w:hAnsi="Calibri"/>
          <w:sz w:val="21"/>
          <w:lang w:val="es-ES"/>
        </w:rPr>
        <w:t>e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considerado </w:t>
      </w:r>
      <w:proofErr w:type="spellStart"/>
      <w:r w:rsidRPr="00BE37F2">
        <w:rPr>
          <w:rFonts w:ascii="Calibri" w:hAnsi="Calibri"/>
          <w:sz w:val="21"/>
          <w:lang w:val="es-ES"/>
        </w:rPr>
        <w:t>um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dos trechos </w:t>
      </w:r>
      <w:proofErr w:type="spellStart"/>
      <w:r w:rsidRPr="00BE37F2">
        <w:rPr>
          <w:rFonts w:ascii="Calibri" w:hAnsi="Calibri"/>
          <w:sz w:val="21"/>
          <w:lang w:val="es-ES"/>
        </w:rPr>
        <w:t>mais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</w:t>
      </w:r>
      <w:proofErr w:type="spellStart"/>
      <w:r w:rsidRPr="00BE37F2">
        <w:rPr>
          <w:rFonts w:ascii="Calibri" w:hAnsi="Calibri"/>
          <w:sz w:val="21"/>
          <w:lang w:val="es-ES"/>
        </w:rPr>
        <w:t>belos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do rio</w:t>
      </w:r>
      <w:r w:rsidRPr="00BE37F2">
        <w:rPr>
          <w:rFonts w:ascii="Calibri" w:hAnsi="Calibri"/>
          <w:sz w:val="21"/>
          <w:lang w:val="es-ES"/>
        </w:rPr>
        <w:t xml:space="preserve"> (</w:t>
      </w:r>
      <w:proofErr w:type="spellStart"/>
      <w:r w:rsidRPr="00BE37F2">
        <w:rPr>
          <w:rFonts w:ascii="Calibri" w:hAnsi="Calibri"/>
          <w:sz w:val="21"/>
          <w:lang w:val="es-ES"/>
        </w:rPr>
        <w:t>não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</w:t>
      </w:r>
      <w:proofErr w:type="spellStart"/>
      <w:r w:rsidRPr="00BE37F2">
        <w:rPr>
          <w:rFonts w:ascii="Calibri" w:hAnsi="Calibri"/>
          <w:sz w:val="21"/>
          <w:lang w:val="es-ES"/>
        </w:rPr>
        <w:t>incluída</w:t>
      </w:r>
      <w:proofErr w:type="spellEnd"/>
      <w:r w:rsidRPr="00BE37F2">
        <w:rPr>
          <w:rFonts w:ascii="Calibri" w:hAnsi="Calibri"/>
          <w:sz w:val="21"/>
          <w:lang w:val="es-ES"/>
        </w:rPr>
        <w:t>).</w:t>
      </w:r>
    </w:p>
    <w:p w14:paraId="3A1C5652" w14:textId="77777777" w:rsidR="008D53FD" w:rsidRPr="00BE37F2" w:rsidRDefault="008D53FD">
      <w:pPr>
        <w:spacing w:after="80"/>
        <w:rPr>
          <w:lang w:val="es-ES"/>
        </w:rPr>
      </w:pPr>
    </w:p>
    <w:p w14:paraId="6C285291" w14:textId="77777777" w:rsidR="008D53FD" w:rsidRPr="00BE37F2" w:rsidRDefault="00BE37F2">
      <w:pPr>
        <w:pStyle w:val="Ttulo2"/>
        <w:spacing w:before="120" w:after="60"/>
        <w:rPr>
          <w:lang w:val="es-ES"/>
        </w:rPr>
      </w:pPr>
      <w:r w:rsidRPr="00BE37F2">
        <w:rPr>
          <w:rFonts w:ascii="Calibri" w:hAnsi="Calibri"/>
          <w:sz w:val="22"/>
          <w:lang w:val="es-ES"/>
        </w:rPr>
        <w:t>DIA 4 DOM VIENA - BUDAPESTE</w:t>
      </w:r>
    </w:p>
    <w:p w14:paraId="61F46927" w14:textId="77777777" w:rsidR="008D53FD" w:rsidRPr="00BE37F2" w:rsidRDefault="00BE37F2">
      <w:pPr>
        <w:spacing w:after="80"/>
        <w:rPr>
          <w:lang w:val="es-ES"/>
        </w:rPr>
      </w:pPr>
      <w:proofErr w:type="spellStart"/>
      <w:r w:rsidRPr="00BE37F2">
        <w:rPr>
          <w:rFonts w:ascii="Calibri" w:hAnsi="Calibri"/>
          <w:sz w:val="21"/>
          <w:lang w:val="es-ES"/>
        </w:rPr>
        <w:t>Começaremos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o </w:t>
      </w:r>
      <w:proofErr w:type="spellStart"/>
      <w:r w:rsidRPr="00BE37F2">
        <w:rPr>
          <w:rFonts w:ascii="Calibri" w:hAnsi="Calibri"/>
          <w:sz w:val="21"/>
          <w:lang w:val="es-ES"/>
        </w:rPr>
        <w:t>dia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</w:t>
      </w:r>
      <w:proofErr w:type="spellStart"/>
      <w:r w:rsidRPr="00BE37F2">
        <w:rPr>
          <w:rFonts w:ascii="Calibri" w:hAnsi="Calibri"/>
          <w:sz w:val="21"/>
          <w:lang w:val="es-ES"/>
        </w:rPr>
        <w:t>com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a </w:t>
      </w:r>
      <w:proofErr w:type="spellStart"/>
      <w:r w:rsidRPr="00BE37F2">
        <w:rPr>
          <w:rFonts w:ascii="Calibri" w:hAnsi="Calibri"/>
          <w:sz w:val="21"/>
          <w:lang w:val="es-ES"/>
        </w:rPr>
        <w:t>saída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em </w:t>
      </w:r>
      <w:proofErr w:type="spellStart"/>
      <w:r w:rsidRPr="00BE37F2">
        <w:rPr>
          <w:rFonts w:ascii="Calibri" w:hAnsi="Calibri"/>
          <w:sz w:val="21"/>
          <w:lang w:val="es-ES"/>
        </w:rPr>
        <w:t>direção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à </w:t>
      </w:r>
      <w:proofErr w:type="spellStart"/>
      <w:r w:rsidRPr="00BE37F2">
        <w:rPr>
          <w:rFonts w:ascii="Calibri" w:hAnsi="Calibri"/>
          <w:sz w:val="21"/>
          <w:lang w:val="es-ES"/>
        </w:rPr>
        <w:t>Hungria</w:t>
      </w:r>
      <w:proofErr w:type="spellEnd"/>
      <w:r w:rsidRPr="00BE37F2">
        <w:rPr>
          <w:rFonts w:ascii="Calibri" w:hAnsi="Calibri"/>
          <w:sz w:val="21"/>
          <w:lang w:val="es-ES"/>
        </w:rPr>
        <w:t xml:space="preserve">. </w:t>
      </w:r>
      <w:proofErr w:type="spellStart"/>
      <w:r w:rsidRPr="00BE37F2">
        <w:rPr>
          <w:rFonts w:ascii="Calibri" w:hAnsi="Calibri"/>
          <w:sz w:val="21"/>
          <w:lang w:val="es-ES"/>
        </w:rPr>
        <w:t>Aproveite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o </w:t>
      </w:r>
      <w:proofErr w:type="spellStart"/>
      <w:r w:rsidRPr="00BE37F2">
        <w:rPr>
          <w:rFonts w:ascii="Calibri" w:hAnsi="Calibri"/>
          <w:sz w:val="21"/>
          <w:lang w:val="es-ES"/>
        </w:rPr>
        <w:t>trajeto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em </w:t>
      </w:r>
      <w:proofErr w:type="spellStart"/>
      <w:r w:rsidRPr="00BE37F2">
        <w:rPr>
          <w:rFonts w:ascii="Calibri" w:hAnsi="Calibri"/>
          <w:sz w:val="21"/>
          <w:lang w:val="es-ES"/>
        </w:rPr>
        <w:t>nosso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</w:t>
      </w:r>
      <w:proofErr w:type="spellStart"/>
      <w:r w:rsidRPr="00BE37F2">
        <w:rPr>
          <w:rFonts w:ascii="Calibri" w:hAnsi="Calibri"/>
          <w:sz w:val="21"/>
          <w:lang w:val="es-ES"/>
        </w:rPr>
        <w:t>ônibus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que nos </w:t>
      </w:r>
      <w:proofErr w:type="spellStart"/>
      <w:r w:rsidRPr="00BE37F2">
        <w:rPr>
          <w:rFonts w:ascii="Calibri" w:hAnsi="Calibri"/>
          <w:sz w:val="21"/>
          <w:lang w:val="es-ES"/>
        </w:rPr>
        <w:t>levará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à capital, </w:t>
      </w:r>
      <w:proofErr w:type="spellStart"/>
      <w:r w:rsidRPr="00BE37F2">
        <w:rPr>
          <w:rFonts w:ascii="Calibri" w:hAnsi="Calibri"/>
          <w:sz w:val="21"/>
          <w:lang w:val="es-ES"/>
        </w:rPr>
        <w:t>Budapeste</w:t>
      </w:r>
      <w:proofErr w:type="spellEnd"/>
      <w:r w:rsidRPr="00BE37F2">
        <w:rPr>
          <w:rFonts w:ascii="Calibri" w:hAnsi="Calibri"/>
          <w:sz w:val="21"/>
          <w:lang w:val="es-ES"/>
        </w:rPr>
        <w:t xml:space="preserve">, </w:t>
      </w:r>
      <w:proofErr w:type="spellStart"/>
      <w:r w:rsidRPr="00BE37F2">
        <w:rPr>
          <w:rFonts w:ascii="Calibri" w:hAnsi="Calibri"/>
          <w:sz w:val="21"/>
          <w:lang w:val="es-ES"/>
        </w:rPr>
        <w:t>frequentemente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</w:t>
      </w:r>
      <w:proofErr w:type="spellStart"/>
      <w:r w:rsidRPr="00BE37F2">
        <w:rPr>
          <w:rFonts w:ascii="Calibri" w:hAnsi="Calibri"/>
          <w:sz w:val="21"/>
          <w:lang w:val="es-ES"/>
        </w:rPr>
        <w:t>conhecida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como a </w:t>
      </w:r>
      <w:proofErr w:type="spellStart"/>
      <w:r w:rsidRPr="00BE37F2">
        <w:rPr>
          <w:rFonts w:ascii="Calibri" w:hAnsi="Calibri"/>
          <w:sz w:val="21"/>
          <w:lang w:val="es-ES"/>
        </w:rPr>
        <w:t>Pérola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do </w:t>
      </w:r>
      <w:proofErr w:type="spellStart"/>
      <w:r w:rsidRPr="00BE37F2">
        <w:rPr>
          <w:rFonts w:ascii="Calibri" w:hAnsi="Calibri"/>
          <w:sz w:val="21"/>
          <w:lang w:val="es-ES"/>
        </w:rPr>
        <w:t>Danúbio</w:t>
      </w:r>
      <w:proofErr w:type="spellEnd"/>
      <w:r w:rsidRPr="00BE37F2">
        <w:rPr>
          <w:rFonts w:ascii="Calibri" w:hAnsi="Calibri"/>
          <w:sz w:val="21"/>
          <w:lang w:val="es-ES"/>
        </w:rPr>
        <w:t xml:space="preserve">. </w:t>
      </w:r>
      <w:proofErr w:type="spellStart"/>
      <w:r w:rsidRPr="00BE37F2">
        <w:rPr>
          <w:rFonts w:ascii="Calibri" w:hAnsi="Calibri"/>
          <w:sz w:val="21"/>
          <w:lang w:val="es-ES"/>
        </w:rPr>
        <w:t>Ao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</w:t>
      </w:r>
      <w:proofErr w:type="spellStart"/>
      <w:r w:rsidRPr="00BE37F2">
        <w:rPr>
          <w:rFonts w:ascii="Calibri" w:hAnsi="Calibri"/>
          <w:sz w:val="21"/>
          <w:lang w:val="es-ES"/>
        </w:rPr>
        <w:t>chegar</w:t>
      </w:r>
      <w:proofErr w:type="spellEnd"/>
      <w:r w:rsidRPr="00BE37F2">
        <w:rPr>
          <w:rFonts w:ascii="Calibri" w:hAnsi="Calibri"/>
          <w:sz w:val="21"/>
          <w:lang w:val="es-ES"/>
        </w:rPr>
        <w:t xml:space="preserve">, realizaremos </w:t>
      </w:r>
      <w:proofErr w:type="spellStart"/>
      <w:r w:rsidRPr="00BE37F2">
        <w:rPr>
          <w:rFonts w:ascii="Calibri" w:hAnsi="Calibri"/>
          <w:sz w:val="21"/>
          <w:lang w:val="es-ES"/>
        </w:rPr>
        <w:t>uma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visita</w:t>
      </w:r>
      <w:r w:rsidRPr="00BE37F2">
        <w:rPr>
          <w:rFonts w:ascii="Calibri" w:hAnsi="Calibri"/>
          <w:sz w:val="21"/>
          <w:lang w:val="es-ES"/>
        </w:rPr>
        <w:t xml:space="preserve"> da </w:t>
      </w:r>
      <w:proofErr w:type="spellStart"/>
      <w:r w:rsidRPr="00BE37F2">
        <w:rPr>
          <w:rFonts w:ascii="Calibri" w:hAnsi="Calibri"/>
          <w:sz w:val="21"/>
          <w:lang w:val="es-ES"/>
        </w:rPr>
        <w:t>cidade</w:t>
      </w:r>
      <w:proofErr w:type="spellEnd"/>
      <w:r w:rsidRPr="00BE37F2">
        <w:rPr>
          <w:rFonts w:ascii="Calibri" w:hAnsi="Calibri"/>
          <w:sz w:val="21"/>
          <w:lang w:val="es-ES"/>
        </w:rPr>
        <w:t xml:space="preserve">. </w:t>
      </w:r>
      <w:proofErr w:type="spellStart"/>
      <w:r w:rsidRPr="00BE37F2">
        <w:rPr>
          <w:rFonts w:ascii="Calibri" w:hAnsi="Calibri"/>
          <w:sz w:val="21"/>
          <w:lang w:val="es-ES"/>
        </w:rPr>
        <w:t>Budapeste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está dividida em </w:t>
      </w:r>
      <w:proofErr w:type="spellStart"/>
      <w:r w:rsidRPr="00BE37F2">
        <w:rPr>
          <w:rFonts w:ascii="Calibri" w:hAnsi="Calibri"/>
          <w:sz w:val="21"/>
          <w:lang w:val="es-ES"/>
        </w:rPr>
        <w:t>duas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partes: Buda, onde se </w:t>
      </w:r>
      <w:proofErr w:type="spellStart"/>
      <w:r w:rsidRPr="00BE37F2">
        <w:rPr>
          <w:rFonts w:ascii="Calibri" w:hAnsi="Calibri"/>
          <w:sz w:val="21"/>
          <w:lang w:val="es-ES"/>
        </w:rPr>
        <w:t>encontram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o centro histórico, as </w:t>
      </w:r>
      <w:proofErr w:type="spellStart"/>
      <w:r w:rsidRPr="00BE37F2">
        <w:rPr>
          <w:rFonts w:ascii="Calibri" w:hAnsi="Calibri"/>
          <w:sz w:val="21"/>
          <w:lang w:val="es-ES"/>
        </w:rPr>
        <w:t>embaixadas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e as </w:t>
      </w:r>
      <w:proofErr w:type="spellStart"/>
      <w:r w:rsidRPr="00BE37F2">
        <w:rPr>
          <w:rFonts w:ascii="Calibri" w:hAnsi="Calibri"/>
          <w:sz w:val="21"/>
          <w:lang w:val="es-ES"/>
        </w:rPr>
        <w:t>residências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da alta </w:t>
      </w:r>
      <w:proofErr w:type="spellStart"/>
      <w:r w:rsidRPr="00BE37F2">
        <w:rPr>
          <w:rFonts w:ascii="Calibri" w:hAnsi="Calibri"/>
          <w:sz w:val="21"/>
          <w:lang w:val="es-ES"/>
        </w:rPr>
        <w:t>sociedade</w:t>
      </w:r>
      <w:proofErr w:type="spellEnd"/>
      <w:r w:rsidRPr="00BE37F2">
        <w:rPr>
          <w:rFonts w:ascii="Calibri" w:hAnsi="Calibri"/>
          <w:sz w:val="21"/>
          <w:lang w:val="es-ES"/>
        </w:rPr>
        <w:t xml:space="preserve">, e Pest, onde </w:t>
      </w:r>
      <w:proofErr w:type="spellStart"/>
      <w:r w:rsidRPr="00BE37F2">
        <w:rPr>
          <w:rFonts w:ascii="Calibri" w:hAnsi="Calibri"/>
          <w:sz w:val="21"/>
          <w:lang w:val="es-ES"/>
        </w:rPr>
        <w:t>estão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localizados a </w:t>
      </w:r>
      <w:proofErr w:type="spellStart"/>
      <w:r w:rsidRPr="00BE37F2">
        <w:rPr>
          <w:rFonts w:ascii="Calibri" w:hAnsi="Calibri"/>
          <w:sz w:val="21"/>
          <w:lang w:val="es-ES"/>
        </w:rPr>
        <w:t>maioria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dos </w:t>
      </w:r>
      <w:proofErr w:type="spellStart"/>
      <w:r w:rsidRPr="00BE37F2">
        <w:rPr>
          <w:rFonts w:ascii="Calibri" w:hAnsi="Calibri"/>
          <w:sz w:val="21"/>
          <w:lang w:val="es-ES"/>
        </w:rPr>
        <w:t>hotéis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e </w:t>
      </w:r>
      <w:proofErr w:type="spellStart"/>
      <w:r w:rsidRPr="00BE37F2">
        <w:rPr>
          <w:rFonts w:ascii="Calibri" w:hAnsi="Calibri"/>
          <w:sz w:val="21"/>
          <w:lang w:val="es-ES"/>
        </w:rPr>
        <w:t>lojas</w:t>
      </w:r>
      <w:proofErr w:type="spellEnd"/>
      <w:r w:rsidRPr="00BE37F2">
        <w:rPr>
          <w:rFonts w:ascii="Calibri" w:hAnsi="Calibri"/>
          <w:sz w:val="21"/>
          <w:lang w:val="es-ES"/>
        </w:rPr>
        <w:t xml:space="preserve">. </w:t>
      </w:r>
      <w:proofErr w:type="spellStart"/>
      <w:r w:rsidRPr="00BE37F2">
        <w:rPr>
          <w:rFonts w:ascii="Calibri" w:hAnsi="Calibri"/>
          <w:sz w:val="21"/>
          <w:lang w:val="es-ES"/>
        </w:rPr>
        <w:t>Não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</w:t>
      </w:r>
      <w:proofErr w:type="spellStart"/>
      <w:r w:rsidRPr="00BE37F2">
        <w:rPr>
          <w:rFonts w:ascii="Calibri" w:hAnsi="Calibri"/>
          <w:sz w:val="21"/>
          <w:lang w:val="es-ES"/>
        </w:rPr>
        <w:t>esqueça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de preparar </w:t>
      </w:r>
      <w:proofErr w:type="spellStart"/>
      <w:r w:rsidRPr="00BE37F2">
        <w:rPr>
          <w:rFonts w:ascii="Calibri" w:hAnsi="Calibri"/>
          <w:sz w:val="21"/>
          <w:lang w:val="es-ES"/>
        </w:rPr>
        <w:t>sua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</w:t>
      </w:r>
      <w:proofErr w:type="spellStart"/>
      <w:r w:rsidRPr="00BE37F2">
        <w:rPr>
          <w:rFonts w:ascii="Calibri" w:hAnsi="Calibri"/>
          <w:sz w:val="21"/>
          <w:lang w:val="es-ES"/>
        </w:rPr>
        <w:t>câmera</w:t>
      </w:r>
      <w:proofErr w:type="spellEnd"/>
      <w:r w:rsidRPr="00BE37F2">
        <w:rPr>
          <w:rFonts w:ascii="Calibri" w:hAnsi="Calibri"/>
          <w:sz w:val="21"/>
          <w:lang w:val="es-ES"/>
        </w:rPr>
        <w:t xml:space="preserve">. </w:t>
      </w:r>
      <w:proofErr w:type="spellStart"/>
      <w:r w:rsidRPr="00BE37F2">
        <w:rPr>
          <w:rFonts w:ascii="Calibri" w:hAnsi="Calibri"/>
          <w:sz w:val="21"/>
          <w:lang w:val="es-ES"/>
        </w:rPr>
        <w:t>Neste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</w:t>
      </w:r>
      <w:proofErr w:type="spellStart"/>
      <w:r w:rsidRPr="00BE37F2">
        <w:rPr>
          <w:rFonts w:ascii="Calibri" w:hAnsi="Calibri"/>
          <w:sz w:val="21"/>
          <w:lang w:val="es-ES"/>
        </w:rPr>
        <w:t>primeir</w:t>
      </w:r>
      <w:r w:rsidRPr="00BE37F2">
        <w:rPr>
          <w:rFonts w:ascii="Calibri" w:hAnsi="Calibri"/>
          <w:sz w:val="21"/>
          <w:lang w:val="es-ES"/>
        </w:rPr>
        <w:t>o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</w:t>
      </w:r>
      <w:proofErr w:type="spellStart"/>
      <w:r w:rsidRPr="00BE37F2">
        <w:rPr>
          <w:rFonts w:ascii="Calibri" w:hAnsi="Calibri"/>
          <w:sz w:val="21"/>
          <w:lang w:val="es-ES"/>
        </w:rPr>
        <w:t>passeio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veremos </w:t>
      </w:r>
      <w:proofErr w:type="spellStart"/>
      <w:r w:rsidRPr="00BE37F2">
        <w:rPr>
          <w:rFonts w:ascii="Calibri" w:hAnsi="Calibri"/>
          <w:sz w:val="21"/>
          <w:lang w:val="es-ES"/>
        </w:rPr>
        <w:t>a parte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de Buda, </w:t>
      </w:r>
      <w:proofErr w:type="spellStart"/>
      <w:r w:rsidRPr="00BE37F2">
        <w:rPr>
          <w:rFonts w:ascii="Calibri" w:hAnsi="Calibri"/>
          <w:sz w:val="21"/>
          <w:lang w:val="es-ES"/>
        </w:rPr>
        <w:t>caminharemos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pelo </w:t>
      </w:r>
      <w:proofErr w:type="spellStart"/>
      <w:r w:rsidRPr="00BE37F2">
        <w:rPr>
          <w:rFonts w:ascii="Calibri" w:hAnsi="Calibri"/>
          <w:sz w:val="21"/>
          <w:lang w:val="es-ES"/>
        </w:rPr>
        <w:t>bairro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do </w:t>
      </w:r>
      <w:proofErr w:type="spellStart"/>
      <w:r w:rsidRPr="00BE37F2">
        <w:rPr>
          <w:rFonts w:ascii="Calibri" w:hAnsi="Calibri"/>
          <w:sz w:val="21"/>
          <w:lang w:val="es-ES"/>
        </w:rPr>
        <w:t>castelo</w:t>
      </w:r>
      <w:proofErr w:type="spellEnd"/>
      <w:r w:rsidRPr="00BE37F2">
        <w:rPr>
          <w:rFonts w:ascii="Calibri" w:hAnsi="Calibri"/>
          <w:sz w:val="21"/>
          <w:lang w:val="es-ES"/>
        </w:rPr>
        <w:t xml:space="preserve">, onde se </w:t>
      </w:r>
      <w:proofErr w:type="spellStart"/>
      <w:r w:rsidRPr="00BE37F2">
        <w:rPr>
          <w:rFonts w:ascii="Calibri" w:hAnsi="Calibri"/>
          <w:sz w:val="21"/>
          <w:lang w:val="es-ES"/>
        </w:rPr>
        <w:t>encontram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</w:t>
      </w:r>
      <w:proofErr w:type="spellStart"/>
      <w:r w:rsidRPr="00BE37F2">
        <w:rPr>
          <w:rFonts w:ascii="Calibri" w:hAnsi="Calibri"/>
          <w:sz w:val="21"/>
          <w:lang w:val="es-ES"/>
        </w:rPr>
        <w:t>dois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dos </w:t>
      </w:r>
      <w:proofErr w:type="spellStart"/>
      <w:r w:rsidRPr="00BE37F2">
        <w:rPr>
          <w:rFonts w:ascii="Calibri" w:hAnsi="Calibri"/>
          <w:sz w:val="21"/>
          <w:lang w:val="es-ES"/>
        </w:rPr>
        <w:t>principais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destaques da </w:t>
      </w:r>
      <w:proofErr w:type="spellStart"/>
      <w:r w:rsidRPr="00BE37F2">
        <w:rPr>
          <w:rFonts w:ascii="Calibri" w:hAnsi="Calibri"/>
          <w:sz w:val="21"/>
          <w:lang w:val="es-ES"/>
        </w:rPr>
        <w:t>cidade</w:t>
      </w:r>
      <w:proofErr w:type="spellEnd"/>
      <w:r w:rsidRPr="00BE37F2">
        <w:rPr>
          <w:rFonts w:ascii="Calibri" w:hAnsi="Calibri"/>
          <w:sz w:val="21"/>
          <w:lang w:val="es-ES"/>
        </w:rPr>
        <w:t xml:space="preserve">: a Igreja de </w:t>
      </w:r>
      <w:proofErr w:type="spellStart"/>
      <w:r w:rsidRPr="00BE37F2">
        <w:rPr>
          <w:rFonts w:ascii="Calibri" w:hAnsi="Calibri"/>
          <w:sz w:val="21"/>
          <w:lang w:val="es-ES"/>
        </w:rPr>
        <w:t>Matias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e o </w:t>
      </w:r>
      <w:proofErr w:type="spellStart"/>
      <w:r w:rsidRPr="00BE37F2">
        <w:rPr>
          <w:rFonts w:ascii="Calibri" w:hAnsi="Calibri"/>
          <w:sz w:val="21"/>
          <w:lang w:val="es-ES"/>
        </w:rPr>
        <w:t>Bastião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dos Pescadores. </w:t>
      </w:r>
      <w:proofErr w:type="spellStart"/>
      <w:r w:rsidRPr="00BE37F2">
        <w:rPr>
          <w:rFonts w:ascii="Calibri" w:hAnsi="Calibri"/>
          <w:sz w:val="21"/>
          <w:lang w:val="es-ES"/>
        </w:rPr>
        <w:t>Aqui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se </w:t>
      </w:r>
      <w:proofErr w:type="spellStart"/>
      <w:r w:rsidRPr="00BE37F2">
        <w:rPr>
          <w:rFonts w:ascii="Calibri" w:hAnsi="Calibri"/>
          <w:sz w:val="21"/>
          <w:lang w:val="es-ES"/>
        </w:rPr>
        <w:t>encontra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</w:t>
      </w:r>
      <w:proofErr w:type="spellStart"/>
      <w:r w:rsidRPr="00BE37F2">
        <w:rPr>
          <w:rFonts w:ascii="Calibri" w:hAnsi="Calibri"/>
          <w:sz w:val="21"/>
          <w:lang w:val="es-ES"/>
        </w:rPr>
        <w:t>provavelmente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a vista </w:t>
      </w:r>
      <w:proofErr w:type="spellStart"/>
      <w:r w:rsidRPr="00BE37F2">
        <w:rPr>
          <w:rFonts w:ascii="Calibri" w:hAnsi="Calibri"/>
          <w:sz w:val="21"/>
          <w:lang w:val="es-ES"/>
        </w:rPr>
        <w:t>mais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bonita da </w:t>
      </w:r>
      <w:proofErr w:type="spellStart"/>
      <w:r w:rsidRPr="00BE37F2">
        <w:rPr>
          <w:rFonts w:ascii="Calibri" w:hAnsi="Calibri"/>
          <w:sz w:val="21"/>
          <w:lang w:val="es-ES"/>
        </w:rPr>
        <w:t>cidade</w:t>
      </w:r>
      <w:proofErr w:type="spellEnd"/>
      <w:r w:rsidRPr="00BE37F2">
        <w:rPr>
          <w:rFonts w:ascii="Calibri" w:hAnsi="Calibri"/>
          <w:sz w:val="21"/>
          <w:lang w:val="es-ES"/>
        </w:rPr>
        <w:t xml:space="preserve">, </w:t>
      </w:r>
      <w:proofErr w:type="spellStart"/>
      <w:r w:rsidRPr="00BE37F2">
        <w:rPr>
          <w:rFonts w:ascii="Calibri" w:hAnsi="Calibri"/>
          <w:sz w:val="21"/>
          <w:lang w:val="es-ES"/>
        </w:rPr>
        <w:t>perfeita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para </w:t>
      </w:r>
      <w:proofErr w:type="spellStart"/>
      <w:r w:rsidRPr="00BE37F2">
        <w:rPr>
          <w:rFonts w:ascii="Calibri" w:hAnsi="Calibri"/>
          <w:sz w:val="21"/>
          <w:lang w:val="es-ES"/>
        </w:rPr>
        <w:t>um</w:t>
      </w:r>
      <w:r w:rsidRPr="00BE37F2">
        <w:rPr>
          <w:rFonts w:ascii="Calibri" w:hAnsi="Calibri"/>
          <w:sz w:val="21"/>
          <w:lang w:val="es-ES"/>
        </w:rPr>
        <w:t>a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foto </w:t>
      </w:r>
      <w:proofErr w:type="spellStart"/>
      <w:r w:rsidRPr="00BE37F2">
        <w:rPr>
          <w:rFonts w:ascii="Calibri" w:hAnsi="Calibri"/>
          <w:sz w:val="21"/>
          <w:lang w:val="es-ES"/>
        </w:rPr>
        <w:t>panorâmica</w:t>
      </w:r>
      <w:proofErr w:type="spellEnd"/>
      <w:r w:rsidRPr="00BE37F2">
        <w:rPr>
          <w:rFonts w:ascii="Calibri" w:hAnsi="Calibri"/>
          <w:sz w:val="21"/>
          <w:lang w:val="es-ES"/>
        </w:rPr>
        <w:t xml:space="preserve">. Em seguida, continuaremos até o </w:t>
      </w:r>
      <w:proofErr w:type="spellStart"/>
      <w:r w:rsidRPr="00BE37F2">
        <w:rPr>
          <w:rFonts w:ascii="Calibri" w:hAnsi="Calibri"/>
          <w:sz w:val="21"/>
          <w:lang w:val="es-ES"/>
        </w:rPr>
        <w:t>Palácio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Real e observaremos </w:t>
      </w:r>
      <w:proofErr w:type="gramStart"/>
      <w:r w:rsidRPr="00BE37F2">
        <w:rPr>
          <w:rFonts w:ascii="Calibri" w:hAnsi="Calibri"/>
          <w:sz w:val="21"/>
          <w:lang w:val="es-ES"/>
        </w:rPr>
        <w:t>as diferentes</w:t>
      </w:r>
      <w:proofErr w:type="gramEnd"/>
      <w:r w:rsidRPr="00BE37F2">
        <w:rPr>
          <w:rFonts w:ascii="Calibri" w:hAnsi="Calibri"/>
          <w:sz w:val="21"/>
          <w:lang w:val="es-ES"/>
        </w:rPr>
        <w:t xml:space="preserve"> </w:t>
      </w:r>
      <w:proofErr w:type="spellStart"/>
      <w:r w:rsidRPr="00BE37F2">
        <w:rPr>
          <w:rFonts w:ascii="Calibri" w:hAnsi="Calibri"/>
          <w:sz w:val="21"/>
          <w:lang w:val="es-ES"/>
        </w:rPr>
        <w:t>pontes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que </w:t>
      </w:r>
      <w:proofErr w:type="spellStart"/>
      <w:r w:rsidRPr="00BE37F2">
        <w:rPr>
          <w:rFonts w:ascii="Calibri" w:hAnsi="Calibri"/>
          <w:sz w:val="21"/>
          <w:lang w:val="es-ES"/>
        </w:rPr>
        <w:t>conectam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as </w:t>
      </w:r>
      <w:proofErr w:type="spellStart"/>
      <w:r w:rsidRPr="00BE37F2">
        <w:rPr>
          <w:rFonts w:ascii="Calibri" w:hAnsi="Calibri"/>
          <w:sz w:val="21"/>
          <w:lang w:val="es-ES"/>
        </w:rPr>
        <w:t>duas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partes da </w:t>
      </w:r>
      <w:proofErr w:type="spellStart"/>
      <w:r w:rsidRPr="00BE37F2">
        <w:rPr>
          <w:rFonts w:ascii="Calibri" w:hAnsi="Calibri"/>
          <w:sz w:val="21"/>
          <w:lang w:val="es-ES"/>
        </w:rPr>
        <w:t>cidade</w:t>
      </w:r>
      <w:proofErr w:type="spellEnd"/>
      <w:r w:rsidRPr="00BE37F2">
        <w:rPr>
          <w:rFonts w:ascii="Calibri" w:hAnsi="Calibri"/>
          <w:sz w:val="21"/>
          <w:lang w:val="es-ES"/>
        </w:rPr>
        <w:t xml:space="preserve">. </w:t>
      </w:r>
      <w:proofErr w:type="spellStart"/>
      <w:r w:rsidRPr="00BE37F2">
        <w:rPr>
          <w:rFonts w:ascii="Calibri" w:hAnsi="Calibri"/>
          <w:sz w:val="21"/>
          <w:lang w:val="es-ES"/>
        </w:rPr>
        <w:t>Após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a </w:t>
      </w:r>
      <w:proofErr w:type="spellStart"/>
      <w:r w:rsidRPr="00BE37F2">
        <w:rPr>
          <w:rFonts w:ascii="Calibri" w:hAnsi="Calibri"/>
          <w:sz w:val="21"/>
          <w:lang w:val="es-ES"/>
        </w:rPr>
        <w:t>excursão</w:t>
      </w:r>
      <w:proofErr w:type="spellEnd"/>
      <w:r w:rsidRPr="00BE37F2">
        <w:rPr>
          <w:rFonts w:ascii="Calibri" w:hAnsi="Calibri"/>
          <w:sz w:val="21"/>
          <w:lang w:val="es-ES"/>
        </w:rPr>
        <w:t xml:space="preserve">, retorno </w:t>
      </w:r>
      <w:proofErr w:type="spellStart"/>
      <w:r w:rsidRPr="00BE37F2">
        <w:rPr>
          <w:rFonts w:ascii="Calibri" w:hAnsi="Calibri"/>
          <w:sz w:val="21"/>
          <w:lang w:val="es-ES"/>
        </w:rPr>
        <w:t>ao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hotel, onde </w:t>
      </w:r>
      <w:proofErr w:type="spellStart"/>
      <w:r w:rsidRPr="00BE37F2">
        <w:rPr>
          <w:rFonts w:ascii="Calibri" w:hAnsi="Calibri"/>
          <w:sz w:val="21"/>
          <w:lang w:val="es-ES"/>
        </w:rPr>
        <w:t>poderá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</w:t>
      </w:r>
      <w:proofErr w:type="spellStart"/>
      <w:r w:rsidRPr="00BE37F2">
        <w:rPr>
          <w:rFonts w:ascii="Calibri" w:hAnsi="Calibri"/>
          <w:sz w:val="21"/>
          <w:lang w:val="es-ES"/>
        </w:rPr>
        <w:t>relaxar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no final da tarde </w:t>
      </w:r>
      <w:proofErr w:type="gramStart"/>
      <w:r w:rsidRPr="00BE37F2">
        <w:rPr>
          <w:rFonts w:ascii="Calibri" w:hAnsi="Calibri"/>
          <w:sz w:val="21"/>
          <w:lang w:val="es-ES"/>
        </w:rPr>
        <w:t>e</w:t>
      </w:r>
      <w:proofErr w:type="gramEnd"/>
      <w:r w:rsidRPr="00BE37F2">
        <w:rPr>
          <w:rFonts w:ascii="Calibri" w:hAnsi="Calibri"/>
          <w:sz w:val="21"/>
          <w:lang w:val="es-ES"/>
        </w:rPr>
        <w:t xml:space="preserve"> rever todas as </w:t>
      </w:r>
      <w:proofErr w:type="spellStart"/>
      <w:r w:rsidRPr="00BE37F2">
        <w:rPr>
          <w:rFonts w:ascii="Calibri" w:hAnsi="Calibri"/>
          <w:sz w:val="21"/>
          <w:lang w:val="es-ES"/>
        </w:rPr>
        <w:t>impressões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vividas.</w:t>
      </w:r>
    </w:p>
    <w:p w14:paraId="7872ED55" w14:textId="77777777" w:rsidR="008D53FD" w:rsidRPr="00BE37F2" w:rsidRDefault="008D53FD">
      <w:pPr>
        <w:spacing w:after="80"/>
        <w:rPr>
          <w:lang w:val="es-ES"/>
        </w:rPr>
      </w:pPr>
    </w:p>
    <w:p w14:paraId="6C07D2DB" w14:textId="77777777" w:rsidR="008D53FD" w:rsidRPr="00BE37F2" w:rsidRDefault="00BE37F2">
      <w:pPr>
        <w:pStyle w:val="Ttulo2"/>
        <w:spacing w:before="120" w:after="60"/>
        <w:rPr>
          <w:lang w:val="es-ES"/>
        </w:rPr>
      </w:pPr>
      <w:r w:rsidRPr="00BE37F2">
        <w:rPr>
          <w:rFonts w:ascii="Calibri" w:hAnsi="Calibri"/>
          <w:sz w:val="22"/>
          <w:lang w:val="es-ES"/>
        </w:rPr>
        <w:t xml:space="preserve">DIA 5 </w:t>
      </w:r>
      <w:r w:rsidRPr="00BE37F2">
        <w:rPr>
          <w:rFonts w:ascii="Calibri" w:hAnsi="Calibri"/>
          <w:sz w:val="22"/>
          <w:lang w:val="es-ES"/>
        </w:rPr>
        <w:t>SEG BUDAPESTE</w:t>
      </w:r>
    </w:p>
    <w:p w14:paraId="03311ADE" w14:textId="77777777" w:rsidR="008D53FD" w:rsidRPr="00BE37F2" w:rsidRDefault="00BE37F2">
      <w:pPr>
        <w:spacing w:after="80"/>
        <w:rPr>
          <w:lang w:val="es-ES"/>
        </w:rPr>
      </w:pPr>
      <w:r w:rsidRPr="00BE37F2">
        <w:rPr>
          <w:rFonts w:ascii="Calibri" w:hAnsi="Calibri"/>
          <w:sz w:val="21"/>
          <w:lang w:val="es-ES"/>
        </w:rPr>
        <w:t xml:space="preserve">Iniciaremos o </w:t>
      </w:r>
      <w:proofErr w:type="spellStart"/>
      <w:r w:rsidRPr="00BE37F2">
        <w:rPr>
          <w:rFonts w:ascii="Calibri" w:hAnsi="Calibri"/>
          <w:sz w:val="21"/>
          <w:lang w:val="es-ES"/>
        </w:rPr>
        <w:t>passeio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de </w:t>
      </w:r>
      <w:proofErr w:type="spellStart"/>
      <w:r w:rsidRPr="00BE37F2">
        <w:rPr>
          <w:rFonts w:ascii="Calibri" w:hAnsi="Calibri"/>
          <w:sz w:val="21"/>
          <w:lang w:val="es-ES"/>
        </w:rPr>
        <w:t>hoje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por Pest </w:t>
      </w:r>
      <w:proofErr w:type="gramStart"/>
      <w:r w:rsidRPr="00BE37F2">
        <w:rPr>
          <w:rFonts w:ascii="Calibri" w:hAnsi="Calibri"/>
          <w:sz w:val="21"/>
          <w:lang w:val="es-ES"/>
        </w:rPr>
        <w:t>e</w:t>
      </w:r>
      <w:proofErr w:type="gramEnd"/>
      <w:r w:rsidRPr="00BE37F2">
        <w:rPr>
          <w:rFonts w:ascii="Calibri" w:hAnsi="Calibri"/>
          <w:sz w:val="21"/>
          <w:lang w:val="es-ES"/>
        </w:rPr>
        <w:t xml:space="preserve"> pela </w:t>
      </w:r>
      <w:proofErr w:type="spellStart"/>
      <w:r w:rsidRPr="00BE37F2">
        <w:rPr>
          <w:rFonts w:ascii="Calibri" w:hAnsi="Calibri"/>
          <w:sz w:val="21"/>
          <w:lang w:val="es-ES"/>
        </w:rPr>
        <w:t>Praça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dos </w:t>
      </w:r>
      <w:proofErr w:type="spellStart"/>
      <w:r w:rsidRPr="00BE37F2">
        <w:rPr>
          <w:rFonts w:ascii="Calibri" w:hAnsi="Calibri"/>
          <w:sz w:val="21"/>
          <w:lang w:val="es-ES"/>
        </w:rPr>
        <w:t>Heróis</w:t>
      </w:r>
      <w:proofErr w:type="spellEnd"/>
      <w:r w:rsidRPr="00BE37F2">
        <w:rPr>
          <w:rFonts w:ascii="Calibri" w:hAnsi="Calibri"/>
          <w:sz w:val="21"/>
          <w:lang w:val="es-ES"/>
        </w:rPr>
        <w:t xml:space="preserve">, onde se </w:t>
      </w:r>
      <w:proofErr w:type="spellStart"/>
      <w:r w:rsidRPr="00BE37F2">
        <w:rPr>
          <w:rFonts w:ascii="Calibri" w:hAnsi="Calibri"/>
          <w:sz w:val="21"/>
          <w:lang w:val="es-ES"/>
        </w:rPr>
        <w:t>encontra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o Monumento do </w:t>
      </w:r>
      <w:proofErr w:type="spellStart"/>
      <w:r w:rsidRPr="00BE37F2">
        <w:rPr>
          <w:rFonts w:ascii="Calibri" w:hAnsi="Calibri"/>
          <w:sz w:val="21"/>
          <w:lang w:val="es-ES"/>
        </w:rPr>
        <w:t>Milênio</w:t>
      </w:r>
      <w:proofErr w:type="spellEnd"/>
      <w:r w:rsidRPr="00BE37F2">
        <w:rPr>
          <w:rFonts w:ascii="Calibri" w:hAnsi="Calibri"/>
          <w:sz w:val="21"/>
          <w:lang w:val="es-ES"/>
        </w:rPr>
        <w:t xml:space="preserve">. Em </w:t>
      </w:r>
      <w:proofErr w:type="spellStart"/>
      <w:r w:rsidRPr="00BE37F2">
        <w:rPr>
          <w:rFonts w:ascii="Calibri" w:hAnsi="Calibri"/>
          <w:sz w:val="21"/>
          <w:lang w:val="es-ES"/>
        </w:rPr>
        <w:t>seu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pedestal </w:t>
      </w:r>
      <w:proofErr w:type="spellStart"/>
      <w:r w:rsidRPr="00BE37F2">
        <w:rPr>
          <w:rFonts w:ascii="Calibri" w:hAnsi="Calibri"/>
          <w:sz w:val="21"/>
          <w:lang w:val="es-ES"/>
        </w:rPr>
        <w:t>erguem</w:t>
      </w:r>
      <w:proofErr w:type="spellEnd"/>
      <w:r w:rsidRPr="00BE37F2">
        <w:rPr>
          <w:rFonts w:ascii="Calibri" w:hAnsi="Calibri"/>
          <w:sz w:val="21"/>
          <w:lang w:val="es-ES"/>
        </w:rPr>
        <w:t xml:space="preserve">-se as </w:t>
      </w:r>
      <w:proofErr w:type="spellStart"/>
      <w:r w:rsidRPr="00BE37F2">
        <w:rPr>
          <w:rFonts w:ascii="Calibri" w:hAnsi="Calibri"/>
          <w:sz w:val="21"/>
          <w:lang w:val="es-ES"/>
        </w:rPr>
        <w:t>estátuas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dos </w:t>
      </w:r>
      <w:proofErr w:type="gramStart"/>
      <w:r w:rsidRPr="00BE37F2">
        <w:rPr>
          <w:rFonts w:ascii="Calibri" w:hAnsi="Calibri"/>
          <w:sz w:val="21"/>
          <w:lang w:val="es-ES"/>
        </w:rPr>
        <w:t>sete conquistadores</w:t>
      </w:r>
      <w:proofErr w:type="gramEnd"/>
      <w:r w:rsidRPr="00BE37F2">
        <w:rPr>
          <w:rFonts w:ascii="Calibri" w:hAnsi="Calibri"/>
          <w:sz w:val="21"/>
          <w:lang w:val="es-ES"/>
        </w:rPr>
        <w:t xml:space="preserve"> e de </w:t>
      </w:r>
      <w:proofErr w:type="spellStart"/>
      <w:r w:rsidRPr="00BE37F2">
        <w:rPr>
          <w:rFonts w:ascii="Calibri" w:hAnsi="Calibri"/>
          <w:sz w:val="21"/>
          <w:lang w:val="es-ES"/>
        </w:rPr>
        <w:t>seu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líder Árpád. O </w:t>
      </w:r>
      <w:proofErr w:type="spellStart"/>
      <w:r w:rsidRPr="00BE37F2">
        <w:rPr>
          <w:rFonts w:ascii="Calibri" w:hAnsi="Calibri"/>
          <w:sz w:val="21"/>
          <w:lang w:val="es-ES"/>
        </w:rPr>
        <w:t>percurso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continua pela avenida </w:t>
      </w:r>
      <w:proofErr w:type="spellStart"/>
      <w:r w:rsidRPr="00BE37F2">
        <w:rPr>
          <w:rFonts w:ascii="Calibri" w:hAnsi="Calibri"/>
          <w:sz w:val="21"/>
          <w:lang w:val="es-ES"/>
        </w:rPr>
        <w:t>Andrássy</w:t>
      </w:r>
      <w:proofErr w:type="spellEnd"/>
      <w:r w:rsidRPr="00BE37F2">
        <w:rPr>
          <w:rFonts w:ascii="Calibri" w:hAnsi="Calibri"/>
          <w:sz w:val="21"/>
          <w:lang w:val="es-ES"/>
        </w:rPr>
        <w:t xml:space="preserve">, declarada </w:t>
      </w:r>
      <w:proofErr w:type="spellStart"/>
      <w:r w:rsidRPr="00BE37F2">
        <w:rPr>
          <w:rFonts w:ascii="Calibri" w:hAnsi="Calibri"/>
          <w:sz w:val="21"/>
          <w:lang w:val="es-ES"/>
        </w:rPr>
        <w:t>Patrimônio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da </w:t>
      </w:r>
      <w:proofErr w:type="spellStart"/>
      <w:r w:rsidRPr="00BE37F2">
        <w:rPr>
          <w:rFonts w:ascii="Calibri" w:hAnsi="Calibri"/>
          <w:sz w:val="21"/>
          <w:lang w:val="es-ES"/>
        </w:rPr>
        <w:t>Humanidade</w:t>
      </w:r>
      <w:proofErr w:type="spellEnd"/>
      <w:r w:rsidRPr="00BE37F2">
        <w:rPr>
          <w:rFonts w:ascii="Calibri" w:hAnsi="Calibri"/>
          <w:sz w:val="21"/>
          <w:lang w:val="es-ES"/>
        </w:rPr>
        <w:t xml:space="preserve">. </w:t>
      </w:r>
      <w:proofErr w:type="spellStart"/>
      <w:r w:rsidRPr="00BE37F2">
        <w:rPr>
          <w:rFonts w:ascii="Calibri" w:hAnsi="Calibri"/>
          <w:sz w:val="21"/>
          <w:lang w:val="es-ES"/>
        </w:rPr>
        <w:t>Aqui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</w:t>
      </w:r>
      <w:proofErr w:type="spellStart"/>
      <w:r w:rsidRPr="00BE37F2">
        <w:rPr>
          <w:rFonts w:ascii="Calibri" w:hAnsi="Calibri"/>
          <w:sz w:val="21"/>
          <w:lang w:val="es-ES"/>
        </w:rPr>
        <w:t>encontra</w:t>
      </w:r>
      <w:proofErr w:type="spellEnd"/>
      <w:r w:rsidRPr="00BE37F2">
        <w:rPr>
          <w:rFonts w:ascii="Calibri" w:hAnsi="Calibri"/>
          <w:sz w:val="21"/>
          <w:lang w:val="es-ES"/>
        </w:rPr>
        <w:t xml:space="preserve">-se o </w:t>
      </w:r>
      <w:proofErr w:type="spellStart"/>
      <w:r w:rsidRPr="00BE37F2">
        <w:rPr>
          <w:rFonts w:ascii="Calibri" w:hAnsi="Calibri"/>
          <w:sz w:val="21"/>
          <w:lang w:val="es-ES"/>
        </w:rPr>
        <w:t>edifício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</w:t>
      </w:r>
      <w:proofErr w:type="spellStart"/>
      <w:r w:rsidRPr="00BE37F2">
        <w:rPr>
          <w:rFonts w:ascii="Calibri" w:hAnsi="Calibri"/>
          <w:sz w:val="21"/>
          <w:lang w:val="es-ES"/>
        </w:rPr>
        <w:t>mais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importante do boulevard, a Ópera Estatal da </w:t>
      </w:r>
      <w:proofErr w:type="spellStart"/>
      <w:r w:rsidRPr="00BE37F2">
        <w:rPr>
          <w:rFonts w:ascii="Calibri" w:hAnsi="Calibri"/>
          <w:sz w:val="21"/>
          <w:lang w:val="es-ES"/>
        </w:rPr>
        <w:t>Hungria</w:t>
      </w:r>
      <w:proofErr w:type="spellEnd"/>
      <w:r w:rsidRPr="00BE37F2">
        <w:rPr>
          <w:rFonts w:ascii="Calibri" w:hAnsi="Calibri"/>
          <w:sz w:val="21"/>
          <w:lang w:val="es-ES"/>
        </w:rPr>
        <w:t xml:space="preserve">, </w:t>
      </w:r>
      <w:proofErr w:type="spellStart"/>
      <w:r w:rsidRPr="00BE37F2">
        <w:rPr>
          <w:rFonts w:ascii="Calibri" w:hAnsi="Calibri"/>
          <w:sz w:val="21"/>
          <w:lang w:val="es-ES"/>
        </w:rPr>
        <w:t>projetada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por </w:t>
      </w:r>
      <w:proofErr w:type="spellStart"/>
      <w:r w:rsidRPr="00BE37F2">
        <w:rPr>
          <w:rFonts w:ascii="Calibri" w:hAnsi="Calibri"/>
          <w:sz w:val="21"/>
          <w:lang w:val="es-ES"/>
        </w:rPr>
        <w:t>Miklós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</w:t>
      </w:r>
      <w:proofErr w:type="spellStart"/>
      <w:r w:rsidRPr="00BE37F2">
        <w:rPr>
          <w:rFonts w:ascii="Calibri" w:hAnsi="Calibri"/>
          <w:sz w:val="21"/>
          <w:lang w:val="es-ES"/>
        </w:rPr>
        <w:t>Ybl</w:t>
      </w:r>
      <w:proofErr w:type="spellEnd"/>
      <w:r w:rsidRPr="00BE37F2">
        <w:rPr>
          <w:rFonts w:ascii="Calibri" w:hAnsi="Calibri"/>
          <w:sz w:val="21"/>
          <w:lang w:val="es-ES"/>
        </w:rPr>
        <w:t xml:space="preserve">, </w:t>
      </w:r>
      <w:proofErr w:type="spellStart"/>
      <w:r w:rsidRPr="00BE37F2">
        <w:rPr>
          <w:rFonts w:ascii="Calibri" w:hAnsi="Calibri"/>
          <w:sz w:val="21"/>
          <w:lang w:val="es-ES"/>
        </w:rPr>
        <w:t>assim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como o </w:t>
      </w:r>
      <w:proofErr w:type="spellStart"/>
      <w:r w:rsidRPr="00BE37F2">
        <w:rPr>
          <w:rFonts w:ascii="Calibri" w:hAnsi="Calibri"/>
          <w:sz w:val="21"/>
          <w:lang w:val="es-ES"/>
        </w:rPr>
        <w:t>Museu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Casa do Terror, a </w:t>
      </w:r>
      <w:proofErr w:type="spellStart"/>
      <w:r w:rsidRPr="00BE37F2">
        <w:rPr>
          <w:rFonts w:ascii="Calibri" w:hAnsi="Calibri"/>
          <w:sz w:val="21"/>
          <w:lang w:val="es-ES"/>
        </w:rPr>
        <w:t>Universidade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</w:t>
      </w:r>
      <w:proofErr w:type="gramStart"/>
      <w:r w:rsidRPr="00BE37F2">
        <w:rPr>
          <w:rFonts w:ascii="Calibri" w:hAnsi="Calibri"/>
          <w:sz w:val="21"/>
          <w:lang w:val="es-ES"/>
        </w:rPr>
        <w:t>Húngara</w:t>
      </w:r>
      <w:proofErr w:type="gramEnd"/>
      <w:r w:rsidRPr="00BE37F2">
        <w:rPr>
          <w:rFonts w:ascii="Calibri" w:hAnsi="Calibri"/>
          <w:sz w:val="21"/>
          <w:lang w:val="es-ES"/>
        </w:rPr>
        <w:t xml:space="preserve"> de </w:t>
      </w:r>
      <w:proofErr w:type="spellStart"/>
      <w:r w:rsidRPr="00BE37F2">
        <w:rPr>
          <w:rFonts w:ascii="Calibri" w:hAnsi="Calibri"/>
          <w:sz w:val="21"/>
          <w:lang w:val="es-ES"/>
        </w:rPr>
        <w:t>Belas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Artes e o </w:t>
      </w:r>
      <w:proofErr w:type="spellStart"/>
      <w:r w:rsidRPr="00BE37F2">
        <w:rPr>
          <w:rFonts w:ascii="Calibri" w:hAnsi="Calibri"/>
          <w:sz w:val="21"/>
          <w:lang w:val="es-ES"/>
        </w:rPr>
        <w:t>Museu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Memorial Franz Liszt. </w:t>
      </w:r>
      <w:proofErr w:type="spellStart"/>
      <w:proofErr w:type="gramStart"/>
      <w:r w:rsidRPr="00BE37F2">
        <w:rPr>
          <w:rFonts w:ascii="Calibri" w:hAnsi="Calibri"/>
          <w:sz w:val="21"/>
          <w:lang w:val="es-ES"/>
        </w:rPr>
        <w:t>Sabia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que por</w:t>
      </w:r>
      <w:r w:rsidRPr="00BE37F2">
        <w:rPr>
          <w:rFonts w:ascii="Calibri" w:hAnsi="Calibri"/>
          <w:sz w:val="21"/>
          <w:lang w:val="es-ES"/>
        </w:rPr>
        <w:t xml:space="preserve"> </w:t>
      </w:r>
      <w:proofErr w:type="spellStart"/>
      <w:r w:rsidRPr="00BE37F2">
        <w:rPr>
          <w:rFonts w:ascii="Calibri" w:hAnsi="Calibri"/>
          <w:sz w:val="21"/>
          <w:lang w:val="es-ES"/>
        </w:rPr>
        <w:t>aqui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</w:t>
      </w:r>
      <w:proofErr w:type="spellStart"/>
      <w:r w:rsidRPr="00BE37F2">
        <w:rPr>
          <w:rFonts w:ascii="Calibri" w:hAnsi="Calibri"/>
          <w:sz w:val="21"/>
          <w:lang w:val="es-ES"/>
        </w:rPr>
        <w:t>passa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o segundo </w:t>
      </w:r>
      <w:proofErr w:type="spellStart"/>
      <w:r w:rsidRPr="00BE37F2">
        <w:rPr>
          <w:rFonts w:ascii="Calibri" w:hAnsi="Calibri"/>
          <w:sz w:val="21"/>
          <w:lang w:val="es-ES"/>
        </w:rPr>
        <w:t>metrô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</w:t>
      </w:r>
      <w:proofErr w:type="spellStart"/>
      <w:r w:rsidRPr="00BE37F2">
        <w:rPr>
          <w:rFonts w:ascii="Calibri" w:hAnsi="Calibri"/>
          <w:sz w:val="21"/>
          <w:lang w:val="es-ES"/>
        </w:rPr>
        <w:t>mais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</w:t>
      </w:r>
      <w:proofErr w:type="spellStart"/>
      <w:r w:rsidRPr="00BE37F2">
        <w:rPr>
          <w:rFonts w:ascii="Calibri" w:hAnsi="Calibri"/>
          <w:sz w:val="21"/>
          <w:lang w:val="es-ES"/>
        </w:rPr>
        <w:t>antigo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da Europa?</w:t>
      </w:r>
      <w:proofErr w:type="gramEnd"/>
      <w:r w:rsidRPr="00BE37F2">
        <w:rPr>
          <w:rFonts w:ascii="Calibri" w:hAnsi="Calibri"/>
          <w:sz w:val="21"/>
          <w:lang w:val="es-ES"/>
        </w:rPr>
        <w:t xml:space="preserve"> </w:t>
      </w:r>
      <w:proofErr w:type="spellStart"/>
      <w:r w:rsidRPr="00BE37F2">
        <w:rPr>
          <w:rFonts w:ascii="Calibri" w:hAnsi="Calibri"/>
          <w:sz w:val="21"/>
          <w:lang w:val="es-ES"/>
        </w:rPr>
        <w:t>Suas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elegantes </w:t>
      </w:r>
      <w:proofErr w:type="spellStart"/>
      <w:r w:rsidRPr="00BE37F2">
        <w:rPr>
          <w:rFonts w:ascii="Calibri" w:hAnsi="Calibri"/>
          <w:sz w:val="21"/>
          <w:lang w:val="es-ES"/>
        </w:rPr>
        <w:t>estações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</w:t>
      </w:r>
      <w:proofErr w:type="spellStart"/>
      <w:r w:rsidRPr="00BE37F2">
        <w:rPr>
          <w:rFonts w:ascii="Calibri" w:hAnsi="Calibri"/>
          <w:sz w:val="21"/>
          <w:lang w:val="es-ES"/>
        </w:rPr>
        <w:t>são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populares entre moradores </w:t>
      </w:r>
      <w:proofErr w:type="gramStart"/>
      <w:r w:rsidRPr="00BE37F2">
        <w:rPr>
          <w:rFonts w:ascii="Calibri" w:hAnsi="Calibri"/>
          <w:sz w:val="21"/>
          <w:lang w:val="es-ES"/>
        </w:rPr>
        <w:t>e</w:t>
      </w:r>
      <w:proofErr w:type="gramEnd"/>
      <w:r w:rsidRPr="00BE37F2">
        <w:rPr>
          <w:rFonts w:ascii="Calibri" w:hAnsi="Calibri"/>
          <w:sz w:val="21"/>
          <w:lang w:val="es-ES"/>
        </w:rPr>
        <w:t xml:space="preserve"> visitantes. </w:t>
      </w:r>
      <w:proofErr w:type="spellStart"/>
      <w:r w:rsidRPr="00BE37F2">
        <w:rPr>
          <w:rFonts w:ascii="Calibri" w:hAnsi="Calibri"/>
          <w:sz w:val="21"/>
          <w:lang w:val="es-ES"/>
        </w:rPr>
        <w:t>Também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</w:t>
      </w:r>
      <w:proofErr w:type="spellStart"/>
      <w:r w:rsidRPr="00BE37F2">
        <w:rPr>
          <w:rFonts w:ascii="Calibri" w:hAnsi="Calibri"/>
          <w:sz w:val="21"/>
          <w:lang w:val="es-ES"/>
        </w:rPr>
        <w:t>passaremos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pelo </w:t>
      </w:r>
      <w:proofErr w:type="spellStart"/>
      <w:r w:rsidRPr="00BE37F2">
        <w:rPr>
          <w:rFonts w:ascii="Calibri" w:hAnsi="Calibri"/>
          <w:sz w:val="21"/>
          <w:lang w:val="es-ES"/>
        </w:rPr>
        <w:t>edifício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do Parlamento húngaro, </w:t>
      </w:r>
      <w:proofErr w:type="spellStart"/>
      <w:r w:rsidRPr="00BE37F2">
        <w:rPr>
          <w:rFonts w:ascii="Calibri" w:hAnsi="Calibri"/>
          <w:sz w:val="21"/>
          <w:lang w:val="es-ES"/>
        </w:rPr>
        <w:t>um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monumento emblemático </w:t>
      </w:r>
      <w:proofErr w:type="spellStart"/>
      <w:r w:rsidRPr="00BE37F2">
        <w:rPr>
          <w:rFonts w:ascii="Calibri" w:hAnsi="Calibri"/>
          <w:sz w:val="21"/>
          <w:lang w:val="es-ES"/>
        </w:rPr>
        <w:t>às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</w:t>
      </w:r>
      <w:proofErr w:type="spellStart"/>
      <w:r w:rsidRPr="00BE37F2">
        <w:rPr>
          <w:rFonts w:ascii="Calibri" w:hAnsi="Calibri"/>
          <w:sz w:val="21"/>
          <w:lang w:val="es-ES"/>
        </w:rPr>
        <w:t>margens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do </w:t>
      </w:r>
      <w:proofErr w:type="spellStart"/>
      <w:r w:rsidRPr="00BE37F2">
        <w:rPr>
          <w:rFonts w:ascii="Calibri" w:hAnsi="Calibri"/>
          <w:sz w:val="21"/>
          <w:lang w:val="es-ES"/>
        </w:rPr>
        <w:t>Danúbio</w:t>
      </w:r>
      <w:proofErr w:type="spellEnd"/>
      <w:r w:rsidRPr="00BE37F2">
        <w:rPr>
          <w:rFonts w:ascii="Calibri" w:hAnsi="Calibri"/>
          <w:sz w:val="21"/>
          <w:lang w:val="es-ES"/>
        </w:rPr>
        <w:t xml:space="preserve">, sede do poder legislativo e </w:t>
      </w:r>
      <w:proofErr w:type="spellStart"/>
      <w:r w:rsidRPr="00BE37F2">
        <w:rPr>
          <w:rFonts w:ascii="Calibri" w:hAnsi="Calibri"/>
          <w:sz w:val="21"/>
          <w:lang w:val="es-ES"/>
        </w:rPr>
        <w:t>guardi</w:t>
      </w:r>
      <w:r w:rsidRPr="00BE37F2">
        <w:rPr>
          <w:rFonts w:ascii="Calibri" w:hAnsi="Calibri"/>
          <w:sz w:val="21"/>
          <w:lang w:val="es-ES"/>
        </w:rPr>
        <w:t>ão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da Santa </w:t>
      </w:r>
      <w:proofErr w:type="spellStart"/>
      <w:r w:rsidRPr="00BE37F2">
        <w:rPr>
          <w:rFonts w:ascii="Calibri" w:hAnsi="Calibri"/>
          <w:sz w:val="21"/>
          <w:lang w:val="es-ES"/>
        </w:rPr>
        <w:t>Coroa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húngara. Antes de continuar até o mercado e a zona </w:t>
      </w:r>
      <w:proofErr w:type="spellStart"/>
      <w:r w:rsidRPr="00BE37F2">
        <w:rPr>
          <w:rFonts w:ascii="Calibri" w:hAnsi="Calibri"/>
          <w:sz w:val="21"/>
          <w:lang w:val="es-ES"/>
        </w:rPr>
        <w:t>pedonal</w:t>
      </w:r>
      <w:proofErr w:type="spellEnd"/>
      <w:r w:rsidRPr="00BE37F2">
        <w:rPr>
          <w:rFonts w:ascii="Calibri" w:hAnsi="Calibri"/>
          <w:sz w:val="21"/>
          <w:lang w:val="es-ES"/>
        </w:rPr>
        <w:t xml:space="preserve">, veremos </w:t>
      </w:r>
      <w:proofErr w:type="spellStart"/>
      <w:r w:rsidRPr="00BE37F2">
        <w:rPr>
          <w:rFonts w:ascii="Calibri" w:hAnsi="Calibri"/>
          <w:sz w:val="21"/>
          <w:lang w:val="es-ES"/>
        </w:rPr>
        <w:t>um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dos </w:t>
      </w:r>
      <w:proofErr w:type="spellStart"/>
      <w:r w:rsidRPr="00BE37F2">
        <w:rPr>
          <w:rFonts w:ascii="Calibri" w:hAnsi="Calibri"/>
          <w:sz w:val="21"/>
          <w:lang w:val="es-ES"/>
        </w:rPr>
        <w:t>edifícios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</w:t>
      </w:r>
      <w:proofErr w:type="spellStart"/>
      <w:r w:rsidRPr="00BE37F2">
        <w:rPr>
          <w:rFonts w:ascii="Calibri" w:hAnsi="Calibri"/>
          <w:sz w:val="21"/>
          <w:lang w:val="es-ES"/>
        </w:rPr>
        <w:t>mais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</w:t>
      </w:r>
      <w:proofErr w:type="spellStart"/>
      <w:r w:rsidRPr="00BE37F2">
        <w:rPr>
          <w:rFonts w:ascii="Calibri" w:hAnsi="Calibri"/>
          <w:sz w:val="21"/>
          <w:lang w:val="es-ES"/>
        </w:rPr>
        <w:t>belos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da </w:t>
      </w:r>
      <w:proofErr w:type="spellStart"/>
      <w:r w:rsidRPr="00BE37F2">
        <w:rPr>
          <w:rFonts w:ascii="Calibri" w:hAnsi="Calibri"/>
          <w:sz w:val="21"/>
          <w:lang w:val="es-ES"/>
        </w:rPr>
        <w:t>cidade</w:t>
      </w:r>
      <w:proofErr w:type="spellEnd"/>
      <w:r w:rsidRPr="00BE37F2">
        <w:rPr>
          <w:rFonts w:ascii="Calibri" w:hAnsi="Calibri"/>
          <w:sz w:val="21"/>
          <w:lang w:val="es-ES"/>
        </w:rPr>
        <w:t xml:space="preserve">: a Basílica de Santo Estêvão. </w:t>
      </w:r>
      <w:proofErr w:type="spellStart"/>
      <w:r w:rsidRPr="00BE37F2">
        <w:rPr>
          <w:rFonts w:ascii="Calibri" w:hAnsi="Calibri"/>
          <w:sz w:val="21"/>
          <w:lang w:val="es-ES"/>
        </w:rPr>
        <w:t>Após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a visita, tempo </w:t>
      </w:r>
      <w:proofErr w:type="spellStart"/>
      <w:r w:rsidRPr="00BE37F2">
        <w:rPr>
          <w:rFonts w:ascii="Calibri" w:hAnsi="Calibri"/>
          <w:sz w:val="21"/>
          <w:lang w:val="es-ES"/>
        </w:rPr>
        <w:t>livre</w:t>
      </w:r>
      <w:proofErr w:type="spellEnd"/>
      <w:r w:rsidRPr="00BE37F2">
        <w:rPr>
          <w:rFonts w:ascii="Calibri" w:hAnsi="Calibri"/>
          <w:sz w:val="21"/>
          <w:lang w:val="es-ES"/>
        </w:rPr>
        <w:t xml:space="preserve">. Se </w:t>
      </w:r>
      <w:proofErr w:type="spellStart"/>
      <w:r w:rsidRPr="00BE37F2">
        <w:rPr>
          <w:rFonts w:ascii="Calibri" w:hAnsi="Calibri"/>
          <w:sz w:val="21"/>
          <w:lang w:val="es-ES"/>
        </w:rPr>
        <w:t>quiser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explorar a </w:t>
      </w:r>
      <w:proofErr w:type="spellStart"/>
      <w:r w:rsidRPr="00BE37F2">
        <w:rPr>
          <w:rFonts w:ascii="Calibri" w:hAnsi="Calibri"/>
          <w:sz w:val="21"/>
          <w:lang w:val="es-ES"/>
        </w:rPr>
        <w:t>gastronomia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local, </w:t>
      </w:r>
      <w:proofErr w:type="spellStart"/>
      <w:r w:rsidRPr="00BE37F2">
        <w:rPr>
          <w:rFonts w:ascii="Calibri" w:hAnsi="Calibri"/>
          <w:sz w:val="21"/>
          <w:lang w:val="es-ES"/>
        </w:rPr>
        <w:t>peça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</w:t>
      </w:r>
      <w:proofErr w:type="spellStart"/>
      <w:r w:rsidRPr="00BE37F2">
        <w:rPr>
          <w:rFonts w:ascii="Calibri" w:hAnsi="Calibri"/>
          <w:sz w:val="21"/>
          <w:lang w:val="es-ES"/>
        </w:rPr>
        <w:t>um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goulash — </w:t>
      </w:r>
      <w:proofErr w:type="spellStart"/>
      <w:r w:rsidRPr="00BE37F2">
        <w:rPr>
          <w:rFonts w:ascii="Calibri" w:hAnsi="Calibri"/>
          <w:sz w:val="21"/>
          <w:lang w:val="es-ES"/>
        </w:rPr>
        <w:t>não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irá se </w:t>
      </w:r>
      <w:proofErr w:type="spellStart"/>
      <w:r w:rsidRPr="00BE37F2">
        <w:rPr>
          <w:rFonts w:ascii="Calibri" w:hAnsi="Calibri"/>
          <w:sz w:val="21"/>
          <w:lang w:val="es-ES"/>
        </w:rPr>
        <w:t>arrep</w:t>
      </w:r>
      <w:r w:rsidRPr="00BE37F2">
        <w:rPr>
          <w:rFonts w:ascii="Calibri" w:hAnsi="Calibri"/>
          <w:sz w:val="21"/>
          <w:lang w:val="es-ES"/>
        </w:rPr>
        <w:t>ender</w:t>
      </w:r>
      <w:proofErr w:type="spellEnd"/>
      <w:r w:rsidRPr="00BE37F2">
        <w:rPr>
          <w:rFonts w:ascii="Calibri" w:hAnsi="Calibri"/>
          <w:sz w:val="21"/>
          <w:lang w:val="es-ES"/>
        </w:rPr>
        <w:t>.</w:t>
      </w:r>
    </w:p>
    <w:p w14:paraId="0DE05B24" w14:textId="77777777" w:rsidR="008D53FD" w:rsidRPr="00BE37F2" w:rsidRDefault="008D53FD">
      <w:pPr>
        <w:spacing w:after="80"/>
        <w:rPr>
          <w:lang w:val="es-ES"/>
        </w:rPr>
      </w:pPr>
    </w:p>
    <w:p w14:paraId="73153929" w14:textId="77777777" w:rsidR="008D53FD" w:rsidRPr="00BE37F2" w:rsidRDefault="00BE37F2">
      <w:pPr>
        <w:pStyle w:val="Ttulo2"/>
        <w:spacing w:before="120" w:after="60"/>
        <w:rPr>
          <w:lang w:val="es-ES"/>
        </w:rPr>
      </w:pPr>
      <w:r w:rsidRPr="00BE37F2">
        <w:rPr>
          <w:rFonts w:ascii="Calibri" w:hAnsi="Calibri"/>
          <w:sz w:val="22"/>
          <w:lang w:val="es-ES"/>
        </w:rPr>
        <w:t>DIA 6 TER BUDAPESTE – BRATISLAVA - PRAGA</w:t>
      </w:r>
    </w:p>
    <w:p w14:paraId="103EDCDF" w14:textId="77777777" w:rsidR="008D53FD" w:rsidRPr="00BE37F2" w:rsidRDefault="00BE37F2">
      <w:pPr>
        <w:spacing w:after="80"/>
        <w:rPr>
          <w:lang w:val="es-ES"/>
        </w:rPr>
      </w:pPr>
      <w:proofErr w:type="spellStart"/>
      <w:r w:rsidRPr="00BE37F2">
        <w:rPr>
          <w:rFonts w:ascii="Calibri" w:hAnsi="Calibri"/>
          <w:sz w:val="21"/>
          <w:lang w:val="es-ES"/>
        </w:rPr>
        <w:t>Começaremos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o </w:t>
      </w:r>
      <w:proofErr w:type="spellStart"/>
      <w:r w:rsidRPr="00BE37F2">
        <w:rPr>
          <w:rFonts w:ascii="Calibri" w:hAnsi="Calibri"/>
          <w:sz w:val="21"/>
          <w:lang w:val="es-ES"/>
        </w:rPr>
        <w:t>dia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</w:t>
      </w:r>
      <w:proofErr w:type="spellStart"/>
      <w:r w:rsidRPr="00BE37F2">
        <w:rPr>
          <w:rFonts w:ascii="Calibri" w:hAnsi="Calibri"/>
          <w:sz w:val="21"/>
          <w:lang w:val="es-ES"/>
        </w:rPr>
        <w:t>saindo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em </w:t>
      </w:r>
      <w:proofErr w:type="spellStart"/>
      <w:r w:rsidRPr="00BE37F2">
        <w:rPr>
          <w:rFonts w:ascii="Calibri" w:hAnsi="Calibri"/>
          <w:sz w:val="21"/>
          <w:lang w:val="es-ES"/>
        </w:rPr>
        <w:t>direção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a Praga, capital da República </w:t>
      </w:r>
      <w:proofErr w:type="spellStart"/>
      <w:r w:rsidRPr="00BE37F2">
        <w:rPr>
          <w:rFonts w:ascii="Calibri" w:hAnsi="Calibri"/>
          <w:sz w:val="21"/>
          <w:lang w:val="es-ES"/>
        </w:rPr>
        <w:t>Tcheca</w:t>
      </w:r>
      <w:proofErr w:type="spellEnd"/>
      <w:r w:rsidRPr="00BE37F2">
        <w:rPr>
          <w:rFonts w:ascii="Calibri" w:hAnsi="Calibri"/>
          <w:sz w:val="21"/>
          <w:lang w:val="es-ES"/>
        </w:rPr>
        <w:t xml:space="preserve">, </w:t>
      </w:r>
      <w:proofErr w:type="spellStart"/>
      <w:r w:rsidRPr="00BE37F2">
        <w:rPr>
          <w:rFonts w:ascii="Calibri" w:hAnsi="Calibri"/>
          <w:sz w:val="21"/>
          <w:lang w:val="es-ES"/>
        </w:rPr>
        <w:t>com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</w:t>
      </w:r>
      <w:proofErr w:type="spellStart"/>
      <w:r w:rsidRPr="00BE37F2">
        <w:rPr>
          <w:rFonts w:ascii="Calibri" w:hAnsi="Calibri"/>
          <w:sz w:val="21"/>
          <w:lang w:val="es-ES"/>
        </w:rPr>
        <w:t>uma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breve parada </w:t>
      </w:r>
      <w:proofErr w:type="spellStart"/>
      <w:r w:rsidRPr="00BE37F2">
        <w:rPr>
          <w:rFonts w:ascii="Calibri" w:hAnsi="Calibri"/>
          <w:sz w:val="21"/>
          <w:lang w:val="es-ES"/>
        </w:rPr>
        <w:t>na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capital eslovaca, Bratislava, onde </w:t>
      </w:r>
      <w:proofErr w:type="spellStart"/>
      <w:r w:rsidRPr="00BE37F2">
        <w:rPr>
          <w:rFonts w:ascii="Calibri" w:hAnsi="Calibri"/>
          <w:sz w:val="21"/>
          <w:lang w:val="es-ES"/>
        </w:rPr>
        <w:t>poderá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desfrutar de tempo </w:t>
      </w:r>
      <w:proofErr w:type="spellStart"/>
      <w:r w:rsidRPr="00BE37F2">
        <w:rPr>
          <w:rFonts w:ascii="Calibri" w:hAnsi="Calibri"/>
          <w:sz w:val="21"/>
          <w:lang w:val="es-ES"/>
        </w:rPr>
        <w:t>livre</w:t>
      </w:r>
      <w:proofErr w:type="spellEnd"/>
      <w:r w:rsidRPr="00BE37F2">
        <w:rPr>
          <w:rFonts w:ascii="Calibri" w:hAnsi="Calibri"/>
          <w:sz w:val="21"/>
          <w:lang w:val="es-ES"/>
        </w:rPr>
        <w:t xml:space="preserve">. </w:t>
      </w:r>
      <w:proofErr w:type="spellStart"/>
      <w:r w:rsidRPr="00BE37F2">
        <w:rPr>
          <w:rFonts w:ascii="Calibri" w:hAnsi="Calibri"/>
          <w:sz w:val="21"/>
          <w:lang w:val="es-ES"/>
        </w:rPr>
        <w:t>Já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em Praga, realizaremos </w:t>
      </w:r>
      <w:proofErr w:type="spellStart"/>
      <w:r w:rsidRPr="00BE37F2">
        <w:rPr>
          <w:rFonts w:ascii="Calibri" w:hAnsi="Calibri"/>
          <w:sz w:val="21"/>
          <w:lang w:val="es-ES"/>
        </w:rPr>
        <w:t>um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</w:t>
      </w:r>
      <w:proofErr w:type="spellStart"/>
      <w:r w:rsidRPr="00BE37F2">
        <w:rPr>
          <w:rFonts w:ascii="Calibri" w:hAnsi="Calibri"/>
          <w:sz w:val="21"/>
          <w:lang w:val="es-ES"/>
        </w:rPr>
        <w:t>inesquecível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</w:t>
      </w:r>
      <w:proofErr w:type="spellStart"/>
      <w:r w:rsidRPr="00BE37F2">
        <w:rPr>
          <w:rFonts w:ascii="Calibri" w:hAnsi="Calibri"/>
          <w:sz w:val="21"/>
          <w:lang w:val="es-ES"/>
        </w:rPr>
        <w:t>passeio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pelo centro histórico da </w:t>
      </w:r>
      <w:proofErr w:type="spellStart"/>
      <w:r w:rsidRPr="00BE37F2">
        <w:rPr>
          <w:rFonts w:ascii="Calibri" w:hAnsi="Calibri"/>
          <w:sz w:val="21"/>
          <w:lang w:val="es-ES"/>
        </w:rPr>
        <w:t>cidade</w:t>
      </w:r>
      <w:proofErr w:type="spellEnd"/>
      <w:r w:rsidRPr="00BE37F2">
        <w:rPr>
          <w:rFonts w:ascii="Calibri" w:hAnsi="Calibri"/>
          <w:sz w:val="21"/>
          <w:lang w:val="es-ES"/>
        </w:rPr>
        <w:t xml:space="preserve">. Mostraremos </w:t>
      </w:r>
      <w:proofErr w:type="spellStart"/>
      <w:r w:rsidRPr="00BE37F2">
        <w:rPr>
          <w:rFonts w:ascii="Calibri" w:hAnsi="Calibri"/>
          <w:sz w:val="21"/>
          <w:lang w:val="es-ES"/>
        </w:rPr>
        <w:t>seus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monumentos </w:t>
      </w:r>
      <w:proofErr w:type="spellStart"/>
      <w:r w:rsidRPr="00BE37F2">
        <w:rPr>
          <w:rFonts w:ascii="Calibri" w:hAnsi="Calibri"/>
          <w:sz w:val="21"/>
          <w:lang w:val="es-ES"/>
        </w:rPr>
        <w:t>mais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</w:t>
      </w:r>
      <w:proofErr w:type="spellStart"/>
      <w:r w:rsidRPr="00BE37F2">
        <w:rPr>
          <w:rFonts w:ascii="Calibri" w:hAnsi="Calibri"/>
          <w:sz w:val="21"/>
          <w:lang w:val="es-ES"/>
        </w:rPr>
        <w:t>belos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e </w:t>
      </w:r>
      <w:proofErr w:type="spellStart"/>
      <w:r w:rsidRPr="00BE37F2">
        <w:rPr>
          <w:rFonts w:ascii="Calibri" w:hAnsi="Calibri"/>
          <w:sz w:val="21"/>
          <w:lang w:val="es-ES"/>
        </w:rPr>
        <w:t>conheceremos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as partes </w:t>
      </w:r>
      <w:proofErr w:type="spellStart"/>
      <w:r w:rsidRPr="00BE37F2">
        <w:rPr>
          <w:rFonts w:ascii="Calibri" w:hAnsi="Calibri"/>
          <w:sz w:val="21"/>
          <w:lang w:val="es-ES"/>
        </w:rPr>
        <w:t>mais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</w:t>
      </w:r>
      <w:proofErr w:type="spellStart"/>
      <w:r w:rsidRPr="00BE37F2">
        <w:rPr>
          <w:rFonts w:ascii="Calibri" w:hAnsi="Calibri"/>
          <w:sz w:val="21"/>
          <w:lang w:val="es-ES"/>
        </w:rPr>
        <w:t>antigas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de Praga. </w:t>
      </w:r>
      <w:proofErr w:type="spellStart"/>
      <w:proofErr w:type="gramStart"/>
      <w:r w:rsidRPr="00BE37F2">
        <w:rPr>
          <w:rFonts w:ascii="Calibri" w:hAnsi="Calibri"/>
          <w:sz w:val="21"/>
          <w:lang w:val="es-ES"/>
        </w:rPr>
        <w:t>Sabia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que a </w:t>
      </w:r>
      <w:proofErr w:type="spellStart"/>
      <w:r w:rsidRPr="00BE37F2">
        <w:rPr>
          <w:rFonts w:ascii="Calibri" w:hAnsi="Calibri"/>
          <w:sz w:val="21"/>
          <w:lang w:val="es-ES"/>
        </w:rPr>
        <w:t>cidade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é </w:t>
      </w:r>
      <w:proofErr w:type="spellStart"/>
      <w:r w:rsidRPr="00BE37F2">
        <w:rPr>
          <w:rFonts w:ascii="Calibri" w:hAnsi="Calibri"/>
          <w:sz w:val="21"/>
          <w:lang w:val="es-ES"/>
        </w:rPr>
        <w:t>berço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de </w:t>
      </w:r>
      <w:proofErr w:type="spellStart"/>
      <w:r w:rsidRPr="00BE37F2">
        <w:rPr>
          <w:rFonts w:ascii="Calibri" w:hAnsi="Calibri"/>
          <w:sz w:val="21"/>
          <w:lang w:val="es-ES"/>
        </w:rPr>
        <w:t>algumas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das </w:t>
      </w:r>
      <w:proofErr w:type="spellStart"/>
      <w:r w:rsidRPr="00BE37F2">
        <w:rPr>
          <w:rFonts w:ascii="Calibri" w:hAnsi="Calibri"/>
          <w:sz w:val="21"/>
          <w:lang w:val="es-ES"/>
        </w:rPr>
        <w:t>melhores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</w:t>
      </w:r>
      <w:proofErr w:type="spellStart"/>
      <w:r w:rsidRPr="00BE37F2">
        <w:rPr>
          <w:rFonts w:ascii="Calibri" w:hAnsi="Calibri"/>
          <w:sz w:val="21"/>
          <w:lang w:val="es-ES"/>
        </w:rPr>
        <w:t>cervejas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do mundo, </w:t>
      </w:r>
      <w:proofErr w:type="spellStart"/>
      <w:r w:rsidRPr="00BE37F2">
        <w:rPr>
          <w:rFonts w:ascii="Calibri" w:hAnsi="Calibri"/>
          <w:sz w:val="21"/>
          <w:lang w:val="es-ES"/>
        </w:rPr>
        <w:t>com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</w:t>
      </w:r>
      <w:proofErr w:type="spellStart"/>
      <w:r w:rsidRPr="00BE37F2">
        <w:rPr>
          <w:rFonts w:ascii="Calibri" w:hAnsi="Calibri"/>
          <w:sz w:val="21"/>
          <w:lang w:val="es-ES"/>
        </w:rPr>
        <w:t>uma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fábrica para cada 10.000 habitantes?</w:t>
      </w:r>
      <w:proofErr w:type="gramEnd"/>
      <w:r w:rsidRPr="00BE37F2">
        <w:rPr>
          <w:rFonts w:ascii="Calibri" w:hAnsi="Calibri"/>
          <w:sz w:val="21"/>
          <w:lang w:val="es-ES"/>
        </w:rPr>
        <w:t xml:space="preserve"> Praga </w:t>
      </w:r>
      <w:proofErr w:type="spellStart"/>
      <w:r w:rsidRPr="00BE37F2">
        <w:rPr>
          <w:rFonts w:ascii="Calibri" w:hAnsi="Calibri"/>
          <w:sz w:val="21"/>
          <w:lang w:val="es-ES"/>
        </w:rPr>
        <w:t>possui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</w:t>
      </w:r>
      <w:proofErr w:type="spellStart"/>
      <w:r w:rsidRPr="00BE37F2">
        <w:rPr>
          <w:rFonts w:ascii="Calibri" w:hAnsi="Calibri"/>
          <w:sz w:val="21"/>
          <w:lang w:val="es-ES"/>
        </w:rPr>
        <w:t>uma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das </w:t>
      </w:r>
      <w:proofErr w:type="spellStart"/>
      <w:r w:rsidRPr="00BE37F2">
        <w:rPr>
          <w:rFonts w:ascii="Calibri" w:hAnsi="Calibri"/>
          <w:sz w:val="21"/>
          <w:lang w:val="es-ES"/>
        </w:rPr>
        <w:t>maiores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</w:t>
      </w:r>
      <w:proofErr w:type="spellStart"/>
      <w:r w:rsidRPr="00BE37F2">
        <w:rPr>
          <w:rFonts w:ascii="Calibri" w:hAnsi="Calibri"/>
          <w:sz w:val="21"/>
          <w:lang w:val="es-ES"/>
        </w:rPr>
        <w:t>produções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de </w:t>
      </w:r>
      <w:proofErr w:type="spellStart"/>
      <w:r w:rsidRPr="00BE37F2">
        <w:rPr>
          <w:rFonts w:ascii="Calibri" w:hAnsi="Calibri"/>
          <w:sz w:val="21"/>
          <w:lang w:val="es-ES"/>
        </w:rPr>
        <w:t>cerveja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do mundo. </w:t>
      </w:r>
      <w:proofErr w:type="spellStart"/>
      <w:r w:rsidRPr="00BE37F2">
        <w:rPr>
          <w:rFonts w:ascii="Calibri" w:hAnsi="Calibri"/>
          <w:sz w:val="21"/>
          <w:lang w:val="es-ES"/>
        </w:rPr>
        <w:t>Saúde</w:t>
      </w:r>
      <w:proofErr w:type="spellEnd"/>
      <w:r w:rsidRPr="00BE37F2">
        <w:rPr>
          <w:rFonts w:ascii="Calibri" w:hAnsi="Calibri"/>
          <w:sz w:val="21"/>
          <w:lang w:val="es-ES"/>
        </w:rPr>
        <w:t>!</w:t>
      </w:r>
    </w:p>
    <w:p w14:paraId="56AC1DF8" w14:textId="77777777" w:rsidR="008D53FD" w:rsidRPr="00BE37F2" w:rsidRDefault="008D53FD">
      <w:pPr>
        <w:spacing w:after="80"/>
        <w:rPr>
          <w:lang w:val="es-ES"/>
        </w:rPr>
      </w:pPr>
    </w:p>
    <w:p w14:paraId="24068D76" w14:textId="77777777" w:rsidR="008D53FD" w:rsidRPr="00BE37F2" w:rsidRDefault="00BE37F2">
      <w:pPr>
        <w:pStyle w:val="Ttulo2"/>
        <w:spacing w:before="120" w:after="60"/>
        <w:rPr>
          <w:lang w:val="es-ES"/>
        </w:rPr>
      </w:pPr>
      <w:r w:rsidRPr="00BE37F2">
        <w:rPr>
          <w:rFonts w:ascii="Calibri" w:hAnsi="Calibri"/>
          <w:sz w:val="22"/>
          <w:lang w:val="es-ES"/>
        </w:rPr>
        <w:t>DIA 7 QUA PRAGA</w:t>
      </w:r>
    </w:p>
    <w:p w14:paraId="2A6D9D98" w14:textId="77777777" w:rsidR="008D53FD" w:rsidRPr="00BE37F2" w:rsidRDefault="00BE37F2">
      <w:pPr>
        <w:spacing w:after="80"/>
        <w:rPr>
          <w:lang w:val="es-ES"/>
        </w:rPr>
      </w:pPr>
      <w:r w:rsidRPr="00BE37F2">
        <w:rPr>
          <w:rFonts w:ascii="Calibri" w:hAnsi="Calibri"/>
          <w:sz w:val="21"/>
          <w:lang w:val="es-ES"/>
        </w:rPr>
        <w:t xml:space="preserve">Iniciaremos o </w:t>
      </w:r>
      <w:proofErr w:type="spellStart"/>
      <w:r w:rsidRPr="00BE37F2">
        <w:rPr>
          <w:rFonts w:ascii="Calibri" w:hAnsi="Calibri"/>
          <w:sz w:val="21"/>
          <w:lang w:val="es-ES"/>
        </w:rPr>
        <w:t>dia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</w:t>
      </w:r>
      <w:proofErr w:type="spellStart"/>
      <w:r w:rsidRPr="00BE37F2">
        <w:rPr>
          <w:rFonts w:ascii="Calibri" w:hAnsi="Calibri"/>
          <w:sz w:val="21"/>
          <w:lang w:val="es-ES"/>
        </w:rPr>
        <w:t>com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a visita da </w:t>
      </w:r>
      <w:proofErr w:type="spellStart"/>
      <w:r w:rsidRPr="00BE37F2">
        <w:rPr>
          <w:rFonts w:ascii="Calibri" w:hAnsi="Calibri"/>
          <w:sz w:val="21"/>
          <w:lang w:val="es-ES"/>
        </w:rPr>
        <w:t>cidade</w:t>
      </w:r>
      <w:proofErr w:type="spellEnd"/>
      <w:r w:rsidRPr="00BE37F2">
        <w:rPr>
          <w:rFonts w:ascii="Calibri" w:hAnsi="Calibri"/>
          <w:sz w:val="21"/>
          <w:lang w:val="es-ES"/>
        </w:rPr>
        <w:t xml:space="preserve">. </w:t>
      </w:r>
      <w:proofErr w:type="spellStart"/>
      <w:r w:rsidRPr="00BE37F2">
        <w:rPr>
          <w:rFonts w:ascii="Calibri" w:hAnsi="Calibri"/>
          <w:sz w:val="21"/>
          <w:lang w:val="es-ES"/>
        </w:rPr>
        <w:t>Começaremos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pelo </w:t>
      </w:r>
      <w:proofErr w:type="spellStart"/>
      <w:r w:rsidRPr="00BE37F2">
        <w:rPr>
          <w:rFonts w:ascii="Calibri" w:hAnsi="Calibri"/>
          <w:sz w:val="21"/>
          <w:lang w:val="es-ES"/>
        </w:rPr>
        <w:t>bairro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do Castelo de </w:t>
      </w:r>
      <w:proofErr w:type="spellStart"/>
      <w:r w:rsidRPr="00BE37F2">
        <w:rPr>
          <w:rFonts w:ascii="Calibri" w:hAnsi="Calibri"/>
          <w:sz w:val="21"/>
          <w:lang w:val="es-ES"/>
        </w:rPr>
        <w:t>Hradčany</w:t>
      </w:r>
      <w:proofErr w:type="spellEnd"/>
      <w:r w:rsidRPr="00BE37F2">
        <w:rPr>
          <w:rFonts w:ascii="Calibri" w:hAnsi="Calibri"/>
          <w:sz w:val="21"/>
          <w:lang w:val="es-ES"/>
        </w:rPr>
        <w:t xml:space="preserve">, </w:t>
      </w:r>
      <w:proofErr w:type="spellStart"/>
      <w:r w:rsidRPr="00BE37F2">
        <w:rPr>
          <w:rFonts w:ascii="Calibri" w:hAnsi="Calibri"/>
          <w:sz w:val="21"/>
          <w:lang w:val="es-ES"/>
        </w:rPr>
        <w:t>com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a Catedral de São Vito, o Castelo de Praga e a </w:t>
      </w:r>
      <w:proofErr w:type="spellStart"/>
      <w:r w:rsidRPr="00BE37F2">
        <w:rPr>
          <w:rFonts w:ascii="Calibri" w:hAnsi="Calibri"/>
          <w:sz w:val="21"/>
          <w:lang w:val="es-ES"/>
        </w:rPr>
        <w:t>Rua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do Ouro. </w:t>
      </w:r>
      <w:proofErr w:type="spellStart"/>
      <w:r w:rsidRPr="00BE37F2">
        <w:rPr>
          <w:rFonts w:ascii="Calibri" w:hAnsi="Calibri"/>
          <w:sz w:val="21"/>
          <w:lang w:val="es-ES"/>
        </w:rPr>
        <w:t>Após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</w:t>
      </w:r>
      <w:proofErr w:type="spellStart"/>
      <w:r w:rsidRPr="00BE37F2">
        <w:rPr>
          <w:rFonts w:ascii="Calibri" w:hAnsi="Calibri"/>
          <w:sz w:val="21"/>
          <w:lang w:val="es-ES"/>
        </w:rPr>
        <w:t>percorrer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os </w:t>
      </w:r>
      <w:r w:rsidRPr="00BE37F2">
        <w:rPr>
          <w:rFonts w:ascii="Calibri" w:hAnsi="Calibri"/>
          <w:sz w:val="21"/>
          <w:lang w:val="es-ES"/>
        </w:rPr>
        <w:t xml:space="preserve">diferentes </w:t>
      </w:r>
      <w:proofErr w:type="spellStart"/>
      <w:r w:rsidRPr="00BE37F2">
        <w:rPr>
          <w:rFonts w:ascii="Calibri" w:hAnsi="Calibri"/>
          <w:sz w:val="21"/>
          <w:lang w:val="es-ES"/>
        </w:rPr>
        <w:t>pátios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do </w:t>
      </w:r>
      <w:proofErr w:type="spellStart"/>
      <w:r w:rsidRPr="00BE37F2">
        <w:rPr>
          <w:rFonts w:ascii="Calibri" w:hAnsi="Calibri"/>
          <w:sz w:val="21"/>
          <w:lang w:val="es-ES"/>
        </w:rPr>
        <w:t>castelo</w:t>
      </w:r>
      <w:proofErr w:type="spellEnd"/>
      <w:r w:rsidRPr="00BE37F2">
        <w:rPr>
          <w:rFonts w:ascii="Calibri" w:hAnsi="Calibri"/>
          <w:sz w:val="21"/>
          <w:lang w:val="es-ES"/>
        </w:rPr>
        <w:t xml:space="preserve">, visitaremos a </w:t>
      </w:r>
      <w:proofErr w:type="spellStart"/>
      <w:r w:rsidRPr="00BE37F2">
        <w:rPr>
          <w:rFonts w:ascii="Calibri" w:hAnsi="Calibri"/>
          <w:sz w:val="21"/>
          <w:lang w:val="es-ES"/>
        </w:rPr>
        <w:t>Cidade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</w:t>
      </w:r>
      <w:proofErr w:type="spellStart"/>
      <w:r w:rsidRPr="00BE37F2">
        <w:rPr>
          <w:rFonts w:ascii="Calibri" w:hAnsi="Calibri"/>
          <w:sz w:val="21"/>
          <w:lang w:val="es-ES"/>
        </w:rPr>
        <w:t>Pequena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pela </w:t>
      </w:r>
      <w:proofErr w:type="spellStart"/>
      <w:r w:rsidRPr="00BE37F2">
        <w:rPr>
          <w:rFonts w:ascii="Calibri" w:hAnsi="Calibri"/>
          <w:sz w:val="21"/>
          <w:lang w:val="es-ES"/>
        </w:rPr>
        <w:t>rua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</w:t>
      </w:r>
      <w:proofErr w:type="spellStart"/>
      <w:r w:rsidRPr="00BE37F2">
        <w:rPr>
          <w:rFonts w:ascii="Calibri" w:hAnsi="Calibri"/>
          <w:sz w:val="21"/>
          <w:lang w:val="es-ES"/>
        </w:rPr>
        <w:t>Nerudova</w:t>
      </w:r>
      <w:proofErr w:type="spellEnd"/>
      <w:r w:rsidRPr="00BE37F2">
        <w:rPr>
          <w:rFonts w:ascii="Calibri" w:hAnsi="Calibri"/>
          <w:sz w:val="21"/>
          <w:lang w:val="es-ES"/>
        </w:rPr>
        <w:t xml:space="preserve">, </w:t>
      </w:r>
      <w:proofErr w:type="spellStart"/>
      <w:r w:rsidRPr="00BE37F2">
        <w:rPr>
          <w:rFonts w:ascii="Calibri" w:hAnsi="Calibri"/>
          <w:sz w:val="21"/>
          <w:lang w:val="es-ES"/>
        </w:rPr>
        <w:t>com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</w:t>
      </w:r>
      <w:proofErr w:type="spellStart"/>
      <w:r w:rsidRPr="00BE37F2">
        <w:rPr>
          <w:rFonts w:ascii="Calibri" w:hAnsi="Calibri"/>
          <w:sz w:val="21"/>
          <w:lang w:val="es-ES"/>
        </w:rPr>
        <w:t>suas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</w:t>
      </w:r>
      <w:proofErr w:type="spellStart"/>
      <w:r w:rsidRPr="00BE37F2">
        <w:rPr>
          <w:rFonts w:ascii="Calibri" w:hAnsi="Calibri"/>
          <w:sz w:val="21"/>
          <w:lang w:val="es-ES"/>
        </w:rPr>
        <w:t>belas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casas </w:t>
      </w:r>
      <w:proofErr w:type="gramStart"/>
      <w:r w:rsidRPr="00BE37F2">
        <w:rPr>
          <w:rFonts w:ascii="Calibri" w:hAnsi="Calibri"/>
          <w:sz w:val="21"/>
          <w:lang w:val="es-ES"/>
        </w:rPr>
        <w:t>e</w:t>
      </w:r>
      <w:proofErr w:type="gramEnd"/>
      <w:r w:rsidRPr="00BE37F2">
        <w:rPr>
          <w:rFonts w:ascii="Calibri" w:hAnsi="Calibri"/>
          <w:sz w:val="21"/>
          <w:lang w:val="es-ES"/>
        </w:rPr>
        <w:t xml:space="preserve"> símbolos </w:t>
      </w:r>
      <w:proofErr w:type="spellStart"/>
      <w:r w:rsidRPr="00BE37F2">
        <w:rPr>
          <w:rFonts w:ascii="Calibri" w:hAnsi="Calibri"/>
          <w:sz w:val="21"/>
          <w:lang w:val="es-ES"/>
        </w:rPr>
        <w:t>antigos</w:t>
      </w:r>
      <w:proofErr w:type="spellEnd"/>
      <w:r w:rsidRPr="00BE37F2">
        <w:rPr>
          <w:rFonts w:ascii="Calibri" w:hAnsi="Calibri"/>
          <w:sz w:val="21"/>
          <w:lang w:val="es-ES"/>
        </w:rPr>
        <w:t xml:space="preserve">. </w:t>
      </w:r>
      <w:proofErr w:type="spellStart"/>
      <w:r w:rsidRPr="00BE37F2">
        <w:rPr>
          <w:rFonts w:ascii="Calibri" w:hAnsi="Calibri"/>
          <w:sz w:val="21"/>
          <w:lang w:val="es-ES"/>
        </w:rPr>
        <w:t>Passaremos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pela Igreja de São Nicolau até </w:t>
      </w:r>
      <w:proofErr w:type="spellStart"/>
      <w:r w:rsidRPr="00BE37F2">
        <w:rPr>
          <w:rFonts w:ascii="Calibri" w:hAnsi="Calibri"/>
          <w:sz w:val="21"/>
          <w:lang w:val="es-ES"/>
        </w:rPr>
        <w:t>chegar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à Ponte Carlos, </w:t>
      </w:r>
      <w:proofErr w:type="spellStart"/>
      <w:r w:rsidRPr="00BE37F2">
        <w:rPr>
          <w:rFonts w:ascii="Calibri" w:hAnsi="Calibri"/>
          <w:sz w:val="21"/>
          <w:lang w:val="es-ES"/>
        </w:rPr>
        <w:t>uma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das </w:t>
      </w:r>
      <w:proofErr w:type="spellStart"/>
      <w:r w:rsidRPr="00BE37F2">
        <w:rPr>
          <w:rFonts w:ascii="Calibri" w:hAnsi="Calibri"/>
          <w:sz w:val="21"/>
          <w:lang w:val="es-ES"/>
        </w:rPr>
        <w:t>mais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</w:t>
      </w:r>
      <w:proofErr w:type="spellStart"/>
      <w:r w:rsidRPr="00BE37F2">
        <w:rPr>
          <w:rFonts w:ascii="Calibri" w:hAnsi="Calibri"/>
          <w:sz w:val="21"/>
          <w:lang w:val="es-ES"/>
        </w:rPr>
        <w:t>antigas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da Europa, que liga a </w:t>
      </w:r>
      <w:proofErr w:type="spellStart"/>
      <w:r w:rsidRPr="00BE37F2">
        <w:rPr>
          <w:rFonts w:ascii="Calibri" w:hAnsi="Calibri"/>
          <w:sz w:val="21"/>
          <w:lang w:val="es-ES"/>
        </w:rPr>
        <w:t>Cidade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</w:t>
      </w:r>
      <w:proofErr w:type="spellStart"/>
      <w:r w:rsidRPr="00BE37F2">
        <w:rPr>
          <w:rFonts w:ascii="Calibri" w:hAnsi="Calibri"/>
          <w:sz w:val="21"/>
          <w:lang w:val="es-ES"/>
        </w:rPr>
        <w:t>Pequena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à </w:t>
      </w:r>
      <w:proofErr w:type="spellStart"/>
      <w:r w:rsidRPr="00BE37F2">
        <w:rPr>
          <w:rFonts w:ascii="Calibri" w:hAnsi="Calibri"/>
          <w:sz w:val="21"/>
          <w:lang w:val="es-ES"/>
        </w:rPr>
        <w:t>Cidade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</w:t>
      </w:r>
      <w:proofErr w:type="spellStart"/>
      <w:r w:rsidRPr="00BE37F2">
        <w:rPr>
          <w:rFonts w:ascii="Calibri" w:hAnsi="Calibri"/>
          <w:sz w:val="21"/>
          <w:lang w:val="es-ES"/>
        </w:rPr>
        <w:t>Velha</w:t>
      </w:r>
      <w:proofErr w:type="spellEnd"/>
      <w:r w:rsidRPr="00BE37F2">
        <w:rPr>
          <w:rFonts w:ascii="Calibri" w:hAnsi="Calibri"/>
          <w:sz w:val="21"/>
          <w:lang w:val="es-ES"/>
        </w:rPr>
        <w:t xml:space="preserve">, de onde se </w:t>
      </w:r>
      <w:proofErr w:type="spellStart"/>
      <w:r w:rsidRPr="00BE37F2">
        <w:rPr>
          <w:rFonts w:ascii="Calibri" w:hAnsi="Calibri"/>
          <w:sz w:val="21"/>
          <w:lang w:val="es-ES"/>
        </w:rPr>
        <w:t>tem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</w:t>
      </w:r>
      <w:proofErr w:type="spellStart"/>
      <w:r w:rsidRPr="00BE37F2">
        <w:rPr>
          <w:rFonts w:ascii="Calibri" w:hAnsi="Calibri"/>
          <w:sz w:val="21"/>
          <w:lang w:val="es-ES"/>
        </w:rPr>
        <w:t>uma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</w:t>
      </w:r>
      <w:proofErr w:type="spellStart"/>
      <w:r w:rsidRPr="00BE37F2">
        <w:rPr>
          <w:rFonts w:ascii="Calibri" w:hAnsi="Calibri"/>
          <w:sz w:val="21"/>
          <w:lang w:val="es-ES"/>
        </w:rPr>
        <w:t>bela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vista. </w:t>
      </w:r>
      <w:proofErr w:type="spellStart"/>
      <w:r w:rsidRPr="00BE37F2">
        <w:rPr>
          <w:rFonts w:ascii="Calibri" w:hAnsi="Calibri"/>
          <w:sz w:val="21"/>
          <w:lang w:val="es-ES"/>
        </w:rPr>
        <w:t>Caminharemos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pela </w:t>
      </w:r>
      <w:proofErr w:type="spellStart"/>
      <w:r w:rsidRPr="00BE37F2">
        <w:rPr>
          <w:rFonts w:ascii="Calibri" w:hAnsi="Calibri"/>
          <w:sz w:val="21"/>
          <w:lang w:val="es-ES"/>
        </w:rPr>
        <w:t>rua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</w:t>
      </w:r>
      <w:proofErr w:type="spellStart"/>
      <w:r w:rsidRPr="00BE37F2">
        <w:rPr>
          <w:rFonts w:ascii="Calibri" w:hAnsi="Calibri"/>
          <w:sz w:val="21"/>
          <w:lang w:val="es-ES"/>
        </w:rPr>
        <w:t>Karlova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até a </w:t>
      </w:r>
      <w:proofErr w:type="spellStart"/>
      <w:r w:rsidRPr="00BE37F2">
        <w:rPr>
          <w:rFonts w:ascii="Calibri" w:hAnsi="Calibri"/>
          <w:sz w:val="21"/>
          <w:lang w:val="es-ES"/>
        </w:rPr>
        <w:t>Praça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da </w:t>
      </w:r>
      <w:proofErr w:type="spellStart"/>
      <w:r w:rsidRPr="00BE37F2">
        <w:rPr>
          <w:rFonts w:ascii="Calibri" w:hAnsi="Calibri"/>
          <w:sz w:val="21"/>
          <w:lang w:val="es-ES"/>
        </w:rPr>
        <w:t>Cidade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</w:t>
      </w:r>
      <w:proofErr w:type="spellStart"/>
      <w:r w:rsidRPr="00BE37F2">
        <w:rPr>
          <w:rFonts w:ascii="Calibri" w:hAnsi="Calibri"/>
          <w:sz w:val="21"/>
          <w:lang w:val="es-ES"/>
        </w:rPr>
        <w:t>Velha</w:t>
      </w:r>
      <w:proofErr w:type="spellEnd"/>
      <w:r w:rsidRPr="00BE37F2">
        <w:rPr>
          <w:rFonts w:ascii="Calibri" w:hAnsi="Calibri"/>
          <w:sz w:val="21"/>
          <w:lang w:val="es-ES"/>
        </w:rPr>
        <w:t xml:space="preserve">, </w:t>
      </w:r>
      <w:proofErr w:type="spellStart"/>
      <w:r w:rsidRPr="00BE37F2">
        <w:rPr>
          <w:rFonts w:ascii="Calibri" w:hAnsi="Calibri"/>
          <w:sz w:val="21"/>
          <w:lang w:val="es-ES"/>
        </w:rPr>
        <w:t>com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</w:t>
      </w:r>
      <w:proofErr w:type="spellStart"/>
      <w:r w:rsidRPr="00BE37F2">
        <w:rPr>
          <w:rFonts w:ascii="Calibri" w:hAnsi="Calibri"/>
          <w:sz w:val="21"/>
          <w:lang w:val="es-ES"/>
        </w:rPr>
        <w:t>seu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</w:t>
      </w:r>
      <w:proofErr w:type="spellStart"/>
      <w:r w:rsidRPr="00BE37F2">
        <w:rPr>
          <w:rFonts w:ascii="Calibri" w:hAnsi="Calibri"/>
          <w:sz w:val="21"/>
          <w:lang w:val="es-ES"/>
        </w:rPr>
        <w:t>relógio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</w:t>
      </w:r>
      <w:proofErr w:type="spellStart"/>
      <w:r w:rsidRPr="00BE37F2">
        <w:rPr>
          <w:rFonts w:ascii="Calibri" w:hAnsi="Calibri"/>
          <w:sz w:val="21"/>
          <w:lang w:val="es-ES"/>
        </w:rPr>
        <w:t>astronômico</w:t>
      </w:r>
      <w:proofErr w:type="spellEnd"/>
      <w:r w:rsidRPr="00BE37F2">
        <w:rPr>
          <w:rFonts w:ascii="Calibri" w:hAnsi="Calibri"/>
          <w:sz w:val="21"/>
          <w:lang w:val="es-ES"/>
        </w:rPr>
        <w:t xml:space="preserve">, a igreja gótica de </w:t>
      </w:r>
      <w:proofErr w:type="spellStart"/>
      <w:r w:rsidRPr="00BE37F2">
        <w:rPr>
          <w:rFonts w:ascii="Calibri" w:hAnsi="Calibri"/>
          <w:sz w:val="21"/>
          <w:lang w:val="es-ES"/>
        </w:rPr>
        <w:t>Nossa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</w:t>
      </w:r>
      <w:proofErr w:type="spellStart"/>
      <w:r w:rsidRPr="00BE37F2">
        <w:rPr>
          <w:rFonts w:ascii="Calibri" w:hAnsi="Calibri"/>
          <w:sz w:val="21"/>
          <w:lang w:val="es-ES"/>
        </w:rPr>
        <w:t>Senhora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de </w:t>
      </w:r>
      <w:proofErr w:type="spellStart"/>
      <w:r w:rsidRPr="00BE37F2">
        <w:rPr>
          <w:rFonts w:ascii="Calibri" w:hAnsi="Calibri"/>
          <w:sz w:val="21"/>
          <w:lang w:val="es-ES"/>
        </w:rPr>
        <w:t>Týn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e o monumento a Jan </w:t>
      </w:r>
      <w:proofErr w:type="spellStart"/>
      <w:r w:rsidRPr="00BE37F2">
        <w:rPr>
          <w:rFonts w:ascii="Calibri" w:hAnsi="Calibri"/>
          <w:sz w:val="21"/>
          <w:lang w:val="es-ES"/>
        </w:rPr>
        <w:t>Hus</w:t>
      </w:r>
      <w:proofErr w:type="spellEnd"/>
      <w:r w:rsidRPr="00BE37F2">
        <w:rPr>
          <w:rFonts w:ascii="Calibri" w:hAnsi="Calibri"/>
          <w:sz w:val="21"/>
          <w:lang w:val="es-ES"/>
        </w:rPr>
        <w:t xml:space="preserve">. Por </w:t>
      </w:r>
      <w:proofErr w:type="spellStart"/>
      <w:r w:rsidRPr="00BE37F2">
        <w:rPr>
          <w:rFonts w:ascii="Calibri" w:hAnsi="Calibri"/>
          <w:sz w:val="21"/>
          <w:lang w:val="es-ES"/>
        </w:rPr>
        <w:t>fim</w:t>
      </w:r>
      <w:proofErr w:type="spellEnd"/>
      <w:r w:rsidRPr="00BE37F2">
        <w:rPr>
          <w:rFonts w:ascii="Calibri" w:hAnsi="Calibri"/>
          <w:sz w:val="21"/>
          <w:lang w:val="es-ES"/>
        </w:rPr>
        <w:t xml:space="preserve">, </w:t>
      </w:r>
      <w:proofErr w:type="spellStart"/>
      <w:r w:rsidRPr="00BE37F2">
        <w:rPr>
          <w:rFonts w:ascii="Calibri" w:hAnsi="Calibri"/>
          <w:sz w:val="21"/>
          <w:lang w:val="es-ES"/>
        </w:rPr>
        <w:t>chegaremos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à </w:t>
      </w:r>
      <w:proofErr w:type="spellStart"/>
      <w:r w:rsidRPr="00BE37F2">
        <w:rPr>
          <w:rFonts w:ascii="Calibri" w:hAnsi="Calibri"/>
          <w:sz w:val="21"/>
          <w:lang w:val="es-ES"/>
        </w:rPr>
        <w:t>Cidade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Nova, onde termina o </w:t>
      </w:r>
      <w:proofErr w:type="spellStart"/>
      <w:r w:rsidRPr="00BE37F2">
        <w:rPr>
          <w:rFonts w:ascii="Calibri" w:hAnsi="Calibri"/>
          <w:sz w:val="21"/>
          <w:lang w:val="es-ES"/>
        </w:rPr>
        <w:t>passeio</w:t>
      </w:r>
      <w:proofErr w:type="spellEnd"/>
      <w:r w:rsidRPr="00BE37F2">
        <w:rPr>
          <w:rFonts w:ascii="Calibri" w:hAnsi="Calibri"/>
          <w:sz w:val="21"/>
          <w:lang w:val="es-ES"/>
        </w:rPr>
        <w:t xml:space="preserve">. Praga </w:t>
      </w:r>
      <w:proofErr w:type="spellStart"/>
      <w:r w:rsidRPr="00BE37F2">
        <w:rPr>
          <w:rFonts w:ascii="Calibri" w:hAnsi="Calibri"/>
          <w:sz w:val="21"/>
          <w:lang w:val="es-ES"/>
        </w:rPr>
        <w:t>també</w:t>
      </w:r>
      <w:r w:rsidRPr="00BE37F2">
        <w:rPr>
          <w:rFonts w:ascii="Calibri" w:hAnsi="Calibri"/>
          <w:sz w:val="21"/>
          <w:lang w:val="es-ES"/>
        </w:rPr>
        <w:t>m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é famosa por </w:t>
      </w:r>
      <w:proofErr w:type="spellStart"/>
      <w:r w:rsidRPr="00BE37F2">
        <w:rPr>
          <w:rFonts w:ascii="Calibri" w:hAnsi="Calibri"/>
          <w:sz w:val="21"/>
          <w:lang w:val="es-ES"/>
        </w:rPr>
        <w:t>sua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arte em vidro </w:t>
      </w:r>
      <w:proofErr w:type="gramStart"/>
      <w:r w:rsidRPr="00BE37F2">
        <w:rPr>
          <w:rFonts w:ascii="Calibri" w:hAnsi="Calibri"/>
          <w:sz w:val="21"/>
          <w:lang w:val="es-ES"/>
        </w:rPr>
        <w:t>e</w:t>
      </w:r>
      <w:proofErr w:type="gramEnd"/>
      <w:r w:rsidRPr="00BE37F2">
        <w:rPr>
          <w:rFonts w:ascii="Calibri" w:hAnsi="Calibri"/>
          <w:sz w:val="21"/>
          <w:lang w:val="es-ES"/>
        </w:rPr>
        <w:t xml:space="preserve"> porcelana; as </w:t>
      </w:r>
      <w:proofErr w:type="spellStart"/>
      <w:r w:rsidRPr="00BE37F2">
        <w:rPr>
          <w:rFonts w:ascii="Calibri" w:hAnsi="Calibri"/>
          <w:sz w:val="21"/>
          <w:lang w:val="es-ES"/>
        </w:rPr>
        <w:t>marionetes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</w:t>
      </w:r>
      <w:proofErr w:type="spellStart"/>
      <w:r w:rsidRPr="00BE37F2">
        <w:rPr>
          <w:rFonts w:ascii="Calibri" w:hAnsi="Calibri"/>
          <w:sz w:val="21"/>
          <w:lang w:val="es-ES"/>
        </w:rPr>
        <w:t>são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</w:t>
      </w:r>
      <w:proofErr w:type="spellStart"/>
      <w:r w:rsidRPr="00BE37F2">
        <w:rPr>
          <w:rFonts w:ascii="Calibri" w:hAnsi="Calibri"/>
          <w:sz w:val="21"/>
          <w:lang w:val="es-ES"/>
        </w:rPr>
        <w:t>uma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</w:t>
      </w:r>
      <w:proofErr w:type="spellStart"/>
      <w:r w:rsidRPr="00BE37F2">
        <w:rPr>
          <w:rFonts w:ascii="Calibri" w:hAnsi="Calibri"/>
          <w:sz w:val="21"/>
          <w:lang w:val="es-ES"/>
        </w:rPr>
        <w:t>lembrança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</w:t>
      </w:r>
      <w:proofErr w:type="spellStart"/>
      <w:r w:rsidRPr="00BE37F2">
        <w:rPr>
          <w:rFonts w:ascii="Calibri" w:hAnsi="Calibri"/>
          <w:sz w:val="21"/>
          <w:lang w:val="es-ES"/>
        </w:rPr>
        <w:t>autêntica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para </w:t>
      </w:r>
      <w:proofErr w:type="spellStart"/>
      <w:r w:rsidRPr="00BE37F2">
        <w:rPr>
          <w:rFonts w:ascii="Calibri" w:hAnsi="Calibri"/>
          <w:sz w:val="21"/>
          <w:lang w:val="es-ES"/>
        </w:rPr>
        <w:t>quem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</w:t>
      </w:r>
      <w:proofErr w:type="spellStart"/>
      <w:r w:rsidRPr="00BE37F2">
        <w:rPr>
          <w:rFonts w:ascii="Calibri" w:hAnsi="Calibri"/>
          <w:sz w:val="21"/>
          <w:lang w:val="es-ES"/>
        </w:rPr>
        <w:t>ficou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em casa.</w:t>
      </w:r>
    </w:p>
    <w:p w14:paraId="4A438CC3" w14:textId="77777777" w:rsidR="008D53FD" w:rsidRPr="00BE37F2" w:rsidRDefault="008D53FD">
      <w:pPr>
        <w:spacing w:after="80"/>
        <w:rPr>
          <w:lang w:val="es-ES"/>
        </w:rPr>
      </w:pPr>
    </w:p>
    <w:p w14:paraId="1C7BE5B1" w14:textId="77777777" w:rsidR="008D53FD" w:rsidRPr="00BE37F2" w:rsidRDefault="00BE37F2">
      <w:pPr>
        <w:pStyle w:val="Ttulo2"/>
        <w:spacing w:before="120" w:after="60"/>
        <w:rPr>
          <w:lang w:val="es-ES"/>
        </w:rPr>
      </w:pPr>
      <w:r w:rsidRPr="00BE37F2">
        <w:rPr>
          <w:rFonts w:ascii="Calibri" w:hAnsi="Calibri"/>
          <w:sz w:val="22"/>
          <w:lang w:val="es-ES"/>
        </w:rPr>
        <w:t>DIA 8 QUI PRAGA</w:t>
      </w:r>
    </w:p>
    <w:p w14:paraId="58276A67" w14:textId="77777777" w:rsidR="008D53FD" w:rsidRPr="00BE37F2" w:rsidRDefault="00BE37F2">
      <w:pPr>
        <w:spacing w:after="80"/>
        <w:rPr>
          <w:lang w:val="es-ES"/>
        </w:rPr>
      </w:pPr>
      <w:proofErr w:type="spellStart"/>
      <w:r w:rsidRPr="00BE37F2">
        <w:rPr>
          <w:rFonts w:ascii="Calibri" w:hAnsi="Calibri"/>
          <w:sz w:val="21"/>
          <w:lang w:val="es-ES"/>
        </w:rPr>
        <w:t>Hoje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</w:t>
      </w:r>
      <w:proofErr w:type="spellStart"/>
      <w:r w:rsidRPr="00BE37F2">
        <w:rPr>
          <w:rFonts w:ascii="Calibri" w:hAnsi="Calibri"/>
          <w:sz w:val="21"/>
          <w:lang w:val="es-ES"/>
        </w:rPr>
        <w:t>terá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o </w:t>
      </w:r>
      <w:proofErr w:type="spellStart"/>
      <w:r w:rsidRPr="00BE37F2">
        <w:rPr>
          <w:rFonts w:ascii="Calibri" w:hAnsi="Calibri"/>
          <w:sz w:val="21"/>
          <w:lang w:val="es-ES"/>
        </w:rPr>
        <w:t>dia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totalmente </w:t>
      </w:r>
      <w:proofErr w:type="spellStart"/>
      <w:r w:rsidRPr="00BE37F2">
        <w:rPr>
          <w:rFonts w:ascii="Calibri" w:hAnsi="Calibri"/>
          <w:sz w:val="21"/>
          <w:lang w:val="es-ES"/>
        </w:rPr>
        <w:t>livre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para continuar </w:t>
      </w:r>
      <w:proofErr w:type="spellStart"/>
      <w:r w:rsidRPr="00BE37F2">
        <w:rPr>
          <w:rFonts w:ascii="Calibri" w:hAnsi="Calibri"/>
          <w:sz w:val="21"/>
          <w:lang w:val="es-ES"/>
        </w:rPr>
        <w:t>descobrindo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a </w:t>
      </w:r>
      <w:proofErr w:type="spellStart"/>
      <w:r w:rsidRPr="00BE37F2">
        <w:rPr>
          <w:rFonts w:ascii="Calibri" w:hAnsi="Calibri"/>
          <w:sz w:val="21"/>
          <w:lang w:val="es-ES"/>
        </w:rPr>
        <w:t>cidade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</w:t>
      </w:r>
      <w:proofErr w:type="spellStart"/>
      <w:r w:rsidRPr="00BE37F2">
        <w:rPr>
          <w:rFonts w:ascii="Calibri" w:hAnsi="Calibri"/>
          <w:sz w:val="21"/>
          <w:lang w:val="es-ES"/>
        </w:rPr>
        <w:t>ou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descansar. Para </w:t>
      </w:r>
      <w:proofErr w:type="spellStart"/>
      <w:r w:rsidRPr="00BE37F2">
        <w:rPr>
          <w:rFonts w:ascii="Calibri" w:hAnsi="Calibri"/>
          <w:sz w:val="21"/>
          <w:lang w:val="es-ES"/>
        </w:rPr>
        <w:t>aqueles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que </w:t>
      </w:r>
      <w:proofErr w:type="spellStart"/>
      <w:r w:rsidRPr="00BE37F2">
        <w:rPr>
          <w:rFonts w:ascii="Calibri" w:hAnsi="Calibri"/>
          <w:sz w:val="21"/>
          <w:lang w:val="es-ES"/>
        </w:rPr>
        <w:t>desejam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</w:t>
      </w:r>
      <w:proofErr w:type="spellStart"/>
      <w:r w:rsidRPr="00BE37F2">
        <w:rPr>
          <w:rFonts w:ascii="Calibri" w:hAnsi="Calibri"/>
          <w:sz w:val="21"/>
          <w:lang w:val="es-ES"/>
        </w:rPr>
        <w:t>conhecer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como </w:t>
      </w:r>
      <w:proofErr w:type="spellStart"/>
      <w:r w:rsidRPr="00BE37F2">
        <w:rPr>
          <w:rFonts w:ascii="Calibri" w:hAnsi="Calibri"/>
          <w:sz w:val="21"/>
          <w:lang w:val="es-ES"/>
        </w:rPr>
        <w:t>rela</w:t>
      </w:r>
      <w:r w:rsidRPr="00BE37F2">
        <w:rPr>
          <w:rFonts w:ascii="Calibri" w:hAnsi="Calibri"/>
          <w:sz w:val="21"/>
          <w:lang w:val="es-ES"/>
        </w:rPr>
        <w:t>xavam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os imperadores, </w:t>
      </w:r>
      <w:proofErr w:type="spellStart"/>
      <w:r w:rsidRPr="00BE37F2">
        <w:rPr>
          <w:rFonts w:ascii="Calibri" w:hAnsi="Calibri"/>
          <w:sz w:val="21"/>
          <w:lang w:val="es-ES"/>
        </w:rPr>
        <w:t>oferecemos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</w:t>
      </w:r>
      <w:proofErr w:type="spellStart"/>
      <w:r w:rsidRPr="00BE37F2">
        <w:rPr>
          <w:rFonts w:ascii="Calibri" w:hAnsi="Calibri"/>
          <w:sz w:val="21"/>
          <w:lang w:val="es-ES"/>
        </w:rPr>
        <w:t>uma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</w:t>
      </w:r>
      <w:proofErr w:type="spellStart"/>
      <w:r w:rsidRPr="00BE37F2">
        <w:rPr>
          <w:rFonts w:ascii="Calibri" w:hAnsi="Calibri"/>
          <w:sz w:val="21"/>
          <w:lang w:val="es-ES"/>
        </w:rPr>
        <w:t>excursão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opcional a Karlovy Vary, a </w:t>
      </w:r>
      <w:proofErr w:type="spellStart"/>
      <w:r w:rsidRPr="00BE37F2">
        <w:rPr>
          <w:rFonts w:ascii="Calibri" w:hAnsi="Calibri"/>
          <w:sz w:val="21"/>
          <w:lang w:val="es-ES"/>
        </w:rPr>
        <w:t>clássica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</w:t>
      </w:r>
      <w:proofErr w:type="spellStart"/>
      <w:r w:rsidRPr="00BE37F2">
        <w:rPr>
          <w:rFonts w:ascii="Calibri" w:hAnsi="Calibri"/>
          <w:sz w:val="21"/>
          <w:lang w:val="es-ES"/>
        </w:rPr>
        <w:t>cidade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termal da </w:t>
      </w:r>
      <w:proofErr w:type="spellStart"/>
      <w:r w:rsidRPr="00BE37F2">
        <w:rPr>
          <w:rFonts w:ascii="Calibri" w:hAnsi="Calibri"/>
          <w:sz w:val="21"/>
          <w:lang w:val="es-ES"/>
        </w:rPr>
        <w:t>antiga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</w:t>
      </w:r>
      <w:proofErr w:type="spellStart"/>
      <w:r w:rsidRPr="00BE37F2">
        <w:rPr>
          <w:rFonts w:ascii="Calibri" w:hAnsi="Calibri"/>
          <w:sz w:val="21"/>
          <w:lang w:val="es-ES"/>
        </w:rPr>
        <w:t>monarquia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austro-húngara (</w:t>
      </w:r>
      <w:proofErr w:type="spellStart"/>
      <w:r w:rsidRPr="00BE37F2">
        <w:rPr>
          <w:rFonts w:ascii="Calibri" w:hAnsi="Calibri"/>
          <w:sz w:val="21"/>
          <w:lang w:val="es-ES"/>
        </w:rPr>
        <w:t>não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</w:t>
      </w:r>
      <w:proofErr w:type="spellStart"/>
      <w:r w:rsidRPr="00BE37F2">
        <w:rPr>
          <w:rFonts w:ascii="Calibri" w:hAnsi="Calibri"/>
          <w:sz w:val="21"/>
          <w:lang w:val="es-ES"/>
        </w:rPr>
        <w:t>incluída</w:t>
      </w:r>
      <w:proofErr w:type="spellEnd"/>
      <w:r w:rsidRPr="00BE37F2">
        <w:rPr>
          <w:rFonts w:ascii="Calibri" w:hAnsi="Calibri"/>
          <w:sz w:val="21"/>
          <w:lang w:val="es-ES"/>
        </w:rPr>
        <w:t xml:space="preserve">). </w:t>
      </w:r>
      <w:proofErr w:type="spellStart"/>
      <w:r w:rsidRPr="00BE37F2">
        <w:rPr>
          <w:rFonts w:ascii="Calibri" w:hAnsi="Calibri"/>
          <w:sz w:val="21"/>
          <w:lang w:val="es-ES"/>
        </w:rPr>
        <w:t>Hospedagem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em Praga.</w:t>
      </w:r>
    </w:p>
    <w:p w14:paraId="7B29C69C" w14:textId="77777777" w:rsidR="008D53FD" w:rsidRPr="00BE37F2" w:rsidRDefault="008D53FD">
      <w:pPr>
        <w:spacing w:after="80"/>
        <w:rPr>
          <w:lang w:val="es-ES"/>
        </w:rPr>
      </w:pPr>
    </w:p>
    <w:p w14:paraId="0CB53CAC" w14:textId="77777777" w:rsidR="008D53FD" w:rsidRPr="00BE37F2" w:rsidRDefault="00BE37F2">
      <w:pPr>
        <w:pStyle w:val="Ttulo2"/>
        <w:spacing w:before="120" w:after="60"/>
        <w:rPr>
          <w:lang w:val="es-ES"/>
        </w:rPr>
      </w:pPr>
      <w:r w:rsidRPr="00BE37F2">
        <w:rPr>
          <w:rFonts w:ascii="Calibri" w:hAnsi="Calibri"/>
          <w:sz w:val="22"/>
          <w:lang w:val="es-ES"/>
        </w:rPr>
        <w:t>DIA 9 SEX PRAGA - WIELICZKA CRACÓVIA</w:t>
      </w:r>
    </w:p>
    <w:p w14:paraId="1FE5387A" w14:textId="77777777" w:rsidR="008D53FD" w:rsidRPr="00BE37F2" w:rsidRDefault="00BE37F2">
      <w:pPr>
        <w:spacing w:after="80"/>
        <w:rPr>
          <w:lang w:val="es-ES"/>
        </w:rPr>
      </w:pPr>
      <w:r w:rsidRPr="00BE37F2">
        <w:rPr>
          <w:rFonts w:ascii="Calibri" w:hAnsi="Calibri"/>
          <w:sz w:val="21"/>
          <w:lang w:val="es-ES"/>
        </w:rPr>
        <w:t xml:space="preserve">Café da </w:t>
      </w:r>
      <w:proofErr w:type="spellStart"/>
      <w:r w:rsidRPr="00BE37F2">
        <w:rPr>
          <w:rFonts w:ascii="Calibri" w:hAnsi="Calibri"/>
          <w:sz w:val="21"/>
          <w:lang w:val="es-ES"/>
        </w:rPr>
        <w:t>manhã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e </w:t>
      </w:r>
      <w:proofErr w:type="spellStart"/>
      <w:r w:rsidRPr="00BE37F2">
        <w:rPr>
          <w:rFonts w:ascii="Calibri" w:hAnsi="Calibri"/>
          <w:sz w:val="21"/>
          <w:lang w:val="es-ES"/>
        </w:rPr>
        <w:t>saída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cedo do hotel. </w:t>
      </w:r>
      <w:proofErr w:type="spellStart"/>
      <w:r w:rsidRPr="00BE37F2">
        <w:rPr>
          <w:rFonts w:ascii="Calibri" w:hAnsi="Calibri"/>
          <w:sz w:val="21"/>
          <w:lang w:val="es-ES"/>
        </w:rPr>
        <w:t>Hoje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</w:t>
      </w:r>
      <w:proofErr w:type="spellStart"/>
      <w:r w:rsidRPr="00BE37F2">
        <w:rPr>
          <w:rFonts w:ascii="Calibri" w:hAnsi="Calibri"/>
          <w:sz w:val="21"/>
          <w:lang w:val="es-ES"/>
        </w:rPr>
        <w:t>deixarem</w:t>
      </w:r>
      <w:r w:rsidRPr="00BE37F2">
        <w:rPr>
          <w:rFonts w:ascii="Calibri" w:hAnsi="Calibri"/>
          <w:sz w:val="21"/>
          <w:lang w:val="es-ES"/>
        </w:rPr>
        <w:t>os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a República </w:t>
      </w:r>
      <w:proofErr w:type="spellStart"/>
      <w:r w:rsidRPr="00BE37F2">
        <w:rPr>
          <w:rFonts w:ascii="Calibri" w:hAnsi="Calibri"/>
          <w:sz w:val="21"/>
          <w:lang w:val="es-ES"/>
        </w:rPr>
        <w:t>Tcheca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e seguiremos para leste até </w:t>
      </w:r>
      <w:proofErr w:type="spellStart"/>
      <w:r w:rsidRPr="00BE37F2">
        <w:rPr>
          <w:rFonts w:ascii="Calibri" w:hAnsi="Calibri"/>
          <w:sz w:val="21"/>
          <w:lang w:val="es-ES"/>
        </w:rPr>
        <w:t>Cracóvia</w:t>
      </w:r>
      <w:proofErr w:type="spellEnd"/>
      <w:r w:rsidRPr="00BE37F2">
        <w:rPr>
          <w:rFonts w:ascii="Calibri" w:hAnsi="Calibri"/>
          <w:sz w:val="21"/>
          <w:lang w:val="es-ES"/>
        </w:rPr>
        <w:t xml:space="preserve">. Antes de </w:t>
      </w:r>
      <w:proofErr w:type="spellStart"/>
      <w:r w:rsidRPr="00BE37F2">
        <w:rPr>
          <w:rFonts w:ascii="Calibri" w:hAnsi="Calibri"/>
          <w:sz w:val="21"/>
          <w:lang w:val="es-ES"/>
        </w:rPr>
        <w:t>chegar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à </w:t>
      </w:r>
      <w:proofErr w:type="spellStart"/>
      <w:r w:rsidRPr="00BE37F2">
        <w:rPr>
          <w:rFonts w:ascii="Calibri" w:hAnsi="Calibri"/>
          <w:sz w:val="21"/>
          <w:lang w:val="es-ES"/>
        </w:rPr>
        <w:t>antiga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capital da </w:t>
      </w:r>
      <w:proofErr w:type="spellStart"/>
      <w:r w:rsidRPr="00BE37F2">
        <w:rPr>
          <w:rFonts w:ascii="Calibri" w:hAnsi="Calibri"/>
          <w:sz w:val="21"/>
          <w:lang w:val="es-ES"/>
        </w:rPr>
        <w:t>Polônia</w:t>
      </w:r>
      <w:proofErr w:type="spellEnd"/>
      <w:r w:rsidRPr="00BE37F2">
        <w:rPr>
          <w:rFonts w:ascii="Calibri" w:hAnsi="Calibri"/>
          <w:sz w:val="21"/>
          <w:lang w:val="es-ES"/>
        </w:rPr>
        <w:t xml:space="preserve">, </w:t>
      </w:r>
      <w:proofErr w:type="spellStart"/>
      <w:r w:rsidRPr="00BE37F2">
        <w:rPr>
          <w:rFonts w:ascii="Calibri" w:hAnsi="Calibri"/>
          <w:sz w:val="21"/>
          <w:lang w:val="es-ES"/>
        </w:rPr>
        <w:t>faremos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</w:t>
      </w:r>
      <w:proofErr w:type="spellStart"/>
      <w:r w:rsidRPr="00BE37F2">
        <w:rPr>
          <w:rFonts w:ascii="Calibri" w:hAnsi="Calibri"/>
          <w:sz w:val="21"/>
          <w:lang w:val="es-ES"/>
        </w:rPr>
        <w:t>um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</w:t>
      </w:r>
      <w:proofErr w:type="spellStart"/>
      <w:r w:rsidRPr="00BE37F2">
        <w:rPr>
          <w:rFonts w:ascii="Calibri" w:hAnsi="Calibri"/>
          <w:sz w:val="21"/>
          <w:lang w:val="es-ES"/>
        </w:rPr>
        <w:t>desvio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até </w:t>
      </w:r>
      <w:proofErr w:type="spellStart"/>
      <w:r w:rsidRPr="00BE37F2">
        <w:rPr>
          <w:rFonts w:ascii="Calibri" w:hAnsi="Calibri"/>
          <w:sz w:val="21"/>
          <w:lang w:val="es-ES"/>
        </w:rPr>
        <w:t>Wieliczka</w:t>
      </w:r>
      <w:proofErr w:type="spellEnd"/>
      <w:r w:rsidRPr="00BE37F2">
        <w:rPr>
          <w:rFonts w:ascii="Calibri" w:hAnsi="Calibri"/>
          <w:sz w:val="21"/>
          <w:lang w:val="es-ES"/>
        </w:rPr>
        <w:t xml:space="preserve">, onde visitaremos as famosas minas de sal. </w:t>
      </w:r>
      <w:proofErr w:type="spellStart"/>
      <w:r w:rsidRPr="00BE37F2">
        <w:rPr>
          <w:rFonts w:ascii="Calibri" w:hAnsi="Calibri"/>
          <w:sz w:val="21"/>
          <w:lang w:val="es-ES"/>
        </w:rPr>
        <w:t>Um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elevador nos </w:t>
      </w:r>
      <w:proofErr w:type="spellStart"/>
      <w:r w:rsidRPr="00BE37F2">
        <w:rPr>
          <w:rFonts w:ascii="Calibri" w:hAnsi="Calibri"/>
          <w:sz w:val="21"/>
          <w:lang w:val="es-ES"/>
        </w:rPr>
        <w:t>levará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a 250 metros </w:t>
      </w:r>
      <w:proofErr w:type="spellStart"/>
      <w:r w:rsidRPr="00BE37F2">
        <w:rPr>
          <w:rFonts w:ascii="Calibri" w:hAnsi="Calibri"/>
          <w:sz w:val="21"/>
          <w:lang w:val="es-ES"/>
        </w:rPr>
        <w:t>abaixo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da </w:t>
      </w:r>
      <w:proofErr w:type="spellStart"/>
      <w:r w:rsidRPr="00BE37F2">
        <w:rPr>
          <w:rFonts w:ascii="Calibri" w:hAnsi="Calibri"/>
          <w:sz w:val="21"/>
          <w:lang w:val="es-ES"/>
        </w:rPr>
        <w:t>superfície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terrestre, e </w:t>
      </w:r>
      <w:proofErr w:type="spellStart"/>
      <w:r w:rsidRPr="00BE37F2">
        <w:rPr>
          <w:rFonts w:ascii="Calibri" w:hAnsi="Calibri"/>
          <w:sz w:val="21"/>
          <w:lang w:val="es-ES"/>
        </w:rPr>
        <w:t>não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</w:t>
      </w:r>
      <w:proofErr w:type="spellStart"/>
      <w:r w:rsidRPr="00BE37F2">
        <w:rPr>
          <w:rFonts w:ascii="Calibri" w:hAnsi="Calibri"/>
          <w:sz w:val="21"/>
          <w:lang w:val="es-ES"/>
        </w:rPr>
        <w:t>de</w:t>
      </w:r>
      <w:r w:rsidRPr="00BE37F2">
        <w:rPr>
          <w:rFonts w:ascii="Calibri" w:hAnsi="Calibri"/>
          <w:sz w:val="21"/>
          <w:lang w:val="es-ES"/>
        </w:rPr>
        <w:t>ixaremos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de nos </w:t>
      </w:r>
      <w:proofErr w:type="spellStart"/>
      <w:r w:rsidRPr="00BE37F2">
        <w:rPr>
          <w:rFonts w:ascii="Calibri" w:hAnsi="Calibri"/>
          <w:sz w:val="21"/>
          <w:lang w:val="es-ES"/>
        </w:rPr>
        <w:t>maravilhar</w:t>
      </w:r>
      <w:proofErr w:type="spellEnd"/>
      <w:r w:rsidRPr="00BE37F2">
        <w:rPr>
          <w:rFonts w:ascii="Calibri" w:hAnsi="Calibri"/>
          <w:sz w:val="21"/>
          <w:lang w:val="es-ES"/>
        </w:rPr>
        <w:t xml:space="preserve">. </w:t>
      </w:r>
      <w:proofErr w:type="spellStart"/>
      <w:r w:rsidRPr="00BE37F2">
        <w:rPr>
          <w:rFonts w:ascii="Calibri" w:hAnsi="Calibri"/>
          <w:sz w:val="21"/>
          <w:lang w:val="es-ES"/>
        </w:rPr>
        <w:t>Não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é à </w:t>
      </w:r>
      <w:proofErr w:type="spellStart"/>
      <w:r w:rsidRPr="00BE37F2">
        <w:rPr>
          <w:rFonts w:ascii="Calibri" w:hAnsi="Calibri"/>
          <w:sz w:val="21"/>
          <w:lang w:val="es-ES"/>
        </w:rPr>
        <w:t>toa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que as minas </w:t>
      </w:r>
      <w:proofErr w:type="spellStart"/>
      <w:r w:rsidRPr="00BE37F2">
        <w:rPr>
          <w:rFonts w:ascii="Calibri" w:hAnsi="Calibri"/>
          <w:sz w:val="21"/>
          <w:lang w:val="es-ES"/>
        </w:rPr>
        <w:t>são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</w:t>
      </w:r>
      <w:proofErr w:type="spellStart"/>
      <w:r w:rsidRPr="00BE37F2">
        <w:rPr>
          <w:rFonts w:ascii="Calibri" w:hAnsi="Calibri"/>
          <w:sz w:val="21"/>
          <w:lang w:val="es-ES"/>
        </w:rPr>
        <w:t>uma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</w:t>
      </w:r>
      <w:proofErr w:type="spellStart"/>
      <w:r w:rsidRPr="00BE37F2">
        <w:rPr>
          <w:rFonts w:ascii="Calibri" w:hAnsi="Calibri"/>
          <w:sz w:val="21"/>
          <w:lang w:val="es-ES"/>
        </w:rPr>
        <w:t>atração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única no mundo e </w:t>
      </w:r>
      <w:proofErr w:type="spellStart"/>
      <w:r w:rsidRPr="00BE37F2">
        <w:rPr>
          <w:rFonts w:ascii="Calibri" w:hAnsi="Calibri"/>
          <w:sz w:val="21"/>
          <w:lang w:val="es-ES"/>
        </w:rPr>
        <w:t>foram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</w:t>
      </w:r>
      <w:proofErr w:type="spellStart"/>
      <w:r w:rsidRPr="00BE37F2">
        <w:rPr>
          <w:rFonts w:ascii="Calibri" w:hAnsi="Calibri"/>
          <w:sz w:val="21"/>
          <w:lang w:val="es-ES"/>
        </w:rPr>
        <w:t>incluídas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</w:t>
      </w:r>
      <w:proofErr w:type="spellStart"/>
      <w:r w:rsidRPr="00BE37F2">
        <w:rPr>
          <w:rFonts w:ascii="Calibri" w:hAnsi="Calibri"/>
          <w:sz w:val="21"/>
          <w:lang w:val="es-ES"/>
        </w:rPr>
        <w:t>na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Lista do </w:t>
      </w:r>
      <w:proofErr w:type="spellStart"/>
      <w:r w:rsidRPr="00BE37F2">
        <w:rPr>
          <w:rFonts w:ascii="Calibri" w:hAnsi="Calibri"/>
          <w:sz w:val="21"/>
          <w:lang w:val="es-ES"/>
        </w:rPr>
        <w:t>Patrimônio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Mundial da UNESCO. A visita </w:t>
      </w:r>
      <w:proofErr w:type="spellStart"/>
      <w:r w:rsidRPr="00BE37F2">
        <w:rPr>
          <w:rFonts w:ascii="Calibri" w:hAnsi="Calibri"/>
          <w:sz w:val="21"/>
          <w:lang w:val="es-ES"/>
        </w:rPr>
        <w:t>passa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por </w:t>
      </w:r>
      <w:proofErr w:type="spellStart"/>
      <w:r w:rsidRPr="00BE37F2">
        <w:rPr>
          <w:rFonts w:ascii="Calibri" w:hAnsi="Calibri"/>
          <w:sz w:val="21"/>
          <w:lang w:val="es-ES"/>
        </w:rPr>
        <w:t>belas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capelas esculpidas em sal (</w:t>
      </w:r>
      <w:proofErr w:type="spellStart"/>
      <w:r w:rsidRPr="00BE37F2">
        <w:rPr>
          <w:rFonts w:ascii="Calibri" w:hAnsi="Calibri"/>
          <w:sz w:val="21"/>
          <w:lang w:val="es-ES"/>
        </w:rPr>
        <w:t>sendo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a </w:t>
      </w:r>
      <w:proofErr w:type="spellStart"/>
      <w:r w:rsidRPr="00BE37F2">
        <w:rPr>
          <w:rFonts w:ascii="Calibri" w:hAnsi="Calibri"/>
          <w:sz w:val="21"/>
          <w:lang w:val="es-ES"/>
        </w:rPr>
        <w:t>mais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</w:t>
      </w:r>
      <w:proofErr w:type="spellStart"/>
      <w:r w:rsidRPr="00BE37F2">
        <w:rPr>
          <w:rFonts w:ascii="Calibri" w:hAnsi="Calibri"/>
          <w:sz w:val="21"/>
          <w:lang w:val="es-ES"/>
        </w:rPr>
        <w:t>impressionante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a dedicada à beata </w:t>
      </w:r>
      <w:proofErr w:type="spellStart"/>
      <w:r w:rsidRPr="00BE37F2">
        <w:rPr>
          <w:rFonts w:ascii="Calibri" w:hAnsi="Calibri"/>
          <w:sz w:val="21"/>
          <w:lang w:val="es-ES"/>
        </w:rPr>
        <w:t>Kinga</w:t>
      </w:r>
      <w:proofErr w:type="spellEnd"/>
      <w:r w:rsidRPr="00BE37F2">
        <w:rPr>
          <w:rFonts w:ascii="Calibri" w:hAnsi="Calibri"/>
          <w:sz w:val="21"/>
          <w:lang w:val="es-ES"/>
        </w:rPr>
        <w:t xml:space="preserve">), </w:t>
      </w:r>
      <w:proofErr w:type="spellStart"/>
      <w:r w:rsidRPr="00BE37F2">
        <w:rPr>
          <w:rFonts w:ascii="Calibri" w:hAnsi="Calibri"/>
          <w:sz w:val="21"/>
          <w:lang w:val="es-ES"/>
        </w:rPr>
        <w:t>câmar</w:t>
      </w:r>
      <w:r w:rsidRPr="00BE37F2">
        <w:rPr>
          <w:rFonts w:ascii="Calibri" w:hAnsi="Calibri"/>
          <w:sz w:val="21"/>
          <w:lang w:val="es-ES"/>
        </w:rPr>
        <w:t>as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enormes, grutas de cristal e </w:t>
      </w:r>
      <w:proofErr w:type="spellStart"/>
      <w:r w:rsidRPr="00BE37F2">
        <w:rPr>
          <w:rFonts w:ascii="Calibri" w:hAnsi="Calibri"/>
          <w:sz w:val="21"/>
          <w:lang w:val="es-ES"/>
        </w:rPr>
        <w:t>lagoas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</w:t>
      </w:r>
      <w:proofErr w:type="spellStart"/>
      <w:r w:rsidRPr="00BE37F2">
        <w:rPr>
          <w:rFonts w:ascii="Calibri" w:hAnsi="Calibri"/>
          <w:sz w:val="21"/>
          <w:lang w:val="es-ES"/>
        </w:rPr>
        <w:t>subterrâneas</w:t>
      </w:r>
      <w:proofErr w:type="spellEnd"/>
      <w:r w:rsidRPr="00BE37F2">
        <w:rPr>
          <w:rFonts w:ascii="Calibri" w:hAnsi="Calibri"/>
          <w:sz w:val="21"/>
          <w:lang w:val="es-ES"/>
        </w:rPr>
        <w:t xml:space="preserve">. </w:t>
      </w:r>
      <w:proofErr w:type="spellStart"/>
      <w:r w:rsidRPr="00BE37F2">
        <w:rPr>
          <w:rFonts w:ascii="Calibri" w:hAnsi="Calibri"/>
          <w:sz w:val="21"/>
          <w:lang w:val="es-ES"/>
        </w:rPr>
        <w:t>Chegada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a </w:t>
      </w:r>
      <w:proofErr w:type="spellStart"/>
      <w:r w:rsidRPr="00BE37F2">
        <w:rPr>
          <w:rFonts w:ascii="Calibri" w:hAnsi="Calibri"/>
          <w:sz w:val="21"/>
          <w:lang w:val="es-ES"/>
        </w:rPr>
        <w:t>Cracóvia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no final da tarde. </w:t>
      </w:r>
      <w:proofErr w:type="spellStart"/>
      <w:r w:rsidRPr="00BE37F2">
        <w:rPr>
          <w:rFonts w:ascii="Calibri" w:hAnsi="Calibri"/>
          <w:sz w:val="21"/>
          <w:lang w:val="es-ES"/>
        </w:rPr>
        <w:t>Acomodação</w:t>
      </w:r>
      <w:proofErr w:type="spellEnd"/>
      <w:r w:rsidRPr="00BE37F2">
        <w:rPr>
          <w:rFonts w:ascii="Calibri" w:hAnsi="Calibri"/>
          <w:sz w:val="21"/>
          <w:lang w:val="es-ES"/>
        </w:rPr>
        <w:t>.</w:t>
      </w:r>
    </w:p>
    <w:p w14:paraId="37B45752" w14:textId="77777777" w:rsidR="008D53FD" w:rsidRPr="00BE37F2" w:rsidRDefault="008D53FD">
      <w:pPr>
        <w:spacing w:after="80"/>
        <w:rPr>
          <w:lang w:val="es-ES"/>
        </w:rPr>
      </w:pPr>
    </w:p>
    <w:p w14:paraId="1C86A4B5" w14:textId="77777777" w:rsidR="008D53FD" w:rsidRPr="00BE37F2" w:rsidRDefault="00BE37F2">
      <w:pPr>
        <w:pStyle w:val="Ttulo2"/>
        <w:spacing w:before="120" w:after="60"/>
        <w:rPr>
          <w:lang w:val="es-ES"/>
        </w:rPr>
      </w:pPr>
      <w:r w:rsidRPr="00BE37F2">
        <w:rPr>
          <w:rFonts w:ascii="Calibri" w:hAnsi="Calibri"/>
          <w:sz w:val="22"/>
          <w:lang w:val="es-ES"/>
        </w:rPr>
        <w:t>DIA 10 SAB CRACÓVIA</w:t>
      </w:r>
    </w:p>
    <w:p w14:paraId="746964E7" w14:textId="77777777" w:rsidR="008D53FD" w:rsidRPr="00BE37F2" w:rsidRDefault="00BE37F2">
      <w:pPr>
        <w:spacing w:after="80"/>
        <w:rPr>
          <w:lang w:val="es-ES"/>
        </w:rPr>
      </w:pPr>
      <w:r w:rsidRPr="00BE37F2">
        <w:rPr>
          <w:rFonts w:ascii="Calibri" w:hAnsi="Calibri"/>
          <w:sz w:val="21"/>
          <w:lang w:val="es-ES"/>
        </w:rPr>
        <w:t xml:space="preserve">Café da </w:t>
      </w:r>
      <w:proofErr w:type="spellStart"/>
      <w:r w:rsidRPr="00BE37F2">
        <w:rPr>
          <w:rFonts w:ascii="Calibri" w:hAnsi="Calibri"/>
          <w:sz w:val="21"/>
          <w:lang w:val="es-ES"/>
        </w:rPr>
        <w:t>manhã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e visita da </w:t>
      </w:r>
      <w:proofErr w:type="spellStart"/>
      <w:r w:rsidRPr="00BE37F2">
        <w:rPr>
          <w:rFonts w:ascii="Calibri" w:hAnsi="Calibri"/>
          <w:sz w:val="21"/>
          <w:lang w:val="es-ES"/>
        </w:rPr>
        <w:t>cidade</w:t>
      </w:r>
      <w:proofErr w:type="spellEnd"/>
      <w:r w:rsidRPr="00BE37F2">
        <w:rPr>
          <w:rFonts w:ascii="Calibri" w:hAnsi="Calibri"/>
          <w:sz w:val="21"/>
          <w:lang w:val="es-ES"/>
        </w:rPr>
        <w:t xml:space="preserve">. </w:t>
      </w:r>
      <w:proofErr w:type="spellStart"/>
      <w:r w:rsidRPr="00BE37F2">
        <w:rPr>
          <w:rFonts w:ascii="Calibri" w:hAnsi="Calibri"/>
          <w:sz w:val="21"/>
          <w:lang w:val="es-ES"/>
        </w:rPr>
        <w:t>Cracóvia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fascina por </w:t>
      </w:r>
      <w:proofErr w:type="spellStart"/>
      <w:r w:rsidRPr="00BE37F2">
        <w:rPr>
          <w:rFonts w:ascii="Calibri" w:hAnsi="Calibri"/>
          <w:sz w:val="21"/>
          <w:lang w:val="es-ES"/>
        </w:rPr>
        <w:t>seus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</w:t>
      </w:r>
      <w:proofErr w:type="spellStart"/>
      <w:r w:rsidRPr="00BE37F2">
        <w:rPr>
          <w:rFonts w:ascii="Calibri" w:hAnsi="Calibri"/>
          <w:sz w:val="21"/>
          <w:lang w:val="es-ES"/>
        </w:rPr>
        <w:t>tesouros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</w:t>
      </w:r>
      <w:proofErr w:type="spellStart"/>
      <w:r w:rsidRPr="00BE37F2">
        <w:rPr>
          <w:rFonts w:ascii="Calibri" w:hAnsi="Calibri"/>
          <w:sz w:val="21"/>
          <w:lang w:val="es-ES"/>
        </w:rPr>
        <w:t>arquitetônicos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e artísticos, como a colina de Wawel, </w:t>
      </w:r>
      <w:r w:rsidRPr="00BE37F2">
        <w:rPr>
          <w:rFonts w:ascii="Calibri" w:hAnsi="Calibri"/>
          <w:sz w:val="21"/>
          <w:lang w:val="es-ES"/>
        </w:rPr>
        <w:t xml:space="preserve">durante </w:t>
      </w:r>
      <w:proofErr w:type="spellStart"/>
      <w:r w:rsidRPr="00BE37F2">
        <w:rPr>
          <w:rFonts w:ascii="Calibri" w:hAnsi="Calibri"/>
          <w:sz w:val="21"/>
          <w:lang w:val="es-ES"/>
        </w:rPr>
        <w:t>séculos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</w:t>
      </w:r>
      <w:proofErr w:type="spellStart"/>
      <w:r w:rsidRPr="00BE37F2">
        <w:rPr>
          <w:rFonts w:ascii="Calibri" w:hAnsi="Calibri"/>
          <w:sz w:val="21"/>
          <w:lang w:val="es-ES"/>
        </w:rPr>
        <w:t>residência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dos reis da </w:t>
      </w:r>
      <w:proofErr w:type="spellStart"/>
      <w:r w:rsidRPr="00BE37F2">
        <w:rPr>
          <w:rFonts w:ascii="Calibri" w:hAnsi="Calibri"/>
          <w:sz w:val="21"/>
          <w:lang w:val="es-ES"/>
        </w:rPr>
        <w:t>Polônia</w:t>
      </w:r>
      <w:proofErr w:type="spellEnd"/>
      <w:r w:rsidRPr="00BE37F2">
        <w:rPr>
          <w:rFonts w:ascii="Calibri" w:hAnsi="Calibri"/>
          <w:sz w:val="21"/>
          <w:lang w:val="es-ES"/>
        </w:rPr>
        <w:t xml:space="preserve">, a Igreja de Santa Maria e </w:t>
      </w:r>
      <w:proofErr w:type="spellStart"/>
      <w:r w:rsidRPr="00BE37F2">
        <w:rPr>
          <w:rFonts w:ascii="Calibri" w:hAnsi="Calibri"/>
          <w:sz w:val="21"/>
          <w:lang w:val="es-ES"/>
        </w:rPr>
        <w:t>seu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centro histórico, onde se </w:t>
      </w:r>
      <w:proofErr w:type="spellStart"/>
      <w:r w:rsidRPr="00BE37F2">
        <w:rPr>
          <w:rFonts w:ascii="Calibri" w:hAnsi="Calibri"/>
          <w:sz w:val="21"/>
          <w:lang w:val="es-ES"/>
        </w:rPr>
        <w:t>encontra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</w:t>
      </w:r>
      <w:proofErr w:type="spellStart"/>
      <w:r w:rsidRPr="00BE37F2">
        <w:rPr>
          <w:rFonts w:ascii="Calibri" w:hAnsi="Calibri"/>
          <w:sz w:val="21"/>
          <w:lang w:val="es-ES"/>
        </w:rPr>
        <w:t>uma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das </w:t>
      </w:r>
      <w:proofErr w:type="spellStart"/>
      <w:r w:rsidRPr="00BE37F2">
        <w:rPr>
          <w:rFonts w:ascii="Calibri" w:hAnsi="Calibri"/>
          <w:sz w:val="21"/>
          <w:lang w:val="es-ES"/>
        </w:rPr>
        <w:t>maiores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</w:t>
      </w:r>
      <w:proofErr w:type="spellStart"/>
      <w:r w:rsidRPr="00BE37F2">
        <w:rPr>
          <w:rFonts w:ascii="Calibri" w:hAnsi="Calibri"/>
          <w:sz w:val="21"/>
          <w:lang w:val="es-ES"/>
        </w:rPr>
        <w:t>praças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</w:t>
      </w:r>
      <w:proofErr w:type="spellStart"/>
      <w:r w:rsidRPr="00BE37F2">
        <w:rPr>
          <w:rFonts w:ascii="Calibri" w:hAnsi="Calibri"/>
          <w:sz w:val="21"/>
          <w:lang w:val="es-ES"/>
        </w:rPr>
        <w:t>medievais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da Europa, rodeada por </w:t>
      </w:r>
      <w:proofErr w:type="spellStart"/>
      <w:r w:rsidRPr="00BE37F2">
        <w:rPr>
          <w:rFonts w:ascii="Calibri" w:hAnsi="Calibri"/>
          <w:sz w:val="21"/>
          <w:lang w:val="es-ES"/>
        </w:rPr>
        <w:t>edifícios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históricos. Como parte do </w:t>
      </w:r>
      <w:proofErr w:type="spellStart"/>
      <w:r w:rsidRPr="00BE37F2">
        <w:rPr>
          <w:rFonts w:ascii="Calibri" w:hAnsi="Calibri"/>
          <w:sz w:val="21"/>
          <w:lang w:val="es-ES"/>
        </w:rPr>
        <w:t>nosso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</w:t>
      </w:r>
      <w:proofErr w:type="spellStart"/>
      <w:r w:rsidRPr="00BE37F2">
        <w:rPr>
          <w:rFonts w:ascii="Calibri" w:hAnsi="Calibri"/>
          <w:sz w:val="21"/>
          <w:lang w:val="es-ES"/>
        </w:rPr>
        <w:t>percurso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pela </w:t>
      </w:r>
      <w:proofErr w:type="spellStart"/>
      <w:r w:rsidRPr="00BE37F2">
        <w:rPr>
          <w:rFonts w:ascii="Calibri" w:hAnsi="Calibri"/>
          <w:sz w:val="21"/>
          <w:lang w:val="es-ES"/>
        </w:rPr>
        <w:t>cidade</w:t>
      </w:r>
      <w:proofErr w:type="spellEnd"/>
      <w:r w:rsidRPr="00BE37F2">
        <w:rPr>
          <w:rFonts w:ascii="Calibri" w:hAnsi="Calibri"/>
          <w:sz w:val="21"/>
          <w:lang w:val="es-ES"/>
        </w:rPr>
        <w:t>, visitaremos o Castelo d</w:t>
      </w:r>
      <w:r w:rsidRPr="00BE37F2">
        <w:rPr>
          <w:rFonts w:ascii="Calibri" w:hAnsi="Calibri"/>
          <w:sz w:val="21"/>
          <w:lang w:val="es-ES"/>
        </w:rPr>
        <w:t xml:space="preserve">e Wawel, </w:t>
      </w:r>
      <w:proofErr w:type="spellStart"/>
      <w:r w:rsidRPr="00BE37F2">
        <w:rPr>
          <w:rFonts w:ascii="Calibri" w:hAnsi="Calibri"/>
          <w:sz w:val="21"/>
          <w:lang w:val="es-ES"/>
        </w:rPr>
        <w:t>sem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</w:t>
      </w:r>
      <w:proofErr w:type="spellStart"/>
      <w:r w:rsidRPr="00BE37F2">
        <w:rPr>
          <w:rFonts w:ascii="Calibri" w:hAnsi="Calibri"/>
          <w:sz w:val="21"/>
          <w:lang w:val="es-ES"/>
        </w:rPr>
        <w:t>dúvida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o </w:t>
      </w:r>
      <w:proofErr w:type="spellStart"/>
      <w:r w:rsidRPr="00BE37F2">
        <w:rPr>
          <w:rFonts w:ascii="Calibri" w:hAnsi="Calibri"/>
          <w:sz w:val="21"/>
          <w:lang w:val="es-ES"/>
        </w:rPr>
        <w:t>castelo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</w:t>
      </w:r>
      <w:proofErr w:type="spellStart"/>
      <w:r w:rsidRPr="00BE37F2">
        <w:rPr>
          <w:rFonts w:ascii="Calibri" w:hAnsi="Calibri"/>
          <w:sz w:val="21"/>
          <w:lang w:val="es-ES"/>
        </w:rPr>
        <w:t>mais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importante de toda a </w:t>
      </w:r>
      <w:proofErr w:type="spellStart"/>
      <w:r w:rsidRPr="00BE37F2">
        <w:rPr>
          <w:rFonts w:ascii="Calibri" w:hAnsi="Calibri"/>
          <w:sz w:val="21"/>
          <w:lang w:val="es-ES"/>
        </w:rPr>
        <w:t>Polônia</w:t>
      </w:r>
      <w:proofErr w:type="spellEnd"/>
      <w:r w:rsidRPr="00BE37F2">
        <w:rPr>
          <w:rFonts w:ascii="Calibri" w:hAnsi="Calibri"/>
          <w:sz w:val="21"/>
          <w:lang w:val="es-ES"/>
        </w:rPr>
        <w:t xml:space="preserve">. A </w:t>
      </w:r>
      <w:proofErr w:type="spellStart"/>
      <w:r w:rsidRPr="00BE37F2">
        <w:rPr>
          <w:rFonts w:ascii="Calibri" w:hAnsi="Calibri"/>
          <w:sz w:val="21"/>
          <w:lang w:val="es-ES"/>
        </w:rPr>
        <w:t>maioria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dos reis poloneses está enterrada </w:t>
      </w:r>
      <w:proofErr w:type="spellStart"/>
      <w:r w:rsidRPr="00BE37F2">
        <w:rPr>
          <w:rFonts w:ascii="Calibri" w:hAnsi="Calibri"/>
          <w:sz w:val="21"/>
          <w:lang w:val="es-ES"/>
        </w:rPr>
        <w:t>na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catedral e </w:t>
      </w:r>
      <w:proofErr w:type="spellStart"/>
      <w:r w:rsidRPr="00BE37F2">
        <w:rPr>
          <w:rFonts w:ascii="Calibri" w:hAnsi="Calibri"/>
          <w:sz w:val="21"/>
          <w:lang w:val="es-ES"/>
        </w:rPr>
        <w:t>conheceremos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de </w:t>
      </w:r>
      <w:proofErr w:type="spellStart"/>
      <w:r w:rsidRPr="00BE37F2">
        <w:rPr>
          <w:rFonts w:ascii="Calibri" w:hAnsi="Calibri"/>
          <w:sz w:val="21"/>
          <w:lang w:val="es-ES"/>
        </w:rPr>
        <w:t>perto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a extensa </w:t>
      </w:r>
      <w:proofErr w:type="spellStart"/>
      <w:r w:rsidRPr="00BE37F2">
        <w:rPr>
          <w:rFonts w:ascii="Calibri" w:hAnsi="Calibri"/>
          <w:sz w:val="21"/>
          <w:lang w:val="es-ES"/>
        </w:rPr>
        <w:t>história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da </w:t>
      </w:r>
      <w:proofErr w:type="spellStart"/>
      <w:r w:rsidRPr="00BE37F2">
        <w:rPr>
          <w:rFonts w:ascii="Calibri" w:hAnsi="Calibri"/>
          <w:sz w:val="21"/>
          <w:lang w:val="es-ES"/>
        </w:rPr>
        <w:t>Polônia</w:t>
      </w:r>
      <w:proofErr w:type="spellEnd"/>
      <w:r w:rsidRPr="00BE37F2">
        <w:rPr>
          <w:rFonts w:ascii="Calibri" w:hAnsi="Calibri"/>
          <w:sz w:val="21"/>
          <w:lang w:val="es-ES"/>
        </w:rPr>
        <w:t xml:space="preserve">. Tarde </w:t>
      </w:r>
      <w:proofErr w:type="spellStart"/>
      <w:r w:rsidRPr="00BE37F2">
        <w:rPr>
          <w:rFonts w:ascii="Calibri" w:hAnsi="Calibri"/>
          <w:sz w:val="21"/>
          <w:lang w:val="es-ES"/>
        </w:rPr>
        <w:t>livre</w:t>
      </w:r>
      <w:proofErr w:type="spellEnd"/>
      <w:r w:rsidRPr="00BE37F2">
        <w:rPr>
          <w:rFonts w:ascii="Calibri" w:hAnsi="Calibri"/>
          <w:sz w:val="21"/>
          <w:lang w:val="es-ES"/>
        </w:rPr>
        <w:t xml:space="preserve">. </w:t>
      </w:r>
      <w:proofErr w:type="spellStart"/>
      <w:r w:rsidRPr="00BE37F2">
        <w:rPr>
          <w:rFonts w:ascii="Calibri" w:hAnsi="Calibri"/>
          <w:sz w:val="21"/>
          <w:lang w:val="es-ES"/>
        </w:rPr>
        <w:t>Hospedagem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em </w:t>
      </w:r>
      <w:proofErr w:type="spellStart"/>
      <w:r w:rsidRPr="00BE37F2">
        <w:rPr>
          <w:rFonts w:ascii="Calibri" w:hAnsi="Calibri"/>
          <w:sz w:val="21"/>
          <w:lang w:val="es-ES"/>
        </w:rPr>
        <w:t>Cracóvia</w:t>
      </w:r>
      <w:proofErr w:type="spellEnd"/>
      <w:r w:rsidRPr="00BE37F2">
        <w:rPr>
          <w:rFonts w:ascii="Calibri" w:hAnsi="Calibri"/>
          <w:sz w:val="21"/>
          <w:lang w:val="es-ES"/>
        </w:rPr>
        <w:t>.</w:t>
      </w:r>
    </w:p>
    <w:p w14:paraId="0A50F81E" w14:textId="77777777" w:rsidR="008D53FD" w:rsidRPr="00BE37F2" w:rsidRDefault="008D53FD">
      <w:pPr>
        <w:spacing w:after="80"/>
        <w:rPr>
          <w:lang w:val="es-ES"/>
        </w:rPr>
      </w:pPr>
    </w:p>
    <w:p w14:paraId="5F4B56A9" w14:textId="77777777" w:rsidR="008D53FD" w:rsidRPr="00BE37F2" w:rsidRDefault="00BE37F2">
      <w:pPr>
        <w:pStyle w:val="Ttulo2"/>
        <w:spacing w:before="120" w:after="60"/>
        <w:rPr>
          <w:lang w:val="es-ES"/>
        </w:rPr>
      </w:pPr>
      <w:r w:rsidRPr="00BE37F2">
        <w:rPr>
          <w:rFonts w:ascii="Calibri" w:hAnsi="Calibri"/>
          <w:sz w:val="22"/>
          <w:lang w:val="es-ES"/>
        </w:rPr>
        <w:lastRenderedPageBreak/>
        <w:t>DIA 11 DOM CRACÓVIA - CZESTOCHOWA - VARSÓV</w:t>
      </w:r>
      <w:r w:rsidRPr="00BE37F2">
        <w:rPr>
          <w:rFonts w:ascii="Calibri" w:hAnsi="Calibri"/>
          <w:sz w:val="22"/>
          <w:lang w:val="es-ES"/>
        </w:rPr>
        <w:t>IA</w:t>
      </w:r>
    </w:p>
    <w:p w14:paraId="68488156" w14:textId="77777777" w:rsidR="008D53FD" w:rsidRPr="00BE37F2" w:rsidRDefault="00BE37F2">
      <w:pPr>
        <w:spacing w:after="80"/>
        <w:rPr>
          <w:lang w:val="es-ES"/>
        </w:rPr>
      </w:pPr>
      <w:r w:rsidRPr="00BE37F2">
        <w:rPr>
          <w:rFonts w:ascii="Calibri" w:hAnsi="Calibri"/>
          <w:sz w:val="21"/>
          <w:lang w:val="es-ES"/>
        </w:rPr>
        <w:t xml:space="preserve">Café da </w:t>
      </w:r>
      <w:proofErr w:type="spellStart"/>
      <w:r w:rsidRPr="00BE37F2">
        <w:rPr>
          <w:rFonts w:ascii="Calibri" w:hAnsi="Calibri"/>
          <w:sz w:val="21"/>
          <w:lang w:val="es-ES"/>
        </w:rPr>
        <w:t>manhã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no hotel e </w:t>
      </w:r>
      <w:proofErr w:type="spellStart"/>
      <w:r w:rsidRPr="00BE37F2">
        <w:rPr>
          <w:rFonts w:ascii="Calibri" w:hAnsi="Calibri"/>
          <w:sz w:val="21"/>
          <w:lang w:val="es-ES"/>
        </w:rPr>
        <w:t>saída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em </w:t>
      </w:r>
      <w:proofErr w:type="spellStart"/>
      <w:r w:rsidRPr="00BE37F2">
        <w:rPr>
          <w:rFonts w:ascii="Calibri" w:hAnsi="Calibri"/>
          <w:sz w:val="21"/>
          <w:lang w:val="es-ES"/>
        </w:rPr>
        <w:t>direção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a </w:t>
      </w:r>
      <w:proofErr w:type="spellStart"/>
      <w:r w:rsidRPr="00BE37F2">
        <w:rPr>
          <w:rFonts w:ascii="Calibri" w:hAnsi="Calibri"/>
          <w:sz w:val="21"/>
          <w:lang w:val="es-ES"/>
        </w:rPr>
        <w:t>Czestochowa</w:t>
      </w:r>
      <w:proofErr w:type="spellEnd"/>
      <w:r w:rsidRPr="00BE37F2">
        <w:rPr>
          <w:rFonts w:ascii="Calibri" w:hAnsi="Calibri"/>
          <w:sz w:val="21"/>
          <w:lang w:val="es-ES"/>
        </w:rPr>
        <w:t xml:space="preserve">, capital religiosa da </w:t>
      </w:r>
      <w:proofErr w:type="spellStart"/>
      <w:r w:rsidRPr="00BE37F2">
        <w:rPr>
          <w:rFonts w:ascii="Calibri" w:hAnsi="Calibri"/>
          <w:sz w:val="21"/>
          <w:lang w:val="es-ES"/>
        </w:rPr>
        <w:t>Polônia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e centro de </w:t>
      </w:r>
      <w:proofErr w:type="spellStart"/>
      <w:r w:rsidRPr="00BE37F2">
        <w:rPr>
          <w:rFonts w:ascii="Calibri" w:hAnsi="Calibri"/>
          <w:sz w:val="21"/>
          <w:lang w:val="es-ES"/>
        </w:rPr>
        <w:t>peregrinação</w:t>
      </w:r>
      <w:proofErr w:type="spellEnd"/>
      <w:r w:rsidRPr="00BE37F2">
        <w:rPr>
          <w:rFonts w:ascii="Calibri" w:hAnsi="Calibri"/>
          <w:sz w:val="21"/>
          <w:lang w:val="es-ES"/>
        </w:rPr>
        <w:t xml:space="preserve">. É mundialmente </w:t>
      </w:r>
      <w:proofErr w:type="spellStart"/>
      <w:r w:rsidRPr="00BE37F2">
        <w:rPr>
          <w:rFonts w:ascii="Calibri" w:hAnsi="Calibri"/>
          <w:sz w:val="21"/>
          <w:lang w:val="es-ES"/>
        </w:rPr>
        <w:t>conhecida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por </w:t>
      </w:r>
      <w:proofErr w:type="spellStart"/>
      <w:r w:rsidRPr="00BE37F2">
        <w:rPr>
          <w:rFonts w:ascii="Calibri" w:hAnsi="Calibri"/>
          <w:sz w:val="21"/>
          <w:lang w:val="es-ES"/>
        </w:rPr>
        <w:t>seu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</w:t>
      </w:r>
      <w:proofErr w:type="spellStart"/>
      <w:r w:rsidRPr="00BE37F2">
        <w:rPr>
          <w:rFonts w:ascii="Calibri" w:hAnsi="Calibri"/>
          <w:sz w:val="21"/>
          <w:lang w:val="es-ES"/>
        </w:rPr>
        <w:t>santuário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de Jasna </w:t>
      </w:r>
      <w:proofErr w:type="spellStart"/>
      <w:r w:rsidRPr="00BE37F2">
        <w:rPr>
          <w:rFonts w:ascii="Calibri" w:hAnsi="Calibri"/>
          <w:sz w:val="21"/>
          <w:lang w:val="es-ES"/>
        </w:rPr>
        <w:t>Gora</w:t>
      </w:r>
      <w:proofErr w:type="spellEnd"/>
      <w:r w:rsidRPr="00BE37F2">
        <w:rPr>
          <w:rFonts w:ascii="Calibri" w:hAnsi="Calibri"/>
          <w:sz w:val="21"/>
          <w:lang w:val="es-ES"/>
        </w:rPr>
        <w:t xml:space="preserve">, onde se </w:t>
      </w:r>
      <w:proofErr w:type="spellStart"/>
      <w:r w:rsidRPr="00BE37F2">
        <w:rPr>
          <w:rFonts w:ascii="Calibri" w:hAnsi="Calibri"/>
          <w:sz w:val="21"/>
          <w:lang w:val="es-ES"/>
        </w:rPr>
        <w:t>encontra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a capela da </w:t>
      </w:r>
      <w:proofErr w:type="spellStart"/>
      <w:r w:rsidRPr="00BE37F2">
        <w:rPr>
          <w:rFonts w:ascii="Calibri" w:hAnsi="Calibri"/>
          <w:sz w:val="21"/>
          <w:lang w:val="es-ES"/>
        </w:rPr>
        <w:t>Natividade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de Maria </w:t>
      </w:r>
      <w:proofErr w:type="spellStart"/>
      <w:r w:rsidRPr="00BE37F2">
        <w:rPr>
          <w:rFonts w:ascii="Calibri" w:hAnsi="Calibri"/>
          <w:sz w:val="21"/>
          <w:lang w:val="es-ES"/>
        </w:rPr>
        <w:t>com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a </w:t>
      </w:r>
      <w:proofErr w:type="spellStart"/>
      <w:r w:rsidRPr="00BE37F2">
        <w:rPr>
          <w:rFonts w:ascii="Calibri" w:hAnsi="Calibri"/>
          <w:sz w:val="21"/>
          <w:lang w:val="es-ES"/>
        </w:rPr>
        <w:t>imagem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da «</w:t>
      </w:r>
      <w:proofErr w:type="spellStart"/>
      <w:r w:rsidRPr="00BE37F2">
        <w:rPr>
          <w:rFonts w:ascii="Calibri" w:hAnsi="Calibri"/>
          <w:sz w:val="21"/>
          <w:lang w:val="es-ES"/>
        </w:rPr>
        <w:t>Virgem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Negra». </w:t>
      </w:r>
      <w:proofErr w:type="spellStart"/>
      <w:r w:rsidRPr="00BE37F2">
        <w:rPr>
          <w:rFonts w:ascii="Calibri" w:hAnsi="Calibri"/>
          <w:sz w:val="21"/>
          <w:lang w:val="es-ES"/>
        </w:rPr>
        <w:t>Ap</w:t>
      </w:r>
      <w:r w:rsidRPr="00BE37F2">
        <w:rPr>
          <w:rFonts w:ascii="Calibri" w:hAnsi="Calibri"/>
          <w:sz w:val="21"/>
          <w:lang w:val="es-ES"/>
        </w:rPr>
        <w:t>ós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a visita interna </w:t>
      </w:r>
      <w:proofErr w:type="spellStart"/>
      <w:r w:rsidRPr="00BE37F2">
        <w:rPr>
          <w:rFonts w:ascii="Calibri" w:hAnsi="Calibri"/>
          <w:sz w:val="21"/>
          <w:lang w:val="es-ES"/>
        </w:rPr>
        <w:t>ao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</w:t>
      </w:r>
      <w:proofErr w:type="spellStart"/>
      <w:r w:rsidRPr="00BE37F2">
        <w:rPr>
          <w:rFonts w:ascii="Calibri" w:hAnsi="Calibri"/>
          <w:sz w:val="21"/>
          <w:lang w:val="es-ES"/>
        </w:rPr>
        <w:t>santuário</w:t>
      </w:r>
      <w:proofErr w:type="spellEnd"/>
      <w:r w:rsidRPr="00BE37F2">
        <w:rPr>
          <w:rFonts w:ascii="Calibri" w:hAnsi="Calibri"/>
          <w:sz w:val="21"/>
          <w:lang w:val="es-ES"/>
        </w:rPr>
        <w:t xml:space="preserve">, </w:t>
      </w:r>
      <w:proofErr w:type="spellStart"/>
      <w:r w:rsidRPr="00BE37F2">
        <w:rPr>
          <w:rFonts w:ascii="Calibri" w:hAnsi="Calibri"/>
          <w:sz w:val="21"/>
          <w:lang w:val="es-ES"/>
        </w:rPr>
        <w:t>continuação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da </w:t>
      </w:r>
      <w:proofErr w:type="spellStart"/>
      <w:r w:rsidRPr="00BE37F2">
        <w:rPr>
          <w:rFonts w:ascii="Calibri" w:hAnsi="Calibri"/>
          <w:sz w:val="21"/>
          <w:lang w:val="es-ES"/>
        </w:rPr>
        <w:t>viagem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até </w:t>
      </w:r>
      <w:proofErr w:type="spellStart"/>
      <w:r w:rsidRPr="00BE37F2">
        <w:rPr>
          <w:rFonts w:ascii="Calibri" w:hAnsi="Calibri"/>
          <w:sz w:val="21"/>
          <w:lang w:val="es-ES"/>
        </w:rPr>
        <w:t>Varsóvia</w:t>
      </w:r>
      <w:proofErr w:type="spellEnd"/>
      <w:r w:rsidRPr="00BE37F2">
        <w:rPr>
          <w:rFonts w:ascii="Calibri" w:hAnsi="Calibri"/>
          <w:sz w:val="21"/>
          <w:lang w:val="es-ES"/>
        </w:rPr>
        <w:t xml:space="preserve">. </w:t>
      </w:r>
      <w:proofErr w:type="spellStart"/>
      <w:r w:rsidRPr="00BE37F2">
        <w:rPr>
          <w:rFonts w:ascii="Calibri" w:hAnsi="Calibri"/>
          <w:sz w:val="21"/>
          <w:lang w:val="es-ES"/>
        </w:rPr>
        <w:t>Hospedagem</w:t>
      </w:r>
      <w:proofErr w:type="spellEnd"/>
      <w:r w:rsidRPr="00BE37F2">
        <w:rPr>
          <w:rFonts w:ascii="Calibri" w:hAnsi="Calibri"/>
          <w:sz w:val="21"/>
          <w:lang w:val="es-ES"/>
        </w:rPr>
        <w:t>.</w:t>
      </w:r>
    </w:p>
    <w:p w14:paraId="4096A851" w14:textId="77777777" w:rsidR="008D53FD" w:rsidRPr="00BE37F2" w:rsidRDefault="008D53FD">
      <w:pPr>
        <w:spacing w:after="80"/>
        <w:rPr>
          <w:lang w:val="es-ES"/>
        </w:rPr>
      </w:pPr>
    </w:p>
    <w:p w14:paraId="6EC410BA" w14:textId="77777777" w:rsidR="008D53FD" w:rsidRPr="00BE37F2" w:rsidRDefault="00BE37F2">
      <w:pPr>
        <w:pStyle w:val="Ttulo2"/>
        <w:spacing w:before="120" w:after="60"/>
        <w:rPr>
          <w:lang w:val="es-ES"/>
        </w:rPr>
      </w:pPr>
      <w:r w:rsidRPr="00BE37F2">
        <w:rPr>
          <w:rFonts w:ascii="Calibri" w:hAnsi="Calibri"/>
          <w:sz w:val="22"/>
          <w:lang w:val="es-ES"/>
        </w:rPr>
        <w:t>DIA 12 SEG VARSÓVIA</w:t>
      </w:r>
    </w:p>
    <w:p w14:paraId="72C29F96" w14:textId="77777777" w:rsidR="008D53FD" w:rsidRPr="00BE37F2" w:rsidRDefault="00BE37F2">
      <w:pPr>
        <w:spacing w:after="80"/>
        <w:rPr>
          <w:lang w:val="es-ES"/>
        </w:rPr>
      </w:pPr>
      <w:r w:rsidRPr="00BE37F2">
        <w:rPr>
          <w:rFonts w:ascii="Calibri" w:hAnsi="Calibri"/>
          <w:sz w:val="21"/>
          <w:lang w:val="es-ES"/>
        </w:rPr>
        <w:t xml:space="preserve">Café da </w:t>
      </w:r>
      <w:proofErr w:type="spellStart"/>
      <w:r w:rsidRPr="00BE37F2">
        <w:rPr>
          <w:rFonts w:ascii="Calibri" w:hAnsi="Calibri"/>
          <w:sz w:val="21"/>
          <w:lang w:val="es-ES"/>
        </w:rPr>
        <w:t>manhã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e visita da </w:t>
      </w:r>
      <w:proofErr w:type="spellStart"/>
      <w:r w:rsidRPr="00BE37F2">
        <w:rPr>
          <w:rFonts w:ascii="Calibri" w:hAnsi="Calibri"/>
          <w:sz w:val="21"/>
          <w:lang w:val="es-ES"/>
        </w:rPr>
        <w:t>cidade</w:t>
      </w:r>
      <w:proofErr w:type="spellEnd"/>
      <w:r w:rsidRPr="00BE37F2">
        <w:rPr>
          <w:rFonts w:ascii="Calibri" w:hAnsi="Calibri"/>
          <w:sz w:val="21"/>
          <w:lang w:val="es-ES"/>
        </w:rPr>
        <w:t xml:space="preserve">. Seguiremos o </w:t>
      </w:r>
      <w:proofErr w:type="spellStart"/>
      <w:r w:rsidRPr="00BE37F2">
        <w:rPr>
          <w:rFonts w:ascii="Calibri" w:hAnsi="Calibri"/>
          <w:sz w:val="21"/>
          <w:lang w:val="es-ES"/>
        </w:rPr>
        <w:t>percurso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pela Rota Real, que </w:t>
      </w:r>
      <w:proofErr w:type="spellStart"/>
      <w:r w:rsidRPr="00BE37F2">
        <w:rPr>
          <w:rFonts w:ascii="Calibri" w:hAnsi="Calibri"/>
          <w:sz w:val="21"/>
          <w:lang w:val="es-ES"/>
        </w:rPr>
        <w:t>inclui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</w:t>
      </w:r>
      <w:proofErr w:type="spellStart"/>
      <w:r w:rsidRPr="00BE37F2">
        <w:rPr>
          <w:rFonts w:ascii="Calibri" w:hAnsi="Calibri"/>
          <w:sz w:val="21"/>
          <w:lang w:val="es-ES"/>
        </w:rPr>
        <w:t>também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o centro histórico da </w:t>
      </w:r>
      <w:proofErr w:type="spellStart"/>
      <w:r w:rsidRPr="00BE37F2">
        <w:rPr>
          <w:rFonts w:ascii="Calibri" w:hAnsi="Calibri"/>
          <w:sz w:val="21"/>
          <w:lang w:val="es-ES"/>
        </w:rPr>
        <w:t>cidade</w:t>
      </w:r>
      <w:proofErr w:type="spellEnd"/>
      <w:r w:rsidRPr="00BE37F2">
        <w:rPr>
          <w:rFonts w:ascii="Calibri" w:hAnsi="Calibri"/>
          <w:sz w:val="21"/>
          <w:lang w:val="es-ES"/>
        </w:rPr>
        <w:t xml:space="preserve">, o Parque Real de </w:t>
      </w:r>
      <w:proofErr w:type="spellStart"/>
      <w:r w:rsidRPr="00BE37F2">
        <w:rPr>
          <w:rFonts w:ascii="Calibri" w:hAnsi="Calibri"/>
          <w:sz w:val="21"/>
          <w:lang w:val="es-ES"/>
        </w:rPr>
        <w:t>Lazienki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</w:t>
      </w:r>
      <w:proofErr w:type="spellStart"/>
      <w:r w:rsidRPr="00BE37F2">
        <w:rPr>
          <w:rFonts w:ascii="Calibri" w:hAnsi="Calibri"/>
          <w:sz w:val="21"/>
          <w:lang w:val="es-ES"/>
        </w:rPr>
        <w:t>com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</w:t>
      </w:r>
      <w:proofErr w:type="spellStart"/>
      <w:r w:rsidRPr="00BE37F2">
        <w:rPr>
          <w:rFonts w:ascii="Calibri" w:hAnsi="Calibri"/>
          <w:sz w:val="21"/>
          <w:lang w:val="es-ES"/>
        </w:rPr>
        <w:t>seu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monumento a Chopin e a Igreja de Santa Ana. Tarde </w:t>
      </w:r>
      <w:proofErr w:type="spellStart"/>
      <w:r w:rsidRPr="00BE37F2">
        <w:rPr>
          <w:rFonts w:ascii="Calibri" w:hAnsi="Calibri"/>
          <w:sz w:val="21"/>
          <w:lang w:val="es-ES"/>
        </w:rPr>
        <w:t>livre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e </w:t>
      </w:r>
      <w:proofErr w:type="spellStart"/>
      <w:r w:rsidRPr="00BE37F2">
        <w:rPr>
          <w:rFonts w:ascii="Calibri" w:hAnsi="Calibri"/>
          <w:sz w:val="21"/>
          <w:lang w:val="es-ES"/>
        </w:rPr>
        <w:t>hospedagem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em </w:t>
      </w:r>
      <w:proofErr w:type="spellStart"/>
      <w:r w:rsidRPr="00BE37F2">
        <w:rPr>
          <w:rFonts w:ascii="Calibri" w:hAnsi="Calibri"/>
          <w:sz w:val="21"/>
          <w:lang w:val="es-ES"/>
        </w:rPr>
        <w:t>Varsóvia</w:t>
      </w:r>
      <w:proofErr w:type="spellEnd"/>
      <w:r w:rsidRPr="00BE37F2">
        <w:rPr>
          <w:rFonts w:ascii="Calibri" w:hAnsi="Calibri"/>
          <w:sz w:val="21"/>
          <w:lang w:val="es-ES"/>
        </w:rPr>
        <w:t>.</w:t>
      </w:r>
    </w:p>
    <w:p w14:paraId="2F712C9D" w14:textId="77777777" w:rsidR="008D53FD" w:rsidRPr="00BE37F2" w:rsidRDefault="008D53FD">
      <w:pPr>
        <w:spacing w:after="80"/>
        <w:rPr>
          <w:lang w:val="es-ES"/>
        </w:rPr>
      </w:pPr>
    </w:p>
    <w:p w14:paraId="23C944E6" w14:textId="77777777" w:rsidR="008D53FD" w:rsidRPr="00BE37F2" w:rsidRDefault="00BE37F2">
      <w:pPr>
        <w:pStyle w:val="Ttulo2"/>
        <w:spacing w:before="120" w:after="60"/>
        <w:rPr>
          <w:lang w:val="es-ES"/>
        </w:rPr>
      </w:pPr>
      <w:r w:rsidRPr="00BE37F2">
        <w:rPr>
          <w:rFonts w:ascii="Calibri" w:hAnsi="Calibri"/>
          <w:sz w:val="22"/>
          <w:lang w:val="es-ES"/>
        </w:rPr>
        <w:t>DIA 13 TER VARSÓVIA</w:t>
      </w:r>
    </w:p>
    <w:p w14:paraId="7B64F86E" w14:textId="77777777" w:rsidR="008D53FD" w:rsidRPr="00BE37F2" w:rsidRDefault="00BE37F2">
      <w:pPr>
        <w:spacing w:after="80"/>
        <w:rPr>
          <w:lang w:val="es-ES"/>
        </w:rPr>
      </w:pPr>
      <w:r w:rsidRPr="00BE37F2">
        <w:rPr>
          <w:rFonts w:ascii="Calibri" w:hAnsi="Calibri"/>
          <w:sz w:val="21"/>
          <w:lang w:val="es-ES"/>
        </w:rPr>
        <w:t xml:space="preserve">Café da </w:t>
      </w:r>
      <w:proofErr w:type="spellStart"/>
      <w:r w:rsidRPr="00BE37F2">
        <w:rPr>
          <w:rFonts w:ascii="Calibri" w:hAnsi="Calibri"/>
          <w:sz w:val="21"/>
          <w:lang w:val="es-ES"/>
        </w:rPr>
        <w:t>manhã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e traslado de </w:t>
      </w:r>
      <w:proofErr w:type="spellStart"/>
      <w:r w:rsidRPr="00BE37F2">
        <w:rPr>
          <w:rFonts w:ascii="Calibri" w:hAnsi="Calibri"/>
          <w:sz w:val="21"/>
          <w:lang w:val="es-ES"/>
        </w:rPr>
        <w:t>saída</w:t>
      </w:r>
      <w:proofErr w:type="spellEnd"/>
      <w:r w:rsidRPr="00BE37F2">
        <w:rPr>
          <w:rFonts w:ascii="Calibri" w:hAnsi="Calibri"/>
          <w:sz w:val="21"/>
          <w:lang w:val="es-ES"/>
        </w:rPr>
        <w:t xml:space="preserve"> para o </w:t>
      </w:r>
      <w:proofErr w:type="spellStart"/>
      <w:r w:rsidRPr="00BE37F2">
        <w:rPr>
          <w:rFonts w:ascii="Calibri" w:hAnsi="Calibri"/>
          <w:sz w:val="21"/>
          <w:lang w:val="es-ES"/>
        </w:rPr>
        <w:t>aeroporto</w:t>
      </w:r>
      <w:proofErr w:type="spellEnd"/>
      <w:r w:rsidRPr="00BE37F2">
        <w:rPr>
          <w:rFonts w:ascii="Calibri" w:hAnsi="Calibri"/>
          <w:sz w:val="21"/>
          <w:lang w:val="es-ES"/>
        </w:rPr>
        <w:t>.</w:t>
      </w:r>
    </w:p>
    <w:p w14:paraId="6B9B7BBC" w14:textId="77777777" w:rsidR="008D53FD" w:rsidRPr="00BE37F2" w:rsidRDefault="008D53FD">
      <w:pPr>
        <w:spacing w:after="80"/>
        <w:rPr>
          <w:lang w:val="es-ES"/>
        </w:rPr>
      </w:pPr>
    </w:p>
    <w:sectPr w:rsidR="008D53FD" w:rsidRPr="00BE37F2" w:rsidSect="00034616">
      <w:headerReference w:type="default" r:id="rId8"/>
      <w:pgSz w:w="12240" w:h="15840"/>
      <w:pgMar w:top="907" w:right="1020" w:bottom="907" w:left="10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72EBF5" w14:textId="77777777" w:rsidR="004856F5" w:rsidRDefault="004856F5" w:rsidP="004856F5">
      <w:pPr>
        <w:spacing w:after="0" w:line="240" w:lineRule="auto"/>
      </w:pPr>
      <w:r>
        <w:separator/>
      </w:r>
    </w:p>
  </w:endnote>
  <w:endnote w:type="continuationSeparator" w:id="0">
    <w:p w14:paraId="2CF1190F" w14:textId="77777777" w:rsidR="004856F5" w:rsidRDefault="004856F5" w:rsidP="004856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E6CB2A" w14:textId="77777777" w:rsidR="004856F5" w:rsidRDefault="004856F5" w:rsidP="004856F5">
      <w:pPr>
        <w:spacing w:after="0" w:line="240" w:lineRule="auto"/>
      </w:pPr>
      <w:r>
        <w:separator/>
      </w:r>
    </w:p>
  </w:footnote>
  <w:footnote w:type="continuationSeparator" w:id="0">
    <w:p w14:paraId="4DB11814" w14:textId="77777777" w:rsidR="004856F5" w:rsidRDefault="004856F5" w:rsidP="004856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2936D0" w14:textId="77777777" w:rsidR="004856F5" w:rsidRDefault="004856F5">
    <w:pPr>
      <w:pStyle w:val="Encabezado"/>
    </w:pPr>
    <w:r>
      <w:rPr>
        <w:noProof/>
      </w:rPr>
      <w:drawing>
        <wp:inline distT="0" distB="0" distL="0" distR="0" wp14:anchorId="6D56E999" wp14:editId="3A4C8599">
          <wp:extent cx="981075" cy="981075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1075" cy="981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4856F5"/>
    <w:rsid w:val="008D53FD"/>
    <w:rsid w:val="00AA1D8D"/>
    <w:rsid w:val="00B47730"/>
    <w:rsid w:val="00BE37F2"/>
    <w:rsid w:val="00CB0664"/>
    <w:rsid w:val="00E10FDA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4E344CE"/>
  <w14:defaultImageDpi w14:val="300"/>
  <w15:docId w15:val="{0A062966-47D8-45FA-8DC3-3430D80825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Arial" w:hAnsi="Arial"/>
    </w:rPr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240" w:after="120"/>
      <w:outlineLvl w:val="0"/>
    </w:pPr>
    <w:rPr>
      <w:rFonts w:asciiTheme="majorHAnsi" w:eastAsiaTheme="majorEastAsia" w:hAnsiTheme="majorHAnsi" w:cstheme="majorBidi"/>
      <w:b/>
      <w:bCs/>
      <w:color w:val="000000"/>
      <w:sz w:val="36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80"/>
      <w:outlineLvl w:val="1"/>
    </w:pPr>
    <w:rPr>
      <w:rFonts w:asciiTheme="majorHAnsi" w:eastAsiaTheme="majorEastAsia" w:hAnsiTheme="majorHAnsi" w:cstheme="majorBidi"/>
      <w:b/>
      <w:bCs/>
      <w:color w:val="000000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1238</Words>
  <Characters>6814</Characters>
  <Application>Microsoft Office Word</Application>
  <DocSecurity>0</DocSecurity>
  <Lines>56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8036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user24</cp:lastModifiedBy>
  <cp:revision>3</cp:revision>
  <dcterms:created xsi:type="dcterms:W3CDTF">2013-12-23T23:15:00Z</dcterms:created>
  <dcterms:modified xsi:type="dcterms:W3CDTF">2026-05-26T13:04:00Z</dcterms:modified>
  <cp:category/>
</cp:coreProperties>
</file>