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9104EF" w14:textId="60C7E54E" w:rsidR="00C25642" w:rsidRPr="009001F3" w:rsidRDefault="007B1B33" w:rsidP="009001F3">
      <w:pPr>
        <w:spacing w:after="0" w:line="240" w:lineRule="auto"/>
        <w:jc w:val="center"/>
        <w:rPr>
          <w:rFonts w:ascii="Century Gothic" w:eastAsia="Times New Roman" w:hAnsi="Century Gothic" w:cs="Arial"/>
          <w:b/>
          <w:color w:val="CAA60C"/>
          <w:sz w:val="36"/>
          <w:szCs w:val="36"/>
          <w:lang w:val="pt-BR" w:eastAsia="de-DE"/>
        </w:rPr>
      </w:pPr>
      <w:r w:rsidRPr="009001F3">
        <w:rPr>
          <w:rFonts w:ascii="Century Gothic" w:eastAsia="Times New Roman" w:hAnsi="Century Gothic" w:cs="Arial"/>
          <w:b/>
          <w:color w:val="CAA60C"/>
          <w:sz w:val="36"/>
          <w:szCs w:val="36"/>
          <w:lang w:val="pt-BR" w:eastAsia="de-DE"/>
        </w:rPr>
        <w:t>IMPÉRIO VIKING E O BÁLTICO</w:t>
      </w:r>
      <w:r w:rsidR="005D10B6" w:rsidRPr="009001F3">
        <w:rPr>
          <w:rFonts w:ascii="Century Gothic" w:eastAsia="Times New Roman" w:hAnsi="Century Gothic" w:cs="Arial"/>
          <w:b/>
          <w:color w:val="CAA60C"/>
          <w:sz w:val="36"/>
          <w:szCs w:val="36"/>
          <w:lang w:val="pt-BR" w:eastAsia="de-DE"/>
        </w:rPr>
        <w:t xml:space="preserve"> - 2027</w:t>
      </w:r>
    </w:p>
    <w:p w14:paraId="4E771EAA" w14:textId="77777777" w:rsidR="00C25642" w:rsidRPr="009001F3" w:rsidRDefault="007B1B33" w:rsidP="009001F3">
      <w:pPr>
        <w:spacing w:after="0" w:line="240" w:lineRule="auto"/>
        <w:jc w:val="center"/>
        <w:rPr>
          <w:rFonts w:ascii="Century Gothic" w:eastAsia="Times New Roman" w:hAnsi="Century Gothic" w:cs="Arial"/>
          <w:bCs/>
          <w:color w:val="CAA60C"/>
          <w:sz w:val="28"/>
          <w:szCs w:val="28"/>
          <w:lang w:val="pt-BR" w:eastAsia="de-DE"/>
        </w:rPr>
      </w:pPr>
      <w:proofErr w:type="spellStart"/>
      <w:r w:rsidRPr="009001F3">
        <w:rPr>
          <w:rFonts w:ascii="Century Gothic" w:eastAsia="Times New Roman" w:hAnsi="Century Gothic" w:cs="Arial"/>
          <w:bCs/>
          <w:color w:val="CAA60C"/>
          <w:sz w:val="28"/>
          <w:szCs w:val="28"/>
          <w:lang w:val="pt-BR" w:eastAsia="de-DE"/>
        </w:rPr>
        <w:t>Categoria</w:t>
      </w:r>
      <w:proofErr w:type="spellEnd"/>
      <w:r w:rsidRPr="009001F3">
        <w:rPr>
          <w:rFonts w:ascii="Century Gothic" w:eastAsia="Times New Roman" w:hAnsi="Century Gothic" w:cs="Arial"/>
          <w:bCs/>
          <w:color w:val="CAA60C"/>
          <w:sz w:val="28"/>
          <w:szCs w:val="28"/>
          <w:lang w:val="pt-BR" w:eastAsia="de-DE"/>
        </w:rPr>
        <w:t>: Premium</w:t>
      </w:r>
    </w:p>
    <w:p w14:paraId="4AE0316E" w14:textId="77777777" w:rsidR="00C25642" w:rsidRPr="005D10B6" w:rsidRDefault="007B1B33" w:rsidP="005D10B6">
      <w:pPr>
        <w:jc w:val="center"/>
        <w:rPr>
          <w:lang w:val="es-ES"/>
        </w:rPr>
      </w:pPr>
      <w:r w:rsidRPr="005D10B6">
        <w:rPr>
          <w:lang w:val="es-ES"/>
        </w:rPr>
        <w:t xml:space="preserve">Código: COPWAW  |  21 </w:t>
      </w:r>
      <w:proofErr w:type="spellStart"/>
      <w:r w:rsidRPr="005D10B6">
        <w:rPr>
          <w:lang w:val="es-ES"/>
        </w:rPr>
        <w:t>Dias</w:t>
      </w:r>
      <w:proofErr w:type="spellEnd"/>
    </w:p>
    <w:p w14:paraId="15D5225A" w14:textId="77777777" w:rsidR="00C25642" w:rsidRPr="005D10B6" w:rsidRDefault="00C25642">
      <w:pPr>
        <w:rPr>
          <w:lang w:val="es-ES"/>
        </w:rPr>
      </w:pPr>
    </w:p>
    <w:p w14:paraId="2C93A4EC" w14:textId="77777777" w:rsidR="00C25642" w:rsidRPr="005D10B6" w:rsidRDefault="007B1B33">
      <w:pPr>
        <w:pStyle w:val="Ttulo2"/>
        <w:rPr>
          <w:lang w:val="es-ES"/>
        </w:rPr>
      </w:pPr>
      <w:r w:rsidRPr="005D10B6">
        <w:rPr>
          <w:lang w:val="es-ES"/>
        </w:rPr>
        <w:t>SAÍDAS GARANTIDAS 2027</w:t>
      </w:r>
    </w:p>
    <w:p w14:paraId="372ABD7D" w14:textId="77777777" w:rsidR="00C25642" w:rsidRPr="005D10B6" w:rsidRDefault="007B1B33">
      <w:pPr>
        <w:rPr>
          <w:lang w:val="es-ES"/>
        </w:rPr>
      </w:pPr>
      <w:r w:rsidRPr="005D10B6">
        <w:rPr>
          <w:lang w:val="es-ES"/>
        </w:rPr>
        <w:t>ABRIL . . . . . . . . . . . . . . . . . . . . . . . . . . 30</w:t>
      </w:r>
    </w:p>
    <w:p w14:paraId="7DB43062" w14:textId="77777777" w:rsidR="00C25642" w:rsidRPr="005D10B6" w:rsidRDefault="007B1B33">
      <w:pPr>
        <w:rPr>
          <w:lang w:val="es-ES"/>
        </w:rPr>
      </w:pPr>
      <w:r w:rsidRPr="005D10B6">
        <w:rPr>
          <w:lang w:val="es-ES"/>
        </w:rPr>
        <w:t>MAIO . . . . . . . . . . . . . . . . . . . . . . . . . 14, 28</w:t>
      </w:r>
    </w:p>
    <w:p w14:paraId="04B126DA" w14:textId="77777777" w:rsidR="00C25642" w:rsidRPr="005D10B6" w:rsidRDefault="007B1B33">
      <w:pPr>
        <w:rPr>
          <w:lang w:val="es-ES"/>
        </w:rPr>
      </w:pPr>
      <w:r w:rsidRPr="005D10B6">
        <w:rPr>
          <w:lang w:val="es-ES"/>
        </w:rPr>
        <w:t xml:space="preserve">JUNHO . . . . . . . . . . . . . . </w:t>
      </w:r>
      <w:r w:rsidRPr="005D10B6">
        <w:rPr>
          <w:lang w:val="es-ES"/>
        </w:rPr>
        <w:t>. . . . . . . . . . 11, 25</w:t>
      </w:r>
    </w:p>
    <w:p w14:paraId="1B2C276E" w14:textId="77777777" w:rsidR="00C25642" w:rsidRPr="005D10B6" w:rsidRDefault="007B1B33">
      <w:pPr>
        <w:rPr>
          <w:lang w:val="es-ES"/>
        </w:rPr>
      </w:pPr>
      <w:r w:rsidRPr="005D10B6">
        <w:rPr>
          <w:lang w:val="es-ES"/>
        </w:rPr>
        <w:t>JULHO . . . . . . . . . . . . . . . . . . . . . . . . . 9, 23</w:t>
      </w:r>
    </w:p>
    <w:p w14:paraId="07F15D36" w14:textId="77777777" w:rsidR="00C25642" w:rsidRPr="005D10B6" w:rsidRDefault="007B1B33">
      <w:pPr>
        <w:rPr>
          <w:lang w:val="es-ES"/>
        </w:rPr>
      </w:pPr>
      <w:r w:rsidRPr="005D10B6">
        <w:rPr>
          <w:lang w:val="es-ES"/>
        </w:rPr>
        <w:t>AGOSTO . . . . . . . . . . . . . . . . . . . . . . . . 6, 20</w:t>
      </w:r>
    </w:p>
    <w:p w14:paraId="5191A793" w14:textId="77777777" w:rsidR="00C25642" w:rsidRPr="005D10B6" w:rsidRDefault="007B1B33">
      <w:pPr>
        <w:rPr>
          <w:lang w:val="es-ES"/>
        </w:rPr>
      </w:pPr>
      <w:r w:rsidRPr="005D10B6">
        <w:rPr>
          <w:lang w:val="es-ES"/>
        </w:rPr>
        <w:t>SETEMBRO . . . . . . . . . . . . . . . . . . . . . . 3, 17</w:t>
      </w:r>
    </w:p>
    <w:p w14:paraId="5BD68CC4" w14:textId="77777777" w:rsidR="00C25642" w:rsidRPr="005D10B6" w:rsidRDefault="00C25642">
      <w:pPr>
        <w:rPr>
          <w:lang w:val="es-ES"/>
        </w:rPr>
      </w:pPr>
    </w:p>
    <w:p w14:paraId="50E3174A" w14:textId="77777777" w:rsidR="00C25642" w:rsidRPr="005D10B6" w:rsidRDefault="007B1B33">
      <w:pPr>
        <w:pStyle w:val="Ttulo2"/>
        <w:rPr>
          <w:lang w:val="es-ES"/>
        </w:rPr>
      </w:pPr>
      <w:r w:rsidRPr="005D10B6">
        <w:rPr>
          <w:lang w:val="es-ES"/>
        </w:rPr>
        <w:t>HOTÉIS PREVISTOS</w:t>
      </w:r>
    </w:p>
    <w:p w14:paraId="330154CA" w14:textId="77777777" w:rsidR="00C25642" w:rsidRPr="005D10B6" w:rsidRDefault="007B1B33">
      <w:pPr>
        <w:rPr>
          <w:lang w:val="es-ES"/>
        </w:rPr>
      </w:pPr>
      <w:r w:rsidRPr="005D10B6">
        <w:rPr>
          <w:lang w:val="es-ES"/>
        </w:rPr>
        <w:t>(</w:t>
      </w:r>
      <w:proofErr w:type="spellStart"/>
      <w:r w:rsidRPr="005D10B6">
        <w:rPr>
          <w:lang w:val="es-ES"/>
        </w:rPr>
        <w:t>ou</w:t>
      </w:r>
      <w:proofErr w:type="spellEnd"/>
      <w:r w:rsidRPr="005D10B6">
        <w:rPr>
          <w:lang w:val="es-ES"/>
        </w:rPr>
        <w:t xml:space="preserve"> similares </w:t>
      </w:r>
      <w:proofErr w:type="spellStart"/>
      <w:r w:rsidRPr="005D10B6">
        <w:rPr>
          <w:lang w:val="es-ES"/>
        </w:rPr>
        <w:t>na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categoria</w:t>
      </w:r>
      <w:proofErr w:type="spellEnd"/>
      <w:r w:rsidRPr="005D10B6">
        <w:rPr>
          <w:lang w:val="es-ES"/>
        </w:rPr>
        <w:t xml:space="preserve"> in</w:t>
      </w:r>
      <w:r w:rsidRPr="005D10B6">
        <w:rPr>
          <w:lang w:val="es-ES"/>
        </w:rPr>
        <w:t xml:space="preserve">dicada, conforme a </w:t>
      </w:r>
      <w:proofErr w:type="spellStart"/>
      <w:r w:rsidRPr="005D10B6">
        <w:rPr>
          <w:lang w:val="es-ES"/>
        </w:rPr>
        <w:t>cidade</w:t>
      </w:r>
      <w:proofErr w:type="spellEnd"/>
      <w:r w:rsidRPr="005D10B6">
        <w:rPr>
          <w:lang w:val="es-ES"/>
        </w:rPr>
        <w:t>)</w:t>
      </w:r>
    </w:p>
    <w:p w14:paraId="551E9A3B" w14:textId="77777777" w:rsidR="00C25642" w:rsidRDefault="007B1B33">
      <w:r>
        <w:rPr>
          <w:b/>
        </w:rPr>
        <w:t xml:space="preserve">COPENHAGUE: </w:t>
      </w:r>
      <w:r>
        <w:t>RADISSON SCANDINAVIA ★★★★(s)</w:t>
      </w:r>
    </w:p>
    <w:p w14:paraId="120FA2E7" w14:textId="77777777" w:rsidR="00C25642" w:rsidRDefault="007B1B33">
      <w:r>
        <w:rPr>
          <w:b/>
        </w:rPr>
        <w:t xml:space="preserve">AARHUS: </w:t>
      </w:r>
      <w:r>
        <w:t>COMWELL AARHUS ★★★★</w:t>
      </w:r>
    </w:p>
    <w:p w14:paraId="7CE926BF" w14:textId="77777777" w:rsidR="00C25642" w:rsidRDefault="007B1B33">
      <w:r>
        <w:rPr>
          <w:b/>
        </w:rPr>
        <w:t xml:space="preserve">STAVANGER: </w:t>
      </w:r>
      <w:r>
        <w:t>RADISSON ATLANTIC ★★★★(s)</w:t>
      </w:r>
    </w:p>
    <w:p w14:paraId="17805B62" w14:textId="77777777" w:rsidR="00C25642" w:rsidRDefault="007B1B33">
      <w:r>
        <w:rPr>
          <w:b/>
        </w:rPr>
        <w:t xml:space="preserve">BERGEN: </w:t>
      </w:r>
      <w:r>
        <w:t>HAVNEKONTORET ★★★★(s)</w:t>
      </w:r>
    </w:p>
    <w:p w14:paraId="323E8AF4" w14:textId="77777777" w:rsidR="00C25642" w:rsidRDefault="007B1B33">
      <w:r>
        <w:rPr>
          <w:b/>
        </w:rPr>
        <w:t xml:space="preserve">OSLO: </w:t>
      </w:r>
      <w:r>
        <w:t>CLARION THE HUB ★★★★(s)</w:t>
      </w:r>
    </w:p>
    <w:p w14:paraId="24659001" w14:textId="77777777" w:rsidR="00C25642" w:rsidRDefault="007B1B33">
      <w:r>
        <w:rPr>
          <w:b/>
        </w:rPr>
        <w:t xml:space="preserve">ESTOCOLMO: </w:t>
      </w:r>
      <w:r>
        <w:t>RADISSON ROYAL VIKING ★★★★(s)  /  CLARION SIGN ★★★★</w:t>
      </w:r>
    </w:p>
    <w:p w14:paraId="67523646" w14:textId="77777777" w:rsidR="00C25642" w:rsidRDefault="007B1B33">
      <w:r>
        <w:rPr>
          <w:b/>
        </w:rPr>
        <w:t xml:space="preserve">HELSINQUE: </w:t>
      </w:r>
      <w:r>
        <w:t>RADISSON BLU PLAZA ★★★★(s)</w:t>
      </w:r>
    </w:p>
    <w:p w14:paraId="57F9194F" w14:textId="77777777" w:rsidR="00C25642" w:rsidRDefault="007B1B33">
      <w:r>
        <w:rPr>
          <w:b/>
        </w:rPr>
        <w:t xml:space="preserve">TALLINN: </w:t>
      </w:r>
      <w:r>
        <w:t>MÖVENPICK ★★★★(s)</w:t>
      </w:r>
    </w:p>
    <w:p w14:paraId="0A4CCB89" w14:textId="77777777" w:rsidR="00C25642" w:rsidRDefault="007B1B33">
      <w:r>
        <w:rPr>
          <w:b/>
        </w:rPr>
        <w:t xml:space="preserve">RIGA: </w:t>
      </w:r>
      <w:r>
        <w:t>GRAND POET BY SEMARAH ★★★★★</w:t>
      </w:r>
    </w:p>
    <w:p w14:paraId="3F290675" w14:textId="77777777" w:rsidR="00C25642" w:rsidRDefault="007B1B33">
      <w:r>
        <w:rPr>
          <w:b/>
        </w:rPr>
        <w:t xml:space="preserve">VILNIUS: </w:t>
      </w:r>
      <w:r>
        <w:t>RADISSON ASTORIJA ★★★★★</w:t>
      </w:r>
    </w:p>
    <w:p w14:paraId="23E99F7B" w14:textId="77777777" w:rsidR="00C25642" w:rsidRDefault="007B1B33">
      <w:r>
        <w:rPr>
          <w:b/>
        </w:rPr>
        <w:lastRenderedPageBreak/>
        <w:t xml:space="preserve">VARSÓVIA: </w:t>
      </w:r>
      <w:r>
        <w:t>PURO OLD TOWN ★★★★</w:t>
      </w:r>
    </w:p>
    <w:p w14:paraId="5497F784" w14:textId="77777777" w:rsidR="00C25642" w:rsidRDefault="00C25642"/>
    <w:p w14:paraId="64FF67E1" w14:textId="77777777" w:rsidR="00C25642" w:rsidRDefault="007B1B33">
      <w:pPr>
        <w:pStyle w:val="Ttulo2"/>
      </w:pPr>
      <w:r>
        <w:t>SERVIÇOS INCLUÍDOS</w:t>
      </w:r>
    </w:p>
    <w:p w14:paraId="35411647" w14:textId="77777777" w:rsidR="00C25642" w:rsidRDefault="007B1B33">
      <w:pPr>
        <w:pStyle w:val="Listaconvietas"/>
      </w:pPr>
      <w:r>
        <w:t>Guia acompanhante em espanhol</w:t>
      </w:r>
    </w:p>
    <w:p w14:paraId="1D007F15" w14:textId="77777777" w:rsidR="00C25642" w:rsidRPr="005D10B6" w:rsidRDefault="007B1B33">
      <w:pPr>
        <w:pStyle w:val="Listaconvietas"/>
        <w:rPr>
          <w:lang w:val="es-ES"/>
        </w:rPr>
      </w:pPr>
      <w:r w:rsidRPr="005D10B6">
        <w:rPr>
          <w:lang w:val="es-ES"/>
        </w:rPr>
        <w:t xml:space="preserve">19 </w:t>
      </w:r>
      <w:proofErr w:type="spellStart"/>
      <w:r w:rsidRPr="005D10B6">
        <w:rPr>
          <w:lang w:val="es-ES"/>
        </w:rPr>
        <w:t>noites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com</w:t>
      </w:r>
      <w:proofErr w:type="spellEnd"/>
      <w:r w:rsidRPr="005D10B6">
        <w:rPr>
          <w:lang w:val="es-ES"/>
        </w:rPr>
        <w:t xml:space="preserve"> café da </w:t>
      </w:r>
      <w:proofErr w:type="spellStart"/>
      <w:r w:rsidRPr="005D10B6">
        <w:rPr>
          <w:lang w:val="es-ES"/>
        </w:rPr>
        <w:t>manhã</w:t>
      </w:r>
      <w:proofErr w:type="spellEnd"/>
      <w:r w:rsidRPr="005D10B6">
        <w:rPr>
          <w:lang w:val="es-ES"/>
        </w:rPr>
        <w:t xml:space="preserve"> tipo buffet</w:t>
      </w:r>
    </w:p>
    <w:p w14:paraId="37180193" w14:textId="77777777" w:rsidR="00C25642" w:rsidRDefault="007B1B33">
      <w:pPr>
        <w:pStyle w:val="Listaconvietas"/>
      </w:pPr>
      <w:proofErr w:type="spellStart"/>
      <w:r>
        <w:t>Travessia</w:t>
      </w:r>
      <w:proofErr w:type="spellEnd"/>
      <w:r>
        <w:t xml:space="preserve"> </w:t>
      </w:r>
      <w:proofErr w:type="spellStart"/>
      <w:r>
        <w:t>Hirtshals</w:t>
      </w:r>
      <w:proofErr w:type="spellEnd"/>
      <w:r>
        <w:t>-Kristiansand</w:t>
      </w:r>
    </w:p>
    <w:p w14:paraId="2F01400A" w14:textId="77777777" w:rsidR="00C25642" w:rsidRPr="005D10B6" w:rsidRDefault="007B1B33">
      <w:pPr>
        <w:pStyle w:val="Listaconvietas"/>
        <w:rPr>
          <w:lang w:val="es-ES"/>
        </w:rPr>
      </w:pPr>
      <w:r w:rsidRPr="005D10B6">
        <w:rPr>
          <w:lang w:val="es-ES"/>
        </w:rPr>
        <w:t xml:space="preserve">1 </w:t>
      </w:r>
      <w:proofErr w:type="spellStart"/>
      <w:r w:rsidRPr="005D10B6">
        <w:rPr>
          <w:lang w:val="es-ES"/>
        </w:rPr>
        <w:t>noite</w:t>
      </w:r>
      <w:proofErr w:type="spellEnd"/>
      <w:r w:rsidRPr="005D10B6">
        <w:rPr>
          <w:lang w:val="es-ES"/>
        </w:rPr>
        <w:t xml:space="preserve"> a bordo do cruzeiro </w:t>
      </w:r>
      <w:proofErr w:type="spellStart"/>
      <w:r w:rsidRPr="005D10B6">
        <w:rPr>
          <w:lang w:val="es-ES"/>
        </w:rPr>
        <w:t>Tallink-Silja</w:t>
      </w:r>
      <w:proofErr w:type="spellEnd"/>
      <w:r w:rsidRPr="005D10B6">
        <w:rPr>
          <w:lang w:val="es-ES"/>
        </w:rPr>
        <w:t xml:space="preserve"> Line em </w:t>
      </w:r>
      <w:proofErr w:type="spellStart"/>
      <w:r w:rsidRPr="005D10B6">
        <w:rPr>
          <w:lang w:val="es-ES"/>
        </w:rPr>
        <w:t>cabine</w:t>
      </w:r>
      <w:proofErr w:type="spellEnd"/>
      <w:r w:rsidRPr="005D10B6">
        <w:rPr>
          <w:lang w:val="es-ES"/>
        </w:rPr>
        <w:t xml:space="preserve"> externa, </w:t>
      </w:r>
      <w:proofErr w:type="spellStart"/>
      <w:r w:rsidRPr="005D10B6">
        <w:rPr>
          <w:lang w:val="es-ES"/>
        </w:rPr>
        <w:t>com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jantar</w:t>
      </w:r>
      <w:proofErr w:type="spellEnd"/>
      <w:r w:rsidRPr="005D10B6">
        <w:rPr>
          <w:lang w:val="es-ES"/>
        </w:rPr>
        <w:t xml:space="preserve"> buffet e café da </w:t>
      </w:r>
      <w:proofErr w:type="spellStart"/>
      <w:r w:rsidRPr="005D10B6">
        <w:rPr>
          <w:lang w:val="es-ES"/>
        </w:rPr>
        <w:t>manhã</w:t>
      </w:r>
      <w:proofErr w:type="spellEnd"/>
    </w:p>
    <w:p w14:paraId="5E029F17" w14:textId="77777777" w:rsidR="00C25642" w:rsidRDefault="007B1B33">
      <w:pPr>
        <w:pStyle w:val="Listaconvietas"/>
      </w:pPr>
      <w:proofErr w:type="spellStart"/>
      <w:r>
        <w:t>Minicruzeiro</w:t>
      </w:r>
      <w:proofErr w:type="spellEnd"/>
      <w:r>
        <w:t xml:space="preserve"> </w:t>
      </w:r>
      <w:proofErr w:type="spellStart"/>
      <w:r>
        <w:t>Helsinque</w:t>
      </w:r>
      <w:proofErr w:type="spellEnd"/>
      <w:r>
        <w:t>-Tallinn</w:t>
      </w:r>
    </w:p>
    <w:p w14:paraId="259E1EEE" w14:textId="77777777" w:rsidR="00C25642" w:rsidRDefault="007B1B33">
      <w:pPr>
        <w:pStyle w:val="Listaconvietas"/>
      </w:pPr>
      <w:r>
        <w:t>Entradas e experiências conforme itinerário</w:t>
      </w:r>
    </w:p>
    <w:p w14:paraId="5637422B" w14:textId="77777777" w:rsidR="00C25642" w:rsidRDefault="00C25642"/>
    <w:p w14:paraId="20F26229" w14:textId="77777777" w:rsidR="00C25642" w:rsidRDefault="007B1B33">
      <w:pPr>
        <w:pStyle w:val="Ttulo2"/>
      </w:pPr>
      <w:r>
        <w:t>TARIFAS EM EUROS</w:t>
      </w:r>
    </w:p>
    <w:p w14:paraId="0DAC8003" w14:textId="77777777" w:rsidR="00C25642" w:rsidRDefault="007B1B33">
      <w:r>
        <w:t>€ 5.89</w:t>
      </w:r>
      <w:r>
        <w:t>5,– por pessoa em apto. duplo</w:t>
      </w:r>
    </w:p>
    <w:p w14:paraId="2DB7A0A6" w14:textId="77777777" w:rsidR="00C25642" w:rsidRDefault="007B1B33">
      <w:r>
        <w:t>€ 2.400,– suplemento individual</w:t>
      </w:r>
    </w:p>
    <w:p w14:paraId="789AC490" w14:textId="77777777" w:rsidR="00C25642" w:rsidRPr="005D10B6" w:rsidRDefault="007B1B33">
      <w:pPr>
        <w:rPr>
          <w:lang w:val="es-ES"/>
        </w:rPr>
      </w:pPr>
      <w:r w:rsidRPr="005D10B6">
        <w:rPr>
          <w:lang w:val="es-ES"/>
        </w:rPr>
        <w:t xml:space="preserve">5% </w:t>
      </w:r>
      <w:proofErr w:type="spellStart"/>
      <w:r w:rsidRPr="005D10B6">
        <w:rPr>
          <w:lang w:val="es-ES"/>
        </w:rPr>
        <w:t>desconto</w:t>
      </w:r>
      <w:proofErr w:type="spellEnd"/>
      <w:r w:rsidRPr="005D10B6">
        <w:rPr>
          <w:lang w:val="es-ES"/>
        </w:rPr>
        <w:t xml:space="preserve"> para o </w:t>
      </w:r>
      <w:proofErr w:type="spellStart"/>
      <w:r w:rsidRPr="005D10B6">
        <w:rPr>
          <w:lang w:val="es-ES"/>
        </w:rPr>
        <w:t>terceiro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passageiro</w:t>
      </w:r>
      <w:proofErr w:type="spellEnd"/>
      <w:r w:rsidRPr="005D10B6">
        <w:rPr>
          <w:lang w:val="es-ES"/>
        </w:rPr>
        <w:t xml:space="preserve"> em </w:t>
      </w:r>
      <w:proofErr w:type="spellStart"/>
      <w:r w:rsidRPr="005D10B6">
        <w:rPr>
          <w:lang w:val="es-ES"/>
        </w:rPr>
        <w:t>quarto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com</w:t>
      </w:r>
      <w:proofErr w:type="spellEnd"/>
      <w:r w:rsidRPr="005D10B6">
        <w:rPr>
          <w:lang w:val="es-ES"/>
        </w:rPr>
        <w:t xml:space="preserve"> +2 </w:t>
      </w:r>
      <w:proofErr w:type="spellStart"/>
      <w:r w:rsidRPr="005D10B6">
        <w:rPr>
          <w:lang w:val="es-ES"/>
        </w:rPr>
        <w:t>pessoas</w:t>
      </w:r>
      <w:proofErr w:type="spellEnd"/>
      <w:r w:rsidRPr="005D10B6">
        <w:rPr>
          <w:lang w:val="es-ES"/>
        </w:rPr>
        <w:t xml:space="preserve"> (QUARTO TRIPLO).</w:t>
      </w:r>
    </w:p>
    <w:p w14:paraId="6473B45B" w14:textId="77777777" w:rsidR="00C25642" w:rsidRPr="005D10B6" w:rsidRDefault="00C25642">
      <w:pPr>
        <w:rPr>
          <w:lang w:val="es-ES"/>
        </w:rPr>
      </w:pPr>
    </w:p>
    <w:p w14:paraId="45DB0490" w14:textId="77777777" w:rsidR="00C25642" w:rsidRPr="005D10B6" w:rsidRDefault="007B1B33">
      <w:pPr>
        <w:pStyle w:val="Ttulo1"/>
        <w:rPr>
          <w:lang w:val="es-ES"/>
        </w:rPr>
      </w:pPr>
      <w:r w:rsidRPr="005D10B6">
        <w:rPr>
          <w:lang w:val="es-ES"/>
        </w:rPr>
        <w:t>ITINERÁRIO</w:t>
      </w:r>
    </w:p>
    <w:p w14:paraId="7E4AEBAA" w14:textId="77777777" w:rsidR="00C25642" w:rsidRPr="005D10B6" w:rsidRDefault="007B1B33">
      <w:pPr>
        <w:pStyle w:val="Ttulo2"/>
        <w:rPr>
          <w:lang w:val="es-ES"/>
        </w:rPr>
      </w:pPr>
      <w:r w:rsidRPr="005D10B6">
        <w:rPr>
          <w:lang w:val="es-ES"/>
        </w:rPr>
        <w:t>DIA 1 SEX COPENHAGUE</w:t>
      </w:r>
    </w:p>
    <w:p w14:paraId="1B3FD36B" w14:textId="77777777" w:rsidR="00C25642" w:rsidRPr="005D10B6" w:rsidRDefault="007B1B33">
      <w:pPr>
        <w:rPr>
          <w:lang w:val="es-ES"/>
        </w:rPr>
      </w:pPr>
      <w:proofErr w:type="spellStart"/>
      <w:r w:rsidRPr="005D10B6">
        <w:rPr>
          <w:lang w:val="es-ES"/>
        </w:rPr>
        <w:t>Chegada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ao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aeroporto</w:t>
      </w:r>
      <w:proofErr w:type="spellEnd"/>
      <w:r w:rsidRPr="005D10B6">
        <w:rPr>
          <w:lang w:val="es-ES"/>
        </w:rPr>
        <w:t xml:space="preserve">, traslado para o hotel e </w:t>
      </w:r>
      <w:proofErr w:type="spellStart"/>
      <w:r w:rsidRPr="005D10B6">
        <w:rPr>
          <w:lang w:val="es-ES"/>
        </w:rPr>
        <w:t>acomodação</w:t>
      </w:r>
      <w:proofErr w:type="spellEnd"/>
      <w:r w:rsidRPr="005D10B6">
        <w:rPr>
          <w:lang w:val="es-ES"/>
        </w:rPr>
        <w:t xml:space="preserve">. </w:t>
      </w:r>
      <w:proofErr w:type="spellStart"/>
      <w:r w:rsidRPr="005D10B6">
        <w:rPr>
          <w:lang w:val="es-ES"/>
        </w:rPr>
        <w:t>Às</w:t>
      </w:r>
      <w:proofErr w:type="spellEnd"/>
      <w:r w:rsidRPr="005D10B6">
        <w:rPr>
          <w:lang w:val="es-ES"/>
        </w:rPr>
        <w:t xml:space="preserve"> 18:30h, </w:t>
      </w:r>
      <w:proofErr w:type="spellStart"/>
      <w:r w:rsidRPr="005D10B6">
        <w:rPr>
          <w:lang w:val="es-ES"/>
        </w:rPr>
        <w:t>encontro</w:t>
      </w:r>
      <w:proofErr w:type="spellEnd"/>
      <w:r w:rsidRPr="005D10B6">
        <w:rPr>
          <w:lang w:val="es-ES"/>
        </w:rPr>
        <w:t xml:space="preserve"> no</w:t>
      </w:r>
      <w:r w:rsidRPr="005D10B6">
        <w:rPr>
          <w:lang w:val="es-ES"/>
        </w:rPr>
        <w:t xml:space="preserve"> lobby do hotel </w:t>
      </w:r>
      <w:proofErr w:type="spellStart"/>
      <w:r w:rsidRPr="005D10B6">
        <w:rPr>
          <w:lang w:val="es-ES"/>
        </w:rPr>
        <w:t>com</w:t>
      </w:r>
      <w:proofErr w:type="spellEnd"/>
      <w:r w:rsidRPr="005D10B6">
        <w:rPr>
          <w:lang w:val="es-ES"/>
        </w:rPr>
        <w:t xml:space="preserve"> o </w:t>
      </w:r>
      <w:proofErr w:type="spellStart"/>
      <w:r w:rsidRPr="005D10B6">
        <w:rPr>
          <w:lang w:val="es-ES"/>
        </w:rPr>
        <w:t>guia</w:t>
      </w:r>
      <w:proofErr w:type="spellEnd"/>
      <w:r w:rsidRPr="005D10B6">
        <w:rPr>
          <w:lang w:val="es-ES"/>
        </w:rPr>
        <w:t>.</w:t>
      </w:r>
    </w:p>
    <w:p w14:paraId="7A9E70AE" w14:textId="77777777" w:rsidR="00C25642" w:rsidRPr="005D10B6" w:rsidRDefault="00C25642">
      <w:pPr>
        <w:rPr>
          <w:lang w:val="es-ES"/>
        </w:rPr>
      </w:pPr>
    </w:p>
    <w:p w14:paraId="2B55C7FC" w14:textId="77777777" w:rsidR="00C25642" w:rsidRPr="005D10B6" w:rsidRDefault="007B1B33">
      <w:pPr>
        <w:pStyle w:val="Ttulo2"/>
        <w:rPr>
          <w:lang w:val="es-ES"/>
        </w:rPr>
      </w:pPr>
      <w:r w:rsidRPr="005D10B6">
        <w:rPr>
          <w:lang w:val="es-ES"/>
        </w:rPr>
        <w:t>DIA 2 SAB COPENHAGUE</w:t>
      </w:r>
    </w:p>
    <w:p w14:paraId="14E5E34B" w14:textId="77777777" w:rsidR="00C25642" w:rsidRPr="005D10B6" w:rsidRDefault="007B1B33">
      <w:pPr>
        <w:rPr>
          <w:lang w:val="es-ES"/>
        </w:rPr>
      </w:pPr>
      <w:r w:rsidRPr="005D10B6">
        <w:rPr>
          <w:lang w:val="es-ES"/>
        </w:rPr>
        <w:t xml:space="preserve">Café da </w:t>
      </w:r>
      <w:proofErr w:type="spellStart"/>
      <w:r w:rsidRPr="005D10B6">
        <w:rPr>
          <w:lang w:val="es-ES"/>
        </w:rPr>
        <w:t>manhã</w:t>
      </w:r>
      <w:proofErr w:type="spellEnd"/>
      <w:r w:rsidRPr="005D10B6">
        <w:rPr>
          <w:lang w:val="es-ES"/>
        </w:rPr>
        <w:t xml:space="preserve"> e visita </w:t>
      </w:r>
      <w:proofErr w:type="spellStart"/>
      <w:r w:rsidRPr="005D10B6">
        <w:rPr>
          <w:lang w:val="es-ES"/>
        </w:rPr>
        <w:t>panorâmica</w:t>
      </w:r>
      <w:proofErr w:type="spellEnd"/>
      <w:r w:rsidRPr="005D10B6">
        <w:rPr>
          <w:lang w:val="es-ES"/>
        </w:rPr>
        <w:t xml:space="preserve"> da </w:t>
      </w:r>
      <w:proofErr w:type="spellStart"/>
      <w:r w:rsidRPr="005D10B6">
        <w:rPr>
          <w:lang w:val="es-ES"/>
        </w:rPr>
        <w:t>cidade</w:t>
      </w:r>
      <w:proofErr w:type="spellEnd"/>
      <w:r w:rsidRPr="005D10B6">
        <w:rPr>
          <w:lang w:val="es-ES"/>
        </w:rPr>
        <w:t xml:space="preserve">, </w:t>
      </w:r>
      <w:proofErr w:type="spellStart"/>
      <w:r w:rsidRPr="005D10B6">
        <w:rPr>
          <w:lang w:val="es-ES"/>
        </w:rPr>
        <w:t>percorrendo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seus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principais</w:t>
      </w:r>
      <w:proofErr w:type="spellEnd"/>
      <w:r w:rsidRPr="005D10B6">
        <w:rPr>
          <w:lang w:val="es-ES"/>
        </w:rPr>
        <w:t xml:space="preserve"> monumentos e </w:t>
      </w:r>
      <w:proofErr w:type="spellStart"/>
      <w:r w:rsidRPr="005D10B6">
        <w:rPr>
          <w:lang w:val="es-ES"/>
        </w:rPr>
        <w:t>locais</w:t>
      </w:r>
      <w:proofErr w:type="spellEnd"/>
      <w:r w:rsidRPr="005D10B6">
        <w:rPr>
          <w:lang w:val="es-ES"/>
        </w:rPr>
        <w:t xml:space="preserve"> históricos, como a </w:t>
      </w:r>
      <w:proofErr w:type="spellStart"/>
      <w:r w:rsidRPr="005D10B6">
        <w:rPr>
          <w:lang w:val="es-ES"/>
        </w:rPr>
        <w:t>Praça</w:t>
      </w:r>
      <w:proofErr w:type="spellEnd"/>
      <w:r w:rsidRPr="005D10B6">
        <w:rPr>
          <w:lang w:val="es-ES"/>
        </w:rPr>
        <w:t xml:space="preserve"> da </w:t>
      </w:r>
      <w:proofErr w:type="spellStart"/>
      <w:r w:rsidRPr="005D10B6">
        <w:rPr>
          <w:lang w:val="es-ES"/>
        </w:rPr>
        <w:t>Prefeitura</w:t>
      </w:r>
      <w:proofErr w:type="spellEnd"/>
      <w:r w:rsidRPr="005D10B6">
        <w:rPr>
          <w:lang w:val="es-ES"/>
        </w:rPr>
        <w:t xml:space="preserve">, o </w:t>
      </w:r>
      <w:proofErr w:type="spellStart"/>
      <w:r w:rsidRPr="005D10B6">
        <w:rPr>
          <w:lang w:val="es-ES"/>
        </w:rPr>
        <w:t>Palácio</w:t>
      </w:r>
      <w:proofErr w:type="spellEnd"/>
      <w:r w:rsidRPr="005D10B6">
        <w:rPr>
          <w:lang w:val="es-ES"/>
        </w:rPr>
        <w:t xml:space="preserve"> de </w:t>
      </w:r>
      <w:proofErr w:type="spellStart"/>
      <w:r w:rsidRPr="005D10B6">
        <w:rPr>
          <w:lang w:val="es-ES"/>
        </w:rPr>
        <w:t>Christiansborg</w:t>
      </w:r>
      <w:proofErr w:type="spellEnd"/>
      <w:r w:rsidRPr="005D10B6">
        <w:rPr>
          <w:lang w:val="es-ES"/>
        </w:rPr>
        <w:t xml:space="preserve"> (</w:t>
      </w:r>
      <w:proofErr w:type="spellStart"/>
      <w:r w:rsidRPr="005D10B6">
        <w:rPr>
          <w:lang w:val="es-ES"/>
        </w:rPr>
        <w:t>atual</w:t>
      </w:r>
      <w:proofErr w:type="spellEnd"/>
      <w:r w:rsidRPr="005D10B6">
        <w:rPr>
          <w:lang w:val="es-ES"/>
        </w:rPr>
        <w:t xml:space="preserve"> sede do Parlamento), a </w:t>
      </w:r>
      <w:proofErr w:type="spellStart"/>
      <w:r w:rsidRPr="005D10B6">
        <w:rPr>
          <w:lang w:val="es-ES"/>
        </w:rPr>
        <w:t>Fonte</w:t>
      </w:r>
      <w:proofErr w:type="spellEnd"/>
      <w:r w:rsidRPr="005D10B6">
        <w:rPr>
          <w:lang w:val="es-ES"/>
        </w:rPr>
        <w:t xml:space="preserve"> da </w:t>
      </w:r>
      <w:proofErr w:type="spellStart"/>
      <w:r w:rsidRPr="005D10B6">
        <w:rPr>
          <w:lang w:val="es-ES"/>
        </w:rPr>
        <w:t>deusa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Gefion</w:t>
      </w:r>
      <w:proofErr w:type="spellEnd"/>
      <w:r w:rsidRPr="005D10B6">
        <w:rPr>
          <w:lang w:val="es-ES"/>
        </w:rPr>
        <w:t xml:space="preserve"> e o porto </w:t>
      </w:r>
      <w:proofErr w:type="spellStart"/>
      <w:r w:rsidRPr="005D10B6">
        <w:rPr>
          <w:lang w:val="es-ES"/>
        </w:rPr>
        <w:t>Nyhavn</w:t>
      </w:r>
      <w:proofErr w:type="spellEnd"/>
      <w:r w:rsidRPr="005D10B6">
        <w:rPr>
          <w:lang w:val="es-ES"/>
        </w:rPr>
        <w:t xml:space="preserve">, </w:t>
      </w:r>
      <w:proofErr w:type="spellStart"/>
      <w:r w:rsidRPr="005D10B6">
        <w:rPr>
          <w:lang w:val="es-ES"/>
        </w:rPr>
        <w:t>com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suas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pitorescas</w:t>
      </w:r>
      <w:proofErr w:type="spellEnd"/>
      <w:r w:rsidRPr="005D10B6">
        <w:rPr>
          <w:lang w:val="es-ES"/>
        </w:rPr>
        <w:t xml:space="preserve"> e coloridas casas do </w:t>
      </w:r>
      <w:proofErr w:type="spellStart"/>
      <w:r w:rsidRPr="005D10B6">
        <w:rPr>
          <w:lang w:val="es-ES"/>
        </w:rPr>
        <w:t>século</w:t>
      </w:r>
      <w:proofErr w:type="spellEnd"/>
      <w:r w:rsidRPr="005D10B6">
        <w:rPr>
          <w:lang w:val="es-ES"/>
        </w:rPr>
        <w:t xml:space="preserve"> XVII. E, claro, o símbolo da </w:t>
      </w:r>
      <w:proofErr w:type="spellStart"/>
      <w:r w:rsidRPr="005D10B6">
        <w:rPr>
          <w:lang w:val="es-ES"/>
        </w:rPr>
        <w:t>cidade</w:t>
      </w:r>
      <w:proofErr w:type="spellEnd"/>
      <w:r w:rsidRPr="005D10B6">
        <w:rPr>
          <w:lang w:val="es-ES"/>
        </w:rPr>
        <w:t xml:space="preserve">: a famosa </w:t>
      </w:r>
      <w:proofErr w:type="spellStart"/>
      <w:r w:rsidRPr="005D10B6">
        <w:rPr>
          <w:lang w:val="es-ES"/>
        </w:rPr>
        <w:t>Pequena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Sereia</w:t>
      </w:r>
      <w:proofErr w:type="spellEnd"/>
      <w:r w:rsidRPr="005D10B6">
        <w:rPr>
          <w:lang w:val="es-ES"/>
        </w:rPr>
        <w:t xml:space="preserve">. Opcionalmente, </w:t>
      </w:r>
      <w:proofErr w:type="spellStart"/>
      <w:r w:rsidRPr="005D10B6">
        <w:rPr>
          <w:lang w:val="es-ES"/>
        </w:rPr>
        <w:t>poderemos</w:t>
      </w:r>
      <w:proofErr w:type="spellEnd"/>
      <w:r w:rsidRPr="005D10B6">
        <w:rPr>
          <w:lang w:val="es-ES"/>
        </w:rPr>
        <w:t xml:space="preserve"> visitar o majestoso Castelo Real de Frederiksborg, no norte da </w:t>
      </w:r>
      <w:proofErr w:type="spellStart"/>
      <w:r w:rsidRPr="005D10B6">
        <w:rPr>
          <w:lang w:val="es-ES"/>
        </w:rPr>
        <w:t>Zelândia</w:t>
      </w:r>
      <w:proofErr w:type="spellEnd"/>
      <w:r w:rsidRPr="005D10B6">
        <w:rPr>
          <w:lang w:val="es-ES"/>
        </w:rPr>
        <w:t xml:space="preserve">. Tarde </w:t>
      </w:r>
      <w:proofErr w:type="spellStart"/>
      <w:r w:rsidRPr="005D10B6">
        <w:rPr>
          <w:lang w:val="es-ES"/>
        </w:rPr>
        <w:t>livre</w:t>
      </w:r>
      <w:proofErr w:type="spellEnd"/>
      <w:r w:rsidRPr="005D10B6">
        <w:rPr>
          <w:lang w:val="es-ES"/>
        </w:rPr>
        <w:t xml:space="preserve">. </w:t>
      </w:r>
      <w:proofErr w:type="spellStart"/>
      <w:r w:rsidRPr="005D10B6">
        <w:rPr>
          <w:lang w:val="es-ES"/>
        </w:rPr>
        <w:t>Hospedagem</w:t>
      </w:r>
      <w:proofErr w:type="spellEnd"/>
      <w:r w:rsidRPr="005D10B6">
        <w:rPr>
          <w:lang w:val="es-ES"/>
        </w:rPr>
        <w:t>.</w:t>
      </w:r>
    </w:p>
    <w:p w14:paraId="524D786E" w14:textId="77777777" w:rsidR="00C25642" w:rsidRPr="005D10B6" w:rsidRDefault="00C25642">
      <w:pPr>
        <w:rPr>
          <w:lang w:val="es-ES"/>
        </w:rPr>
      </w:pPr>
    </w:p>
    <w:p w14:paraId="0111F90B" w14:textId="77777777" w:rsidR="00C25642" w:rsidRPr="005D10B6" w:rsidRDefault="007B1B33">
      <w:pPr>
        <w:pStyle w:val="Ttulo2"/>
        <w:rPr>
          <w:lang w:val="es-ES"/>
        </w:rPr>
      </w:pPr>
      <w:r w:rsidRPr="005D10B6">
        <w:rPr>
          <w:lang w:val="es-ES"/>
        </w:rPr>
        <w:lastRenderedPageBreak/>
        <w:t>DIA 3 DOM COPENHAGUE - ODENSE - AARHUS</w:t>
      </w:r>
    </w:p>
    <w:p w14:paraId="298BCFBF" w14:textId="77777777" w:rsidR="00C25642" w:rsidRPr="005D10B6" w:rsidRDefault="007B1B33">
      <w:pPr>
        <w:rPr>
          <w:lang w:val="es-ES"/>
        </w:rPr>
      </w:pPr>
      <w:r w:rsidRPr="005D10B6">
        <w:rPr>
          <w:lang w:val="es-ES"/>
        </w:rPr>
        <w:t xml:space="preserve">Pela </w:t>
      </w:r>
      <w:proofErr w:type="spellStart"/>
      <w:r w:rsidRPr="005D10B6">
        <w:rPr>
          <w:lang w:val="es-ES"/>
        </w:rPr>
        <w:t>manhã</w:t>
      </w:r>
      <w:proofErr w:type="spellEnd"/>
      <w:r w:rsidRPr="005D10B6">
        <w:rPr>
          <w:lang w:val="es-ES"/>
        </w:rPr>
        <w:t xml:space="preserve">, </w:t>
      </w:r>
      <w:proofErr w:type="spellStart"/>
      <w:r w:rsidRPr="005D10B6">
        <w:rPr>
          <w:lang w:val="es-ES"/>
        </w:rPr>
        <w:t>saída</w:t>
      </w:r>
      <w:proofErr w:type="spellEnd"/>
      <w:r w:rsidRPr="005D10B6">
        <w:rPr>
          <w:lang w:val="es-ES"/>
        </w:rPr>
        <w:t xml:space="preserve"> em </w:t>
      </w:r>
      <w:proofErr w:type="spellStart"/>
      <w:r w:rsidRPr="005D10B6">
        <w:rPr>
          <w:lang w:val="es-ES"/>
        </w:rPr>
        <w:t>direção</w:t>
      </w:r>
      <w:proofErr w:type="spellEnd"/>
      <w:r w:rsidRPr="005D10B6">
        <w:rPr>
          <w:lang w:val="es-ES"/>
        </w:rPr>
        <w:t xml:space="preserve"> à </w:t>
      </w:r>
      <w:proofErr w:type="spellStart"/>
      <w:r w:rsidRPr="005D10B6">
        <w:rPr>
          <w:lang w:val="es-ES"/>
        </w:rPr>
        <w:t>cidade</w:t>
      </w:r>
      <w:proofErr w:type="spellEnd"/>
      <w:r w:rsidRPr="005D10B6">
        <w:rPr>
          <w:lang w:val="es-ES"/>
        </w:rPr>
        <w:t xml:space="preserve"> de Odense </w:t>
      </w:r>
      <w:proofErr w:type="spellStart"/>
      <w:r w:rsidRPr="005D10B6">
        <w:rPr>
          <w:lang w:val="es-ES"/>
        </w:rPr>
        <w:t>atravessando</w:t>
      </w:r>
      <w:proofErr w:type="spellEnd"/>
      <w:r w:rsidRPr="005D10B6">
        <w:rPr>
          <w:lang w:val="es-ES"/>
        </w:rPr>
        <w:t xml:space="preserve"> o </w:t>
      </w:r>
      <w:proofErr w:type="spellStart"/>
      <w:r w:rsidRPr="005D10B6">
        <w:rPr>
          <w:lang w:val="es-ES"/>
        </w:rPr>
        <w:t>estreito</w:t>
      </w:r>
      <w:proofErr w:type="spellEnd"/>
      <w:r w:rsidRPr="005D10B6">
        <w:rPr>
          <w:lang w:val="es-ES"/>
        </w:rPr>
        <w:t xml:space="preserve"> do Grande </w:t>
      </w:r>
      <w:proofErr w:type="spellStart"/>
      <w:r w:rsidRPr="005D10B6">
        <w:rPr>
          <w:lang w:val="es-ES"/>
        </w:rPr>
        <w:t>Belt</w:t>
      </w:r>
      <w:proofErr w:type="spellEnd"/>
      <w:r w:rsidRPr="005D10B6">
        <w:rPr>
          <w:lang w:val="es-ES"/>
        </w:rPr>
        <w:t xml:space="preserve"> por </w:t>
      </w:r>
      <w:proofErr w:type="spellStart"/>
      <w:r w:rsidRPr="005D10B6">
        <w:rPr>
          <w:lang w:val="es-ES"/>
        </w:rPr>
        <w:t>uma</w:t>
      </w:r>
      <w:proofErr w:type="spellEnd"/>
      <w:r w:rsidRPr="005D10B6">
        <w:rPr>
          <w:lang w:val="es-ES"/>
        </w:rPr>
        <w:t xml:space="preserve"> das obras </w:t>
      </w:r>
      <w:proofErr w:type="spellStart"/>
      <w:r w:rsidRPr="005D10B6">
        <w:rPr>
          <w:lang w:val="es-ES"/>
        </w:rPr>
        <w:t>mais</w:t>
      </w:r>
      <w:proofErr w:type="spellEnd"/>
      <w:r w:rsidRPr="005D10B6">
        <w:rPr>
          <w:lang w:val="es-ES"/>
        </w:rPr>
        <w:t xml:space="preserve"> importantes da </w:t>
      </w:r>
      <w:proofErr w:type="spellStart"/>
      <w:r w:rsidRPr="005D10B6">
        <w:rPr>
          <w:lang w:val="es-ES"/>
        </w:rPr>
        <w:t>engenharia</w:t>
      </w:r>
      <w:proofErr w:type="spellEnd"/>
      <w:r w:rsidRPr="005D10B6">
        <w:rPr>
          <w:lang w:val="es-ES"/>
        </w:rPr>
        <w:t xml:space="preserve"> dinamarquesa: as </w:t>
      </w:r>
      <w:proofErr w:type="spellStart"/>
      <w:r w:rsidRPr="005D10B6">
        <w:rPr>
          <w:lang w:val="es-ES"/>
        </w:rPr>
        <w:t>impressionantes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pontes</w:t>
      </w:r>
      <w:proofErr w:type="spellEnd"/>
      <w:r w:rsidRPr="005D10B6">
        <w:rPr>
          <w:lang w:val="es-ES"/>
        </w:rPr>
        <w:t xml:space="preserve"> que </w:t>
      </w:r>
      <w:proofErr w:type="spellStart"/>
      <w:r w:rsidRPr="005D10B6">
        <w:rPr>
          <w:lang w:val="es-ES"/>
        </w:rPr>
        <w:t>unem</w:t>
      </w:r>
      <w:proofErr w:type="spellEnd"/>
      <w:r w:rsidRPr="005D10B6">
        <w:rPr>
          <w:lang w:val="es-ES"/>
        </w:rPr>
        <w:t xml:space="preserve"> as </w:t>
      </w:r>
      <w:proofErr w:type="spellStart"/>
      <w:r w:rsidRPr="005D10B6">
        <w:rPr>
          <w:lang w:val="es-ES"/>
        </w:rPr>
        <w:t>ilhas</w:t>
      </w:r>
      <w:proofErr w:type="spellEnd"/>
      <w:r w:rsidRPr="005D10B6">
        <w:rPr>
          <w:lang w:val="es-ES"/>
        </w:rPr>
        <w:t xml:space="preserve"> de </w:t>
      </w:r>
      <w:proofErr w:type="spellStart"/>
      <w:r w:rsidRPr="005D10B6">
        <w:rPr>
          <w:lang w:val="es-ES"/>
        </w:rPr>
        <w:t>Zelândia</w:t>
      </w:r>
      <w:proofErr w:type="spellEnd"/>
      <w:r w:rsidRPr="005D10B6">
        <w:rPr>
          <w:lang w:val="es-ES"/>
        </w:rPr>
        <w:t xml:space="preserve"> e Fionia</w:t>
      </w:r>
      <w:r w:rsidRPr="005D10B6">
        <w:rPr>
          <w:lang w:val="es-ES"/>
        </w:rPr>
        <w:t xml:space="preserve">. Breve parada </w:t>
      </w:r>
      <w:proofErr w:type="spellStart"/>
      <w:r w:rsidRPr="005D10B6">
        <w:rPr>
          <w:lang w:val="es-ES"/>
        </w:rPr>
        <w:t>na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cidade</w:t>
      </w:r>
      <w:proofErr w:type="spellEnd"/>
      <w:r w:rsidRPr="005D10B6">
        <w:rPr>
          <w:lang w:val="es-ES"/>
        </w:rPr>
        <w:t xml:space="preserve"> de Odense, mundialmente </w:t>
      </w:r>
      <w:proofErr w:type="spellStart"/>
      <w:r w:rsidRPr="005D10B6">
        <w:rPr>
          <w:lang w:val="es-ES"/>
        </w:rPr>
        <w:t>conhecida</w:t>
      </w:r>
      <w:proofErr w:type="spellEnd"/>
      <w:r w:rsidRPr="005D10B6">
        <w:rPr>
          <w:lang w:val="es-ES"/>
        </w:rPr>
        <w:t xml:space="preserve"> por ser o </w:t>
      </w:r>
      <w:proofErr w:type="spellStart"/>
      <w:r w:rsidRPr="005D10B6">
        <w:rPr>
          <w:lang w:val="es-ES"/>
        </w:rPr>
        <w:t>berço</w:t>
      </w:r>
      <w:proofErr w:type="spellEnd"/>
      <w:r w:rsidRPr="005D10B6">
        <w:rPr>
          <w:lang w:val="es-ES"/>
        </w:rPr>
        <w:t xml:space="preserve"> do </w:t>
      </w:r>
      <w:proofErr w:type="spellStart"/>
      <w:r w:rsidRPr="005D10B6">
        <w:rPr>
          <w:lang w:val="es-ES"/>
        </w:rPr>
        <w:t>dinamarquês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mais</w:t>
      </w:r>
      <w:proofErr w:type="spellEnd"/>
      <w:r w:rsidRPr="005D10B6">
        <w:rPr>
          <w:lang w:val="es-ES"/>
        </w:rPr>
        <w:t xml:space="preserve"> universal, o popular escritor de contos </w:t>
      </w:r>
      <w:proofErr w:type="spellStart"/>
      <w:r w:rsidRPr="005D10B6">
        <w:rPr>
          <w:lang w:val="es-ES"/>
        </w:rPr>
        <w:t>infantis</w:t>
      </w:r>
      <w:proofErr w:type="spellEnd"/>
      <w:r w:rsidRPr="005D10B6">
        <w:rPr>
          <w:lang w:val="es-ES"/>
        </w:rPr>
        <w:t xml:space="preserve"> Hans Christian Andersen. </w:t>
      </w:r>
      <w:proofErr w:type="spellStart"/>
      <w:r w:rsidRPr="005D10B6">
        <w:rPr>
          <w:lang w:val="es-ES"/>
        </w:rPr>
        <w:t>Continuação</w:t>
      </w:r>
      <w:proofErr w:type="spellEnd"/>
      <w:r w:rsidRPr="005D10B6">
        <w:rPr>
          <w:lang w:val="es-ES"/>
        </w:rPr>
        <w:t xml:space="preserve"> até Aarhus, a segunda </w:t>
      </w:r>
      <w:proofErr w:type="spellStart"/>
      <w:r w:rsidRPr="005D10B6">
        <w:rPr>
          <w:lang w:val="es-ES"/>
        </w:rPr>
        <w:t>maior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cidade</w:t>
      </w:r>
      <w:proofErr w:type="spellEnd"/>
      <w:r w:rsidRPr="005D10B6">
        <w:rPr>
          <w:lang w:val="es-ES"/>
        </w:rPr>
        <w:t xml:space="preserve"> da Dinamarca e </w:t>
      </w:r>
      <w:proofErr w:type="spellStart"/>
      <w:r w:rsidRPr="005D10B6">
        <w:rPr>
          <w:lang w:val="es-ES"/>
        </w:rPr>
        <w:t>uma</w:t>
      </w:r>
      <w:proofErr w:type="spellEnd"/>
      <w:r w:rsidRPr="005D10B6">
        <w:rPr>
          <w:lang w:val="es-ES"/>
        </w:rPr>
        <w:t xml:space="preserve"> das </w:t>
      </w:r>
      <w:proofErr w:type="spellStart"/>
      <w:r w:rsidRPr="005D10B6">
        <w:rPr>
          <w:lang w:val="es-ES"/>
        </w:rPr>
        <w:t>mais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antigas</w:t>
      </w:r>
      <w:proofErr w:type="spellEnd"/>
      <w:r w:rsidRPr="005D10B6">
        <w:rPr>
          <w:lang w:val="es-ES"/>
        </w:rPr>
        <w:t xml:space="preserve"> do p</w:t>
      </w:r>
      <w:r w:rsidRPr="005D10B6">
        <w:rPr>
          <w:lang w:val="es-ES"/>
        </w:rPr>
        <w:t xml:space="preserve">aís. Tempo </w:t>
      </w:r>
      <w:proofErr w:type="spellStart"/>
      <w:r w:rsidRPr="005D10B6">
        <w:rPr>
          <w:lang w:val="es-ES"/>
        </w:rPr>
        <w:t>livre</w:t>
      </w:r>
      <w:proofErr w:type="spellEnd"/>
      <w:r w:rsidRPr="005D10B6">
        <w:rPr>
          <w:lang w:val="es-ES"/>
        </w:rPr>
        <w:t xml:space="preserve"> e </w:t>
      </w:r>
      <w:proofErr w:type="spellStart"/>
      <w:r w:rsidRPr="005D10B6">
        <w:rPr>
          <w:lang w:val="es-ES"/>
        </w:rPr>
        <w:t>hospedagem</w:t>
      </w:r>
      <w:proofErr w:type="spellEnd"/>
      <w:r w:rsidRPr="005D10B6">
        <w:rPr>
          <w:lang w:val="es-ES"/>
        </w:rPr>
        <w:t>.</w:t>
      </w:r>
    </w:p>
    <w:p w14:paraId="73ADA76E" w14:textId="77777777" w:rsidR="00C25642" w:rsidRPr="005D10B6" w:rsidRDefault="00C25642">
      <w:pPr>
        <w:rPr>
          <w:lang w:val="es-ES"/>
        </w:rPr>
      </w:pPr>
    </w:p>
    <w:p w14:paraId="67FD1285" w14:textId="77777777" w:rsidR="00C25642" w:rsidRPr="005D10B6" w:rsidRDefault="007B1B33">
      <w:pPr>
        <w:pStyle w:val="Ttulo2"/>
        <w:rPr>
          <w:lang w:val="es-ES"/>
        </w:rPr>
      </w:pPr>
      <w:r w:rsidRPr="005D10B6">
        <w:rPr>
          <w:lang w:val="es-ES"/>
        </w:rPr>
        <w:t>DIA 4 SEG AARHUS - KRISTIANSAND - STAVANGER</w:t>
      </w:r>
    </w:p>
    <w:p w14:paraId="72BC5B98" w14:textId="77777777" w:rsidR="00C25642" w:rsidRPr="005D10B6" w:rsidRDefault="007B1B33">
      <w:pPr>
        <w:rPr>
          <w:lang w:val="es-ES"/>
        </w:rPr>
      </w:pPr>
      <w:r w:rsidRPr="005D10B6">
        <w:rPr>
          <w:lang w:val="es-ES"/>
        </w:rPr>
        <w:t xml:space="preserve">Café da </w:t>
      </w:r>
      <w:proofErr w:type="spellStart"/>
      <w:r w:rsidRPr="005D10B6">
        <w:rPr>
          <w:lang w:val="es-ES"/>
        </w:rPr>
        <w:t>manhã</w:t>
      </w:r>
      <w:proofErr w:type="spellEnd"/>
      <w:r w:rsidRPr="005D10B6">
        <w:rPr>
          <w:lang w:val="es-ES"/>
        </w:rPr>
        <w:t xml:space="preserve"> e </w:t>
      </w:r>
      <w:proofErr w:type="spellStart"/>
      <w:r w:rsidRPr="005D10B6">
        <w:rPr>
          <w:lang w:val="es-ES"/>
        </w:rPr>
        <w:t>saída</w:t>
      </w:r>
      <w:proofErr w:type="spellEnd"/>
      <w:r w:rsidRPr="005D10B6">
        <w:rPr>
          <w:lang w:val="es-ES"/>
        </w:rPr>
        <w:t xml:space="preserve"> em </w:t>
      </w:r>
      <w:proofErr w:type="spellStart"/>
      <w:r w:rsidRPr="005D10B6">
        <w:rPr>
          <w:lang w:val="es-ES"/>
        </w:rPr>
        <w:t>direção</w:t>
      </w:r>
      <w:proofErr w:type="spellEnd"/>
      <w:r w:rsidRPr="005D10B6">
        <w:rPr>
          <w:lang w:val="es-ES"/>
        </w:rPr>
        <w:t xml:space="preserve"> a </w:t>
      </w:r>
      <w:proofErr w:type="spellStart"/>
      <w:r w:rsidRPr="005D10B6">
        <w:rPr>
          <w:lang w:val="es-ES"/>
        </w:rPr>
        <w:t>Hirtshals</w:t>
      </w:r>
      <w:proofErr w:type="spellEnd"/>
      <w:r w:rsidRPr="005D10B6">
        <w:rPr>
          <w:lang w:val="es-ES"/>
        </w:rPr>
        <w:t xml:space="preserve">, onde embarcamos em </w:t>
      </w:r>
      <w:proofErr w:type="spellStart"/>
      <w:r w:rsidRPr="005D10B6">
        <w:rPr>
          <w:lang w:val="es-ES"/>
        </w:rPr>
        <w:t>um</w:t>
      </w:r>
      <w:proofErr w:type="spellEnd"/>
      <w:r w:rsidRPr="005D10B6">
        <w:rPr>
          <w:lang w:val="es-ES"/>
        </w:rPr>
        <w:t xml:space="preserve"> ferry para a Noruega </w:t>
      </w:r>
      <w:proofErr w:type="spellStart"/>
      <w:r w:rsidRPr="005D10B6">
        <w:rPr>
          <w:lang w:val="es-ES"/>
        </w:rPr>
        <w:t>atravessando</w:t>
      </w:r>
      <w:proofErr w:type="spellEnd"/>
      <w:r w:rsidRPr="005D10B6">
        <w:rPr>
          <w:lang w:val="es-ES"/>
        </w:rPr>
        <w:t xml:space="preserve"> o mar do Norte até Kristiansand. </w:t>
      </w:r>
      <w:proofErr w:type="spellStart"/>
      <w:r w:rsidRPr="005D10B6">
        <w:rPr>
          <w:lang w:val="es-ES"/>
        </w:rPr>
        <w:t>Continuação</w:t>
      </w:r>
      <w:proofErr w:type="spellEnd"/>
      <w:r w:rsidRPr="005D10B6">
        <w:rPr>
          <w:lang w:val="es-ES"/>
        </w:rPr>
        <w:t xml:space="preserve"> até Stavanger, famosa por </w:t>
      </w:r>
      <w:proofErr w:type="spellStart"/>
      <w:r w:rsidRPr="005D10B6">
        <w:rPr>
          <w:lang w:val="es-ES"/>
        </w:rPr>
        <w:t>seu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bai</w:t>
      </w:r>
      <w:r w:rsidRPr="005D10B6">
        <w:rPr>
          <w:lang w:val="es-ES"/>
        </w:rPr>
        <w:t>rro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antigo</w:t>
      </w:r>
      <w:proofErr w:type="spellEnd"/>
      <w:r w:rsidRPr="005D10B6">
        <w:rPr>
          <w:lang w:val="es-ES"/>
        </w:rPr>
        <w:t xml:space="preserve">, composto por 173 casas de </w:t>
      </w:r>
      <w:proofErr w:type="spellStart"/>
      <w:r w:rsidRPr="005D10B6">
        <w:rPr>
          <w:lang w:val="es-ES"/>
        </w:rPr>
        <w:t>madeira</w:t>
      </w:r>
      <w:proofErr w:type="spellEnd"/>
      <w:r w:rsidRPr="005D10B6">
        <w:rPr>
          <w:lang w:val="es-ES"/>
        </w:rPr>
        <w:t xml:space="preserve">, a </w:t>
      </w:r>
      <w:proofErr w:type="spellStart"/>
      <w:r w:rsidRPr="005D10B6">
        <w:rPr>
          <w:lang w:val="es-ES"/>
        </w:rPr>
        <w:t>maioria</w:t>
      </w:r>
      <w:proofErr w:type="spellEnd"/>
      <w:r w:rsidRPr="005D10B6">
        <w:rPr>
          <w:lang w:val="es-ES"/>
        </w:rPr>
        <w:t xml:space="preserve"> de </w:t>
      </w:r>
      <w:proofErr w:type="spellStart"/>
      <w:r w:rsidRPr="005D10B6">
        <w:rPr>
          <w:lang w:val="es-ES"/>
        </w:rPr>
        <w:t>cor</w:t>
      </w:r>
      <w:proofErr w:type="spellEnd"/>
      <w:r w:rsidRPr="005D10B6">
        <w:rPr>
          <w:lang w:val="es-ES"/>
        </w:rPr>
        <w:t xml:space="preserve"> branca e </w:t>
      </w:r>
      <w:proofErr w:type="spellStart"/>
      <w:r w:rsidRPr="005D10B6">
        <w:rPr>
          <w:lang w:val="es-ES"/>
        </w:rPr>
        <w:t>algumas</w:t>
      </w:r>
      <w:proofErr w:type="spellEnd"/>
      <w:r w:rsidRPr="005D10B6">
        <w:rPr>
          <w:lang w:val="es-ES"/>
        </w:rPr>
        <w:t xml:space="preserve"> pintadas em diversas </w:t>
      </w:r>
      <w:proofErr w:type="spellStart"/>
      <w:r w:rsidRPr="005D10B6">
        <w:rPr>
          <w:lang w:val="es-ES"/>
        </w:rPr>
        <w:t>cores</w:t>
      </w:r>
      <w:proofErr w:type="spellEnd"/>
      <w:r w:rsidRPr="005D10B6">
        <w:rPr>
          <w:lang w:val="es-ES"/>
        </w:rPr>
        <w:t xml:space="preserve">, o que </w:t>
      </w:r>
      <w:proofErr w:type="spellStart"/>
      <w:r w:rsidRPr="005D10B6">
        <w:rPr>
          <w:lang w:val="es-ES"/>
        </w:rPr>
        <w:t>lhe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confere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um</w:t>
      </w:r>
      <w:proofErr w:type="spellEnd"/>
      <w:r w:rsidRPr="005D10B6">
        <w:rPr>
          <w:lang w:val="es-ES"/>
        </w:rPr>
        <w:t xml:space="preserve"> charme </w:t>
      </w:r>
      <w:proofErr w:type="spellStart"/>
      <w:r w:rsidRPr="005D10B6">
        <w:rPr>
          <w:lang w:val="es-ES"/>
        </w:rPr>
        <w:t>muito</w:t>
      </w:r>
      <w:proofErr w:type="spellEnd"/>
      <w:r w:rsidRPr="005D10B6">
        <w:rPr>
          <w:lang w:val="es-ES"/>
        </w:rPr>
        <w:t xml:space="preserve"> especial à </w:t>
      </w:r>
      <w:proofErr w:type="spellStart"/>
      <w:r w:rsidRPr="005D10B6">
        <w:rPr>
          <w:lang w:val="es-ES"/>
        </w:rPr>
        <w:t>cidade</w:t>
      </w:r>
      <w:proofErr w:type="spellEnd"/>
      <w:r w:rsidRPr="005D10B6">
        <w:rPr>
          <w:lang w:val="es-ES"/>
        </w:rPr>
        <w:t xml:space="preserve">. </w:t>
      </w:r>
      <w:proofErr w:type="spellStart"/>
      <w:r w:rsidRPr="005D10B6">
        <w:rPr>
          <w:lang w:val="es-ES"/>
        </w:rPr>
        <w:t>Hospedagem</w:t>
      </w:r>
      <w:proofErr w:type="spellEnd"/>
      <w:r w:rsidRPr="005D10B6">
        <w:rPr>
          <w:lang w:val="es-ES"/>
        </w:rPr>
        <w:t>.</w:t>
      </w:r>
    </w:p>
    <w:p w14:paraId="3F12C9E9" w14:textId="77777777" w:rsidR="00C25642" w:rsidRPr="005D10B6" w:rsidRDefault="00C25642">
      <w:pPr>
        <w:rPr>
          <w:lang w:val="es-ES"/>
        </w:rPr>
      </w:pPr>
    </w:p>
    <w:p w14:paraId="4ED8B481" w14:textId="77777777" w:rsidR="00C25642" w:rsidRPr="005D10B6" w:rsidRDefault="007B1B33">
      <w:pPr>
        <w:pStyle w:val="Ttulo2"/>
        <w:rPr>
          <w:lang w:val="es-ES"/>
        </w:rPr>
      </w:pPr>
      <w:r w:rsidRPr="005D10B6">
        <w:rPr>
          <w:lang w:val="es-ES"/>
        </w:rPr>
        <w:t>DIA 5 TER STAVANGER</w:t>
      </w:r>
    </w:p>
    <w:p w14:paraId="6A918FED" w14:textId="77777777" w:rsidR="00C25642" w:rsidRPr="005D10B6" w:rsidRDefault="007B1B33">
      <w:pPr>
        <w:rPr>
          <w:lang w:val="es-ES"/>
        </w:rPr>
      </w:pPr>
      <w:r w:rsidRPr="005D10B6">
        <w:rPr>
          <w:lang w:val="es-ES"/>
        </w:rPr>
        <w:t xml:space="preserve">Café da </w:t>
      </w:r>
      <w:proofErr w:type="spellStart"/>
      <w:r w:rsidRPr="005D10B6">
        <w:rPr>
          <w:lang w:val="es-ES"/>
        </w:rPr>
        <w:t>manhã</w:t>
      </w:r>
      <w:proofErr w:type="spellEnd"/>
      <w:r w:rsidRPr="005D10B6">
        <w:rPr>
          <w:lang w:val="es-ES"/>
        </w:rPr>
        <w:t xml:space="preserve"> e </w:t>
      </w:r>
      <w:proofErr w:type="spellStart"/>
      <w:r w:rsidRPr="005D10B6">
        <w:rPr>
          <w:lang w:val="es-ES"/>
        </w:rPr>
        <w:t>saída</w:t>
      </w:r>
      <w:proofErr w:type="spellEnd"/>
      <w:r w:rsidRPr="005D10B6">
        <w:rPr>
          <w:lang w:val="es-ES"/>
        </w:rPr>
        <w:t xml:space="preserve"> em </w:t>
      </w:r>
      <w:proofErr w:type="spellStart"/>
      <w:r w:rsidRPr="005D10B6">
        <w:rPr>
          <w:lang w:val="es-ES"/>
        </w:rPr>
        <w:t>direção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ao</w:t>
      </w:r>
      <w:proofErr w:type="spellEnd"/>
      <w:r w:rsidRPr="005D10B6">
        <w:rPr>
          <w:lang w:val="es-ES"/>
        </w:rPr>
        <w:t xml:space="preserve"> porto de </w:t>
      </w:r>
      <w:r w:rsidRPr="005D10B6">
        <w:rPr>
          <w:lang w:val="es-ES"/>
        </w:rPr>
        <w:t xml:space="preserve">Stavanger, de onde embarcaremos para desfrutar das encantadoras </w:t>
      </w:r>
      <w:proofErr w:type="spellStart"/>
      <w:r w:rsidRPr="005D10B6">
        <w:rPr>
          <w:lang w:val="es-ES"/>
        </w:rPr>
        <w:t>paisagens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naturais</w:t>
      </w:r>
      <w:proofErr w:type="spellEnd"/>
      <w:r w:rsidRPr="005D10B6">
        <w:rPr>
          <w:lang w:val="es-ES"/>
        </w:rPr>
        <w:t xml:space="preserve">, </w:t>
      </w:r>
      <w:proofErr w:type="spellStart"/>
      <w:r w:rsidRPr="005D10B6">
        <w:rPr>
          <w:lang w:val="es-ES"/>
        </w:rPr>
        <w:t>com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uma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geologia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espetacular</w:t>
      </w:r>
      <w:proofErr w:type="spellEnd"/>
      <w:r w:rsidRPr="005D10B6">
        <w:rPr>
          <w:lang w:val="es-ES"/>
        </w:rPr>
        <w:t xml:space="preserve"> e curiosidades que </w:t>
      </w:r>
      <w:proofErr w:type="spellStart"/>
      <w:r w:rsidRPr="005D10B6">
        <w:rPr>
          <w:lang w:val="es-ES"/>
        </w:rPr>
        <w:t>oferece</w:t>
      </w:r>
      <w:proofErr w:type="spellEnd"/>
      <w:r w:rsidRPr="005D10B6">
        <w:rPr>
          <w:lang w:val="es-ES"/>
        </w:rPr>
        <w:t xml:space="preserve"> o </w:t>
      </w:r>
      <w:proofErr w:type="spellStart"/>
      <w:r w:rsidRPr="005D10B6">
        <w:rPr>
          <w:lang w:val="es-ES"/>
        </w:rPr>
        <w:t>fiorde</w:t>
      </w:r>
      <w:proofErr w:type="spellEnd"/>
      <w:r w:rsidRPr="005D10B6">
        <w:rPr>
          <w:lang w:val="es-ES"/>
        </w:rPr>
        <w:t xml:space="preserve"> de </w:t>
      </w:r>
      <w:proofErr w:type="spellStart"/>
      <w:r w:rsidRPr="005D10B6">
        <w:rPr>
          <w:lang w:val="es-ES"/>
        </w:rPr>
        <w:t>Lyse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ou</w:t>
      </w:r>
      <w:proofErr w:type="spellEnd"/>
      <w:r w:rsidRPr="005D10B6">
        <w:rPr>
          <w:lang w:val="es-ES"/>
        </w:rPr>
        <w:t xml:space="preserve"> "</w:t>
      </w:r>
      <w:proofErr w:type="spellStart"/>
      <w:r w:rsidRPr="005D10B6">
        <w:rPr>
          <w:lang w:val="es-ES"/>
        </w:rPr>
        <w:t>fiorde</w:t>
      </w:r>
      <w:proofErr w:type="spellEnd"/>
      <w:r w:rsidRPr="005D10B6">
        <w:rPr>
          <w:lang w:val="es-ES"/>
        </w:rPr>
        <w:t xml:space="preserve"> claro", </w:t>
      </w:r>
      <w:proofErr w:type="spellStart"/>
      <w:r w:rsidRPr="005D10B6">
        <w:rPr>
          <w:lang w:val="es-ES"/>
        </w:rPr>
        <w:t>cujo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nome</w:t>
      </w:r>
      <w:proofErr w:type="spellEnd"/>
      <w:r w:rsidRPr="005D10B6">
        <w:rPr>
          <w:lang w:val="es-ES"/>
        </w:rPr>
        <w:t xml:space="preserve"> se </w:t>
      </w:r>
      <w:proofErr w:type="spellStart"/>
      <w:r w:rsidRPr="005D10B6">
        <w:rPr>
          <w:lang w:val="es-ES"/>
        </w:rPr>
        <w:t>deve</w:t>
      </w:r>
      <w:proofErr w:type="spellEnd"/>
      <w:r w:rsidRPr="005D10B6">
        <w:rPr>
          <w:lang w:val="es-ES"/>
        </w:rPr>
        <w:t xml:space="preserve"> à </w:t>
      </w:r>
      <w:proofErr w:type="spellStart"/>
      <w:r w:rsidRPr="005D10B6">
        <w:rPr>
          <w:lang w:val="es-ES"/>
        </w:rPr>
        <w:t>cor</w:t>
      </w:r>
      <w:proofErr w:type="spellEnd"/>
      <w:r w:rsidRPr="005D10B6">
        <w:rPr>
          <w:lang w:val="es-ES"/>
        </w:rPr>
        <w:t xml:space="preserve"> do granito de </w:t>
      </w:r>
      <w:proofErr w:type="spellStart"/>
      <w:r w:rsidRPr="005D10B6">
        <w:rPr>
          <w:lang w:val="es-ES"/>
        </w:rPr>
        <w:t>suas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montanhas</w:t>
      </w:r>
      <w:proofErr w:type="spellEnd"/>
      <w:r w:rsidRPr="005D10B6">
        <w:rPr>
          <w:lang w:val="es-ES"/>
        </w:rPr>
        <w:t xml:space="preserve">. Durante a </w:t>
      </w:r>
      <w:proofErr w:type="spellStart"/>
      <w:r w:rsidRPr="005D10B6">
        <w:rPr>
          <w:lang w:val="es-ES"/>
        </w:rPr>
        <w:t>travessia</w:t>
      </w:r>
      <w:proofErr w:type="spellEnd"/>
      <w:r w:rsidRPr="005D10B6">
        <w:rPr>
          <w:lang w:val="es-ES"/>
        </w:rPr>
        <w:t xml:space="preserve"> de bar</w:t>
      </w:r>
      <w:r w:rsidRPr="005D10B6">
        <w:rPr>
          <w:lang w:val="es-ES"/>
        </w:rPr>
        <w:t xml:space="preserve">co </w:t>
      </w:r>
      <w:proofErr w:type="spellStart"/>
      <w:r w:rsidRPr="005D10B6">
        <w:rPr>
          <w:lang w:val="es-ES"/>
        </w:rPr>
        <w:t>poderemos</w:t>
      </w:r>
      <w:proofErr w:type="spellEnd"/>
      <w:r w:rsidRPr="005D10B6">
        <w:rPr>
          <w:lang w:val="es-ES"/>
        </w:rPr>
        <w:t xml:space="preserve"> admirar </w:t>
      </w:r>
      <w:proofErr w:type="spellStart"/>
      <w:r w:rsidRPr="005D10B6">
        <w:rPr>
          <w:lang w:val="es-ES"/>
        </w:rPr>
        <w:t>uma</w:t>
      </w:r>
      <w:proofErr w:type="spellEnd"/>
      <w:r w:rsidRPr="005D10B6">
        <w:rPr>
          <w:lang w:val="es-ES"/>
        </w:rPr>
        <w:t xml:space="preserve"> das </w:t>
      </w:r>
      <w:proofErr w:type="spellStart"/>
      <w:r w:rsidRPr="005D10B6">
        <w:rPr>
          <w:lang w:val="es-ES"/>
        </w:rPr>
        <w:t>formações</w:t>
      </w:r>
      <w:proofErr w:type="spellEnd"/>
      <w:r w:rsidRPr="005D10B6">
        <w:rPr>
          <w:lang w:val="es-ES"/>
        </w:rPr>
        <w:t xml:space="preserve"> rochosas </w:t>
      </w:r>
      <w:proofErr w:type="spellStart"/>
      <w:r w:rsidRPr="005D10B6">
        <w:rPr>
          <w:lang w:val="es-ES"/>
        </w:rPr>
        <w:t>mais</w:t>
      </w:r>
      <w:proofErr w:type="spellEnd"/>
      <w:r w:rsidRPr="005D10B6">
        <w:rPr>
          <w:lang w:val="es-ES"/>
        </w:rPr>
        <w:t xml:space="preserve"> famosas do país, chamada </w:t>
      </w:r>
      <w:proofErr w:type="spellStart"/>
      <w:r w:rsidRPr="005D10B6">
        <w:rPr>
          <w:lang w:val="es-ES"/>
        </w:rPr>
        <w:t>Preikestolen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ou</w:t>
      </w:r>
      <w:proofErr w:type="spellEnd"/>
      <w:r w:rsidRPr="005D10B6">
        <w:rPr>
          <w:lang w:val="es-ES"/>
        </w:rPr>
        <w:t xml:space="preserve"> o «Púlpito», que </w:t>
      </w:r>
      <w:proofErr w:type="spellStart"/>
      <w:r w:rsidRPr="005D10B6">
        <w:rPr>
          <w:lang w:val="es-ES"/>
        </w:rPr>
        <w:t>tem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uma</w:t>
      </w:r>
      <w:proofErr w:type="spellEnd"/>
      <w:r w:rsidRPr="005D10B6">
        <w:rPr>
          <w:lang w:val="es-ES"/>
        </w:rPr>
        <w:t xml:space="preserve"> queda vertical de 604 m e </w:t>
      </w:r>
      <w:proofErr w:type="spellStart"/>
      <w:r w:rsidRPr="005D10B6">
        <w:rPr>
          <w:lang w:val="es-ES"/>
        </w:rPr>
        <w:t>foi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cenário</w:t>
      </w:r>
      <w:proofErr w:type="spellEnd"/>
      <w:r w:rsidRPr="005D10B6">
        <w:rPr>
          <w:lang w:val="es-ES"/>
        </w:rPr>
        <w:t xml:space="preserve"> de </w:t>
      </w:r>
      <w:proofErr w:type="spellStart"/>
      <w:r w:rsidRPr="005D10B6">
        <w:rPr>
          <w:lang w:val="es-ES"/>
        </w:rPr>
        <w:t>uma</w:t>
      </w:r>
      <w:proofErr w:type="spellEnd"/>
      <w:r w:rsidRPr="005D10B6">
        <w:rPr>
          <w:lang w:val="es-ES"/>
        </w:rPr>
        <w:t xml:space="preserve"> das cenas do filme </w:t>
      </w:r>
      <w:proofErr w:type="spellStart"/>
      <w:r w:rsidRPr="005D10B6">
        <w:rPr>
          <w:lang w:val="es-ES"/>
        </w:rPr>
        <w:t>Missão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Impossível</w:t>
      </w:r>
      <w:proofErr w:type="spellEnd"/>
      <w:r w:rsidRPr="005D10B6">
        <w:rPr>
          <w:lang w:val="es-ES"/>
        </w:rPr>
        <w:t xml:space="preserve">. </w:t>
      </w:r>
      <w:proofErr w:type="spellStart"/>
      <w:r w:rsidRPr="005D10B6">
        <w:rPr>
          <w:lang w:val="es-ES"/>
        </w:rPr>
        <w:t>Ao</w:t>
      </w:r>
      <w:proofErr w:type="spellEnd"/>
      <w:r w:rsidRPr="005D10B6">
        <w:rPr>
          <w:lang w:val="es-ES"/>
        </w:rPr>
        <w:t xml:space="preserve"> retornar à </w:t>
      </w:r>
      <w:proofErr w:type="spellStart"/>
      <w:r w:rsidRPr="005D10B6">
        <w:rPr>
          <w:lang w:val="es-ES"/>
        </w:rPr>
        <w:t>cidade</w:t>
      </w:r>
      <w:proofErr w:type="spellEnd"/>
      <w:r w:rsidRPr="005D10B6">
        <w:rPr>
          <w:lang w:val="es-ES"/>
        </w:rPr>
        <w:t xml:space="preserve">, recomendamos visitar em </w:t>
      </w:r>
      <w:proofErr w:type="spellStart"/>
      <w:r w:rsidRPr="005D10B6">
        <w:rPr>
          <w:lang w:val="es-ES"/>
        </w:rPr>
        <w:t>seu</w:t>
      </w:r>
      <w:proofErr w:type="spellEnd"/>
      <w:r w:rsidRPr="005D10B6">
        <w:rPr>
          <w:lang w:val="es-ES"/>
        </w:rPr>
        <w:t xml:space="preserve"> temp</w:t>
      </w:r>
      <w:r w:rsidRPr="005D10B6">
        <w:rPr>
          <w:lang w:val="es-ES"/>
        </w:rPr>
        <w:t xml:space="preserve">o </w:t>
      </w:r>
      <w:proofErr w:type="spellStart"/>
      <w:r w:rsidRPr="005D10B6">
        <w:rPr>
          <w:lang w:val="es-ES"/>
        </w:rPr>
        <w:t>livre</w:t>
      </w:r>
      <w:proofErr w:type="spellEnd"/>
      <w:r w:rsidRPr="005D10B6">
        <w:rPr>
          <w:lang w:val="es-ES"/>
        </w:rPr>
        <w:t xml:space="preserve"> o </w:t>
      </w:r>
      <w:proofErr w:type="spellStart"/>
      <w:r w:rsidRPr="005D10B6">
        <w:rPr>
          <w:lang w:val="es-ES"/>
        </w:rPr>
        <w:t>interessante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Museu</w:t>
      </w:r>
      <w:proofErr w:type="spellEnd"/>
      <w:r w:rsidRPr="005D10B6">
        <w:rPr>
          <w:lang w:val="es-ES"/>
        </w:rPr>
        <w:t xml:space="preserve"> do Petróleo. </w:t>
      </w:r>
      <w:proofErr w:type="spellStart"/>
      <w:r w:rsidRPr="005D10B6">
        <w:rPr>
          <w:lang w:val="es-ES"/>
        </w:rPr>
        <w:t>Hospedagem</w:t>
      </w:r>
      <w:proofErr w:type="spellEnd"/>
      <w:r w:rsidRPr="005D10B6">
        <w:rPr>
          <w:lang w:val="es-ES"/>
        </w:rPr>
        <w:t xml:space="preserve"> em Stavanger.</w:t>
      </w:r>
    </w:p>
    <w:p w14:paraId="6D4B79D8" w14:textId="77777777" w:rsidR="00C25642" w:rsidRPr="005D10B6" w:rsidRDefault="00C25642">
      <w:pPr>
        <w:rPr>
          <w:lang w:val="es-ES"/>
        </w:rPr>
      </w:pPr>
    </w:p>
    <w:p w14:paraId="038E5240" w14:textId="77777777" w:rsidR="00C25642" w:rsidRPr="005D10B6" w:rsidRDefault="007B1B33">
      <w:pPr>
        <w:pStyle w:val="Ttulo2"/>
        <w:rPr>
          <w:lang w:val="es-ES"/>
        </w:rPr>
      </w:pPr>
      <w:r w:rsidRPr="005D10B6">
        <w:rPr>
          <w:lang w:val="es-ES"/>
        </w:rPr>
        <w:t>DIA 6 QUA STAVANGER - BERGEN</w:t>
      </w:r>
    </w:p>
    <w:p w14:paraId="05F6219E" w14:textId="77777777" w:rsidR="00C25642" w:rsidRPr="005D10B6" w:rsidRDefault="007B1B33">
      <w:pPr>
        <w:rPr>
          <w:lang w:val="es-ES"/>
        </w:rPr>
      </w:pPr>
      <w:r w:rsidRPr="005D10B6">
        <w:rPr>
          <w:lang w:val="es-ES"/>
        </w:rPr>
        <w:t xml:space="preserve">Café da </w:t>
      </w:r>
      <w:proofErr w:type="spellStart"/>
      <w:r w:rsidRPr="005D10B6">
        <w:rPr>
          <w:lang w:val="es-ES"/>
        </w:rPr>
        <w:t>manhã</w:t>
      </w:r>
      <w:proofErr w:type="spellEnd"/>
      <w:r w:rsidRPr="005D10B6">
        <w:rPr>
          <w:lang w:val="es-ES"/>
        </w:rPr>
        <w:t xml:space="preserve"> e </w:t>
      </w:r>
      <w:proofErr w:type="spellStart"/>
      <w:r w:rsidRPr="005D10B6">
        <w:rPr>
          <w:lang w:val="es-ES"/>
        </w:rPr>
        <w:t>saída</w:t>
      </w:r>
      <w:proofErr w:type="spellEnd"/>
      <w:r w:rsidRPr="005D10B6">
        <w:rPr>
          <w:lang w:val="es-ES"/>
        </w:rPr>
        <w:t xml:space="preserve"> em </w:t>
      </w:r>
      <w:proofErr w:type="spellStart"/>
      <w:r w:rsidRPr="005D10B6">
        <w:rPr>
          <w:lang w:val="es-ES"/>
        </w:rPr>
        <w:t>direção</w:t>
      </w:r>
      <w:proofErr w:type="spellEnd"/>
      <w:r w:rsidRPr="005D10B6">
        <w:rPr>
          <w:lang w:val="es-ES"/>
        </w:rPr>
        <w:t xml:space="preserve"> a Bergen, </w:t>
      </w:r>
      <w:proofErr w:type="spellStart"/>
      <w:r w:rsidRPr="005D10B6">
        <w:rPr>
          <w:lang w:val="es-ES"/>
        </w:rPr>
        <w:t>percorrendo</w:t>
      </w:r>
      <w:proofErr w:type="spellEnd"/>
      <w:r w:rsidRPr="005D10B6">
        <w:rPr>
          <w:lang w:val="es-ES"/>
        </w:rPr>
        <w:t xml:space="preserve"> a costa </w:t>
      </w:r>
      <w:proofErr w:type="spellStart"/>
      <w:r w:rsidRPr="005D10B6">
        <w:rPr>
          <w:lang w:val="es-ES"/>
        </w:rPr>
        <w:t>norueguesa</w:t>
      </w:r>
      <w:proofErr w:type="spellEnd"/>
      <w:r w:rsidRPr="005D10B6">
        <w:rPr>
          <w:lang w:val="es-ES"/>
        </w:rPr>
        <w:t xml:space="preserve"> e </w:t>
      </w:r>
      <w:proofErr w:type="spellStart"/>
      <w:r w:rsidRPr="005D10B6">
        <w:rPr>
          <w:lang w:val="es-ES"/>
        </w:rPr>
        <w:t>seus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fiordes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através</w:t>
      </w:r>
      <w:proofErr w:type="spellEnd"/>
      <w:r w:rsidRPr="005D10B6">
        <w:rPr>
          <w:lang w:val="es-ES"/>
        </w:rPr>
        <w:t xml:space="preserve"> de </w:t>
      </w:r>
      <w:proofErr w:type="spellStart"/>
      <w:r w:rsidRPr="005D10B6">
        <w:rPr>
          <w:lang w:val="es-ES"/>
        </w:rPr>
        <w:t>túneis</w:t>
      </w:r>
      <w:proofErr w:type="spellEnd"/>
      <w:r w:rsidRPr="005D10B6">
        <w:rPr>
          <w:lang w:val="es-ES"/>
        </w:rPr>
        <w:t xml:space="preserve">, </w:t>
      </w:r>
      <w:proofErr w:type="spellStart"/>
      <w:r w:rsidRPr="005D10B6">
        <w:rPr>
          <w:lang w:val="es-ES"/>
        </w:rPr>
        <w:t>pontes</w:t>
      </w:r>
      <w:proofErr w:type="spellEnd"/>
      <w:r w:rsidRPr="005D10B6">
        <w:rPr>
          <w:lang w:val="es-ES"/>
        </w:rPr>
        <w:t xml:space="preserve"> e trechos em barco. </w:t>
      </w:r>
      <w:proofErr w:type="spellStart"/>
      <w:r w:rsidRPr="005D10B6">
        <w:rPr>
          <w:lang w:val="es-ES"/>
        </w:rPr>
        <w:t>Chegada</w:t>
      </w:r>
      <w:proofErr w:type="spellEnd"/>
      <w:r w:rsidRPr="005D10B6">
        <w:rPr>
          <w:lang w:val="es-ES"/>
        </w:rPr>
        <w:t xml:space="preserve"> a Bergen e </w:t>
      </w:r>
      <w:proofErr w:type="spellStart"/>
      <w:r w:rsidRPr="005D10B6">
        <w:rPr>
          <w:lang w:val="es-ES"/>
        </w:rPr>
        <w:t>hospedagem</w:t>
      </w:r>
      <w:proofErr w:type="spellEnd"/>
      <w:r w:rsidRPr="005D10B6">
        <w:rPr>
          <w:lang w:val="es-ES"/>
        </w:rPr>
        <w:t xml:space="preserve">. Em seguida, visita </w:t>
      </w:r>
      <w:proofErr w:type="spellStart"/>
      <w:r w:rsidRPr="005D10B6">
        <w:rPr>
          <w:lang w:val="es-ES"/>
        </w:rPr>
        <w:t>panorâmica</w:t>
      </w:r>
      <w:proofErr w:type="spellEnd"/>
      <w:r w:rsidRPr="005D10B6">
        <w:rPr>
          <w:lang w:val="es-ES"/>
        </w:rPr>
        <w:t xml:space="preserve"> de Bergen, </w:t>
      </w:r>
      <w:proofErr w:type="spellStart"/>
      <w:r w:rsidRPr="005D10B6">
        <w:rPr>
          <w:lang w:val="es-ES"/>
        </w:rPr>
        <w:t>uma</w:t>
      </w:r>
      <w:proofErr w:type="spellEnd"/>
      <w:r w:rsidRPr="005D10B6">
        <w:rPr>
          <w:lang w:val="es-ES"/>
        </w:rPr>
        <w:t xml:space="preserve"> das </w:t>
      </w:r>
      <w:proofErr w:type="spellStart"/>
      <w:r w:rsidRPr="005D10B6">
        <w:rPr>
          <w:lang w:val="es-ES"/>
        </w:rPr>
        <w:t>cidades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mais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antigas</w:t>
      </w:r>
      <w:proofErr w:type="spellEnd"/>
      <w:r w:rsidRPr="005D10B6">
        <w:rPr>
          <w:lang w:val="es-ES"/>
        </w:rPr>
        <w:t xml:space="preserve"> da Noruega, situada em </w:t>
      </w:r>
      <w:proofErr w:type="spellStart"/>
      <w:r w:rsidRPr="005D10B6">
        <w:rPr>
          <w:lang w:val="es-ES"/>
        </w:rPr>
        <w:t>um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promontório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às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margens</w:t>
      </w:r>
      <w:proofErr w:type="spellEnd"/>
      <w:r w:rsidRPr="005D10B6">
        <w:rPr>
          <w:lang w:val="es-ES"/>
        </w:rPr>
        <w:t xml:space="preserve"> do mar do Norte. Entre </w:t>
      </w:r>
      <w:proofErr w:type="spellStart"/>
      <w:r w:rsidRPr="005D10B6">
        <w:rPr>
          <w:lang w:val="es-ES"/>
        </w:rPr>
        <w:t>seus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principais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atrativos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destacam</w:t>
      </w:r>
      <w:proofErr w:type="spellEnd"/>
      <w:r w:rsidRPr="005D10B6">
        <w:rPr>
          <w:lang w:val="es-ES"/>
        </w:rPr>
        <w:t xml:space="preserve">-se </w:t>
      </w:r>
      <w:proofErr w:type="spellStart"/>
      <w:r w:rsidRPr="005D10B6">
        <w:rPr>
          <w:lang w:val="es-ES"/>
        </w:rPr>
        <w:t>a</w:t>
      </w:r>
      <w:proofErr w:type="spellEnd"/>
      <w:r w:rsidRPr="005D10B6">
        <w:rPr>
          <w:lang w:val="es-ES"/>
        </w:rPr>
        <w:t xml:space="preserve"> Fortaleza, o </w:t>
      </w:r>
      <w:proofErr w:type="spellStart"/>
      <w:r w:rsidRPr="005D10B6">
        <w:rPr>
          <w:lang w:val="es-ES"/>
        </w:rPr>
        <w:t>Håkonshallen</w:t>
      </w:r>
      <w:proofErr w:type="spellEnd"/>
      <w:r w:rsidRPr="005D10B6">
        <w:rPr>
          <w:lang w:val="es-ES"/>
        </w:rPr>
        <w:t xml:space="preserve">, o </w:t>
      </w:r>
      <w:proofErr w:type="spellStart"/>
      <w:r w:rsidRPr="005D10B6">
        <w:rPr>
          <w:lang w:val="es-ES"/>
        </w:rPr>
        <w:t>Bryggen</w:t>
      </w:r>
      <w:proofErr w:type="spellEnd"/>
      <w:r w:rsidRPr="005D10B6">
        <w:rPr>
          <w:lang w:val="es-ES"/>
        </w:rPr>
        <w:t xml:space="preserve"> (</w:t>
      </w:r>
      <w:proofErr w:type="spellStart"/>
      <w:r w:rsidRPr="005D10B6">
        <w:rPr>
          <w:lang w:val="es-ES"/>
        </w:rPr>
        <w:t>instalações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portuárias</w:t>
      </w:r>
      <w:proofErr w:type="spellEnd"/>
      <w:r w:rsidRPr="005D10B6">
        <w:rPr>
          <w:lang w:val="es-ES"/>
        </w:rPr>
        <w:t xml:space="preserve"> d</w:t>
      </w:r>
      <w:r w:rsidRPr="005D10B6">
        <w:rPr>
          <w:lang w:val="es-ES"/>
        </w:rPr>
        <w:t xml:space="preserve">o </w:t>
      </w:r>
      <w:proofErr w:type="spellStart"/>
      <w:r w:rsidRPr="005D10B6">
        <w:rPr>
          <w:lang w:val="es-ES"/>
        </w:rPr>
        <w:t>século</w:t>
      </w:r>
      <w:proofErr w:type="spellEnd"/>
      <w:r w:rsidRPr="005D10B6">
        <w:rPr>
          <w:lang w:val="es-ES"/>
        </w:rPr>
        <w:t xml:space="preserve"> XVI) e a igreja de Maria, de estilo </w:t>
      </w:r>
      <w:proofErr w:type="spellStart"/>
      <w:r w:rsidRPr="005D10B6">
        <w:rPr>
          <w:lang w:val="es-ES"/>
        </w:rPr>
        <w:t>românico</w:t>
      </w:r>
      <w:proofErr w:type="spellEnd"/>
      <w:r w:rsidRPr="005D10B6">
        <w:rPr>
          <w:lang w:val="es-ES"/>
        </w:rPr>
        <w:t xml:space="preserve">. </w:t>
      </w:r>
      <w:proofErr w:type="spellStart"/>
      <w:r w:rsidRPr="005D10B6">
        <w:rPr>
          <w:lang w:val="es-ES"/>
        </w:rPr>
        <w:t>Ao</w:t>
      </w:r>
      <w:proofErr w:type="spellEnd"/>
      <w:r w:rsidRPr="005D10B6">
        <w:rPr>
          <w:lang w:val="es-ES"/>
        </w:rPr>
        <w:t xml:space="preserve"> final do </w:t>
      </w:r>
      <w:proofErr w:type="spellStart"/>
      <w:r w:rsidRPr="005D10B6">
        <w:rPr>
          <w:lang w:val="es-ES"/>
        </w:rPr>
        <w:t>passeio</w:t>
      </w:r>
      <w:proofErr w:type="spellEnd"/>
      <w:r w:rsidRPr="005D10B6">
        <w:rPr>
          <w:lang w:val="es-ES"/>
        </w:rPr>
        <w:t xml:space="preserve"> pela </w:t>
      </w:r>
      <w:proofErr w:type="spellStart"/>
      <w:r w:rsidRPr="005D10B6">
        <w:rPr>
          <w:lang w:val="es-ES"/>
        </w:rPr>
        <w:t>cidade</w:t>
      </w:r>
      <w:proofErr w:type="spellEnd"/>
      <w:r w:rsidRPr="005D10B6">
        <w:rPr>
          <w:lang w:val="es-ES"/>
        </w:rPr>
        <w:t xml:space="preserve">, estará </w:t>
      </w:r>
      <w:proofErr w:type="spellStart"/>
      <w:r w:rsidRPr="005D10B6">
        <w:rPr>
          <w:lang w:val="es-ES"/>
        </w:rPr>
        <w:t>incluída</w:t>
      </w:r>
      <w:proofErr w:type="spellEnd"/>
      <w:r w:rsidRPr="005D10B6">
        <w:rPr>
          <w:lang w:val="es-ES"/>
        </w:rPr>
        <w:t xml:space="preserve"> a </w:t>
      </w:r>
      <w:proofErr w:type="spellStart"/>
      <w:r w:rsidRPr="005D10B6">
        <w:rPr>
          <w:lang w:val="es-ES"/>
        </w:rPr>
        <w:t>experiência</w:t>
      </w:r>
      <w:proofErr w:type="spellEnd"/>
      <w:r w:rsidRPr="005D10B6">
        <w:rPr>
          <w:lang w:val="es-ES"/>
        </w:rPr>
        <w:t xml:space="preserve"> de subir no famoso funicular de Bergen, de onde </w:t>
      </w:r>
      <w:proofErr w:type="spellStart"/>
      <w:r w:rsidRPr="005D10B6">
        <w:rPr>
          <w:lang w:val="es-ES"/>
        </w:rPr>
        <w:t>desfrutarão</w:t>
      </w:r>
      <w:proofErr w:type="spellEnd"/>
      <w:r w:rsidRPr="005D10B6">
        <w:rPr>
          <w:lang w:val="es-ES"/>
        </w:rPr>
        <w:t xml:space="preserve"> de vistas </w:t>
      </w:r>
      <w:proofErr w:type="spellStart"/>
      <w:r w:rsidRPr="005D10B6">
        <w:rPr>
          <w:lang w:val="es-ES"/>
        </w:rPr>
        <w:t>espetaculares</w:t>
      </w:r>
      <w:proofErr w:type="spellEnd"/>
      <w:r w:rsidRPr="005D10B6">
        <w:rPr>
          <w:lang w:val="es-ES"/>
        </w:rPr>
        <w:t xml:space="preserve">. </w:t>
      </w:r>
      <w:proofErr w:type="spellStart"/>
      <w:r w:rsidRPr="005D10B6">
        <w:rPr>
          <w:lang w:val="es-ES"/>
        </w:rPr>
        <w:t>Hospedagem</w:t>
      </w:r>
      <w:proofErr w:type="spellEnd"/>
      <w:r w:rsidRPr="005D10B6">
        <w:rPr>
          <w:lang w:val="es-ES"/>
        </w:rPr>
        <w:t xml:space="preserve"> em Bergen.</w:t>
      </w:r>
    </w:p>
    <w:p w14:paraId="4E745EFF" w14:textId="77777777" w:rsidR="00C25642" w:rsidRPr="005D10B6" w:rsidRDefault="00C25642">
      <w:pPr>
        <w:rPr>
          <w:lang w:val="es-ES"/>
        </w:rPr>
      </w:pPr>
    </w:p>
    <w:p w14:paraId="616D4A1B" w14:textId="77777777" w:rsidR="00C25642" w:rsidRPr="005D10B6" w:rsidRDefault="007B1B33">
      <w:pPr>
        <w:pStyle w:val="Ttulo2"/>
        <w:rPr>
          <w:lang w:val="es-ES"/>
        </w:rPr>
      </w:pPr>
      <w:r w:rsidRPr="005D10B6">
        <w:rPr>
          <w:lang w:val="es-ES"/>
        </w:rPr>
        <w:t>DIA 7 QUI BERGEN - OSLO</w:t>
      </w:r>
    </w:p>
    <w:p w14:paraId="38C0D61C" w14:textId="77777777" w:rsidR="00C25642" w:rsidRPr="005D10B6" w:rsidRDefault="007B1B33">
      <w:pPr>
        <w:rPr>
          <w:lang w:val="es-ES"/>
        </w:rPr>
      </w:pPr>
      <w:r w:rsidRPr="005D10B6">
        <w:rPr>
          <w:lang w:val="es-ES"/>
        </w:rPr>
        <w:t>Café d</w:t>
      </w:r>
      <w:r w:rsidRPr="005D10B6">
        <w:rPr>
          <w:lang w:val="es-ES"/>
        </w:rPr>
        <w:t xml:space="preserve">a </w:t>
      </w:r>
      <w:proofErr w:type="spellStart"/>
      <w:r w:rsidRPr="005D10B6">
        <w:rPr>
          <w:lang w:val="es-ES"/>
        </w:rPr>
        <w:t>manhã</w:t>
      </w:r>
      <w:proofErr w:type="spellEnd"/>
      <w:r w:rsidRPr="005D10B6">
        <w:rPr>
          <w:lang w:val="es-ES"/>
        </w:rPr>
        <w:t xml:space="preserve"> e </w:t>
      </w:r>
      <w:proofErr w:type="spellStart"/>
      <w:r w:rsidRPr="005D10B6">
        <w:rPr>
          <w:lang w:val="es-ES"/>
        </w:rPr>
        <w:t>saída</w:t>
      </w:r>
      <w:proofErr w:type="spellEnd"/>
      <w:r w:rsidRPr="005D10B6">
        <w:rPr>
          <w:lang w:val="es-ES"/>
        </w:rPr>
        <w:t xml:space="preserve"> em </w:t>
      </w:r>
      <w:proofErr w:type="spellStart"/>
      <w:r w:rsidRPr="005D10B6">
        <w:rPr>
          <w:lang w:val="es-ES"/>
        </w:rPr>
        <w:t>direção</w:t>
      </w:r>
      <w:proofErr w:type="spellEnd"/>
      <w:r w:rsidRPr="005D10B6">
        <w:rPr>
          <w:lang w:val="es-ES"/>
        </w:rPr>
        <w:t xml:space="preserve"> a </w:t>
      </w:r>
      <w:proofErr w:type="spellStart"/>
      <w:r w:rsidRPr="005D10B6">
        <w:rPr>
          <w:lang w:val="es-ES"/>
        </w:rPr>
        <w:t>Gudvangen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através</w:t>
      </w:r>
      <w:proofErr w:type="spellEnd"/>
      <w:r w:rsidRPr="005D10B6">
        <w:rPr>
          <w:lang w:val="es-ES"/>
        </w:rPr>
        <w:t xml:space="preserve"> de </w:t>
      </w:r>
      <w:proofErr w:type="spellStart"/>
      <w:r w:rsidRPr="005D10B6">
        <w:rPr>
          <w:lang w:val="es-ES"/>
        </w:rPr>
        <w:t>uma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paisagem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cativante</w:t>
      </w:r>
      <w:proofErr w:type="spellEnd"/>
      <w:r w:rsidRPr="005D10B6">
        <w:rPr>
          <w:lang w:val="es-ES"/>
        </w:rPr>
        <w:t xml:space="preserve"> de florestas, </w:t>
      </w:r>
      <w:proofErr w:type="spellStart"/>
      <w:r w:rsidRPr="005D10B6">
        <w:rPr>
          <w:lang w:val="es-ES"/>
        </w:rPr>
        <w:t>rios</w:t>
      </w:r>
      <w:proofErr w:type="spellEnd"/>
      <w:r w:rsidRPr="005D10B6">
        <w:rPr>
          <w:lang w:val="es-ES"/>
        </w:rPr>
        <w:t xml:space="preserve">, </w:t>
      </w:r>
      <w:proofErr w:type="spellStart"/>
      <w:r w:rsidRPr="005D10B6">
        <w:rPr>
          <w:lang w:val="es-ES"/>
        </w:rPr>
        <w:t>cachoeiras</w:t>
      </w:r>
      <w:proofErr w:type="spellEnd"/>
      <w:r w:rsidRPr="005D10B6">
        <w:rPr>
          <w:lang w:val="es-ES"/>
        </w:rPr>
        <w:t xml:space="preserve"> e lagos cercados por </w:t>
      </w:r>
      <w:proofErr w:type="spellStart"/>
      <w:r w:rsidRPr="005D10B6">
        <w:rPr>
          <w:lang w:val="es-ES"/>
        </w:rPr>
        <w:t>montanhas</w:t>
      </w:r>
      <w:proofErr w:type="spellEnd"/>
      <w:r w:rsidRPr="005D10B6">
        <w:rPr>
          <w:lang w:val="es-ES"/>
        </w:rPr>
        <w:t xml:space="preserve">. Em </w:t>
      </w:r>
      <w:proofErr w:type="spellStart"/>
      <w:r w:rsidRPr="005D10B6">
        <w:rPr>
          <w:lang w:val="es-ES"/>
        </w:rPr>
        <w:t>Gudvangen</w:t>
      </w:r>
      <w:proofErr w:type="spellEnd"/>
      <w:r w:rsidRPr="005D10B6">
        <w:rPr>
          <w:lang w:val="es-ES"/>
        </w:rPr>
        <w:t xml:space="preserve"> tomaremos </w:t>
      </w:r>
      <w:proofErr w:type="spellStart"/>
      <w:r w:rsidRPr="005D10B6">
        <w:rPr>
          <w:lang w:val="es-ES"/>
        </w:rPr>
        <w:t>um</w:t>
      </w:r>
      <w:proofErr w:type="spellEnd"/>
      <w:r w:rsidRPr="005D10B6">
        <w:rPr>
          <w:lang w:val="es-ES"/>
        </w:rPr>
        <w:t xml:space="preserve"> ferry até </w:t>
      </w:r>
      <w:proofErr w:type="spellStart"/>
      <w:r w:rsidRPr="005D10B6">
        <w:rPr>
          <w:lang w:val="es-ES"/>
        </w:rPr>
        <w:t>Flåm</w:t>
      </w:r>
      <w:proofErr w:type="spellEnd"/>
      <w:r w:rsidRPr="005D10B6">
        <w:rPr>
          <w:lang w:val="es-ES"/>
        </w:rPr>
        <w:t xml:space="preserve">, </w:t>
      </w:r>
      <w:proofErr w:type="spellStart"/>
      <w:r w:rsidRPr="005D10B6">
        <w:rPr>
          <w:lang w:val="es-ES"/>
        </w:rPr>
        <w:t>atravessando</w:t>
      </w:r>
      <w:proofErr w:type="spellEnd"/>
      <w:r w:rsidRPr="005D10B6">
        <w:rPr>
          <w:lang w:val="es-ES"/>
        </w:rPr>
        <w:t xml:space="preserve"> a parte </w:t>
      </w:r>
      <w:proofErr w:type="spellStart"/>
      <w:r w:rsidRPr="005D10B6">
        <w:rPr>
          <w:lang w:val="es-ES"/>
        </w:rPr>
        <w:t>mais</w:t>
      </w:r>
      <w:proofErr w:type="spellEnd"/>
      <w:r w:rsidRPr="005D10B6">
        <w:rPr>
          <w:lang w:val="es-ES"/>
        </w:rPr>
        <w:t xml:space="preserve"> bonita e </w:t>
      </w:r>
      <w:proofErr w:type="spellStart"/>
      <w:r w:rsidRPr="005D10B6">
        <w:rPr>
          <w:lang w:val="es-ES"/>
        </w:rPr>
        <w:t>espetacular</w:t>
      </w:r>
      <w:proofErr w:type="spellEnd"/>
      <w:r w:rsidRPr="005D10B6">
        <w:rPr>
          <w:lang w:val="es-ES"/>
        </w:rPr>
        <w:t xml:space="preserve"> do «</w:t>
      </w:r>
      <w:proofErr w:type="spellStart"/>
      <w:r w:rsidRPr="005D10B6">
        <w:rPr>
          <w:lang w:val="es-ES"/>
        </w:rPr>
        <w:t>Fiorde</w:t>
      </w:r>
      <w:proofErr w:type="spellEnd"/>
      <w:r w:rsidRPr="005D10B6">
        <w:rPr>
          <w:lang w:val="es-ES"/>
        </w:rPr>
        <w:t xml:space="preserve"> dos </w:t>
      </w:r>
      <w:proofErr w:type="spellStart"/>
      <w:r w:rsidRPr="005D10B6">
        <w:rPr>
          <w:lang w:val="es-ES"/>
        </w:rPr>
        <w:t>Sonhos</w:t>
      </w:r>
      <w:proofErr w:type="spellEnd"/>
      <w:r w:rsidRPr="005D10B6">
        <w:rPr>
          <w:lang w:val="es-ES"/>
        </w:rPr>
        <w:t>». Desemba</w:t>
      </w:r>
      <w:r w:rsidRPr="005D10B6">
        <w:rPr>
          <w:lang w:val="es-ES"/>
        </w:rPr>
        <w:t xml:space="preserve">rque e </w:t>
      </w:r>
      <w:proofErr w:type="spellStart"/>
      <w:r w:rsidRPr="005D10B6">
        <w:rPr>
          <w:lang w:val="es-ES"/>
        </w:rPr>
        <w:t>continuação</w:t>
      </w:r>
      <w:proofErr w:type="spellEnd"/>
      <w:r w:rsidRPr="005D10B6">
        <w:rPr>
          <w:lang w:val="es-ES"/>
        </w:rPr>
        <w:t xml:space="preserve"> em </w:t>
      </w:r>
      <w:proofErr w:type="spellStart"/>
      <w:r w:rsidRPr="005D10B6">
        <w:rPr>
          <w:lang w:val="es-ES"/>
        </w:rPr>
        <w:t>ônibus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através</w:t>
      </w:r>
      <w:proofErr w:type="spellEnd"/>
      <w:r w:rsidRPr="005D10B6">
        <w:rPr>
          <w:lang w:val="es-ES"/>
        </w:rPr>
        <w:t xml:space="preserve"> da encantadora </w:t>
      </w:r>
      <w:proofErr w:type="spellStart"/>
      <w:r w:rsidRPr="005D10B6">
        <w:rPr>
          <w:lang w:val="es-ES"/>
        </w:rPr>
        <w:t>paisagem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norueguesa</w:t>
      </w:r>
      <w:proofErr w:type="spellEnd"/>
      <w:r w:rsidRPr="005D10B6">
        <w:rPr>
          <w:lang w:val="es-ES"/>
        </w:rPr>
        <w:t xml:space="preserve">. </w:t>
      </w:r>
      <w:proofErr w:type="spellStart"/>
      <w:r w:rsidRPr="005D10B6">
        <w:rPr>
          <w:lang w:val="es-ES"/>
        </w:rPr>
        <w:t>Chegada</w:t>
      </w:r>
      <w:proofErr w:type="spellEnd"/>
      <w:r w:rsidRPr="005D10B6">
        <w:rPr>
          <w:lang w:val="es-ES"/>
        </w:rPr>
        <w:t xml:space="preserve"> a Oslo. </w:t>
      </w:r>
      <w:proofErr w:type="spellStart"/>
      <w:r w:rsidRPr="005D10B6">
        <w:rPr>
          <w:lang w:val="es-ES"/>
        </w:rPr>
        <w:t>Hospedagem</w:t>
      </w:r>
      <w:proofErr w:type="spellEnd"/>
      <w:r w:rsidRPr="005D10B6">
        <w:rPr>
          <w:lang w:val="es-ES"/>
        </w:rPr>
        <w:t>.</w:t>
      </w:r>
    </w:p>
    <w:p w14:paraId="58E2C404" w14:textId="77777777" w:rsidR="00C25642" w:rsidRPr="005D10B6" w:rsidRDefault="00C25642">
      <w:pPr>
        <w:rPr>
          <w:lang w:val="es-ES"/>
        </w:rPr>
      </w:pPr>
    </w:p>
    <w:p w14:paraId="0E86B11C" w14:textId="77777777" w:rsidR="00C25642" w:rsidRPr="005D10B6" w:rsidRDefault="007B1B33">
      <w:pPr>
        <w:pStyle w:val="Ttulo2"/>
        <w:rPr>
          <w:lang w:val="es-ES"/>
        </w:rPr>
      </w:pPr>
      <w:r w:rsidRPr="005D10B6">
        <w:rPr>
          <w:lang w:val="es-ES"/>
        </w:rPr>
        <w:t>DIA 8 SEX OSLO</w:t>
      </w:r>
    </w:p>
    <w:p w14:paraId="604548F9" w14:textId="77777777" w:rsidR="00C25642" w:rsidRPr="005D10B6" w:rsidRDefault="007B1B33">
      <w:pPr>
        <w:rPr>
          <w:lang w:val="es-ES"/>
        </w:rPr>
      </w:pPr>
      <w:r w:rsidRPr="005D10B6">
        <w:rPr>
          <w:lang w:val="es-ES"/>
        </w:rPr>
        <w:t xml:space="preserve">Café da </w:t>
      </w:r>
      <w:proofErr w:type="spellStart"/>
      <w:r w:rsidRPr="005D10B6">
        <w:rPr>
          <w:lang w:val="es-ES"/>
        </w:rPr>
        <w:t>manhã</w:t>
      </w:r>
      <w:proofErr w:type="spellEnd"/>
      <w:r w:rsidRPr="005D10B6">
        <w:rPr>
          <w:lang w:val="es-ES"/>
        </w:rPr>
        <w:t xml:space="preserve"> e visita da "capital </w:t>
      </w:r>
      <w:proofErr w:type="spellStart"/>
      <w:r w:rsidRPr="005D10B6">
        <w:rPr>
          <w:lang w:val="es-ES"/>
        </w:rPr>
        <w:t>viking</w:t>
      </w:r>
      <w:proofErr w:type="spellEnd"/>
      <w:r w:rsidRPr="005D10B6">
        <w:rPr>
          <w:lang w:val="es-ES"/>
        </w:rPr>
        <w:t xml:space="preserve">", situada </w:t>
      </w:r>
      <w:proofErr w:type="spellStart"/>
      <w:r w:rsidRPr="005D10B6">
        <w:rPr>
          <w:lang w:val="es-ES"/>
        </w:rPr>
        <w:t>ao</w:t>
      </w:r>
      <w:proofErr w:type="spellEnd"/>
      <w:r w:rsidRPr="005D10B6">
        <w:rPr>
          <w:lang w:val="es-ES"/>
        </w:rPr>
        <w:t xml:space="preserve"> fundo do </w:t>
      </w:r>
      <w:proofErr w:type="spellStart"/>
      <w:r w:rsidRPr="005D10B6">
        <w:rPr>
          <w:lang w:val="es-ES"/>
        </w:rPr>
        <w:t>fiorde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homônimo</w:t>
      </w:r>
      <w:proofErr w:type="spellEnd"/>
      <w:r w:rsidRPr="005D10B6">
        <w:rPr>
          <w:lang w:val="es-ES"/>
        </w:rPr>
        <w:t xml:space="preserve">, </w:t>
      </w:r>
      <w:proofErr w:type="spellStart"/>
      <w:r w:rsidRPr="005D10B6">
        <w:rPr>
          <w:lang w:val="es-ES"/>
        </w:rPr>
        <w:t>passando</w:t>
      </w:r>
      <w:proofErr w:type="spellEnd"/>
      <w:r w:rsidRPr="005D10B6">
        <w:rPr>
          <w:lang w:val="es-ES"/>
        </w:rPr>
        <w:t xml:space="preserve"> pela </w:t>
      </w:r>
      <w:proofErr w:type="spellStart"/>
      <w:r w:rsidRPr="005D10B6">
        <w:rPr>
          <w:lang w:val="es-ES"/>
        </w:rPr>
        <w:t>Prefeitura</w:t>
      </w:r>
      <w:proofErr w:type="spellEnd"/>
      <w:r w:rsidRPr="005D10B6">
        <w:rPr>
          <w:lang w:val="es-ES"/>
        </w:rPr>
        <w:t xml:space="preserve">, o Castelo de Akershus, o </w:t>
      </w:r>
      <w:proofErr w:type="spellStart"/>
      <w:r w:rsidRPr="005D10B6">
        <w:rPr>
          <w:lang w:val="es-ES"/>
        </w:rPr>
        <w:t>Palácio</w:t>
      </w:r>
      <w:proofErr w:type="spellEnd"/>
      <w:r w:rsidRPr="005D10B6">
        <w:rPr>
          <w:lang w:val="es-ES"/>
        </w:rPr>
        <w:t xml:space="preserve"> Real, o Parlamento e o Parque </w:t>
      </w:r>
      <w:proofErr w:type="spellStart"/>
      <w:r w:rsidRPr="005D10B6">
        <w:rPr>
          <w:lang w:val="es-ES"/>
        </w:rPr>
        <w:t>Vigeland</w:t>
      </w:r>
      <w:proofErr w:type="spellEnd"/>
      <w:r w:rsidRPr="005D10B6">
        <w:rPr>
          <w:lang w:val="es-ES"/>
        </w:rPr>
        <w:t xml:space="preserve">, </w:t>
      </w:r>
      <w:proofErr w:type="spellStart"/>
      <w:r w:rsidRPr="005D10B6">
        <w:rPr>
          <w:lang w:val="es-ES"/>
        </w:rPr>
        <w:t>com</w:t>
      </w:r>
      <w:proofErr w:type="spellEnd"/>
      <w:r w:rsidRPr="005D10B6">
        <w:rPr>
          <w:lang w:val="es-ES"/>
        </w:rPr>
        <w:t xml:space="preserve"> as famosas esculturas de </w:t>
      </w:r>
      <w:proofErr w:type="spellStart"/>
      <w:r w:rsidRPr="005D10B6">
        <w:rPr>
          <w:lang w:val="es-ES"/>
        </w:rPr>
        <w:t>bronze</w:t>
      </w:r>
      <w:proofErr w:type="spellEnd"/>
      <w:r w:rsidRPr="005D10B6">
        <w:rPr>
          <w:lang w:val="es-ES"/>
        </w:rPr>
        <w:t xml:space="preserve"> de Gustav </w:t>
      </w:r>
      <w:proofErr w:type="spellStart"/>
      <w:r w:rsidRPr="005D10B6">
        <w:rPr>
          <w:lang w:val="es-ES"/>
        </w:rPr>
        <w:t>Vigeland</w:t>
      </w:r>
      <w:proofErr w:type="spellEnd"/>
      <w:r w:rsidRPr="005D10B6">
        <w:rPr>
          <w:lang w:val="es-ES"/>
        </w:rPr>
        <w:t xml:space="preserve"> que </w:t>
      </w:r>
      <w:proofErr w:type="spellStart"/>
      <w:r w:rsidRPr="005D10B6">
        <w:rPr>
          <w:lang w:val="es-ES"/>
        </w:rPr>
        <w:t>simbolizam</w:t>
      </w:r>
      <w:proofErr w:type="spellEnd"/>
      <w:r w:rsidRPr="005D10B6">
        <w:rPr>
          <w:lang w:val="es-ES"/>
        </w:rPr>
        <w:t xml:space="preserve"> o ciclo da vida do ser humano, </w:t>
      </w:r>
      <w:proofErr w:type="spellStart"/>
      <w:r w:rsidRPr="005D10B6">
        <w:rPr>
          <w:lang w:val="es-ES"/>
        </w:rPr>
        <w:t>assim</w:t>
      </w:r>
      <w:proofErr w:type="spellEnd"/>
      <w:r w:rsidRPr="005D10B6">
        <w:rPr>
          <w:lang w:val="es-ES"/>
        </w:rPr>
        <w:t xml:space="preserve"> como o grande </w:t>
      </w:r>
      <w:proofErr w:type="spellStart"/>
      <w:r w:rsidRPr="005D10B6">
        <w:rPr>
          <w:lang w:val="es-ES"/>
        </w:rPr>
        <w:t>monólito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com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seus</w:t>
      </w:r>
      <w:proofErr w:type="spellEnd"/>
      <w:r w:rsidRPr="005D10B6">
        <w:rPr>
          <w:lang w:val="es-ES"/>
        </w:rPr>
        <w:t xml:space="preserve"> 121 </w:t>
      </w:r>
      <w:proofErr w:type="spellStart"/>
      <w:r w:rsidRPr="005D10B6">
        <w:rPr>
          <w:lang w:val="es-ES"/>
        </w:rPr>
        <w:t>corpos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entrelaçados</w:t>
      </w:r>
      <w:proofErr w:type="spellEnd"/>
      <w:r w:rsidRPr="005D10B6">
        <w:rPr>
          <w:lang w:val="es-ES"/>
        </w:rPr>
        <w:t xml:space="preserve">. Tarde </w:t>
      </w:r>
      <w:proofErr w:type="spellStart"/>
      <w:r w:rsidRPr="005D10B6">
        <w:rPr>
          <w:lang w:val="es-ES"/>
        </w:rPr>
        <w:t>livre</w:t>
      </w:r>
      <w:proofErr w:type="spellEnd"/>
      <w:r w:rsidRPr="005D10B6">
        <w:rPr>
          <w:lang w:val="es-ES"/>
        </w:rPr>
        <w:t xml:space="preserve"> para </w:t>
      </w:r>
      <w:proofErr w:type="spellStart"/>
      <w:r w:rsidRPr="005D10B6">
        <w:rPr>
          <w:lang w:val="es-ES"/>
        </w:rPr>
        <w:t>conhecer</w:t>
      </w:r>
      <w:proofErr w:type="spellEnd"/>
      <w:r w:rsidRPr="005D10B6">
        <w:rPr>
          <w:lang w:val="es-ES"/>
        </w:rPr>
        <w:t xml:space="preserve"> a </w:t>
      </w:r>
      <w:proofErr w:type="spellStart"/>
      <w:r w:rsidRPr="005D10B6">
        <w:rPr>
          <w:lang w:val="es-ES"/>
        </w:rPr>
        <w:t>cidade</w:t>
      </w:r>
      <w:proofErr w:type="spellEnd"/>
      <w:r w:rsidRPr="005D10B6">
        <w:rPr>
          <w:lang w:val="es-ES"/>
        </w:rPr>
        <w:t xml:space="preserve">. </w:t>
      </w:r>
      <w:proofErr w:type="spellStart"/>
      <w:r w:rsidRPr="005D10B6">
        <w:rPr>
          <w:lang w:val="es-ES"/>
        </w:rPr>
        <w:t>Hospedagem</w:t>
      </w:r>
      <w:proofErr w:type="spellEnd"/>
      <w:r w:rsidRPr="005D10B6">
        <w:rPr>
          <w:lang w:val="es-ES"/>
        </w:rPr>
        <w:t>.</w:t>
      </w:r>
    </w:p>
    <w:p w14:paraId="5D0D7570" w14:textId="77777777" w:rsidR="00C25642" w:rsidRPr="005D10B6" w:rsidRDefault="00C25642">
      <w:pPr>
        <w:rPr>
          <w:lang w:val="es-ES"/>
        </w:rPr>
      </w:pPr>
    </w:p>
    <w:p w14:paraId="685F22A0" w14:textId="77777777" w:rsidR="00C25642" w:rsidRPr="005D10B6" w:rsidRDefault="007B1B33">
      <w:pPr>
        <w:pStyle w:val="Ttulo2"/>
        <w:rPr>
          <w:lang w:val="es-ES"/>
        </w:rPr>
      </w:pPr>
      <w:r w:rsidRPr="005D10B6">
        <w:rPr>
          <w:lang w:val="es-ES"/>
        </w:rPr>
        <w:t>DI</w:t>
      </w:r>
      <w:r w:rsidRPr="005D10B6">
        <w:rPr>
          <w:lang w:val="es-ES"/>
        </w:rPr>
        <w:t>A 9 SAB OSLO - ESTOCOLMO</w:t>
      </w:r>
    </w:p>
    <w:p w14:paraId="24C04545" w14:textId="77777777" w:rsidR="00C25642" w:rsidRPr="005D10B6" w:rsidRDefault="007B1B33">
      <w:pPr>
        <w:rPr>
          <w:lang w:val="es-ES"/>
        </w:rPr>
      </w:pPr>
      <w:r w:rsidRPr="005D10B6">
        <w:rPr>
          <w:lang w:val="es-ES"/>
        </w:rPr>
        <w:t xml:space="preserve">Café da </w:t>
      </w:r>
      <w:proofErr w:type="spellStart"/>
      <w:r w:rsidRPr="005D10B6">
        <w:rPr>
          <w:lang w:val="es-ES"/>
        </w:rPr>
        <w:t>manhã</w:t>
      </w:r>
      <w:proofErr w:type="spellEnd"/>
      <w:r w:rsidRPr="005D10B6">
        <w:rPr>
          <w:lang w:val="es-ES"/>
        </w:rPr>
        <w:t xml:space="preserve"> e </w:t>
      </w:r>
      <w:proofErr w:type="spellStart"/>
      <w:r w:rsidRPr="005D10B6">
        <w:rPr>
          <w:lang w:val="es-ES"/>
        </w:rPr>
        <w:t>saída</w:t>
      </w:r>
      <w:proofErr w:type="spellEnd"/>
      <w:r w:rsidRPr="005D10B6">
        <w:rPr>
          <w:lang w:val="es-ES"/>
        </w:rPr>
        <w:t xml:space="preserve"> em </w:t>
      </w:r>
      <w:proofErr w:type="spellStart"/>
      <w:r w:rsidRPr="005D10B6">
        <w:rPr>
          <w:lang w:val="es-ES"/>
        </w:rPr>
        <w:t>direção</w:t>
      </w:r>
      <w:proofErr w:type="spellEnd"/>
      <w:r w:rsidRPr="005D10B6">
        <w:rPr>
          <w:lang w:val="es-ES"/>
        </w:rPr>
        <w:t xml:space="preserve"> a Estocolmo. No </w:t>
      </w:r>
      <w:proofErr w:type="spellStart"/>
      <w:r w:rsidRPr="005D10B6">
        <w:rPr>
          <w:lang w:val="es-ES"/>
        </w:rPr>
        <w:t>trajeto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atravessaremos</w:t>
      </w:r>
      <w:proofErr w:type="spellEnd"/>
      <w:r w:rsidRPr="005D10B6">
        <w:rPr>
          <w:lang w:val="es-ES"/>
        </w:rPr>
        <w:t xml:space="preserve"> as </w:t>
      </w:r>
      <w:proofErr w:type="spellStart"/>
      <w:r w:rsidRPr="005D10B6">
        <w:rPr>
          <w:lang w:val="es-ES"/>
        </w:rPr>
        <w:t>interessantes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paisagens</w:t>
      </w:r>
      <w:proofErr w:type="spellEnd"/>
      <w:r w:rsidRPr="005D10B6">
        <w:rPr>
          <w:lang w:val="es-ES"/>
        </w:rPr>
        <w:t xml:space="preserve"> de Värmland, </w:t>
      </w:r>
      <w:proofErr w:type="spellStart"/>
      <w:r w:rsidRPr="005D10B6">
        <w:rPr>
          <w:lang w:val="es-ES"/>
        </w:rPr>
        <w:t>uma</w:t>
      </w:r>
      <w:proofErr w:type="spellEnd"/>
      <w:r w:rsidRPr="005D10B6">
        <w:rPr>
          <w:lang w:val="es-ES"/>
        </w:rPr>
        <w:t xml:space="preserve"> das 21 </w:t>
      </w:r>
      <w:proofErr w:type="spellStart"/>
      <w:r w:rsidRPr="005D10B6">
        <w:rPr>
          <w:lang w:val="es-ES"/>
        </w:rPr>
        <w:t>províncias</w:t>
      </w:r>
      <w:proofErr w:type="spellEnd"/>
      <w:r w:rsidRPr="005D10B6">
        <w:rPr>
          <w:lang w:val="es-ES"/>
        </w:rPr>
        <w:t xml:space="preserve"> que </w:t>
      </w:r>
      <w:proofErr w:type="spellStart"/>
      <w:r w:rsidRPr="005D10B6">
        <w:rPr>
          <w:lang w:val="es-ES"/>
        </w:rPr>
        <w:t>formam</w:t>
      </w:r>
      <w:proofErr w:type="spellEnd"/>
      <w:r w:rsidRPr="005D10B6">
        <w:rPr>
          <w:lang w:val="es-ES"/>
        </w:rPr>
        <w:t xml:space="preserve"> a </w:t>
      </w:r>
      <w:proofErr w:type="spellStart"/>
      <w:r w:rsidRPr="005D10B6">
        <w:rPr>
          <w:lang w:val="es-ES"/>
        </w:rPr>
        <w:t>Suécia</w:t>
      </w:r>
      <w:proofErr w:type="spellEnd"/>
      <w:r w:rsidRPr="005D10B6">
        <w:rPr>
          <w:lang w:val="es-ES"/>
        </w:rPr>
        <w:t xml:space="preserve">, </w:t>
      </w:r>
      <w:proofErr w:type="spellStart"/>
      <w:r w:rsidRPr="005D10B6">
        <w:rPr>
          <w:lang w:val="es-ES"/>
        </w:rPr>
        <w:t>com</w:t>
      </w:r>
      <w:proofErr w:type="spellEnd"/>
      <w:r w:rsidRPr="005D10B6">
        <w:rPr>
          <w:lang w:val="es-ES"/>
        </w:rPr>
        <w:t xml:space="preserve"> lagos e florestas. </w:t>
      </w:r>
      <w:proofErr w:type="spellStart"/>
      <w:r w:rsidRPr="005D10B6">
        <w:rPr>
          <w:lang w:val="es-ES"/>
        </w:rPr>
        <w:t>Chegada</w:t>
      </w:r>
      <w:proofErr w:type="spellEnd"/>
      <w:r w:rsidRPr="005D10B6">
        <w:rPr>
          <w:lang w:val="es-ES"/>
        </w:rPr>
        <w:t xml:space="preserve"> à tarde a Estocolmo e </w:t>
      </w:r>
      <w:proofErr w:type="spellStart"/>
      <w:r w:rsidRPr="005D10B6">
        <w:rPr>
          <w:lang w:val="es-ES"/>
        </w:rPr>
        <w:t>hospedagem</w:t>
      </w:r>
      <w:proofErr w:type="spellEnd"/>
      <w:r w:rsidRPr="005D10B6">
        <w:rPr>
          <w:lang w:val="es-ES"/>
        </w:rPr>
        <w:t>.</w:t>
      </w:r>
    </w:p>
    <w:p w14:paraId="7F2E262E" w14:textId="77777777" w:rsidR="00C25642" w:rsidRPr="005D10B6" w:rsidRDefault="00C25642">
      <w:pPr>
        <w:rPr>
          <w:lang w:val="es-ES"/>
        </w:rPr>
      </w:pPr>
    </w:p>
    <w:p w14:paraId="287BA2CE" w14:textId="77777777" w:rsidR="00C25642" w:rsidRPr="005D10B6" w:rsidRDefault="007B1B33">
      <w:pPr>
        <w:pStyle w:val="Ttulo2"/>
        <w:rPr>
          <w:lang w:val="es-ES"/>
        </w:rPr>
      </w:pPr>
      <w:r w:rsidRPr="005D10B6">
        <w:rPr>
          <w:lang w:val="es-ES"/>
        </w:rPr>
        <w:t>DIA 10 DOM</w:t>
      </w:r>
      <w:r w:rsidRPr="005D10B6">
        <w:rPr>
          <w:lang w:val="es-ES"/>
        </w:rPr>
        <w:t xml:space="preserve"> ESTOCOLMO</w:t>
      </w:r>
    </w:p>
    <w:p w14:paraId="2A21887D" w14:textId="77777777" w:rsidR="00C25642" w:rsidRPr="005D10B6" w:rsidRDefault="007B1B33">
      <w:pPr>
        <w:rPr>
          <w:lang w:val="es-ES"/>
        </w:rPr>
      </w:pPr>
      <w:r w:rsidRPr="005D10B6">
        <w:rPr>
          <w:lang w:val="es-ES"/>
        </w:rPr>
        <w:t xml:space="preserve">Café da </w:t>
      </w:r>
      <w:proofErr w:type="spellStart"/>
      <w:r w:rsidRPr="005D10B6">
        <w:rPr>
          <w:lang w:val="es-ES"/>
        </w:rPr>
        <w:t>manhã</w:t>
      </w:r>
      <w:proofErr w:type="spellEnd"/>
      <w:r w:rsidRPr="005D10B6">
        <w:rPr>
          <w:lang w:val="es-ES"/>
        </w:rPr>
        <w:t xml:space="preserve"> e visita da </w:t>
      </w:r>
      <w:proofErr w:type="spellStart"/>
      <w:r w:rsidRPr="005D10B6">
        <w:rPr>
          <w:lang w:val="es-ES"/>
        </w:rPr>
        <w:t>cidade</w:t>
      </w:r>
      <w:proofErr w:type="spellEnd"/>
      <w:r w:rsidRPr="005D10B6">
        <w:rPr>
          <w:lang w:val="es-ES"/>
        </w:rPr>
        <w:t xml:space="preserve">. </w:t>
      </w:r>
      <w:proofErr w:type="spellStart"/>
      <w:r w:rsidRPr="005D10B6">
        <w:rPr>
          <w:lang w:val="es-ES"/>
        </w:rPr>
        <w:t>Passearemos</w:t>
      </w:r>
      <w:proofErr w:type="spellEnd"/>
      <w:r w:rsidRPr="005D10B6">
        <w:rPr>
          <w:lang w:val="es-ES"/>
        </w:rPr>
        <w:t xml:space="preserve"> pela </w:t>
      </w:r>
      <w:proofErr w:type="spellStart"/>
      <w:r w:rsidRPr="005D10B6">
        <w:rPr>
          <w:lang w:val="es-ES"/>
        </w:rPr>
        <w:t>cidade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antiga</w:t>
      </w:r>
      <w:proofErr w:type="spellEnd"/>
      <w:r w:rsidRPr="005D10B6">
        <w:rPr>
          <w:lang w:val="es-ES"/>
        </w:rPr>
        <w:t xml:space="preserve">, </w:t>
      </w:r>
      <w:proofErr w:type="spellStart"/>
      <w:r w:rsidRPr="005D10B6">
        <w:rPr>
          <w:lang w:val="es-ES"/>
        </w:rPr>
        <w:t>Gamla</w:t>
      </w:r>
      <w:proofErr w:type="spellEnd"/>
      <w:r w:rsidRPr="005D10B6">
        <w:rPr>
          <w:lang w:val="es-ES"/>
        </w:rPr>
        <w:t xml:space="preserve"> Stan, onde se </w:t>
      </w:r>
      <w:proofErr w:type="spellStart"/>
      <w:r w:rsidRPr="005D10B6">
        <w:rPr>
          <w:lang w:val="es-ES"/>
        </w:rPr>
        <w:t>encontram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alguns</w:t>
      </w:r>
      <w:proofErr w:type="spellEnd"/>
      <w:r w:rsidRPr="005D10B6">
        <w:rPr>
          <w:lang w:val="es-ES"/>
        </w:rPr>
        <w:t xml:space="preserve"> dos </w:t>
      </w:r>
      <w:proofErr w:type="spellStart"/>
      <w:r w:rsidRPr="005D10B6">
        <w:rPr>
          <w:lang w:val="es-ES"/>
        </w:rPr>
        <w:t>edifícios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mais</w:t>
      </w:r>
      <w:proofErr w:type="spellEnd"/>
      <w:r w:rsidRPr="005D10B6">
        <w:rPr>
          <w:lang w:val="es-ES"/>
        </w:rPr>
        <w:t xml:space="preserve"> relevantes de </w:t>
      </w:r>
      <w:proofErr w:type="spellStart"/>
      <w:r w:rsidRPr="005D10B6">
        <w:rPr>
          <w:lang w:val="es-ES"/>
        </w:rPr>
        <w:t>sua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história</w:t>
      </w:r>
      <w:proofErr w:type="spellEnd"/>
      <w:r w:rsidRPr="005D10B6">
        <w:rPr>
          <w:lang w:val="es-ES"/>
        </w:rPr>
        <w:t xml:space="preserve">, como o </w:t>
      </w:r>
      <w:proofErr w:type="spellStart"/>
      <w:r w:rsidRPr="005D10B6">
        <w:rPr>
          <w:lang w:val="es-ES"/>
        </w:rPr>
        <w:t>Palácio</w:t>
      </w:r>
      <w:proofErr w:type="spellEnd"/>
      <w:r w:rsidRPr="005D10B6">
        <w:rPr>
          <w:lang w:val="es-ES"/>
        </w:rPr>
        <w:t xml:space="preserve"> Real, a Casa da </w:t>
      </w:r>
      <w:proofErr w:type="spellStart"/>
      <w:r w:rsidRPr="005D10B6">
        <w:rPr>
          <w:lang w:val="es-ES"/>
        </w:rPr>
        <w:t>Nobreza</w:t>
      </w:r>
      <w:proofErr w:type="spellEnd"/>
      <w:r w:rsidRPr="005D10B6">
        <w:rPr>
          <w:lang w:val="es-ES"/>
        </w:rPr>
        <w:t xml:space="preserve"> e o </w:t>
      </w:r>
      <w:proofErr w:type="spellStart"/>
      <w:r w:rsidRPr="005D10B6">
        <w:rPr>
          <w:lang w:val="es-ES"/>
        </w:rPr>
        <w:t>Museu</w:t>
      </w:r>
      <w:proofErr w:type="spellEnd"/>
      <w:r w:rsidRPr="005D10B6">
        <w:rPr>
          <w:lang w:val="es-ES"/>
        </w:rPr>
        <w:t xml:space="preserve"> Nobel. </w:t>
      </w:r>
      <w:proofErr w:type="spellStart"/>
      <w:r w:rsidRPr="005D10B6">
        <w:rPr>
          <w:lang w:val="es-ES"/>
        </w:rPr>
        <w:t>Chegaremos</w:t>
      </w:r>
      <w:proofErr w:type="spellEnd"/>
      <w:r w:rsidRPr="005D10B6">
        <w:rPr>
          <w:lang w:val="es-ES"/>
        </w:rPr>
        <w:t xml:space="preserve"> até a </w:t>
      </w:r>
      <w:proofErr w:type="spellStart"/>
      <w:r w:rsidRPr="005D10B6">
        <w:rPr>
          <w:lang w:val="es-ES"/>
        </w:rPr>
        <w:t>ilha</w:t>
      </w:r>
      <w:proofErr w:type="spellEnd"/>
      <w:r w:rsidRPr="005D10B6">
        <w:rPr>
          <w:lang w:val="es-ES"/>
        </w:rPr>
        <w:t xml:space="preserve"> de </w:t>
      </w:r>
      <w:proofErr w:type="spellStart"/>
      <w:r w:rsidRPr="005D10B6">
        <w:rPr>
          <w:lang w:val="es-ES"/>
        </w:rPr>
        <w:t>Södermalm</w:t>
      </w:r>
      <w:proofErr w:type="spellEnd"/>
      <w:r w:rsidRPr="005D10B6">
        <w:rPr>
          <w:lang w:val="es-ES"/>
        </w:rPr>
        <w:t xml:space="preserve">, </w:t>
      </w:r>
      <w:proofErr w:type="spellStart"/>
      <w:r w:rsidRPr="005D10B6">
        <w:rPr>
          <w:lang w:val="es-ES"/>
        </w:rPr>
        <w:t>ass</w:t>
      </w:r>
      <w:r w:rsidRPr="005D10B6">
        <w:rPr>
          <w:lang w:val="es-ES"/>
        </w:rPr>
        <w:t>entada</w:t>
      </w:r>
      <w:proofErr w:type="spellEnd"/>
      <w:r w:rsidRPr="005D10B6">
        <w:rPr>
          <w:lang w:val="es-ES"/>
        </w:rPr>
        <w:t xml:space="preserve"> sobre </w:t>
      </w:r>
      <w:proofErr w:type="spellStart"/>
      <w:r w:rsidRPr="005D10B6">
        <w:rPr>
          <w:lang w:val="es-ES"/>
        </w:rPr>
        <w:t>várias</w:t>
      </w:r>
      <w:proofErr w:type="spellEnd"/>
      <w:r w:rsidRPr="005D10B6">
        <w:rPr>
          <w:lang w:val="es-ES"/>
        </w:rPr>
        <w:t xml:space="preserve"> colinas, o que nos permitirá desfrutar de vistas </w:t>
      </w:r>
      <w:proofErr w:type="spellStart"/>
      <w:r w:rsidRPr="005D10B6">
        <w:rPr>
          <w:lang w:val="es-ES"/>
        </w:rPr>
        <w:t>espetaculares</w:t>
      </w:r>
      <w:proofErr w:type="spellEnd"/>
      <w:r w:rsidRPr="005D10B6">
        <w:rPr>
          <w:lang w:val="es-ES"/>
        </w:rPr>
        <w:t xml:space="preserve"> desde "O Mirante" em </w:t>
      </w:r>
      <w:proofErr w:type="spellStart"/>
      <w:r w:rsidRPr="005D10B6">
        <w:rPr>
          <w:lang w:val="es-ES"/>
        </w:rPr>
        <w:t>direção</w:t>
      </w:r>
      <w:proofErr w:type="spellEnd"/>
      <w:r w:rsidRPr="005D10B6">
        <w:rPr>
          <w:lang w:val="es-ES"/>
        </w:rPr>
        <w:t xml:space="preserve"> à zona norte do centro de Estocolmo. </w:t>
      </w:r>
      <w:proofErr w:type="spellStart"/>
      <w:r w:rsidRPr="005D10B6">
        <w:rPr>
          <w:lang w:val="es-ES"/>
        </w:rPr>
        <w:t>Conheceremos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seu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interessante</w:t>
      </w:r>
      <w:proofErr w:type="spellEnd"/>
      <w:r w:rsidRPr="005D10B6">
        <w:rPr>
          <w:lang w:val="es-ES"/>
        </w:rPr>
        <w:t xml:space="preserve"> centro histórico e comercial, para o </w:t>
      </w:r>
      <w:proofErr w:type="spellStart"/>
      <w:r w:rsidRPr="005D10B6">
        <w:rPr>
          <w:lang w:val="es-ES"/>
        </w:rPr>
        <w:t>qual</w:t>
      </w:r>
      <w:proofErr w:type="spellEnd"/>
      <w:r w:rsidRPr="005D10B6">
        <w:rPr>
          <w:lang w:val="es-ES"/>
        </w:rPr>
        <w:t xml:space="preserve"> cruzaremos </w:t>
      </w:r>
      <w:proofErr w:type="spellStart"/>
      <w:r w:rsidRPr="005D10B6">
        <w:rPr>
          <w:lang w:val="es-ES"/>
        </w:rPr>
        <w:t>algumas</w:t>
      </w:r>
      <w:proofErr w:type="spellEnd"/>
      <w:r w:rsidRPr="005D10B6">
        <w:rPr>
          <w:lang w:val="es-ES"/>
        </w:rPr>
        <w:t xml:space="preserve"> de </w:t>
      </w:r>
      <w:proofErr w:type="spellStart"/>
      <w:r w:rsidRPr="005D10B6">
        <w:rPr>
          <w:lang w:val="es-ES"/>
        </w:rPr>
        <w:t>suas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ilhas</w:t>
      </w:r>
      <w:proofErr w:type="spellEnd"/>
      <w:r w:rsidRPr="005D10B6">
        <w:rPr>
          <w:lang w:val="es-ES"/>
        </w:rPr>
        <w:t>. A</w:t>
      </w:r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cidade</w:t>
      </w:r>
      <w:proofErr w:type="spellEnd"/>
      <w:r w:rsidRPr="005D10B6">
        <w:rPr>
          <w:lang w:val="es-ES"/>
        </w:rPr>
        <w:t xml:space="preserve"> está </w:t>
      </w:r>
      <w:proofErr w:type="spellStart"/>
      <w:r w:rsidRPr="005D10B6">
        <w:rPr>
          <w:lang w:val="es-ES"/>
        </w:rPr>
        <w:t>assentada</w:t>
      </w:r>
      <w:proofErr w:type="spellEnd"/>
      <w:r w:rsidRPr="005D10B6">
        <w:rPr>
          <w:lang w:val="es-ES"/>
        </w:rPr>
        <w:t xml:space="preserve"> sobre 14 </w:t>
      </w:r>
      <w:proofErr w:type="spellStart"/>
      <w:r w:rsidRPr="005D10B6">
        <w:rPr>
          <w:lang w:val="es-ES"/>
        </w:rPr>
        <w:t>ilhas</w:t>
      </w:r>
      <w:proofErr w:type="spellEnd"/>
      <w:r w:rsidRPr="005D10B6">
        <w:rPr>
          <w:lang w:val="es-ES"/>
        </w:rPr>
        <w:t xml:space="preserve"> unidas por 57 </w:t>
      </w:r>
      <w:proofErr w:type="spellStart"/>
      <w:r w:rsidRPr="005D10B6">
        <w:rPr>
          <w:lang w:val="es-ES"/>
        </w:rPr>
        <w:t>pontes</w:t>
      </w:r>
      <w:proofErr w:type="spellEnd"/>
      <w:r w:rsidRPr="005D10B6">
        <w:rPr>
          <w:lang w:val="es-ES"/>
        </w:rPr>
        <w:t xml:space="preserve">. Tarde </w:t>
      </w:r>
      <w:proofErr w:type="spellStart"/>
      <w:r w:rsidRPr="005D10B6">
        <w:rPr>
          <w:lang w:val="es-ES"/>
        </w:rPr>
        <w:t>livre</w:t>
      </w:r>
      <w:proofErr w:type="spellEnd"/>
      <w:r w:rsidRPr="005D10B6">
        <w:rPr>
          <w:lang w:val="es-ES"/>
        </w:rPr>
        <w:t xml:space="preserve">. </w:t>
      </w:r>
      <w:proofErr w:type="spellStart"/>
      <w:r w:rsidRPr="005D10B6">
        <w:rPr>
          <w:lang w:val="es-ES"/>
        </w:rPr>
        <w:t>Hospedagem</w:t>
      </w:r>
      <w:proofErr w:type="spellEnd"/>
    </w:p>
    <w:p w14:paraId="637DDA1B" w14:textId="77777777" w:rsidR="00C25642" w:rsidRPr="005D10B6" w:rsidRDefault="00C25642">
      <w:pPr>
        <w:rPr>
          <w:lang w:val="es-ES"/>
        </w:rPr>
      </w:pPr>
    </w:p>
    <w:p w14:paraId="6E252E93" w14:textId="77777777" w:rsidR="00C25642" w:rsidRPr="005D10B6" w:rsidRDefault="007B1B33">
      <w:pPr>
        <w:pStyle w:val="Ttulo2"/>
        <w:rPr>
          <w:lang w:val="es-ES"/>
        </w:rPr>
      </w:pPr>
      <w:r w:rsidRPr="005D10B6">
        <w:rPr>
          <w:lang w:val="es-ES"/>
        </w:rPr>
        <w:t>DIA 11 SEG ESTOCOLMO - CRUZEIRO TALLINK-SILJA - HELSINQUE</w:t>
      </w:r>
    </w:p>
    <w:p w14:paraId="2378A568" w14:textId="77777777" w:rsidR="00C25642" w:rsidRPr="005D10B6" w:rsidRDefault="007B1B33">
      <w:pPr>
        <w:rPr>
          <w:lang w:val="es-ES"/>
        </w:rPr>
      </w:pPr>
      <w:r w:rsidRPr="005D10B6">
        <w:rPr>
          <w:lang w:val="es-ES"/>
        </w:rPr>
        <w:t xml:space="preserve">Café da </w:t>
      </w:r>
      <w:proofErr w:type="spellStart"/>
      <w:r w:rsidRPr="005D10B6">
        <w:rPr>
          <w:lang w:val="es-ES"/>
        </w:rPr>
        <w:t>manhã</w:t>
      </w:r>
      <w:proofErr w:type="spellEnd"/>
      <w:r w:rsidRPr="005D10B6">
        <w:rPr>
          <w:lang w:val="es-ES"/>
        </w:rPr>
        <w:t xml:space="preserve"> e </w:t>
      </w:r>
      <w:proofErr w:type="spellStart"/>
      <w:r w:rsidRPr="005D10B6">
        <w:rPr>
          <w:lang w:val="es-ES"/>
        </w:rPr>
        <w:t>manhã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livre</w:t>
      </w:r>
      <w:proofErr w:type="spellEnd"/>
      <w:r w:rsidRPr="005D10B6">
        <w:rPr>
          <w:lang w:val="es-ES"/>
        </w:rPr>
        <w:t xml:space="preserve"> até as 15:00 h, momento em que nos trasladaremos </w:t>
      </w:r>
      <w:proofErr w:type="spellStart"/>
      <w:r w:rsidRPr="005D10B6">
        <w:rPr>
          <w:lang w:val="es-ES"/>
        </w:rPr>
        <w:t>ao</w:t>
      </w:r>
      <w:proofErr w:type="spellEnd"/>
      <w:r w:rsidRPr="005D10B6">
        <w:rPr>
          <w:lang w:val="es-ES"/>
        </w:rPr>
        <w:t xml:space="preserve"> porto para embarcar no cruzeiro </w:t>
      </w:r>
      <w:proofErr w:type="spellStart"/>
      <w:r w:rsidRPr="005D10B6">
        <w:rPr>
          <w:lang w:val="es-ES"/>
        </w:rPr>
        <w:t>c</w:t>
      </w:r>
      <w:r w:rsidRPr="005D10B6">
        <w:rPr>
          <w:lang w:val="es-ES"/>
        </w:rPr>
        <w:t>om</w:t>
      </w:r>
      <w:proofErr w:type="spellEnd"/>
      <w:r w:rsidRPr="005D10B6">
        <w:rPr>
          <w:lang w:val="es-ES"/>
        </w:rPr>
        <w:t xml:space="preserve"> destino a Helsinki. Recomendamos </w:t>
      </w:r>
      <w:proofErr w:type="spellStart"/>
      <w:r w:rsidRPr="005D10B6">
        <w:rPr>
          <w:lang w:val="es-ES"/>
        </w:rPr>
        <w:t>aproveitar</w:t>
      </w:r>
      <w:proofErr w:type="spellEnd"/>
      <w:r w:rsidRPr="005D10B6">
        <w:rPr>
          <w:lang w:val="es-ES"/>
        </w:rPr>
        <w:t xml:space="preserve"> as </w:t>
      </w:r>
      <w:r w:rsidRPr="005D10B6">
        <w:rPr>
          <w:lang w:val="es-ES"/>
        </w:rPr>
        <w:lastRenderedPageBreak/>
        <w:t xml:space="preserve">vistas </w:t>
      </w:r>
      <w:proofErr w:type="spellStart"/>
      <w:r w:rsidRPr="005D10B6">
        <w:rPr>
          <w:lang w:val="es-ES"/>
        </w:rPr>
        <w:t>na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saída</w:t>
      </w:r>
      <w:proofErr w:type="spellEnd"/>
      <w:r w:rsidRPr="005D10B6">
        <w:rPr>
          <w:lang w:val="es-ES"/>
        </w:rPr>
        <w:t xml:space="preserve"> do porto e a posterior </w:t>
      </w:r>
      <w:proofErr w:type="spellStart"/>
      <w:r w:rsidRPr="005D10B6">
        <w:rPr>
          <w:lang w:val="es-ES"/>
        </w:rPr>
        <w:t>navegação</w:t>
      </w:r>
      <w:proofErr w:type="spellEnd"/>
      <w:r w:rsidRPr="005D10B6">
        <w:rPr>
          <w:lang w:val="es-ES"/>
        </w:rPr>
        <w:t xml:space="preserve"> pelo </w:t>
      </w:r>
      <w:proofErr w:type="spellStart"/>
      <w:r w:rsidRPr="005D10B6">
        <w:rPr>
          <w:lang w:val="es-ES"/>
        </w:rPr>
        <w:t>arquipélago</w:t>
      </w:r>
      <w:proofErr w:type="spellEnd"/>
      <w:r w:rsidRPr="005D10B6">
        <w:rPr>
          <w:lang w:val="es-ES"/>
        </w:rPr>
        <w:t xml:space="preserve"> de </w:t>
      </w:r>
      <w:proofErr w:type="spellStart"/>
      <w:r w:rsidRPr="005D10B6">
        <w:rPr>
          <w:lang w:val="es-ES"/>
        </w:rPr>
        <w:t>mais</w:t>
      </w:r>
      <w:proofErr w:type="spellEnd"/>
      <w:r w:rsidRPr="005D10B6">
        <w:rPr>
          <w:lang w:val="es-ES"/>
        </w:rPr>
        <w:t xml:space="preserve"> de 24.000 </w:t>
      </w:r>
      <w:proofErr w:type="spellStart"/>
      <w:r w:rsidRPr="005D10B6">
        <w:rPr>
          <w:lang w:val="es-ES"/>
        </w:rPr>
        <w:t>ilhas</w:t>
      </w:r>
      <w:proofErr w:type="spellEnd"/>
      <w:r w:rsidRPr="005D10B6">
        <w:rPr>
          <w:lang w:val="es-ES"/>
        </w:rPr>
        <w:t xml:space="preserve">. O </w:t>
      </w:r>
      <w:proofErr w:type="spellStart"/>
      <w:r w:rsidRPr="005D10B6">
        <w:rPr>
          <w:lang w:val="es-ES"/>
        </w:rPr>
        <w:t>navio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dispõe</w:t>
      </w:r>
      <w:proofErr w:type="spellEnd"/>
      <w:r w:rsidRPr="005D10B6">
        <w:rPr>
          <w:lang w:val="es-ES"/>
        </w:rPr>
        <w:t xml:space="preserve"> de wifi </w:t>
      </w:r>
      <w:proofErr w:type="spellStart"/>
      <w:r w:rsidRPr="005D10B6">
        <w:rPr>
          <w:lang w:val="es-ES"/>
        </w:rPr>
        <w:t>nas</w:t>
      </w:r>
      <w:proofErr w:type="spellEnd"/>
      <w:r w:rsidRPr="005D10B6">
        <w:rPr>
          <w:lang w:val="es-ES"/>
        </w:rPr>
        <w:t xml:space="preserve"> áreas </w:t>
      </w:r>
      <w:proofErr w:type="spellStart"/>
      <w:r w:rsidRPr="005D10B6">
        <w:rPr>
          <w:lang w:val="es-ES"/>
        </w:rPr>
        <w:t>comuns</w:t>
      </w:r>
      <w:proofErr w:type="spellEnd"/>
      <w:r w:rsidRPr="005D10B6">
        <w:rPr>
          <w:lang w:val="es-ES"/>
        </w:rPr>
        <w:t xml:space="preserve">, diferentes tipos de restaurantes e </w:t>
      </w:r>
      <w:proofErr w:type="spellStart"/>
      <w:r w:rsidRPr="005D10B6">
        <w:rPr>
          <w:lang w:val="es-ES"/>
        </w:rPr>
        <w:t>cafeterias</w:t>
      </w:r>
      <w:proofErr w:type="spellEnd"/>
      <w:r w:rsidRPr="005D10B6">
        <w:rPr>
          <w:lang w:val="es-ES"/>
        </w:rPr>
        <w:t xml:space="preserve">, clube </w:t>
      </w:r>
      <w:proofErr w:type="spellStart"/>
      <w:r w:rsidRPr="005D10B6">
        <w:rPr>
          <w:lang w:val="es-ES"/>
        </w:rPr>
        <w:t>noturno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com</w:t>
      </w:r>
      <w:proofErr w:type="spellEnd"/>
      <w:r w:rsidRPr="005D10B6">
        <w:rPr>
          <w:lang w:val="es-ES"/>
        </w:rPr>
        <w:t xml:space="preserve"> discoteca</w:t>
      </w:r>
      <w:r w:rsidRPr="005D10B6">
        <w:rPr>
          <w:lang w:val="es-ES"/>
        </w:rPr>
        <w:t xml:space="preserve">, </w:t>
      </w:r>
      <w:proofErr w:type="spellStart"/>
      <w:r w:rsidRPr="005D10B6">
        <w:rPr>
          <w:lang w:val="es-ES"/>
        </w:rPr>
        <w:t>espetáculos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ao</w:t>
      </w:r>
      <w:proofErr w:type="spellEnd"/>
      <w:r w:rsidRPr="005D10B6">
        <w:rPr>
          <w:lang w:val="es-ES"/>
        </w:rPr>
        <w:t xml:space="preserve"> vivo e </w:t>
      </w:r>
      <w:proofErr w:type="spellStart"/>
      <w:r w:rsidRPr="005D10B6">
        <w:rPr>
          <w:lang w:val="es-ES"/>
        </w:rPr>
        <w:t>lojas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duty</w:t>
      </w:r>
      <w:proofErr w:type="spellEnd"/>
      <w:r w:rsidRPr="005D10B6">
        <w:rPr>
          <w:lang w:val="es-ES"/>
        </w:rPr>
        <w:t xml:space="preserve">-free. </w:t>
      </w:r>
      <w:proofErr w:type="spellStart"/>
      <w:r w:rsidRPr="005D10B6">
        <w:rPr>
          <w:lang w:val="es-ES"/>
        </w:rPr>
        <w:t>Hospedagem</w:t>
      </w:r>
      <w:proofErr w:type="spellEnd"/>
      <w:r w:rsidRPr="005D10B6">
        <w:rPr>
          <w:lang w:val="es-ES"/>
        </w:rPr>
        <w:t xml:space="preserve"> em </w:t>
      </w:r>
      <w:proofErr w:type="spellStart"/>
      <w:r w:rsidRPr="005D10B6">
        <w:rPr>
          <w:lang w:val="es-ES"/>
        </w:rPr>
        <w:t>cabines</w:t>
      </w:r>
      <w:proofErr w:type="spellEnd"/>
      <w:r w:rsidRPr="005D10B6">
        <w:rPr>
          <w:lang w:val="es-ES"/>
        </w:rPr>
        <w:t xml:space="preserve"> duplas externas </w:t>
      </w:r>
      <w:proofErr w:type="spellStart"/>
      <w:r w:rsidRPr="005D10B6">
        <w:rPr>
          <w:lang w:val="es-ES"/>
        </w:rPr>
        <w:t>categoria</w:t>
      </w:r>
      <w:proofErr w:type="spellEnd"/>
      <w:r w:rsidRPr="005D10B6">
        <w:rPr>
          <w:lang w:val="es-ES"/>
        </w:rPr>
        <w:t xml:space="preserve"> A. </w:t>
      </w:r>
      <w:proofErr w:type="spellStart"/>
      <w:r w:rsidRPr="005D10B6">
        <w:rPr>
          <w:lang w:val="es-ES"/>
        </w:rPr>
        <w:t>Jantar</w:t>
      </w:r>
      <w:proofErr w:type="spellEnd"/>
      <w:r w:rsidRPr="005D10B6">
        <w:rPr>
          <w:lang w:val="es-ES"/>
        </w:rPr>
        <w:t xml:space="preserve"> buffet a bordo.</w:t>
      </w:r>
    </w:p>
    <w:p w14:paraId="666E3EC0" w14:textId="77777777" w:rsidR="00C25642" w:rsidRPr="005D10B6" w:rsidRDefault="00C25642">
      <w:pPr>
        <w:rPr>
          <w:lang w:val="es-ES"/>
        </w:rPr>
      </w:pPr>
    </w:p>
    <w:p w14:paraId="2E6A3FE4" w14:textId="77777777" w:rsidR="00C25642" w:rsidRPr="005D10B6" w:rsidRDefault="007B1B33">
      <w:pPr>
        <w:pStyle w:val="Ttulo2"/>
        <w:rPr>
          <w:lang w:val="es-ES"/>
        </w:rPr>
      </w:pPr>
      <w:r w:rsidRPr="005D10B6">
        <w:rPr>
          <w:lang w:val="es-ES"/>
        </w:rPr>
        <w:t>DIA 12 TER HELSINQUE</w:t>
      </w:r>
    </w:p>
    <w:p w14:paraId="3D21D622" w14:textId="77777777" w:rsidR="00C25642" w:rsidRPr="005D10B6" w:rsidRDefault="007B1B33">
      <w:pPr>
        <w:rPr>
          <w:lang w:val="es-ES"/>
        </w:rPr>
      </w:pPr>
      <w:r w:rsidRPr="005D10B6">
        <w:rPr>
          <w:lang w:val="es-ES"/>
        </w:rPr>
        <w:t xml:space="preserve">Café da </w:t>
      </w:r>
      <w:proofErr w:type="spellStart"/>
      <w:r w:rsidRPr="005D10B6">
        <w:rPr>
          <w:lang w:val="es-ES"/>
        </w:rPr>
        <w:t>manhã</w:t>
      </w:r>
      <w:proofErr w:type="spellEnd"/>
      <w:r w:rsidRPr="005D10B6">
        <w:rPr>
          <w:lang w:val="es-ES"/>
        </w:rPr>
        <w:t xml:space="preserve"> buffet a bordo e </w:t>
      </w:r>
      <w:proofErr w:type="spellStart"/>
      <w:r w:rsidRPr="005D10B6">
        <w:rPr>
          <w:lang w:val="es-ES"/>
        </w:rPr>
        <w:t>chegada</w:t>
      </w:r>
      <w:proofErr w:type="spellEnd"/>
      <w:r w:rsidRPr="005D10B6">
        <w:rPr>
          <w:lang w:val="es-ES"/>
        </w:rPr>
        <w:t xml:space="preserve"> a Helsinki </w:t>
      </w:r>
      <w:proofErr w:type="spellStart"/>
      <w:r w:rsidRPr="005D10B6">
        <w:rPr>
          <w:lang w:val="es-ES"/>
        </w:rPr>
        <w:t>às</w:t>
      </w:r>
      <w:proofErr w:type="spellEnd"/>
      <w:r w:rsidRPr="005D10B6">
        <w:rPr>
          <w:lang w:val="es-ES"/>
        </w:rPr>
        <w:t xml:space="preserve"> 10:00 h. Desembarque e visita </w:t>
      </w:r>
      <w:proofErr w:type="spellStart"/>
      <w:r w:rsidRPr="005D10B6">
        <w:rPr>
          <w:lang w:val="es-ES"/>
        </w:rPr>
        <w:t>panorâmica</w:t>
      </w:r>
      <w:proofErr w:type="spellEnd"/>
      <w:r w:rsidRPr="005D10B6">
        <w:rPr>
          <w:lang w:val="es-ES"/>
        </w:rPr>
        <w:t xml:space="preserve"> da capital da </w:t>
      </w:r>
      <w:proofErr w:type="spellStart"/>
      <w:r w:rsidRPr="005D10B6">
        <w:rPr>
          <w:lang w:val="es-ES"/>
        </w:rPr>
        <w:t>Finlândia</w:t>
      </w:r>
      <w:proofErr w:type="spellEnd"/>
      <w:r w:rsidRPr="005D10B6">
        <w:rPr>
          <w:lang w:val="es-ES"/>
        </w:rPr>
        <w:t xml:space="preserve">, </w:t>
      </w:r>
      <w:proofErr w:type="spellStart"/>
      <w:r w:rsidRPr="005D10B6">
        <w:rPr>
          <w:lang w:val="es-ES"/>
        </w:rPr>
        <w:t>também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conhecida</w:t>
      </w:r>
      <w:proofErr w:type="spellEnd"/>
      <w:r w:rsidRPr="005D10B6">
        <w:rPr>
          <w:lang w:val="es-ES"/>
        </w:rPr>
        <w:t xml:space="preserve"> como «a </w:t>
      </w:r>
      <w:proofErr w:type="spellStart"/>
      <w:r w:rsidRPr="005D10B6">
        <w:rPr>
          <w:lang w:val="es-ES"/>
        </w:rPr>
        <w:t>Cidade</w:t>
      </w:r>
      <w:proofErr w:type="spellEnd"/>
      <w:r w:rsidRPr="005D10B6">
        <w:rPr>
          <w:lang w:val="es-ES"/>
        </w:rPr>
        <w:t xml:space="preserve"> Branca do Norte». </w:t>
      </w:r>
      <w:proofErr w:type="spellStart"/>
      <w:r w:rsidRPr="005D10B6">
        <w:rPr>
          <w:lang w:val="es-ES"/>
        </w:rPr>
        <w:t>Passaremos</w:t>
      </w:r>
      <w:proofErr w:type="spellEnd"/>
      <w:r w:rsidRPr="005D10B6">
        <w:rPr>
          <w:lang w:val="es-ES"/>
        </w:rPr>
        <w:t xml:space="preserve"> pela Igreja Ortodoxa da </w:t>
      </w:r>
      <w:proofErr w:type="spellStart"/>
      <w:r w:rsidRPr="005D10B6">
        <w:rPr>
          <w:lang w:val="es-ES"/>
        </w:rPr>
        <w:t>Trindade</w:t>
      </w:r>
      <w:proofErr w:type="spellEnd"/>
      <w:r w:rsidRPr="005D10B6">
        <w:rPr>
          <w:lang w:val="es-ES"/>
        </w:rPr>
        <w:t xml:space="preserve">, </w:t>
      </w:r>
      <w:proofErr w:type="spellStart"/>
      <w:r w:rsidRPr="005D10B6">
        <w:rPr>
          <w:lang w:val="es-ES"/>
        </w:rPr>
        <w:t>vestígio</w:t>
      </w:r>
      <w:proofErr w:type="spellEnd"/>
      <w:r w:rsidRPr="005D10B6">
        <w:rPr>
          <w:lang w:val="es-ES"/>
        </w:rPr>
        <w:t xml:space="preserve"> do </w:t>
      </w:r>
      <w:proofErr w:type="spellStart"/>
      <w:r w:rsidRPr="005D10B6">
        <w:rPr>
          <w:lang w:val="es-ES"/>
        </w:rPr>
        <w:t>domínio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russo</w:t>
      </w:r>
      <w:proofErr w:type="spellEnd"/>
      <w:r w:rsidRPr="005D10B6">
        <w:rPr>
          <w:lang w:val="es-ES"/>
        </w:rPr>
        <w:t xml:space="preserve">, a </w:t>
      </w:r>
      <w:proofErr w:type="spellStart"/>
      <w:r w:rsidRPr="005D10B6">
        <w:rPr>
          <w:lang w:val="es-ES"/>
        </w:rPr>
        <w:t>Praça</w:t>
      </w:r>
      <w:proofErr w:type="spellEnd"/>
      <w:r w:rsidRPr="005D10B6">
        <w:rPr>
          <w:lang w:val="es-ES"/>
        </w:rPr>
        <w:t xml:space="preserve"> do Senado e a </w:t>
      </w:r>
      <w:proofErr w:type="spellStart"/>
      <w:r w:rsidRPr="005D10B6">
        <w:rPr>
          <w:lang w:val="es-ES"/>
        </w:rPr>
        <w:t>Temppeliaukio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Kirkko</w:t>
      </w:r>
      <w:proofErr w:type="spellEnd"/>
      <w:r w:rsidRPr="005D10B6">
        <w:rPr>
          <w:lang w:val="es-ES"/>
        </w:rPr>
        <w:t xml:space="preserve">, igreja luterana de planta circular </w:t>
      </w:r>
      <w:proofErr w:type="spellStart"/>
      <w:r w:rsidRPr="005D10B6">
        <w:rPr>
          <w:lang w:val="es-ES"/>
        </w:rPr>
        <w:t>escavada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na</w:t>
      </w:r>
      <w:proofErr w:type="spellEnd"/>
      <w:r w:rsidRPr="005D10B6">
        <w:rPr>
          <w:lang w:val="es-ES"/>
        </w:rPr>
        <w:t xml:space="preserve"> rocha, cuja cúpula </w:t>
      </w:r>
      <w:proofErr w:type="spellStart"/>
      <w:r w:rsidRPr="005D10B6">
        <w:rPr>
          <w:lang w:val="es-ES"/>
        </w:rPr>
        <w:t>tem</w:t>
      </w:r>
      <w:proofErr w:type="spellEnd"/>
      <w:r w:rsidRPr="005D10B6">
        <w:rPr>
          <w:lang w:val="es-ES"/>
        </w:rPr>
        <w:t xml:space="preserve"> a forma de </w:t>
      </w:r>
      <w:proofErr w:type="spellStart"/>
      <w:r w:rsidRPr="005D10B6">
        <w:rPr>
          <w:lang w:val="es-ES"/>
        </w:rPr>
        <w:t>uma</w:t>
      </w:r>
      <w:proofErr w:type="spellEnd"/>
      <w:r w:rsidRPr="005D10B6">
        <w:rPr>
          <w:lang w:val="es-ES"/>
        </w:rPr>
        <w:t xml:space="preserve"> gigan</w:t>
      </w:r>
      <w:r w:rsidRPr="005D10B6">
        <w:rPr>
          <w:lang w:val="es-ES"/>
        </w:rPr>
        <w:t xml:space="preserve">tesca espiral de </w:t>
      </w:r>
      <w:proofErr w:type="spellStart"/>
      <w:r w:rsidRPr="005D10B6">
        <w:rPr>
          <w:lang w:val="es-ES"/>
        </w:rPr>
        <w:t>fios</w:t>
      </w:r>
      <w:proofErr w:type="spellEnd"/>
      <w:r w:rsidRPr="005D10B6">
        <w:rPr>
          <w:lang w:val="es-ES"/>
        </w:rPr>
        <w:t xml:space="preserve"> de cobre. Tarde </w:t>
      </w:r>
      <w:proofErr w:type="spellStart"/>
      <w:r w:rsidRPr="005D10B6">
        <w:rPr>
          <w:lang w:val="es-ES"/>
        </w:rPr>
        <w:t>livre</w:t>
      </w:r>
      <w:proofErr w:type="spellEnd"/>
      <w:r w:rsidRPr="005D10B6">
        <w:rPr>
          <w:lang w:val="es-ES"/>
        </w:rPr>
        <w:t xml:space="preserve"> e </w:t>
      </w:r>
      <w:proofErr w:type="spellStart"/>
      <w:r w:rsidRPr="005D10B6">
        <w:rPr>
          <w:lang w:val="es-ES"/>
        </w:rPr>
        <w:t>hospedagem</w:t>
      </w:r>
      <w:proofErr w:type="spellEnd"/>
      <w:r w:rsidRPr="005D10B6">
        <w:rPr>
          <w:lang w:val="es-ES"/>
        </w:rPr>
        <w:t>.</w:t>
      </w:r>
    </w:p>
    <w:p w14:paraId="5620BB0E" w14:textId="77777777" w:rsidR="00C25642" w:rsidRPr="005D10B6" w:rsidRDefault="00C25642">
      <w:pPr>
        <w:rPr>
          <w:lang w:val="es-ES"/>
        </w:rPr>
      </w:pPr>
    </w:p>
    <w:p w14:paraId="40B4E6B8" w14:textId="77777777" w:rsidR="00C25642" w:rsidRPr="005D10B6" w:rsidRDefault="007B1B33">
      <w:pPr>
        <w:pStyle w:val="Ttulo2"/>
        <w:rPr>
          <w:lang w:val="es-ES"/>
        </w:rPr>
      </w:pPr>
      <w:r w:rsidRPr="005D10B6">
        <w:rPr>
          <w:lang w:val="es-ES"/>
        </w:rPr>
        <w:t>DIA 13 QUA HELSINQUE - TALLINN</w:t>
      </w:r>
    </w:p>
    <w:p w14:paraId="77040A7D" w14:textId="77777777" w:rsidR="00C25642" w:rsidRPr="005D10B6" w:rsidRDefault="007B1B33">
      <w:pPr>
        <w:rPr>
          <w:lang w:val="es-ES"/>
        </w:rPr>
      </w:pPr>
      <w:r w:rsidRPr="005D10B6">
        <w:rPr>
          <w:lang w:val="es-ES"/>
        </w:rPr>
        <w:t xml:space="preserve">Café da </w:t>
      </w:r>
      <w:proofErr w:type="spellStart"/>
      <w:r w:rsidRPr="005D10B6">
        <w:rPr>
          <w:lang w:val="es-ES"/>
        </w:rPr>
        <w:t>manhã</w:t>
      </w:r>
      <w:proofErr w:type="spellEnd"/>
      <w:r w:rsidRPr="005D10B6">
        <w:rPr>
          <w:lang w:val="es-ES"/>
        </w:rPr>
        <w:t xml:space="preserve"> e tempo </w:t>
      </w:r>
      <w:proofErr w:type="spellStart"/>
      <w:r w:rsidRPr="005D10B6">
        <w:rPr>
          <w:lang w:val="es-ES"/>
        </w:rPr>
        <w:t>livre</w:t>
      </w:r>
      <w:proofErr w:type="spellEnd"/>
      <w:r w:rsidRPr="005D10B6">
        <w:rPr>
          <w:lang w:val="es-ES"/>
        </w:rPr>
        <w:t xml:space="preserve"> para </w:t>
      </w:r>
      <w:proofErr w:type="spellStart"/>
      <w:r w:rsidRPr="005D10B6">
        <w:rPr>
          <w:lang w:val="es-ES"/>
        </w:rPr>
        <w:t>atividades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pessoais</w:t>
      </w:r>
      <w:proofErr w:type="spellEnd"/>
      <w:r w:rsidRPr="005D10B6">
        <w:rPr>
          <w:lang w:val="es-ES"/>
        </w:rPr>
        <w:t xml:space="preserve">. </w:t>
      </w:r>
      <w:proofErr w:type="spellStart"/>
      <w:r w:rsidRPr="005D10B6">
        <w:rPr>
          <w:lang w:val="es-ES"/>
        </w:rPr>
        <w:t>Às</w:t>
      </w:r>
      <w:proofErr w:type="spellEnd"/>
      <w:r w:rsidRPr="005D10B6">
        <w:rPr>
          <w:lang w:val="es-ES"/>
        </w:rPr>
        <w:t xml:space="preserve"> 15:00 h, traslado </w:t>
      </w:r>
      <w:proofErr w:type="spellStart"/>
      <w:r w:rsidRPr="005D10B6">
        <w:rPr>
          <w:lang w:val="es-ES"/>
        </w:rPr>
        <w:t>ao</w:t>
      </w:r>
      <w:proofErr w:type="spellEnd"/>
      <w:r w:rsidRPr="005D10B6">
        <w:rPr>
          <w:lang w:val="es-ES"/>
        </w:rPr>
        <w:t xml:space="preserve"> porto para embarcar no ferry </w:t>
      </w:r>
      <w:proofErr w:type="spellStart"/>
      <w:r w:rsidRPr="005D10B6">
        <w:rPr>
          <w:lang w:val="es-ES"/>
        </w:rPr>
        <w:t>expresso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com</w:t>
      </w:r>
      <w:proofErr w:type="spellEnd"/>
      <w:r w:rsidRPr="005D10B6">
        <w:rPr>
          <w:lang w:val="es-ES"/>
        </w:rPr>
        <w:t xml:space="preserve"> destino a </w:t>
      </w:r>
      <w:proofErr w:type="spellStart"/>
      <w:r w:rsidRPr="005D10B6">
        <w:rPr>
          <w:lang w:val="es-ES"/>
        </w:rPr>
        <w:t>Tallinn</w:t>
      </w:r>
      <w:proofErr w:type="spellEnd"/>
      <w:r w:rsidRPr="005D10B6">
        <w:rPr>
          <w:lang w:val="es-ES"/>
        </w:rPr>
        <w:t xml:space="preserve">, </w:t>
      </w:r>
      <w:proofErr w:type="spellStart"/>
      <w:r w:rsidRPr="005D10B6">
        <w:rPr>
          <w:lang w:val="es-ES"/>
        </w:rPr>
        <w:t>atravessando</w:t>
      </w:r>
      <w:proofErr w:type="spellEnd"/>
      <w:r w:rsidRPr="005D10B6">
        <w:rPr>
          <w:lang w:val="es-ES"/>
        </w:rPr>
        <w:t xml:space="preserve"> o mar Báltico.</w:t>
      </w:r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Hospedagem</w:t>
      </w:r>
      <w:proofErr w:type="spellEnd"/>
      <w:r w:rsidRPr="005D10B6">
        <w:rPr>
          <w:lang w:val="es-ES"/>
        </w:rPr>
        <w:t xml:space="preserve"> em </w:t>
      </w:r>
      <w:proofErr w:type="spellStart"/>
      <w:r w:rsidRPr="005D10B6">
        <w:rPr>
          <w:lang w:val="es-ES"/>
        </w:rPr>
        <w:t>Tallinn</w:t>
      </w:r>
      <w:proofErr w:type="spellEnd"/>
      <w:r w:rsidRPr="005D10B6">
        <w:rPr>
          <w:lang w:val="es-ES"/>
        </w:rPr>
        <w:t>.</w:t>
      </w:r>
    </w:p>
    <w:p w14:paraId="711361F5" w14:textId="77777777" w:rsidR="00C25642" w:rsidRPr="005D10B6" w:rsidRDefault="00C25642">
      <w:pPr>
        <w:rPr>
          <w:lang w:val="es-ES"/>
        </w:rPr>
      </w:pPr>
    </w:p>
    <w:p w14:paraId="0FA1DA49" w14:textId="77777777" w:rsidR="00C25642" w:rsidRPr="005D10B6" w:rsidRDefault="007B1B33">
      <w:pPr>
        <w:pStyle w:val="Ttulo2"/>
        <w:rPr>
          <w:lang w:val="es-ES"/>
        </w:rPr>
      </w:pPr>
      <w:r w:rsidRPr="005D10B6">
        <w:rPr>
          <w:lang w:val="es-ES"/>
        </w:rPr>
        <w:t>DIA 14 QUI TALLINN</w:t>
      </w:r>
    </w:p>
    <w:p w14:paraId="4F3FD3BF" w14:textId="77777777" w:rsidR="00C25642" w:rsidRPr="005D10B6" w:rsidRDefault="007B1B33">
      <w:pPr>
        <w:rPr>
          <w:lang w:val="es-ES"/>
        </w:rPr>
      </w:pPr>
      <w:r w:rsidRPr="005D10B6">
        <w:rPr>
          <w:lang w:val="es-ES"/>
        </w:rPr>
        <w:t xml:space="preserve">Café da </w:t>
      </w:r>
      <w:proofErr w:type="spellStart"/>
      <w:r w:rsidRPr="005D10B6">
        <w:rPr>
          <w:lang w:val="es-ES"/>
        </w:rPr>
        <w:t>manhã</w:t>
      </w:r>
      <w:proofErr w:type="spellEnd"/>
      <w:r w:rsidRPr="005D10B6">
        <w:rPr>
          <w:lang w:val="es-ES"/>
        </w:rPr>
        <w:t xml:space="preserve"> e visita da </w:t>
      </w:r>
      <w:proofErr w:type="spellStart"/>
      <w:r w:rsidRPr="005D10B6">
        <w:rPr>
          <w:lang w:val="es-ES"/>
        </w:rPr>
        <w:t>cidade</w:t>
      </w:r>
      <w:proofErr w:type="spellEnd"/>
      <w:r w:rsidRPr="005D10B6">
        <w:rPr>
          <w:lang w:val="es-ES"/>
        </w:rPr>
        <w:t xml:space="preserve">, </w:t>
      </w:r>
      <w:proofErr w:type="spellStart"/>
      <w:r w:rsidRPr="005D10B6">
        <w:rPr>
          <w:lang w:val="es-ES"/>
        </w:rPr>
        <w:t>com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suas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reminiscências</w:t>
      </w:r>
      <w:proofErr w:type="spellEnd"/>
      <w:r w:rsidRPr="005D10B6">
        <w:rPr>
          <w:lang w:val="es-ES"/>
        </w:rPr>
        <w:t xml:space="preserve"> hanseáticas, destacando-se o «</w:t>
      </w:r>
      <w:proofErr w:type="spellStart"/>
      <w:r w:rsidRPr="005D10B6">
        <w:rPr>
          <w:lang w:val="es-ES"/>
        </w:rPr>
        <w:t>Kiek</w:t>
      </w:r>
      <w:proofErr w:type="spellEnd"/>
      <w:r w:rsidRPr="005D10B6">
        <w:rPr>
          <w:lang w:val="es-ES"/>
        </w:rPr>
        <w:t xml:space="preserve"> in de </w:t>
      </w:r>
      <w:proofErr w:type="spellStart"/>
      <w:r w:rsidRPr="005D10B6">
        <w:rPr>
          <w:lang w:val="es-ES"/>
        </w:rPr>
        <w:t>Kök</w:t>
      </w:r>
      <w:proofErr w:type="spellEnd"/>
      <w:r w:rsidRPr="005D10B6">
        <w:rPr>
          <w:lang w:val="es-ES"/>
        </w:rPr>
        <w:t xml:space="preserve">», </w:t>
      </w:r>
      <w:proofErr w:type="spellStart"/>
      <w:r w:rsidRPr="005D10B6">
        <w:rPr>
          <w:lang w:val="es-ES"/>
        </w:rPr>
        <w:t>uma</w:t>
      </w:r>
      <w:proofErr w:type="spellEnd"/>
      <w:r w:rsidRPr="005D10B6">
        <w:rPr>
          <w:lang w:val="es-ES"/>
        </w:rPr>
        <w:t xml:space="preserve"> das torres defensivas </w:t>
      </w:r>
      <w:proofErr w:type="spellStart"/>
      <w:r w:rsidRPr="005D10B6">
        <w:rPr>
          <w:lang w:val="es-ES"/>
        </w:rPr>
        <w:t>mais</w:t>
      </w:r>
      <w:proofErr w:type="spellEnd"/>
      <w:r w:rsidRPr="005D10B6">
        <w:rPr>
          <w:lang w:val="es-ES"/>
        </w:rPr>
        <w:t xml:space="preserve"> importantes do mar Báltico, a igreja de São Nicolau, do </w:t>
      </w:r>
      <w:proofErr w:type="spellStart"/>
      <w:r w:rsidRPr="005D10B6">
        <w:rPr>
          <w:lang w:val="es-ES"/>
        </w:rPr>
        <w:t>século</w:t>
      </w:r>
      <w:proofErr w:type="spellEnd"/>
      <w:r w:rsidRPr="005D10B6">
        <w:rPr>
          <w:lang w:val="es-ES"/>
        </w:rPr>
        <w:t xml:space="preserve"> XVIII, e a Ca</w:t>
      </w:r>
      <w:r w:rsidRPr="005D10B6">
        <w:rPr>
          <w:lang w:val="es-ES"/>
        </w:rPr>
        <w:t>tedral (</w:t>
      </w:r>
      <w:proofErr w:type="spellStart"/>
      <w:r w:rsidRPr="005D10B6">
        <w:rPr>
          <w:lang w:val="es-ES"/>
        </w:rPr>
        <w:t>Tuomiokirkko</w:t>
      </w:r>
      <w:proofErr w:type="spellEnd"/>
      <w:r w:rsidRPr="005D10B6">
        <w:rPr>
          <w:lang w:val="es-ES"/>
        </w:rPr>
        <w:t xml:space="preserve">), </w:t>
      </w:r>
      <w:proofErr w:type="spellStart"/>
      <w:r w:rsidRPr="005D10B6">
        <w:rPr>
          <w:lang w:val="es-ES"/>
        </w:rPr>
        <w:t>construção</w:t>
      </w:r>
      <w:proofErr w:type="spellEnd"/>
      <w:r w:rsidRPr="005D10B6">
        <w:rPr>
          <w:lang w:val="es-ES"/>
        </w:rPr>
        <w:t xml:space="preserve"> do gótico </w:t>
      </w:r>
      <w:proofErr w:type="spellStart"/>
      <w:r w:rsidRPr="005D10B6">
        <w:rPr>
          <w:lang w:val="es-ES"/>
        </w:rPr>
        <w:t>tardio</w:t>
      </w:r>
      <w:proofErr w:type="spellEnd"/>
      <w:r w:rsidRPr="005D10B6">
        <w:rPr>
          <w:lang w:val="es-ES"/>
        </w:rPr>
        <w:t xml:space="preserve">. </w:t>
      </w:r>
      <w:proofErr w:type="spellStart"/>
      <w:r w:rsidRPr="005D10B6">
        <w:rPr>
          <w:lang w:val="es-ES"/>
        </w:rPr>
        <w:t>Hospedagem</w:t>
      </w:r>
      <w:proofErr w:type="spellEnd"/>
      <w:r w:rsidRPr="005D10B6">
        <w:rPr>
          <w:lang w:val="es-ES"/>
        </w:rPr>
        <w:t xml:space="preserve"> em </w:t>
      </w:r>
      <w:proofErr w:type="spellStart"/>
      <w:r w:rsidRPr="005D10B6">
        <w:rPr>
          <w:lang w:val="es-ES"/>
        </w:rPr>
        <w:t>Tallinn</w:t>
      </w:r>
      <w:proofErr w:type="spellEnd"/>
      <w:r w:rsidRPr="005D10B6">
        <w:rPr>
          <w:lang w:val="es-ES"/>
        </w:rPr>
        <w:t>.</w:t>
      </w:r>
    </w:p>
    <w:p w14:paraId="5EAB2D30" w14:textId="77777777" w:rsidR="00C25642" w:rsidRPr="005D10B6" w:rsidRDefault="00C25642">
      <w:pPr>
        <w:rPr>
          <w:lang w:val="es-ES"/>
        </w:rPr>
      </w:pPr>
    </w:p>
    <w:p w14:paraId="67F16C5E" w14:textId="77777777" w:rsidR="00C25642" w:rsidRPr="005D10B6" w:rsidRDefault="007B1B33">
      <w:pPr>
        <w:pStyle w:val="Ttulo2"/>
        <w:rPr>
          <w:lang w:val="es-ES"/>
        </w:rPr>
      </w:pPr>
      <w:r w:rsidRPr="005D10B6">
        <w:rPr>
          <w:lang w:val="es-ES"/>
        </w:rPr>
        <w:t>DIA 15 SEX TALLINN - SIGULDA - RIGA</w:t>
      </w:r>
    </w:p>
    <w:p w14:paraId="33D73B80" w14:textId="77777777" w:rsidR="00C25642" w:rsidRPr="005D10B6" w:rsidRDefault="007B1B33">
      <w:pPr>
        <w:rPr>
          <w:lang w:val="es-ES"/>
        </w:rPr>
      </w:pPr>
      <w:r w:rsidRPr="005D10B6">
        <w:rPr>
          <w:lang w:val="es-ES"/>
        </w:rPr>
        <w:t xml:space="preserve">Café da </w:t>
      </w:r>
      <w:proofErr w:type="spellStart"/>
      <w:r w:rsidRPr="005D10B6">
        <w:rPr>
          <w:lang w:val="es-ES"/>
        </w:rPr>
        <w:t>manhã</w:t>
      </w:r>
      <w:proofErr w:type="spellEnd"/>
      <w:r w:rsidRPr="005D10B6">
        <w:rPr>
          <w:lang w:val="es-ES"/>
        </w:rPr>
        <w:t xml:space="preserve"> e </w:t>
      </w:r>
      <w:proofErr w:type="spellStart"/>
      <w:r w:rsidRPr="005D10B6">
        <w:rPr>
          <w:lang w:val="es-ES"/>
        </w:rPr>
        <w:t>saída</w:t>
      </w:r>
      <w:proofErr w:type="spellEnd"/>
      <w:r w:rsidRPr="005D10B6">
        <w:rPr>
          <w:lang w:val="es-ES"/>
        </w:rPr>
        <w:t xml:space="preserve"> em </w:t>
      </w:r>
      <w:proofErr w:type="spellStart"/>
      <w:r w:rsidRPr="005D10B6">
        <w:rPr>
          <w:lang w:val="es-ES"/>
        </w:rPr>
        <w:t>direção</w:t>
      </w:r>
      <w:proofErr w:type="spellEnd"/>
      <w:r w:rsidRPr="005D10B6">
        <w:rPr>
          <w:lang w:val="es-ES"/>
        </w:rPr>
        <w:t xml:space="preserve"> a </w:t>
      </w:r>
      <w:proofErr w:type="spellStart"/>
      <w:r w:rsidRPr="005D10B6">
        <w:rPr>
          <w:lang w:val="es-ES"/>
        </w:rPr>
        <w:t>Sigulda</w:t>
      </w:r>
      <w:proofErr w:type="spellEnd"/>
      <w:r w:rsidRPr="005D10B6">
        <w:rPr>
          <w:lang w:val="es-ES"/>
        </w:rPr>
        <w:t xml:space="preserve">, situada no Parque Nacional de </w:t>
      </w:r>
      <w:proofErr w:type="spellStart"/>
      <w:r w:rsidRPr="005D10B6">
        <w:rPr>
          <w:lang w:val="es-ES"/>
        </w:rPr>
        <w:t>Gauja</w:t>
      </w:r>
      <w:proofErr w:type="spellEnd"/>
      <w:r w:rsidRPr="005D10B6">
        <w:rPr>
          <w:lang w:val="es-ES"/>
        </w:rPr>
        <w:t xml:space="preserve">, </w:t>
      </w:r>
      <w:proofErr w:type="spellStart"/>
      <w:r w:rsidRPr="005D10B6">
        <w:rPr>
          <w:lang w:val="es-ES"/>
        </w:rPr>
        <w:t>uma</w:t>
      </w:r>
      <w:proofErr w:type="spellEnd"/>
      <w:r w:rsidRPr="005D10B6">
        <w:rPr>
          <w:lang w:val="es-ES"/>
        </w:rPr>
        <w:t xml:space="preserve"> área salpicada de </w:t>
      </w:r>
      <w:proofErr w:type="spellStart"/>
      <w:r w:rsidRPr="005D10B6">
        <w:rPr>
          <w:lang w:val="es-ES"/>
        </w:rPr>
        <w:t>castelos</w:t>
      </w:r>
      <w:proofErr w:type="spellEnd"/>
      <w:r w:rsidRPr="005D10B6">
        <w:rPr>
          <w:lang w:val="es-ES"/>
        </w:rPr>
        <w:t xml:space="preserve"> e grutas. Visita das </w:t>
      </w:r>
      <w:proofErr w:type="spellStart"/>
      <w:r w:rsidRPr="005D10B6">
        <w:rPr>
          <w:lang w:val="es-ES"/>
        </w:rPr>
        <w:t>ruínas</w:t>
      </w:r>
      <w:proofErr w:type="spellEnd"/>
      <w:r w:rsidRPr="005D10B6">
        <w:rPr>
          <w:lang w:val="es-ES"/>
        </w:rPr>
        <w:t xml:space="preserve"> do C</w:t>
      </w:r>
      <w:r w:rsidRPr="005D10B6">
        <w:rPr>
          <w:lang w:val="es-ES"/>
        </w:rPr>
        <w:t xml:space="preserve">astelo de </w:t>
      </w:r>
      <w:proofErr w:type="spellStart"/>
      <w:r w:rsidRPr="005D10B6">
        <w:rPr>
          <w:lang w:val="es-ES"/>
        </w:rPr>
        <w:t>Sigulda</w:t>
      </w:r>
      <w:proofErr w:type="spellEnd"/>
      <w:r w:rsidRPr="005D10B6">
        <w:rPr>
          <w:lang w:val="es-ES"/>
        </w:rPr>
        <w:t xml:space="preserve">, </w:t>
      </w:r>
      <w:proofErr w:type="spellStart"/>
      <w:r w:rsidRPr="005D10B6">
        <w:rPr>
          <w:lang w:val="es-ES"/>
        </w:rPr>
        <w:t>construído</w:t>
      </w:r>
      <w:proofErr w:type="spellEnd"/>
      <w:r w:rsidRPr="005D10B6">
        <w:rPr>
          <w:lang w:val="es-ES"/>
        </w:rPr>
        <w:t xml:space="preserve"> em 1207 pelos </w:t>
      </w:r>
      <w:proofErr w:type="spellStart"/>
      <w:r w:rsidRPr="005D10B6">
        <w:rPr>
          <w:lang w:val="es-ES"/>
        </w:rPr>
        <w:t>Cavaleiros</w:t>
      </w:r>
      <w:proofErr w:type="spellEnd"/>
      <w:r w:rsidRPr="005D10B6">
        <w:rPr>
          <w:lang w:val="es-ES"/>
        </w:rPr>
        <w:t xml:space="preserve"> da Cruz, e do Castelo de </w:t>
      </w:r>
      <w:proofErr w:type="spellStart"/>
      <w:r w:rsidRPr="005D10B6">
        <w:rPr>
          <w:lang w:val="es-ES"/>
        </w:rPr>
        <w:t>Turaida</w:t>
      </w:r>
      <w:proofErr w:type="spellEnd"/>
      <w:r w:rsidRPr="005D10B6">
        <w:rPr>
          <w:lang w:val="es-ES"/>
        </w:rPr>
        <w:t xml:space="preserve">, de onde se aprecia </w:t>
      </w:r>
      <w:proofErr w:type="spellStart"/>
      <w:r w:rsidRPr="005D10B6">
        <w:rPr>
          <w:lang w:val="es-ES"/>
        </w:rPr>
        <w:t>uma</w:t>
      </w:r>
      <w:proofErr w:type="spellEnd"/>
      <w:r w:rsidRPr="005D10B6">
        <w:rPr>
          <w:lang w:val="es-ES"/>
        </w:rPr>
        <w:t xml:space="preserve"> vista </w:t>
      </w:r>
      <w:proofErr w:type="spellStart"/>
      <w:r w:rsidRPr="005D10B6">
        <w:rPr>
          <w:lang w:val="es-ES"/>
        </w:rPr>
        <w:t>impressionante</w:t>
      </w:r>
      <w:proofErr w:type="spellEnd"/>
      <w:r w:rsidRPr="005D10B6">
        <w:rPr>
          <w:lang w:val="es-ES"/>
        </w:rPr>
        <w:t xml:space="preserve"> do encantador entorno. </w:t>
      </w:r>
      <w:proofErr w:type="spellStart"/>
      <w:r w:rsidRPr="005D10B6">
        <w:rPr>
          <w:lang w:val="es-ES"/>
        </w:rPr>
        <w:t>Continuação</w:t>
      </w:r>
      <w:proofErr w:type="spellEnd"/>
      <w:r w:rsidRPr="005D10B6">
        <w:rPr>
          <w:lang w:val="es-ES"/>
        </w:rPr>
        <w:t xml:space="preserve"> até Riga. </w:t>
      </w:r>
      <w:proofErr w:type="spellStart"/>
      <w:r w:rsidRPr="005D10B6">
        <w:rPr>
          <w:lang w:val="es-ES"/>
        </w:rPr>
        <w:t>Hospedagem</w:t>
      </w:r>
      <w:proofErr w:type="spellEnd"/>
      <w:r w:rsidRPr="005D10B6">
        <w:rPr>
          <w:lang w:val="es-ES"/>
        </w:rPr>
        <w:t>.</w:t>
      </w:r>
    </w:p>
    <w:p w14:paraId="63125FCF" w14:textId="77777777" w:rsidR="00C25642" w:rsidRPr="005D10B6" w:rsidRDefault="00C25642">
      <w:pPr>
        <w:rPr>
          <w:lang w:val="es-ES"/>
        </w:rPr>
      </w:pPr>
    </w:p>
    <w:p w14:paraId="52F27EE3" w14:textId="77777777" w:rsidR="00C25642" w:rsidRPr="005D10B6" w:rsidRDefault="007B1B33">
      <w:pPr>
        <w:pStyle w:val="Ttulo2"/>
        <w:rPr>
          <w:lang w:val="es-ES"/>
        </w:rPr>
      </w:pPr>
      <w:r w:rsidRPr="005D10B6">
        <w:rPr>
          <w:lang w:val="es-ES"/>
        </w:rPr>
        <w:lastRenderedPageBreak/>
        <w:t>DIA 16 SAB RIGA</w:t>
      </w:r>
    </w:p>
    <w:p w14:paraId="3BFA9984" w14:textId="77777777" w:rsidR="00C25642" w:rsidRPr="005D10B6" w:rsidRDefault="007B1B33">
      <w:pPr>
        <w:rPr>
          <w:lang w:val="es-ES"/>
        </w:rPr>
      </w:pPr>
      <w:r w:rsidRPr="005D10B6">
        <w:rPr>
          <w:lang w:val="es-ES"/>
        </w:rPr>
        <w:t xml:space="preserve">Café da </w:t>
      </w:r>
      <w:proofErr w:type="spellStart"/>
      <w:r w:rsidRPr="005D10B6">
        <w:rPr>
          <w:lang w:val="es-ES"/>
        </w:rPr>
        <w:t>manhã</w:t>
      </w:r>
      <w:proofErr w:type="spellEnd"/>
      <w:r w:rsidRPr="005D10B6">
        <w:rPr>
          <w:lang w:val="es-ES"/>
        </w:rPr>
        <w:t xml:space="preserve"> e visita da </w:t>
      </w:r>
      <w:proofErr w:type="spellStart"/>
      <w:r w:rsidRPr="005D10B6">
        <w:rPr>
          <w:lang w:val="es-ES"/>
        </w:rPr>
        <w:t>cidade</w:t>
      </w:r>
      <w:proofErr w:type="spellEnd"/>
      <w:r w:rsidRPr="005D10B6">
        <w:rPr>
          <w:lang w:val="es-ES"/>
        </w:rPr>
        <w:t xml:space="preserve">, </w:t>
      </w:r>
      <w:proofErr w:type="spellStart"/>
      <w:r w:rsidRPr="005D10B6">
        <w:rPr>
          <w:lang w:val="es-ES"/>
        </w:rPr>
        <w:t>também</w:t>
      </w:r>
      <w:proofErr w:type="spellEnd"/>
      <w:r w:rsidRPr="005D10B6">
        <w:rPr>
          <w:lang w:val="es-ES"/>
        </w:rPr>
        <w:t xml:space="preserve"> </w:t>
      </w:r>
      <w:r w:rsidRPr="005D10B6">
        <w:rPr>
          <w:lang w:val="es-ES"/>
        </w:rPr>
        <w:t xml:space="preserve">chamada de «a Paris do Norte», cuja </w:t>
      </w:r>
      <w:proofErr w:type="spellStart"/>
      <w:r w:rsidRPr="005D10B6">
        <w:rPr>
          <w:lang w:val="es-ES"/>
        </w:rPr>
        <w:t>fundação</w:t>
      </w:r>
      <w:proofErr w:type="spellEnd"/>
      <w:r w:rsidRPr="005D10B6">
        <w:rPr>
          <w:lang w:val="es-ES"/>
        </w:rPr>
        <w:t xml:space="preserve"> remonta </w:t>
      </w:r>
      <w:proofErr w:type="spellStart"/>
      <w:r w:rsidRPr="005D10B6">
        <w:rPr>
          <w:lang w:val="es-ES"/>
        </w:rPr>
        <w:t>ao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século</w:t>
      </w:r>
      <w:proofErr w:type="spellEnd"/>
      <w:r w:rsidRPr="005D10B6">
        <w:rPr>
          <w:lang w:val="es-ES"/>
        </w:rPr>
        <w:t xml:space="preserve"> XII. </w:t>
      </w:r>
      <w:proofErr w:type="spellStart"/>
      <w:r w:rsidRPr="005D10B6">
        <w:rPr>
          <w:lang w:val="es-ES"/>
        </w:rPr>
        <w:t>Passeando</w:t>
      </w:r>
      <w:proofErr w:type="spellEnd"/>
      <w:r w:rsidRPr="005D10B6">
        <w:rPr>
          <w:lang w:val="es-ES"/>
        </w:rPr>
        <w:t xml:space="preserve"> pelo centro histórico, </w:t>
      </w:r>
      <w:proofErr w:type="spellStart"/>
      <w:r w:rsidRPr="005D10B6">
        <w:rPr>
          <w:lang w:val="es-ES"/>
        </w:rPr>
        <w:t>com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suas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estreitas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ruas</w:t>
      </w:r>
      <w:proofErr w:type="spellEnd"/>
      <w:r w:rsidRPr="005D10B6">
        <w:rPr>
          <w:lang w:val="es-ES"/>
        </w:rPr>
        <w:t xml:space="preserve"> e casas típicas, veremos a Catedral, a Casa dos </w:t>
      </w:r>
      <w:proofErr w:type="spellStart"/>
      <w:r w:rsidRPr="005D10B6">
        <w:rPr>
          <w:lang w:val="es-ES"/>
        </w:rPr>
        <w:t>Três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Irmãos</w:t>
      </w:r>
      <w:proofErr w:type="spellEnd"/>
      <w:r w:rsidRPr="005D10B6">
        <w:rPr>
          <w:lang w:val="es-ES"/>
        </w:rPr>
        <w:t xml:space="preserve">, a </w:t>
      </w:r>
      <w:proofErr w:type="spellStart"/>
      <w:r w:rsidRPr="005D10B6">
        <w:rPr>
          <w:lang w:val="es-ES"/>
        </w:rPr>
        <w:t>Praça</w:t>
      </w:r>
      <w:proofErr w:type="spellEnd"/>
      <w:r w:rsidRPr="005D10B6">
        <w:rPr>
          <w:lang w:val="es-ES"/>
        </w:rPr>
        <w:t xml:space="preserve"> da </w:t>
      </w:r>
      <w:proofErr w:type="spellStart"/>
      <w:r w:rsidRPr="005D10B6">
        <w:rPr>
          <w:lang w:val="es-ES"/>
        </w:rPr>
        <w:t>Prefeitura</w:t>
      </w:r>
      <w:proofErr w:type="spellEnd"/>
      <w:r w:rsidRPr="005D10B6">
        <w:rPr>
          <w:lang w:val="es-ES"/>
        </w:rPr>
        <w:t xml:space="preserve"> e o Monumento à </w:t>
      </w:r>
      <w:proofErr w:type="spellStart"/>
      <w:r w:rsidRPr="005D10B6">
        <w:rPr>
          <w:lang w:val="es-ES"/>
        </w:rPr>
        <w:t>Liberdade</w:t>
      </w:r>
      <w:proofErr w:type="spellEnd"/>
      <w:r w:rsidRPr="005D10B6">
        <w:rPr>
          <w:lang w:val="es-ES"/>
        </w:rPr>
        <w:t xml:space="preserve">. </w:t>
      </w:r>
      <w:proofErr w:type="spellStart"/>
      <w:r w:rsidRPr="005D10B6">
        <w:rPr>
          <w:lang w:val="es-ES"/>
        </w:rPr>
        <w:t>Continuação</w:t>
      </w:r>
      <w:proofErr w:type="spellEnd"/>
      <w:r w:rsidRPr="005D10B6">
        <w:rPr>
          <w:lang w:val="es-ES"/>
        </w:rPr>
        <w:t xml:space="preserve"> pelo cent</w:t>
      </w:r>
      <w:r w:rsidRPr="005D10B6">
        <w:rPr>
          <w:lang w:val="es-ES"/>
        </w:rPr>
        <w:t xml:space="preserve">ro e </w:t>
      </w:r>
      <w:proofErr w:type="spellStart"/>
      <w:r w:rsidRPr="005D10B6">
        <w:rPr>
          <w:lang w:val="es-ES"/>
        </w:rPr>
        <w:t>sua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impressionante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coleção</w:t>
      </w:r>
      <w:proofErr w:type="spellEnd"/>
      <w:r w:rsidRPr="005D10B6">
        <w:rPr>
          <w:lang w:val="es-ES"/>
        </w:rPr>
        <w:t xml:space="preserve"> de </w:t>
      </w:r>
      <w:proofErr w:type="spellStart"/>
      <w:r w:rsidRPr="005D10B6">
        <w:rPr>
          <w:lang w:val="es-ES"/>
        </w:rPr>
        <w:t>edifícios</w:t>
      </w:r>
      <w:proofErr w:type="spellEnd"/>
      <w:r w:rsidRPr="005D10B6">
        <w:rPr>
          <w:lang w:val="es-ES"/>
        </w:rPr>
        <w:t xml:space="preserve"> art </w:t>
      </w:r>
      <w:proofErr w:type="spellStart"/>
      <w:r w:rsidRPr="005D10B6">
        <w:rPr>
          <w:lang w:val="es-ES"/>
        </w:rPr>
        <w:t>nouveau</w:t>
      </w:r>
      <w:proofErr w:type="spellEnd"/>
      <w:r w:rsidRPr="005D10B6">
        <w:rPr>
          <w:lang w:val="es-ES"/>
        </w:rPr>
        <w:t xml:space="preserve">, </w:t>
      </w:r>
      <w:proofErr w:type="spellStart"/>
      <w:r w:rsidRPr="005D10B6">
        <w:rPr>
          <w:lang w:val="es-ES"/>
        </w:rPr>
        <w:t>construídos</w:t>
      </w:r>
      <w:proofErr w:type="spellEnd"/>
      <w:r w:rsidRPr="005D10B6">
        <w:rPr>
          <w:lang w:val="es-ES"/>
        </w:rPr>
        <w:t xml:space="preserve"> em </w:t>
      </w:r>
      <w:proofErr w:type="spellStart"/>
      <w:r w:rsidRPr="005D10B6">
        <w:rPr>
          <w:lang w:val="es-ES"/>
        </w:rPr>
        <w:t>sua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maioria</w:t>
      </w:r>
      <w:proofErr w:type="spellEnd"/>
      <w:r w:rsidRPr="005D10B6">
        <w:rPr>
          <w:lang w:val="es-ES"/>
        </w:rPr>
        <w:t xml:space="preserve"> entre 1904 e 1914, época em que se </w:t>
      </w:r>
      <w:proofErr w:type="spellStart"/>
      <w:r w:rsidRPr="005D10B6">
        <w:rPr>
          <w:lang w:val="es-ES"/>
        </w:rPr>
        <w:t>destacou</w:t>
      </w:r>
      <w:proofErr w:type="spellEnd"/>
      <w:r w:rsidRPr="005D10B6">
        <w:rPr>
          <w:lang w:val="es-ES"/>
        </w:rPr>
        <w:t xml:space="preserve"> como </w:t>
      </w:r>
      <w:proofErr w:type="spellStart"/>
      <w:r w:rsidRPr="005D10B6">
        <w:rPr>
          <w:lang w:val="es-ES"/>
        </w:rPr>
        <w:t>uma</w:t>
      </w:r>
      <w:proofErr w:type="spellEnd"/>
      <w:r w:rsidRPr="005D10B6">
        <w:rPr>
          <w:lang w:val="es-ES"/>
        </w:rPr>
        <w:t xml:space="preserve"> das </w:t>
      </w:r>
      <w:proofErr w:type="spellStart"/>
      <w:r w:rsidRPr="005D10B6">
        <w:rPr>
          <w:lang w:val="es-ES"/>
        </w:rPr>
        <w:t>cidades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mais</w:t>
      </w:r>
      <w:proofErr w:type="spellEnd"/>
      <w:r w:rsidRPr="005D10B6">
        <w:rPr>
          <w:lang w:val="es-ES"/>
        </w:rPr>
        <w:t xml:space="preserve"> prósperas do </w:t>
      </w:r>
      <w:proofErr w:type="spellStart"/>
      <w:r w:rsidRPr="005D10B6">
        <w:rPr>
          <w:lang w:val="es-ES"/>
        </w:rPr>
        <w:t>Império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russo</w:t>
      </w:r>
      <w:proofErr w:type="spellEnd"/>
      <w:r w:rsidRPr="005D10B6">
        <w:rPr>
          <w:lang w:val="es-ES"/>
        </w:rPr>
        <w:t xml:space="preserve">. </w:t>
      </w:r>
      <w:proofErr w:type="spellStart"/>
      <w:r w:rsidRPr="005D10B6">
        <w:rPr>
          <w:lang w:val="es-ES"/>
        </w:rPr>
        <w:t>Hospedagem</w:t>
      </w:r>
      <w:proofErr w:type="spellEnd"/>
      <w:r w:rsidRPr="005D10B6">
        <w:rPr>
          <w:lang w:val="es-ES"/>
        </w:rPr>
        <w:t>.</w:t>
      </w:r>
    </w:p>
    <w:p w14:paraId="17E028A2" w14:textId="77777777" w:rsidR="00C25642" w:rsidRPr="005D10B6" w:rsidRDefault="00C25642">
      <w:pPr>
        <w:rPr>
          <w:lang w:val="es-ES"/>
        </w:rPr>
      </w:pPr>
    </w:p>
    <w:p w14:paraId="0D8393DD" w14:textId="77777777" w:rsidR="00C25642" w:rsidRPr="005D10B6" w:rsidRDefault="007B1B33">
      <w:pPr>
        <w:pStyle w:val="Ttulo2"/>
        <w:rPr>
          <w:lang w:val="es-ES"/>
        </w:rPr>
      </w:pPr>
      <w:r w:rsidRPr="005D10B6">
        <w:rPr>
          <w:lang w:val="es-ES"/>
        </w:rPr>
        <w:t>DIA 17 DOM RIGA - RUNDALE - SIAULIAI - VILNIUS</w:t>
      </w:r>
    </w:p>
    <w:p w14:paraId="0BCC43EE" w14:textId="77777777" w:rsidR="00C25642" w:rsidRPr="005D10B6" w:rsidRDefault="007B1B33">
      <w:pPr>
        <w:rPr>
          <w:lang w:val="es-ES"/>
        </w:rPr>
      </w:pPr>
      <w:r w:rsidRPr="005D10B6">
        <w:rPr>
          <w:lang w:val="es-ES"/>
        </w:rPr>
        <w:t xml:space="preserve">Café da </w:t>
      </w:r>
      <w:proofErr w:type="spellStart"/>
      <w:r w:rsidRPr="005D10B6">
        <w:rPr>
          <w:lang w:val="es-ES"/>
        </w:rPr>
        <w:t>manhã</w:t>
      </w:r>
      <w:proofErr w:type="spellEnd"/>
      <w:r w:rsidRPr="005D10B6">
        <w:rPr>
          <w:lang w:val="es-ES"/>
        </w:rPr>
        <w:t xml:space="preserve"> e </w:t>
      </w:r>
      <w:proofErr w:type="spellStart"/>
      <w:r w:rsidRPr="005D10B6">
        <w:rPr>
          <w:lang w:val="es-ES"/>
        </w:rPr>
        <w:t>saída</w:t>
      </w:r>
      <w:proofErr w:type="spellEnd"/>
      <w:r w:rsidRPr="005D10B6">
        <w:rPr>
          <w:lang w:val="es-ES"/>
        </w:rPr>
        <w:t xml:space="preserve"> em </w:t>
      </w:r>
      <w:proofErr w:type="spellStart"/>
      <w:r w:rsidRPr="005D10B6">
        <w:rPr>
          <w:lang w:val="es-ES"/>
        </w:rPr>
        <w:t>direção</w:t>
      </w:r>
      <w:proofErr w:type="spellEnd"/>
      <w:r w:rsidRPr="005D10B6">
        <w:rPr>
          <w:lang w:val="es-ES"/>
        </w:rPr>
        <w:t xml:space="preserve"> a </w:t>
      </w:r>
      <w:proofErr w:type="spellStart"/>
      <w:r w:rsidRPr="005D10B6">
        <w:rPr>
          <w:lang w:val="es-ES"/>
        </w:rPr>
        <w:t>Rundale</w:t>
      </w:r>
      <w:proofErr w:type="spellEnd"/>
      <w:r w:rsidRPr="005D10B6">
        <w:rPr>
          <w:lang w:val="es-ES"/>
        </w:rPr>
        <w:t xml:space="preserve"> para visitar o </w:t>
      </w:r>
      <w:proofErr w:type="spellStart"/>
      <w:r w:rsidRPr="005D10B6">
        <w:rPr>
          <w:lang w:val="es-ES"/>
        </w:rPr>
        <w:t>castelo</w:t>
      </w:r>
      <w:proofErr w:type="spellEnd"/>
      <w:r w:rsidRPr="005D10B6">
        <w:rPr>
          <w:lang w:val="es-ES"/>
        </w:rPr>
        <w:t xml:space="preserve"> barroco </w:t>
      </w:r>
      <w:proofErr w:type="spellStart"/>
      <w:r w:rsidRPr="005D10B6">
        <w:rPr>
          <w:lang w:val="es-ES"/>
        </w:rPr>
        <w:t>construído</w:t>
      </w:r>
      <w:proofErr w:type="spellEnd"/>
      <w:r w:rsidRPr="005D10B6">
        <w:rPr>
          <w:lang w:val="es-ES"/>
        </w:rPr>
        <w:t xml:space="preserve"> pelo famoso </w:t>
      </w:r>
      <w:proofErr w:type="spellStart"/>
      <w:r w:rsidRPr="005D10B6">
        <w:rPr>
          <w:lang w:val="es-ES"/>
        </w:rPr>
        <w:t>arquiteto</w:t>
      </w:r>
      <w:proofErr w:type="spellEnd"/>
      <w:r w:rsidRPr="005D10B6">
        <w:rPr>
          <w:lang w:val="es-ES"/>
        </w:rPr>
        <w:t xml:space="preserve"> Francesco </w:t>
      </w:r>
      <w:proofErr w:type="spellStart"/>
      <w:r w:rsidRPr="005D10B6">
        <w:rPr>
          <w:lang w:val="es-ES"/>
        </w:rPr>
        <w:t>Rastrelli</w:t>
      </w:r>
      <w:proofErr w:type="spellEnd"/>
      <w:r w:rsidRPr="005D10B6">
        <w:rPr>
          <w:lang w:val="es-ES"/>
        </w:rPr>
        <w:t xml:space="preserve">. </w:t>
      </w:r>
      <w:proofErr w:type="spellStart"/>
      <w:r w:rsidRPr="005D10B6">
        <w:rPr>
          <w:lang w:val="es-ES"/>
        </w:rPr>
        <w:t>Continuação</w:t>
      </w:r>
      <w:proofErr w:type="spellEnd"/>
      <w:r w:rsidRPr="005D10B6">
        <w:rPr>
          <w:lang w:val="es-ES"/>
        </w:rPr>
        <w:t xml:space="preserve"> até Šiauliai, «a </w:t>
      </w:r>
      <w:proofErr w:type="spellStart"/>
      <w:r w:rsidRPr="005D10B6">
        <w:rPr>
          <w:lang w:val="es-ES"/>
        </w:rPr>
        <w:t>Cidade</w:t>
      </w:r>
      <w:proofErr w:type="spellEnd"/>
      <w:r w:rsidRPr="005D10B6">
        <w:rPr>
          <w:lang w:val="es-ES"/>
        </w:rPr>
        <w:t xml:space="preserve"> do Sol», </w:t>
      </w:r>
      <w:proofErr w:type="spellStart"/>
      <w:r w:rsidRPr="005D10B6">
        <w:rPr>
          <w:lang w:val="es-ES"/>
        </w:rPr>
        <w:t>quarta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cidade</w:t>
      </w:r>
      <w:proofErr w:type="spellEnd"/>
      <w:r w:rsidRPr="005D10B6">
        <w:rPr>
          <w:lang w:val="es-ES"/>
        </w:rPr>
        <w:t xml:space="preserve"> da </w:t>
      </w:r>
      <w:proofErr w:type="spellStart"/>
      <w:r w:rsidRPr="005D10B6">
        <w:rPr>
          <w:lang w:val="es-ES"/>
        </w:rPr>
        <w:t>Lituânia</w:t>
      </w:r>
      <w:proofErr w:type="spellEnd"/>
      <w:r w:rsidRPr="005D10B6">
        <w:rPr>
          <w:lang w:val="es-ES"/>
        </w:rPr>
        <w:t xml:space="preserve">, cujas </w:t>
      </w:r>
      <w:proofErr w:type="spellStart"/>
      <w:r w:rsidRPr="005D10B6">
        <w:rPr>
          <w:lang w:val="es-ES"/>
        </w:rPr>
        <w:t>origens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remontam</w:t>
      </w:r>
      <w:proofErr w:type="spellEnd"/>
      <w:r w:rsidRPr="005D10B6">
        <w:rPr>
          <w:lang w:val="es-ES"/>
        </w:rPr>
        <w:t xml:space="preserve"> a </w:t>
      </w:r>
      <w:proofErr w:type="spellStart"/>
      <w:r w:rsidRPr="005D10B6">
        <w:rPr>
          <w:lang w:val="es-ES"/>
        </w:rPr>
        <w:t>mais</w:t>
      </w:r>
      <w:proofErr w:type="spellEnd"/>
      <w:r w:rsidRPr="005D10B6">
        <w:rPr>
          <w:lang w:val="es-ES"/>
        </w:rPr>
        <w:t xml:space="preserve"> de 2.500 </w:t>
      </w:r>
      <w:proofErr w:type="spellStart"/>
      <w:r w:rsidRPr="005D10B6">
        <w:rPr>
          <w:lang w:val="es-ES"/>
        </w:rPr>
        <w:t>anos</w:t>
      </w:r>
      <w:proofErr w:type="spellEnd"/>
      <w:r w:rsidRPr="005D10B6">
        <w:rPr>
          <w:lang w:val="es-ES"/>
        </w:rPr>
        <w:t xml:space="preserve">. A fama </w:t>
      </w:r>
      <w:proofErr w:type="spellStart"/>
      <w:r w:rsidRPr="005D10B6">
        <w:rPr>
          <w:lang w:val="es-ES"/>
        </w:rPr>
        <w:t>desta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cidade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base</w:t>
      </w:r>
      <w:r w:rsidRPr="005D10B6">
        <w:rPr>
          <w:lang w:val="es-ES"/>
        </w:rPr>
        <w:t>ia</w:t>
      </w:r>
      <w:proofErr w:type="spellEnd"/>
      <w:r w:rsidRPr="005D10B6">
        <w:rPr>
          <w:lang w:val="es-ES"/>
        </w:rPr>
        <w:t xml:space="preserve">-se </w:t>
      </w:r>
      <w:proofErr w:type="spellStart"/>
      <w:r w:rsidRPr="005D10B6">
        <w:rPr>
          <w:lang w:val="es-ES"/>
        </w:rPr>
        <w:t>na</w:t>
      </w:r>
      <w:proofErr w:type="spellEnd"/>
      <w:r w:rsidRPr="005D10B6">
        <w:rPr>
          <w:lang w:val="es-ES"/>
        </w:rPr>
        <w:t xml:space="preserve"> «colina das </w:t>
      </w:r>
      <w:proofErr w:type="spellStart"/>
      <w:r w:rsidRPr="005D10B6">
        <w:rPr>
          <w:lang w:val="es-ES"/>
        </w:rPr>
        <w:t>cruzes</w:t>
      </w:r>
      <w:proofErr w:type="spellEnd"/>
      <w:r w:rsidRPr="005D10B6">
        <w:rPr>
          <w:lang w:val="es-ES"/>
        </w:rPr>
        <w:t xml:space="preserve">», que </w:t>
      </w:r>
      <w:proofErr w:type="spellStart"/>
      <w:r w:rsidRPr="005D10B6">
        <w:rPr>
          <w:lang w:val="es-ES"/>
        </w:rPr>
        <w:t>também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foi</w:t>
      </w:r>
      <w:proofErr w:type="spellEnd"/>
      <w:r w:rsidRPr="005D10B6">
        <w:rPr>
          <w:lang w:val="es-ES"/>
        </w:rPr>
        <w:t xml:space="preserve"> visitada pelo papa João Paulo II. </w:t>
      </w:r>
      <w:proofErr w:type="spellStart"/>
      <w:r w:rsidRPr="005D10B6">
        <w:rPr>
          <w:lang w:val="es-ES"/>
        </w:rPr>
        <w:t>Nesta</w:t>
      </w:r>
      <w:proofErr w:type="spellEnd"/>
      <w:r w:rsidRPr="005D10B6">
        <w:rPr>
          <w:lang w:val="es-ES"/>
        </w:rPr>
        <w:t xml:space="preserve"> colina </w:t>
      </w:r>
      <w:proofErr w:type="spellStart"/>
      <w:r w:rsidRPr="005D10B6">
        <w:rPr>
          <w:lang w:val="es-ES"/>
        </w:rPr>
        <w:t>encontram</w:t>
      </w:r>
      <w:proofErr w:type="spellEnd"/>
      <w:r w:rsidRPr="005D10B6">
        <w:rPr>
          <w:lang w:val="es-ES"/>
        </w:rPr>
        <w:t xml:space="preserve">-se pelo menos 10.000 </w:t>
      </w:r>
      <w:proofErr w:type="spellStart"/>
      <w:r w:rsidRPr="005D10B6">
        <w:rPr>
          <w:lang w:val="es-ES"/>
        </w:rPr>
        <w:t>cruzes</w:t>
      </w:r>
      <w:proofErr w:type="spellEnd"/>
      <w:r w:rsidRPr="005D10B6">
        <w:rPr>
          <w:lang w:val="es-ES"/>
        </w:rPr>
        <w:t xml:space="preserve"> de diferentes </w:t>
      </w:r>
      <w:proofErr w:type="spellStart"/>
      <w:r w:rsidRPr="005D10B6">
        <w:rPr>
          <w:lang w:val="es-ES"/>
        </w:rPr>
        <w:t>tamanhos</w:t>
      </w:r>
      <w:proofErr w:type="spellEnd"/>
      <w:r w:rsidRPr="005D10B6">
        <w:rPr>
          <w:lang w:val="es-ES"/>
        </w:rPr>
        <w:t xml:space="preserve">, que </w:t>
      </w:r>
      <w:proofErr w:type="spellStart"/>
      <w:r w:rsidRPr="005D10B6">
        <w:rPr>
          <w:lang w:val="es-ES"/>
        </w:rPr>
        <w:t>simbolizam</w:t>
      </w:r>
      <w:proofErr w:type="spellEnd"/>
      <w:r w:rsidRPr="005D10B6">
        <w:rPr>
          <w:lang w:val="es-ES"/>
        </w:rPr>
        <w:t xml:space="preserve"> o </w:t>
      </w:r>
      <w:proofErr w:type="spellStart"/>
      <w:r w:rsidRPr="005D10B6">
        <w:rPr>
          <w:lang w:val="es-ES"/>
        </w:rPr>
        <w:t>desejo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inquebrantável</w:t>
      </w:r>
      <w:proofErr w:type="spellEnd"/>
      <w:r w:rsidRPr="005D10B6">
        <w:rPr>
          <w:lang w:val="es-ES"/>
        </w:rPr>
        <w:t xml:space="preserve"> da </w:t>
      </w:r>
      <w:proofErr w:type="spellStart"/>
      <w:r w:rsidRPr="005D10B6">
        <w:rPr>
          <w:lang w:val="es-ES"/>
        </w:rPr>
        <w:t>população</w:t>
      </w:r>
      <w:proofErr w:type="spellEnd"/>
      <w:r w:rsidRPr="005D10B6">
        <w:rPr>
          <w:lang w:val="es-ES"/>
        </w:rPr>
        <w:t xml:space="preserve"> por </w:t>
      </w:r>
      <w:proofErr w:type="spellStart"/>
      <w:r w:rsidRPr="005D10B6">
        <w:rPr>
          <w:lang w:val="es-ES"/>
        </w:rPr>
        <w:t>sua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liberdade</w:t>
      </w:r>
      <w:proofErr w:type="spellEnd"/>
      <w:r w:rsidRPr="005D10B6">
        <w:rPr>
          <w:lang w:val="es-ES"/>
        </w:rPr>
        <w:t xml:space="preserve">. </w:t>
      </w:r>
      <w:proofErr w:type="spellStart"/>
      <w:r w:rsidRPr="005D10B6">
        <w:rPr>
          <w:lang w:val="es-ES"/>
        </w:rPr>
        <w:t>Prosseguimos</w:t>
      </w:r>
      <w:proofErr w:type="spellEnd"/>
      <w:r w:rsidRPr="005D10B6">
        <w:rPr>
          <w:lang w:val="es-ES"/>
        </w:rPr>
        <w:t xml:space="preserve"> a </w:t>
      </w:r>
      <w:proofErr w:type="spellStart"/>
      <w:r w:rsidRPr="005D10B6">
        <w:rPr>
          <w:lang w:val="es-ES"/>
        </w:rPr>
        <w:t>viagem</w:t>
      </w:r>
      <w:proofErr w:type="spellEnd"/>
      <w:r w:rsidRPr="005D10B6">
        <w:rPr>
          <w:lang w:val="es-ES"/>
        </w:rPr>
        <w:t xml:space="preserve"> até </w:t>
      </w:r>
      <w:proofErr w:type="spellStart"/>
      <w:r w:rsidRPr="005D10B6">
        <w:rPr>
          <w:lang w:val="es-ES"/>
        </w:rPr>
        <w:t>Vilni</w:t>
      </w:r>
      <w:r w:rsidRPr="005D10B6">
        <w:rPr>
          <w:lang w:val="es-ES"/>
        </w:rPr>
        <w:t>us</w:t>
      </w:r>
      <w:proofErr w:type="spellEnd"/>
      <w:r w:rsidRPr="005D10B6">
        <w:rPr>
          <w:lang w:val="es-ES"/>
        </w:rPr>
        <w:t xml:space="preserve">, capital da </w:t>
      </w:r>
      <w:proofErr w:type="spellStart"/>
      <w:r w:rsidRPr="005D10B6">
        <w:rPr>
          <w:lang w:val="es-ES"/>
        </w:rPr>
        <w:t>Lituânia</w:t>
      </w:r>
      <w:proofErr w:type="spellEnd"/>
      <w:r w:rsidRPr="005D10B6">
        <w:rPr>
          <w:lang w:val="es-ES"/>
        </w:rPr>
        <w:t xml:space="preserve">. </w:t>
      </w:r>
      <w:proofErr w:type="spellStart"/>
      <w:r w:rsidRPr="005D10B6">
        <w:rPr>
          <w:lang w:val="es-ES"/>
        </w:rPr>
        <w:t>Hospedagem</w:t>
      </w:r>
      <w:proofErr w:type="spellEnd"/>
      <w:r w:rsidRPr="005D10B6">
        <w:rPr>
          <w:lang w:val="es-ES"/>
        </w:rPr>
        <w:t xml:space="preserve"> em </w:t>
      </w:r>
      <w:proofErr w:type="spellStart"/>
      <w:r w:rsidRPr="005D10B6">
        <w:rPr>
          <w:lang w:val="es-ES"/>
        </w:rPr>
        <w:t>Vilnius</w:t>
      </w:r>
      <w:proofErr w:type="spellEnd"/>
      <w:r w:rsidRPr="005D10B6">
        <w:rPr>
          <w:lang w:val="es-ES"/>
        </w:rPr>
        <w:t>.</w:t>
      </w:r>
    </w:p>
    <w:p w14:paraId="3656AF3E" w14:textId="77777777" w:rsidR="00C25642" w:rsidRPr="005D10B6" w:rsidRDefault="00C25642">
      <w:pPr>
        <w:rPr>
          <w:lang w:val="es-ES"/>
        </w:rPr>
      </w:pPr>
    </w:p>
    <w:p w14:paraId="368DB6B0" w14:textId="77777777" w:rsidR="00C25642" w:rsidRPr="005D10B6" w:rsidRDefault="007B1B33">
      <w:pPr>
        <w:pStyle w:val="Ttulo2"/>
        <w:rPr>
          <w:lang w:val="es-ES"/>
        </w:rPr>
      </w:pPr>
      <w:r w:rsidRPr="005D10B6">
        <w:rPr>
          <w:lang w:val="es-ES"/>
        </w:rPr>
        <w:t>DIA 18 SEG VILNIUS - TRAKAI - VILNIUS</w:t>
      </w:r>
    </w:p>
    <w:p w14:paraId="75A65D9E" w14:textId="77777777" w:rsidR="00C25642" w:rsidRPr="005D10B6" w:rsidRDefault="007B1B33">
      <w:pPr>
        <w:rPr>
          <w:lang w:val="es-ES"/>
        </w:rPr>
      </w:pPr>
      <w:r w:rsidRPr="005D10B6">
        <w:rPr>
          <w:lang w:val="es-ES"/>
        </w:rPr>
        <w:t xml:space="preserve">Café da </w:t>
      </w:r>
      <w:proofErr w:type="spellStart"/>
      <w:r w:rsidRPr="005D10B6">
        <w:rPr>
          <w:lang w:val="es-ES"/>
        </w:rPr>
        <w:t>manhã</w:t>
      </w:r>
      <w:proofErr w:type="spellEnd"/>
      <w:r w:rsidRPr="005D10B6">
        <w:rPr>
          <w:lang w:val="es-ES"/>
        </w:rPr>
        <w:t xml:space="preserve"> e visita </w:t>
      </w:r>
      <w:proofErr w:type="spellStart"/>
      <w:r w:rsidRPr="005D10B6">
        <w:rPr>
          <w:lang w:val="es-ES"/>
        </w:rPr>
        <w:t>panorâmica</w:t>
      </w:r>
      <w:proofErr w:type="spellEnd"/>
      <w:r w:rsidRPr="005D10B6">
        <w:rPr>
          <w:lang w:val="es-ES"/>
        </w:rPr>
        <w:t xml:space="preserve"> da </w:t>
      </w:r>
      <w:proofErr w:type="spellStart"/>
      <w:r w:rsidRPr="005D10B6">
        <w:rPr>
          <w:lang w:val="es-ES"/>
        </w:rPr>
        <w:t>cidade</w:t>
      </w:r>
      <w:proofErr w:type="spellEnd"/>
      <w:r w:rsidRPr="005D10B6">
        <w:rPr>
          <w:lang w:val="es-ES"/>
        </w:rPr>
        <w:t xml:space="preserve">, </w:t>
      </w:r>
      <w:proofErr w:type="spellStart"/>
      <w:r w:rsidRPr="005D10B6">
        <w:rPr>
          <w:lang w:val="es-ES"/>
        </w:rPr>
        <w:t>também</w:t>
      </w:r>
      <w:proofErr w:type="spellEnd"/>
      <w:r w:rsidRPr="005D10B6">
        <w:rPr>
          <w:lang w:val="es-ES"/>
        </w:rPr>
        <w:t xml:space="preserve"> chamada de «a </w:t>
      </w:r>
      <w:proofErr w:type="spellStart"/>
      <w:r w:rsidRPr="005D10B6">
        <w:rPr>
          <w:lang w:val="es-ES"/>
        </w:rPr>
        <w:t>Jerusalém</w:t>
      </w:r>
      <w:proofErr w:type="spellEnd"/>
      <w:r w:rsidRPr="005D10B6">
        <w:rPr>
          <w:lang w:val="es-ES"/>
        </w:rPr>
        <w:t xml:space="preserve"> da </w:t>
      </w:r>
      <w:proofErr w:type="spellStart"/>
      <w:r w:rsidRPr="005D10B6">
        <w:rPr>
          <w:lang w:val="es-ES"/>
        </w:rPr>
        <w:t>Lituânia</w:t>
      </w:r>
      <w:proofErr w:type="spellEnd"/>
      <w:r w:rsidRPr="005D10B6">
        <w:rPr>
          <w:lang w:val="es-ES"/>
        </w:rPr>
        <w:t xml:space="preserve">», </w:t>
      </w:r>
      <w:proofErr w:type="spellStart"/>
      <w:r w:rsidRPr="005D10B6">
        <w:rPr>
          <w:lang w:val="es-ES"/>
        </w:rPr>
        <w:t>com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uma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população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heterogênea</w:t>
      </w:r>
      <w:proofErr w:type="spellEnd"/>
      <w:r w:rsidRPr="005D10B6">
        <w:rPr>
          <w:lang w:val="es-ES"/>
        </w:rPr>
        <w:t xml:space="preserve"> que reúne </w:t>
      </w:r>
      <w:proofErr w:type="spellStart"/>
      <w:r w:rsidRPr="005D10B6">
        <w:rPr>
          <w:lang w:val="es-ES"/>
        </w:rPr>
        <w:t>pessoas</w:t>
      </w:r>
      <w:proofErr w:type="spellEnd"/>
      <w:r w:rsidRPr="005D10B6">
        <w:rPr>
          <w:lang w:val="es-ES"/>
        </w:rPr>
        <w:t xml:space="preserve"> de 92 nacionalidades diferentes</w:t>
      </w:r>
      <w:r w:rsidRPr="005D10B6">
        <w:rPr>
          <w:lang w:val="es-ES"/>
        </w:rPr>
        <w:t xml:space="preserve">. Entre </w:t>
      </w:r>
      <w:proofErr w:type="spellStart"/>
      <w:r w:rsidRPr="005D10B6">
        <w:rPr>
          <w:lang w:val="es-ES"/>
        </w:rPr>
        <w:t>suas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múltiplas</w:t>
      </w:r>
      <w:proofErr w:type="spellEnd"/>
      <w:r w:rsidRPr="005D10B6">
        <w:rPr>
          <w:lang w:val="es-ES"/>
        </w:rPr>
        <w:t xml:space="preserve"> obras sacras </w:t>
      </w:r>
      <w:proofErr w:type="spellStart"/>
      <w:r w:rsidRPr="005D10B6">
        <w:rPr>
          <w:lang w:val="es-ES"/>
        </w:rPr>
        <w:t>destacam</w:t>
      </w:r>
      <w:proofErr w:type="spellEnd"/>
      <w:r w:rsidRPr="005D10B6">
        <w:rPr>
          <w:lang w:val="es-ES"/>
        </w:rPr>
        <w:t xml:space="preserve">-se </w:t>
      </w:r>
      <w:proofErr w:type="spellStart"/>
      <w:r w:rsidRPr="005D10B6">
        <w:rPr>
          <w:lang w:val="es-ES"/>
        </w:rPr>
        <w:t>a</w:t>
      </w:r>
      <w:proofErr w:type="spellEnd"/>
      <w:r w:rsidRPr="005D10B6">
        <w:rPr>
          <w:lang w:val="es-ES"/>
        </w:rPr>
        <w:t xml:space="preserve"> igreja de São Pedro e São Paulo, </w:t>
      </w:r>
      <w:proofErr w:type="spellStart"/>
      <w:r w:rsidRPr="005D10B6">
        <w:rPr>
          <w:lang w:val="es-ES"/>
        </w:rPr>
        <w:t>construída</w:t>
      </w:r>
      <w:proofErr w:type="spellEnd"/>
      <w:r w:rsidRPr="005D10B6">
        <w:rPr>
          <w:lang w:val="es-ES"/>
        </w:rPr>
        <w:t xml:space="preserve"> em 1668 sobre os restos </w:t>
      </w:r>
      <w:proofErr w:type="spellStart"/>
      <w:r w:rsidRPr="005D10B6">
        <w:rPr>
          <w:lang w:val="es-ES"/>
        </w:rPr>
        <w:t>arquitetônicos</w:t>
      </w:r>
      <w:proofErr w:type="spellEnd"/>
      <w:r w:rsidRPr="005D10B6">
        <w:rPr>
          <w:lang w:val="es-ES"/>
        </w:rPr>
        <w:t xml:space="preserve"> de </w:t>
      </w:r>
      <w:proofErr w:type="spellStart"/>
      <w:r w:rsidRPr="005D10B6">
        <w:rPr>
          <w:lang w:val="es-ES"/>
        </w:rPr>
        <w:t>um</w:t>
      </w:r>
      <w:proofErr w:type="spellEnd"/>
      <w:r w:rsidRPr="005D10B6">
        <w:rPr>
          <w:lang w:val="es-ES"/>
        </w:rPr>
        <w:t xml:space="preserve"> templo </w:t>
      </w:r>
      <w:proofErr w:type="spellStart"/>
      <w:r w:rsidRPr="005D10B6">
        <w:rPr>
          <w:lang w:val="es-ES"/>
        </w:rPr>
        <w:t>pagão</w:t>
      </w:r>
      <w:proofErr w:type="spellEnd"/>
      <w:r w:rsidRPr="005D10B6">
        <w:rPr>
          <w:lang w:val="es-ES"/>
        </w:rPr>
        <w:t xml:space="preserve"> dedicado a </w:t>
      </w:r>
      <w:proofErr w:type="spellStart"/>
      <w:r w:rsidRPr="005D10B6">
        <w:rPr>
          <w:lang w:val="es-ES"/>
        </w:rPr>
        <w:t>Milda</w:t>
      </w:r>
      <w:proofErr w:type="spellEnd"/>
      <w:r w:rsidRPr="005D10B6">
        <w:rPr>
          <w:lang w:val="es-ES"/>
        </w:rPr>
        <w:t xml:space="preserve">, </w:t>
      </w:r>
      <w:proofErr w:type="spellStart"/>
      <w:r w:rsidRPr="005D10B6">
        <w:rPr>
          <w:lang w:val="es-ES"/>
        </w:rPr>
        <w:t>deusa</w:t>
      </w:r>
      <w:proofErr w:type="spellEnd"/>
      <w:r w:rsidRPr="005D10B6">
        <w:rPr>
          <w:lang w:val="es-ES"/>
        </w:rPr>
        <w:t xml:space="preserve"> do amor; a igreja de Santa Ana, </w:t>
      </w:r>
      <w:proofErr w:type="spellStart"/>
      <w:r w:rsidRPr="005D10B6">
        <w:rPr>
          <w:lang w:val="es-ES"/>
        </w:rPr>
        <w:t>com</w:t>
      </w:r>
      <w:proofErr w:type="spellEnd"/>
      <w:r w:rsidRPr="005D10B6">
        <w:rPr>
          <w:lang w:val="es-ES"/>
        </w:rPr>
        <w:t xml:space="preserve"> o </w:t>
      </w:r>
      <w:proofErr w:type="spellStart"/>
      <w:r w:rsidRPr="005D10B6">
        <w:rPr>
          <w:lang w:val="es-ES"/>
        </w:rPr>
        <w:t>adjacente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mosteiro</w:t>
      </w:r>
      <w:proofErr w:type="spellEnd"/>
      <w:r w:rsidRPr="005D10B6">
        <w:rPr>
          <w:lang w:val="es-ES"/>
        </w:rPr>
        <w:t xml:space="preserve"> das Bernardinas; a igre</w:t>
      </w:r>
      <w:r w:rsidRPr="005D10B6">
        <w:rPr>
          <w:lang w:val="es-ES"/>
        </w:rPr>
        <w:t xml:space="preserve">ja de São Casimiro, fundada pelos </w:t>
      </w:r>
      <w:proofErr w:type="spellStart"/>
      <w:r w:rsidRPr="005D10B6">
        <w:rPr>
          <w:lang w:val="es-ES"/>
        </w:rPr>
        <w:t>jesuítas</w:t>
      </w:r>
      <w:proofErr w:type="spellEnd"/>
      <w:r w:rsidRPr="005D10B6">
        <w:rPr>
          <w:lang w:val="es-ES"/>
        </w:rPr>
        <w:t xml:space="preserve"> e dedicada a São Casimiro </w:t>
      </w:r>
      <w:proofErr w:type="spellStart"/>
      <w:r w:rsidRPr="005D10B6">
        <w:rPr>
          <w:lang w:val="es-ES"/>
        </w:rPr>
        <w:t>Jagiellon</w:t>
      </w:r>
      <w:proofErr w:type="spellEnd"/>
      <w:r w:rsidRPr="005D10B6">
        <w:rPr>
          <w:lang w:val="es-ES"/>
        </w:rPr>
        <w:t xml:space="preserve">, </w:t>
      </w:r>
      <w:proofErr w:type="spellStart"/>
      <w:r w:rsidRPr="005D10B6">
        <w:rPr>
          <w:lang w:val="es-ES"/>
        </w:rPr>
        <w:t>filho</w:t>
      </w:r>
      <w:proofErr w:type="spellEnd"/>
      <w:r w:rsidRPr="005D10B6">
        <w:rPr>
          <w:lang w:val="es-ES"/>
        </w:rPr>
        <w:t xml:space="preserve"> do </w:t>
      </w:r>
      <w:proofErr w:type="spellStart"/>
      <w:r w:rsidRPr="005D10B6">
        <w:rPr>
          <w:lang w:val="es-ES"/>
        </w:rPr>
        <w:t>rei</w:t>
      </w:r>
      <w:proofErr w:type="spellEnd"/>
      <w:r w:rsidRPr="005D10B6">
        <w:rPr>
          <w:lang w:val="es-ES"/>
        </w:rPr>
        <w:t xml:space="preserve"> da </w:t>
      </w:r>
      <w:proofErr w:type="spellStart"/>
      <w:r w:rsidRPr="005D10B6">
        <w:rPr>
          <w:lang w:val="es-ES"/>
        </w:rPr>
        <w:t>Polônia</w:t>
      </w:r>
      <w:proofErr w:type="spellEnd"/>
      <w:r w:rsidRPr="005D10B6">
        <w:rPr>
          <w:lang w:val="es-ES"/>
        </w:rPr>
        <w:t xml:space="preserve">; e a igreja de São Miguel, obra </w:t>
      </w:r>
      <w:proofErr w:type="spellStart"/>
      <w:r w:rsidRPr="005D10B6">
        <w:rPr>
          <w:lang w:val="es-ES"/>
        </w:rPr>
        <w:t>renascentista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construída</w:t>
      </w:r>
      <w:proofErr w:type="spellEnd"/>
      <w:r w:rsidRPr="005D10B6">
        <w:rPr>
          <w:lang w:val="es-ES"/>
        </w:rPr>
        <w:t xml:space="preserve"> em 1594. À tarde, </w:t>
      </w:r>
      <w:proofErr w:type="spellStart"/>
      <w:r w:rsidRPr="005D10B6">
        <w:rPr>
          <w:lang w:val="es-ES"/>
        </w:rPr>
        <w:t>excursão</w:t>
      </w:r>
      <w:proofErr w:type="spellEnd"/>
      <w:r w:rsidRPr="005D10B6">
        <w:rPr>
          <w:lang w:val="es-ES"/>
        </w:rPr>
        <w:t xml:space="preserve"> a Trakai, </w:t>
      </w:r>
      <w:proofErr w:type="spellStart"/>
      <w:r w:rsidRPr="005D10B6">
        <w:rPr>
          <w:lang w:val="es-ES"/>
        </w:rPr>
        <w:t>muito</w:t>
      </w:r>
      <w:proofErr w:type="spellEnd"/>
      <w:r w:rsidRPr="005D10B6">
        <w:rPr>
          <w:lang w:val="es-ES"/>
        </w:rPr>
        <w:t xml:space="preserve"> famosa por </w:t>
      </w:r>
      <w:proofErr w:type="spellStart"/>
      <w:r w:rsidRPr="005D10B6">
        <w:rPr>
          <w:lang w:val="es-ES"/>
        </w:rPr>
        <w:t>seu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castelo</w:t>
      </w:r>
      <w:proofErr w:type="spellEnd"/>
      <w:r w:rsidRPr="005D10B6">
        <w:rPr>
          <w:lang w:val="es-ES"/>
        </w:rPr>
        <w:t xml:space="preserve"> do </w:t>
      </w:r>
      <w:proofErr w:type="spellStart"/>
      <w:r w:rsidRPr="005D10B6">
        <w:rPr>
          <w:lang w:val="es-ES"/>
        </w:rPr>
        <w:t>século</w:t>
      </w:r>
      <w:proofErr w:type="spellEnd"/>
      <w:r w:rsidRPr="005D10B6">
        <w:rPr>
          <w:lang w:val="es-ES"/>
        </w:rPr>
        <w:t xml:space="preserve"> XIV, rodeado por 10</w:t>
      </w:r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pequenos</w:t>
      </w:r>
      <w:proofErr w:type="spellEnd"/>
      <w:r w:rsidRPr="005D10B6">
        <w:rPr>
          <w:lang w:val="es-ES"/>
        </w:rPr>
        <w:t xml:space="preserve"> lagos. </w:t>
      </w:r>
      <w:proofErr w:type="spellStart"/>
      <w:r w:rsidRPr="005D10B6">
        <w:rPr>
          <w:lang w:val="es-ES"/>
        </w:rPr>
        <w:t>Hospedagem</w:t>
      </w:r>
      <w:proofErr w:type="spellEnd"/>
      <w:r w:rsidRPr="005D10B6">
        <w:rPr>
          <w:lang w:val="es-ES"/>
        </w:rPr>
        <w:t>.</w:t>
      </w:r>
    </w:p>
    <w:p w14:paraId="0A6274E2" w14:textId="77777777" w:rsidR="00C25642" w:rsidRPr="005D10B6" w:rsidRDefault="00C25642">
      <w:pPr>
        <w:rPr>
          <w:lang w:val="es-ES"/>
        </w:rPr>
      </w:pPr>
    </w:p>
    <w:p w14:paraId="7E2AA697" w14:textId="77777777" w:rsidR="00C25642" w:rsidRPr="005D10B6" w:rsidRDefault="007B1B33">
      <w:pPr>
        <w:pStyle w:val="Ttulo2"/>
        <w:rPr>
          <w:lang w:val="es-ES"/>
        </w:rPr>
      </w:pPr>
      <w:r w:rsidRPr="005D10B6">
        <w:rPr>
          <w:lang w:val="es-ES"/>
        </w:rPr>
        <w:t>DIA 19 TER VILNIUS - VARSÓVIA</w:t>
      </w:r>
    </w:p>
    <w:p w14:paraId="4545DA4D" w14:textId="77777777" w:rsidR="00C25642" w:rsidRPr="005D10B6" w:rsidRDefault="007B1B33">
      <w:pPr>
        <w:rPr>
          <w:lang w:val="es-ES"/>
        </w:rPr>
      </w:pPr>
      <w:r w:rsidRPr="005D10B6">
        <w:rPr>
          <w:lang w:val="es-ES"/>
        </w:rPr>
        <w:t xml:space="preserve">Café da </w:t>
      </w:r>
      <w:proofErr w:type="spellStart"/>
      <w:r w:rsidRPr="005D10B6">
        <w:rPr>
          <w:lang w:val="es-ES"/>
        </w:rPr>
        <w:t>manhã</w:t>
      </w:r>
      <w:proofErr w:type="spellEnd"/>
      <w:r w:rsidRPr="005D10B6">
        <w:rPr>
          <w:lang w:val="es-ES"/>
        </w:rPr>
        <w:t xml:space="preserve"> e </w:t>
      </w:r>
      <w:proofErr w:type="spellStart"/>
      <w:r w:rsidRPr="005D10B6">
        <w:rPr>
          <w:lang w:val="es-ES"/>
        </w:rPr>
        <w:t>saída</w:t>
      </w:r>
      <w:proofErr w:type="spellEnd"/>
      <w:r w:rsidRPr="005D10B6">
        <w:rPr>
          <w:lang w:val="es-ES"/>
        </w:rPr>
        <w:t xml:space="preserve"> em </w:t>
      </w:r>
      <w:proofErr w:type="spellStart"/>
      <w:r w:rsidRPr="005D10B6">
        <w:rPr>
          <w:lang w:val="es-ES"/>
        </w:rPr>
        <w:t>direção</w:t>
      </w:r>
      <w:proofErr w:type="spellEnd"/>
      <w:r w:rsidRPr="005D10B6">
        <w:rPr>
          <w:lang w:val="es-ES"/>
        </w:rPr>
        <w:t xml:space="preserve"> a </w:t>
      </w:r>
      <w:proofErr w:type="spellStart"/>
      <w:r w:rsidRPr="005D10B6">
        <w:rPr>
          <w:lang w:val="es-ES"/>
        </w:rPr>
        <w:t>Varsóvia</w:t>
      </w:r>
      <w:proofErr w:type="spellEnd"/>
      <w:r w:rsidRPr="005D10B6">
        <w:rPr>
          <w:lang w:val="es-ES"/>
        </w:rPr>
        <w:t xml:space="preserve">, capital da </w:t>
      </w:r>
      <w:proofErr w:type="spellStart"/>
      <w:r w:rsidRPr="005D10B6">
        <w:rPr>
          <w:lang w:val="es-ES"/>
        </w:rPr>
        <w:t>Polônia</w:t>
      </w:r>
      <w:proofErr w:type="spellEnd"/>
      <w:r w:rsidRPr="005D10B6">
        <w:rPr>
          <w:lang w:val="es-ES"/>
        </w:rPr>
        <w:t xml:space="preserve">. Em </w:t>
      </w:r>
      <w:proofErr w:type="spellStart"/>
      <w:r w:rsidRPr="005D10B6">
        <w:rPr>
          <w:lang w:val="es-ES"/>
        </w:rPr>
        <w:t>nossa</w:t>
      </w:r>
      <w:proofErr w:type="spellEnd"/>
      <w:r w:rsidRPr="005D10B6">
        <w:rPr>
          <w:lang w:val="es-ES"/>
        </w:rPr>
        <w:t xml:space="preserve"> rota </w:t>
      </w:r>
      <w:proofErr w:type="spellStart"/>
      <w:r w:rsidRPr="005D10B6">
        <w:rPr>
          <w:lang w:val="es-ES"/>
        </w:rPr>
        <w:t>passaremos</w:t>
      </w:r>
      <w:proofErr w:type="spellEnd"/>
      <w:r w:rsidRPr="005D10B6">
        <w:rPr>
          <w:lang w:val="es-ES"/>
        </w:rPr>
        <w:t xml:space="preserve"> a 17 km da </w:t>
      </w:r>
      <w:proofErr w:type="spellStart"/>
      <w:r w:rsidRPr="005D10B6">
        <w:rPr>
          <w:lang w:val="es-ES"/>
        </w:rPr>
        <w:t>fronteira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com</w:t>
      </w:r>
      <w:proofErr w:type="spellEnd"/>
      <w:r w:rsidRPr="005D10B6">
        <w:rPr>
          <w:lang w:val="es-ES"/>
        </w:rPr>
        <w:t xml:space="preserve"> a </w:t>
      </w:r>
      <w:proofErr w:type="spellStart"/>
      <w:r w:rsidRPr="005D10B6">
        <w:rPr>
          <w:lang w:val="es-ES"/>
        </w:rPr>
        <w:t>Bielorrússia</w:t>
      </w:r>
      <w:proofErr w:type="spellEnd"/>
      <w:r w:rsidRPr="005D10B6">
        <w:rPr>
          <w:lang w:val="es-ES"/>
        </w:rPr>
        <w:t xml:space="preserve">, onde </w:t>
      </w:r>
      <w:proofErr w:type="spellStart"/>
      <w:r w:rsidRPr="005D10B6">
        <w:rPr>
          <w:lang w:val="es-ES"/>
        </w:rPr>
        <w:t>confluem</w:t>
      </w:r>
      <w:proofErr w:type="spellEnd"/>
      <w:r w:rsidRPr="005D10B6">
        <w:rPr>
          <w:lang w:val="es-ES"/>
        </w:rPr>
        <w:t xml:space="preserve"> os </w:t>
      </w:r>
      <w:proofErr w:type="spellStart"/>
      <w:r w:rsidRPr="005D10B6">
        <w:rPr>
          <w:lang w:val="es-ES"/>
        </w:rPr>
        <w:t>rios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Neris</w:t>
      </w:r>
      <w:proofErr w:type="spellEnd"/>
      <w:r w:rsidRPr="005D10B6">
        <w:rPr>
          <w:lang w:val="es-ES"/>
        </w:rPr>
        <w:t xml:space="preserve"> e Vilna. Desfrutaremos das </w:t>
      </w:r>
      <w:proofErr w:type="spellStart"/>
      <w:r w:rsidRPr="005D10B6">
        <w:rPr>
          <w:lang w:val="es-ES"/>
        </w:rPr>
        <w:t>belas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pais</w:t>
      </w:r>
      <w:r w:rsidRPr="005D10B6">
        <w:rPr>
          <w:lang w:val="es-ES"/>
        </w:rPr>
        <w:t>agens</w:t>
      </w:r>
      <w:proofErr w:type="spellEnd"/>
      <w:r w:rsidRPr="005D10B6">
        <w:rPr>
          <w:lang w:val="es-ES"/>
        </w:rPr>
        <w:t xml:space="preserve"> das </w:t>
      </w:r>
      <w:proofErr w:type="spellStart"/>
      <w:r w:rsidRPr="005D10B6">
        <w:rPr>
          <w:lang w:val="es-ES"/>
        </w:rPr>
        <w:t>pequenas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povoações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rurais</w:t>
      </w:r>
      <w:proofErr w:type="spellEnd"/>
      <w:r w:rsidRPr="005D10B6">
        <w:rPr>
          <w:lang w:val="es-ES"/>
        </w:rPr>
        <w:t xml:space="preserve"> da </w:t>
      </w:r>
      <w:proofErr w:type="spellStart"/>
      <w:r w:rsidRPr="005D10B6">
        <w:rPr>
          <w:lang w:val="es-ES"/>
        </w:rPr>
        <w:t>Polônia</w:t>
      </w:r>
      <w:proofErr w:type="spellEnd"/>
      <w:r w:rsidRPr="005D10B6">
        <w:rPr>
          <w:lang w:val="es-ES"/>
        </w:rPr>
        <w:t xml:space="preserve"> até </w:t>
      </w:r>
      <w:proofErr w:type="spellStart"/>
      <w:r w:rsidRPr="005D10B6">
        <w:rPr>
          <w:lang w:val="es-ES"/>
        </w:rPr>
        <w:t>chegar</w:t>
      </w:r>
      <w:proofErr w:type="spellEnd"/>
      <w:r w:rsidRPr="005D10B6">
        <w:rPr>
          <w:lang w:val="es-ES"/>
        </w:rPr>
        <w:t xml:space="preserve"> à tarde a </w:t>
      </w:r>
      <w:proofErr w:type="spellStart"/>
      <w:r w:rsidRPr="005D10B6">
        <w:rPr>
          <w:lang w:val="es-ES"/>
        </w:rPr>
        <w:t>Varsóvia</w:t>
      </w:r>
      <w:proofErr w:type="spellEnd"/>
      <w:r w:rsidRPr="005D10B6">
        <w:rPr>
          <w:lang w:val="es-ES"/>
        </w:rPr>
        <w:t xml:space="preserve">. </w:t>
      </w:r>
      <w:proofErr w:type="spellStart"/>
      <w:r w:rsidRPr="005D10B6">
        <w:rPr>
          <w:lang w:val="es-ES"/>
        </w:rPr>
        <w:t>Hospedagem</w:t>
      </w:r>
      <w:proofErr w:type="spellEnd"/>
      <w:r w:rsidRPr="005D10B6">
        <w:rPr>
          <w:lang w:val="es-ES"/>
        </w:rPr>
        <w:t>.</w:t>
      </w:r>
    </w:p>
    <w:p w14:paraId="23D4A819" w14:textId="77777777" w:rsidR="00C25642" w:rsidRPr="005D10B6" w:rsidRDefault="00C25642">
      <w:pPr>
        <w:rPr>
          <w:lang w:val="es-ES"/>
        </w:rPr>
      </w:pPr>
    </w:p>
    <w:p w14:paraId="30417EAE" w14:textId="77777777" w:rsidR="00C25642" w:rsidRPr="005D10B6" w:rsidRDefault="007B1B33">
      <w:pPr>
        <w:pStyle w:val="Ttulo2"/>
        <w:rPr>
          <w:lang w:val="es-ES"/>
        </w:rPr>
      </w:pPr>
      <w:r w:rsidRPr="005D10B6">
        <w:rPr>
          <w:lang w:val="es-ES"/>
        </w:rPr>
        <w:lastRenderedPageBreak/>
        <w:t>DIA 20 QUA VARSÓVIA</w:t>
      </w:r>
    </w:p>
    <w:p w14:paraId="5BA5AA82" w14:textId="77777777" w:rsidR="00C25642" w:rsidRPr="005D10B6" w:rsidRDefault="007B1B33">
      <w:pPr>
        <w:rPr>
          <w:lang w:val="es-ES"/>
        </w:rPr>
      </w:pPr>
      <w:r w:rsidRPr="005D10B6">
        <w:rPr>
          <w:lang w:val="es-ES"/>
        </w:rPr>
        <w:t xml:space="preserve">Café da </w:t>
      </w:r>
      <w:proofErr w:type="spellStart"/>
      <w:r w:rsidRPr="005D10B6">
        <w:rPr>
          <w:lang w:val="es-ES"/>
        </w:rPr>
        <w:t>manhã</w:t>
      </w:r>
      <w:proofErr w:type="spellEnd"/>
      <w:r w:rsidRPr="005D10B6">
        <w:rPr>
          <w:lang w:val="es-ES"/>
        </w:rPr>
        <w:t xml:space="preserve"> e visita à </w:t>
      </w:r>
      <w:proofErr w:type="spellStart"/>
      <w:r w:rsidRPr="005D10B6">
        <w:rPr>
          <w:lang w:val="es-ES"/>
        </w:rPr>
        <w:t>cidade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seguindo</w:t>
      </w:r>
      <w:proofErr w:type="spellEnd"/>
      <w:r w:rsidRPr="005D10B6">
        <w:rPr>
          <w:lang w:val="es-ES"/>
        </w:rPr>
        <w:t xml:space="preserve"> o </w:t>
      </w:r>
      <w:proofErr w:type="spellStart"/>
      <w:r w:rsidRPr="005D10B6">
        <w:rPr>
          <w:lang w:val="es-ES"/>
        </w:rPr>
        <w:t>caminho</w:t>
      </w:r>
      <w:proofErr w:type="spellEnd"/>
      <w:r w:rsidRPr="005D10B6">
        <w:rPr>
          <w:lang w:val="es-ES"/>
        </w:rPr>
        <w:t xml:space="preserve"> da Rota Real, que </w:t>
      </w:r>
      <w:proofErr w:type="spellStart"/>
      <w:r w:rsidRPr="005D10B6">
        <w:rPr>
          <w:lang w:val="es-ES"/>
        </w:rPr>
        <w:t>abrange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também</w:t>
      </w:r>
      <w:proofErr w:type="spellEnd"/>
      <w:r w:rsidRPr="005D10B6">
        <w:rPr>
          <w:lang w:val="es-ES"/>
        </w:rPr>
        <w:t xml:space="preserve"> o centro histórico da </w:t>
      </w:r>
      <w:proofErr w:type="spellStart"/>
      <w:r w:rsidRPr="005D10B6">
        <w:rPr>
          <w:lang w:val="es-ES"/>
        </w:rPr>
        <w:t>cidade</w:t>
      </w:r>
      <w:proofErr w:type="spellEnd"/>
      <w:r w:rsidRPr="005D10B6">
        <w:rPr>
          <w:lang w:val="es-ES"/>
        </w:rPr>
        <w:t xml:space="preserve">, o Parque Real de </w:t>
      </w:r>
      <w:proofErr w:type="spellStart"/>
      <w:r w:rsidRPr="005D10B6">
        <w:rPr>
          <w:lang w:val="es-ES"/>
        </w:rPr>
        <w:t>Lazienki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com</w:t>
      </w:r>
      <w:proofErr w:type="spellEnd"/>
      <w:r w:rsidRPr="005D10B6">
        <w:rPr>
          <w:lang w:val="es-ES"/>
        </w:rPr>
        <w:t xml:space="preserve"> </w:t>
      </w:r>
      <w:proofErr w:type="spellStart"/>
      <w:r w:rsidRPr="005D10B6">
        <w:rPr>
          <w:lang w:val="es-ES"/>
        </w:rPr>
        <w:t>s</w:t>
      </w:r>
      <w:r w:rsidRPr="005D10B6">
        <w:rPr>
          <w:lang w:val="es-ES"/>
        </w:rPr>
        <w:t>eu</w:t>
      </w:r>
      <w:proofErr w:type="spellEnd"/>
      <w:r w:rsidRPr="005D10B6">
        <w:rPr>
          <w:lang w:val="es-ES"/>
        </w:rPr>
        <w:t xml:space="preserve"> monumento a Chopin e a Igreja de Santa Ana. Tarde </w:t>
      </w:r>
      <w:proofErr w:type="spellStart"/>
      <w:r w:rsidRPr="005D10B6">
        <w:rPr>
          <w:lang w:val="es-ES"/>
        </w:rPr>
        <w:t>livre</w:t>
      </w:r>
      <w:proofErr w:type="spellEnd"/>
      <w:r w:rsidRPr="005D10B6">
        <w:rPr>
          <w:lang w:val="es-ES"/>
        </w:rPr>
        <w:t xml:space="preserve"> e </w:t>
      </w:r>
      <w:proofErr w:type="spellStart"/>
      <w:r w:rsidRPr="005D10B6">
        <w:rPr>
          <w:lang w:val="es-ES"/>
        </w:rPr>
        <w:t>acomodação</w:t>
      </w:r>
      <w:proofErr w:type="spellEnd"/>
      <w:r w:rsidRPr="005D10B6">
        <w:rPr>
          <w:lang w:val="es-ES"/>
        </w:rPr>
        <w:t xml:space="preserve"> em </w:t>
      </w:r>
      <w:proofErr w:type="spellStart"/>
      <w:r w:rsidRPr="005D10B6">
        <w:rPr>
          <w:lang w:val="es-ES"/>
        </w:rPr>
        <w:t>Varsóvia</w:t>
      </w:r>
      <w:proofErr w:type="spellEnd"/>
      <w:r w:rsidRPr="005D10B6">
        <w:rPr>
          <w:lang w:val="es-ES"/>
        </w:rPr>
        <w:t>.</w:t>
      </w:r>
    </w:p>
    <w:p w14:paraId="7D8B1A22" w14:textId="77777777" w:rsidR="00C25642" w:rsidRPr="005D10B6" w:rsidRDefault="00C25642">
      <w:pPr>
        <w:rPr>
          <w:lang w:val="es-ES"/>
        </w:rPr>
      </w:pPr>
    </w:p>
    <w:p w14:paraId="5C76938B" w14:textId="77777777" w:rsidR="00C25642" w:rsidRPr="005D10B6" w:rsidRDefault="007B1B33">
      <w:pPr>
        <w:pStyle w:val="Ttulo2"/>
        <w:rPr>
          <w:lang w:val="es-ES"/>
        </w:rPr>
      </w:pPr>
      <w:r w:rsidRPr="005D10B6">
        <w:rPr>
          <w:lang w:val="es-ES"/>
        </w:rPr>
        <w:t>DIA 21 QUI VARSÓVIA</w:t>
      </w:r>
    </w:p>
    <w:p w14:paraId="4C072BD0" w14:textId="77777777" w:rsidR="00C25642" w:rsidRPr="005D10B6" w:rsidRDefault="007B1B33">
      <w:pPr>
        <w:rPr>
          <w:lang w:val="es-ES"/>
        </w:rPr>
      </w:pPr>
      <w:r w:rsidRPr="005D10B6">
        <w:rPr>
          <w:lang w:val="es-ES"/>
        </w:rPr>
        <w:t xml:space="preserve">Café da </w:t>
      </w:r>
      <w:proofErr w:type="spellStart"/>
      <w:r w:rsidRPr="005D10B6">
        <w:rPr>
          <w:lang w:val="es-ES"/>
        </w:rPr>
        <w:t>manhã</w:t>
      </w:r>
      <w:proofErr w:type="spellEnd"/>
      <w:r w:rsidRPr="005D10B6">
        <w:rPr>
          <w:lang w:val="es-ES"/>
        </w:rPr>
        <w:t xml:space="preserve"> e traslado de </w:t>
      </w:r>
      <w:proofErr w:type="spellStart"/>
      <w:r w:rsidRPr="005D10B6">
        <w:rPr>
          <w:lang w:val="es-ES"/>
        </w:rPr>
        <w:t>saída</w:t>
      </w:r>
      <w:proofErr w:type="spellEnd"/>
      <w:r w:rsidRPr="005D10B6">
        <w:rPr>
          <w:lang w:val="es-ES"/>
        </w:rPr>
        <w:t xml:space="preserve"> para o </w:t>
      </w:r>
      <w:proofErr w:type="spellStart"/>
      <w:r w:rsidRPr="005D10B6">
        <w:rPr>
          <w:lang w:val="es-ES"/>
        </w:rPr>
        <w:t>aeroporto</w:t>
      </w:r>
      <w:proofErr w:type="spellEnd"/>
      <w:r w:rsidRPr="005D10B6">
        <w:rPr>
          <w:lang w:val="es-ES"/>
        </w:rPr>
        <w:t>.</w:t>
      </w:r>
    </w:p>
    <w:sectPr w:rsidR="00C25642" w:rsidRPr="005D10B6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726A30" w14:textId="77777777" w:rsidR="005D10B6" w:rsidRDefault="005D10B6" w:rsidP="005D10B6">
      <w:pPr>
        <w:spacing w:after="0" w:line="240" w:lineRule="auto"/>
      </w:pPr>
      <w:r>
        <w:separator/>
      </w:r>
    </w:p>
  </w:endnote>
  <w:endnote w:type="continuationSeparator" w:id="0">
    <w:p w14:paraId="4A4DD0C0" w14:textId="77777777" w:rsidR="005D10B6" w:rsidRDefault="005D10B6" w:rsidP="005D10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046E4B" w14:textId="77777777" w:rsidR="005D10B6" w:rsidRDefault="005D10B6" w:rsidP="005D10B6">
      <w:pPr>
        <w:spacing w:after="0" w:line="240" w:lineRule="auto"/>
      </w:pPr>
      <w:r>
        <w:separator/>
      </w:r>
    </w:p>
  </w:footnote>
  <w:footnote w:type="continuationSeparator" w:id="0">
    <w:p w14:paraId="158CDC0A" w14:textId="77777777" w:rsidR="005D10B6" w:rsidRDefault="005D10B6" w:rsidP="005D10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09D714" w14:textId="31059DCD" w:rsidR="005D10B6" w:rsidRDefault="005D10B6">
    <w:pPr>
      <w:pStyle w:val="Encabezado"/>
    </w:pPr>
    <w:r>
      <w:rPr>
        <w:noProof/>
      </w:rPr>
      <w:drawing>
        <wp:inline distT="0" distB="0" distL="0" distR="0" wp14:anchorId="073BE063" wp14:editId="33C28169">
          <wp:extent cx="962025" cy="962025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025" cy="962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5D10B6"/>
    <w:rsid w:val="006B2A01"/>
    <w:rsid w:val="007B1B33"/>
    <w:rsid w:val="009001F3"/>
    <w:rsid w:val="00AA1D8D"/>
    <w:rsid w:val="00B47730"/>
    <w:rsid w:val="00C25642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5D2E299"/>
  <w14:defaultImageDpi w14:val="300"/>
  <w15:docId w15:val="{0653D637-D6DC-44D7-9773-838F30690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1591</Words>
  <Characters>8754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10325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user24</cp:lastModifiedBy>
  <cp:revision>5</cp:revision>
  <dcterms:created xsi:type="dcterms:W3CDTF">2013-12-23T23:15:00Z</dcterms:created>
  <dcterms:modified xsi:type="dcterms:W3CDTF">2026-05-26T13:53:00Z</dcterms:modified>
  <cp:category/>
</cp:coreProperties>
</file>