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8B1A7" w14:textId="77777777" w:rsidR="00501481" w:rsidRPr="00D70726" w:rsidRDefault="00D70726">
      <w:pPr>
        <w:jc w:val="center"/>
        <w:rPr>
          <w:rFonts w:asciiTheme="majorHAnsi" w:hAnsiTheme="majorHAnsi" w:cstheme="majorHAnsi"/>
          <w:color w:val="548DD4" w:themeColor="text2" w:themeTint="99"/>
          <w:lang w:val="es-ES"/>
        </w:rPr>
      </w:pPr>
      <w:r w:rsidRPr="00D70726">
        <w:rPr>
          <w:rFonts w:asciiTheme="majorHAnsi" w:hAnsiTheme="majorHAnsi" w:cstheme="majorHAnsi"/>
          <w:b/>
          <w:color w:val="548DD4" w:themeColor="text2" w:themeTint="99"/>
          <w:sz w:val="40"/>
          <w:lang w:val="es-ES"/>
        </w:rPr>
        <w:t>ILHAS LOFOTEN E ESPELHO DO ÁRTICO 2027</w:t>
      </w:r>
    </w:p>
    <w:p w14:paraId="317962BA" w14:textId="2DF2B38D" w:rsidR="00501481" w:rsidRPr="00D70726" w:rsidRDefault="00D70726" w:rsidP="00A26E50">
      <w:pPr>
        <w:jc w:val="center"/>
        <w:rPr>
          <w:rFonts w:asciiTheme="majorHAnsi" w:hAnsiTheme="majorHAnsi" w:cstheme="majorHAnsi"/>
          <w:color w:val="548DD4" w:themeColor="text2" w:themeTint="99"/>
          <w:lang w:val="es-ES"/>
        </w:rPr>
      </w:pPr>
      <w:proofErr w:type="spellStart"/>
      <w:r w:rsidRPr="00D70726">
        <w:rPr>
          <w:rFonts w:asciiTheme="majorHAnsi" w:hAnsiTheme="majorHAnsi" w:cstheme="majorHAnsi"/>
          <w:color w:val="548DD4" w:themeColor="text2" w:themeTint="99"/>
          <w:sz w:val="28"/>
          <w:lang w:val="es-ES"/>
        </w:rPr>
        <w:t>Categoria</w:t>
      </w:r>
      <w:proofErr w:type="spellEnd"/>
      <w:r w:rsidRPr="00D70726">
        <w:rPr>
          <w:rFonts w:asciiTheme="majorHAnsi" w:hAnsiTheme="majorHAnsi" w:cstheme="majorHAnsi"/>
          <w:color w:val="548DD4" w:themeColor="text2" w:themeTint="99"/>
          <w:sz w:val="28"/>
          <w:lang w:val="es-ES"/>
        </w:rPr>
        <w:t xml:space="preserve">: </w:t>
      </w:r>
      <w:proofErr w:type="spellStart"/>
      <w:r w:rsidRPr="00D70726">
        <w:rPr>
          <w:rFonts w:asciiTheme="majorHAnsi" w:hAnsiTheme="majorHAnsi" w:cstheme="majorHAnsi"/>
          <w:color w:val="548DD4" w:themeColor="text2" w:themeTint="99"/>
          <w:sz w:val="28"/>
          <w:lang w:val="es-ES"/>
        </w:rPr>
        <w:t>Primeira</w:t>
      </w:r>
      <w:proofErr w:type="spellEnd"/>
    </w:p>
    <w:p w14:paraId="18CD38F6" w14:textId="77777777" w:rsidR="00501481" w:rsidRPr="00D70726" w:rsidRDefault="00D70726">
      <w:pPr>
        <w:jc w:val="center"/>
        <w:rPr>
          <w:rFonts w:asciiTheme="majorHAnsi" w:hAnsiTheme="majorHAnsi" w:cstheme="majorHAnsi"/>
          <w:lang w:val="es-ES"/>
        </w:rPr>
      </w:pPr>
      <w:proofErr w:type="spellStart"/>
      <w:r w:rsidRPr="00D70726">
        <w:rPr>
          <w:rFonts w:asciiTheme="majorHAnsi" w:hAnsiTheme="majorHAnsi" w:cstheme="majorHAnsi"/>
          <w:b/>
          <w:lang w:val="es-ES"/>
        </w:rPr>
        <w:t>Duração</w:t>
      </w:r>
      <w:proofErr w:type="spellEnd"/>
      <w:r w:rsidRPr="00D70726">
        <w:rPr>
          <w:rFonts w:asciiTheme="majorHAnsi" w:hAnsiTheme="majorHAnsi" w:cstheme="majorHAnsi"/>
          <w:b/>
          <w:lang w:val="es-ES"/>
        </w:rPr>
        <w:t xml:space="preserve">: </w:t>
      </w:r>
      <w:r w:rsidRPr="00D70726">
        <w:rPr>
          <w:rFonts w:asciiTheme="majorHAnsi" w:hAnsiTheme="majorHAnsi" w:cstheme="majorHAnsi"/>
          <w:lang w:val="es-ES"/>
        </w:rPr>
        <w:t xml:space="preserve">10 </w:t>
      </w:r>
      <w:proofErr w:type="spellStart"/>
      <w:r w:rsidRPr="00D70726">
        <w:rPr>
          <w:rFonts w:asciiTheme="majorHAnsi" w:hAnsiTheme="majorHAnsi" w:cstheme="majorHAnsi"/>
          <w:lang w:val="es-ES"/>
        </w:rPr>
        <w:t>Dias</w:t>
      </w:r>
      <w:proofErr w:type="spellEnd"/>
    </w:p>
    <w:p w14:paraId="140F0279" w14:textId="77777777" w:rsidR="00501481" w:rsidRPr="00D70726" w:rsidRDefault="00D70726">
      <w:pPr>
        <w:spacing w:before="160" w:after="6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SAÍDA GARANTIDA 2027</w:t>
      </w:r>
    </w:p>
    <w:p w14:paraId="1EDE8BEA" w14:textId="16885295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>SETEMBRO ........................ 22</w:t>
      </w:r>
    </w:p>
    <w:p w14:paraId="06D4D4C1" w14:textId="77777777" w:rsidR="00A26E50" w:rsidRPr="00D70726" w:rsidRDefault="00A26E50">
      <w:pPr>
        <w:rPr>
          <w:rFonts w:asciiTheme="majorHAnsi" w:hAnsiTheme="majorHAnsi" w:cstheme="majorHAnsi"/>
          <w:lang w:val="es-ES"/>
        </w:rPr>
      </w:pPr>
    </w:p>
    <w:p w14:paraId="5AAA4D13" w14:textId="77777777" w:rsidR="00501481" w:rsidRPr="00D70726" w:rsidRDefault="00D70726">
      <w:pPr>
        <w:spacing w:before="160" w:after="6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HOTÉIS PREVISTOS</w:t>
      </w:r>
    </w:p>
    <w:p w14:paraId="525BAD2A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>(</w:t>
      </w:r>
      <w:proofErr w:type="spellStart"/>
      <w:r w:rsidRPr="00D70726">
        <w:rPr>
          <w:rFonts w:asciiTheme="majorHAnsi" w:hAnsiTheme="majorHAnsi" w:cstheme="majorHAnsi"/>
          <w:lang w:val="es-ES"/>
        </w:rPr>
        <w:t>ou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similares </w:t>
      </w:r>
      <w:proofErr w:type="spellStart"/>
      <w:r w:rsidRPr="00D70726">
        <w:rPr>
          <w:rFonts w:asciiTheme="majorHAnsi" w:hAnsiTheme="majorHAnsi" w:cstheme="majorHAnsi"/>
          <w:lang w:val="es-ES"/>
        </w:rPr>
        <w:t>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categoria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indicada, conforme a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>)</w:t>
      </w:r>
    </w:p>
    <w:p w14:paraId="220F073E" w14:textId="77777777" w:rsidR="00501481" w:rsidRPr="00D70726" w:rsidRDefault="00D70726">
      <w:pPr>
        <w:rPr>
          <w:rFonts w:asciiTheme="majorHAnsi" w:hAnsiTheme="majorHAnsi" w:cstheme="majorHAnsi"/>
        </w:rPr>
      </w:pPr>
      <w:r w:rsidRPr="00D70726">
        <w:rPr>
          <w:rFonts w:asciiTheme="majorHAnsi" w:hAnsiTheme="majorHAnsi" w:cstheme="majorHAnsi"/>
        </w:rPr>
        <w:t>OSLO: RADISSON SCANDINAVIA ****</w:t>
      </w:r>
    </w:p>
    <w:p w14:paraId="359586FA" w14:textId="77777777" w:rsidR="00501481" w:rsidRPr="00D70726" w:rsidRDefault="00D70726">
      <w:pPr>
        <w:rPr>
          <w:rFonts w:asciiTheme="majorHAnsi" w:hAnsiTheme="majorHAnsi" w:cstheme="majorHAnsi"/>
        </w:rPr>
      </w:pPr>
      <w:r w:rsidRPr="00D70726">
        <w:rPr>
          <w:rFonts w:asciiTheme="majorHAnsi" w:hAnsiTheme="majorHAnsi" w:cstheme="majorHAnsi"/>
        </w:rPr>
        <w:t>HARSTAD: HOME ARCTICUS ****</w:t>
      </w:r>
    </w:p>
    <w:p w14:paraId="4467FA2A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>SVOLVAER: THON SOLVAER ****</w:t>
      </w:r>
    </w:p>
    <w:p w14:paraId="63F4F2D3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>KIRUNA: ELITE HOTEL FROST ****</w:t>
      </w:r>
    </w:p>
    <w:p w14:paraId="47147320" w14:textId="141E3E11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>ESTOCOLMO: CLARION SIGN ****</w:t>
      </w:r>
    </w:p>
    <w:p w14:paraId="673FD2D6" w14:textId="77777777" w:rsidR="00A26E50" w:rsidRPr="00D70726" w:rsidRDefault="00A26E50">
      <w:pPr>
        <w:rPr>
          <w:rFonts w:asciiTheme="majorHAnsi" w:hAnsiTheme="majorHAnsi" w:cstheme="majorHAnsi"/>
          <w:lang w:val="es-ES"/>
        </w:rPr>
      </w:pPr>
    </w:p>
    <w:p w14:paraId="769170BB" w14:textId="77777777" w:rsidR="00501481" w:rsidRPr="00D70726" w:rsidRDefault="00D70726">
      <w:pPr>
        <w:spacing w:before="160" w:after="6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SERVIÇOS INCLUÍDOS</w:t>
      </w:r>
    </w:p>
    <w:p w14:paraId="449EBB88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• 9 </w:t>
      </w:r>
      <w:proofErr w:type="spellStart"/>
      <w:r w:rsidRPr="00D70726">
        <w:rPr>
          <w:rFonts w:asciiTheme="majorHAnsi" w:hAnsiTheme="majorHAnsi" w:cstheme="majorHAnsi"/>
          <w:lang w:val="es-ES"/>
        </w:rPr>
        <w:t>noites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buffet</w:t>
      </w:r>
    </w:p>
    <w:p w14:paraId="188D2527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• 1 </w:t>
      </w:r>
      <w:proofErr w:type="spellStart"/>
      <w:r w:rsidRPr="00D70726">
        <w:rPr>
          <w:rFonts w:asciiTheme="majorHAnsi" w:hAnsiTheme="majorHAnsi" w:cstheme="majorHAnsi"/>
          <w:lang w:val="es-ES"/>
        </w:rPr>
        <w:t>jantar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típico</w:t>
      </w:r>
    </w:p>
    <w:p w14:paraId="79D70D59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• </w:t>
      </w:r>
      <w:proofErr w:type="spellStart"/>
      <w:r w:rsidRPr="00D70726">
        <w:rPr>
          <w:rFonts w:asciiTheme="majorHAnsi" w:hAnsiTheme="majorHAnsi" w:cstheme="majorHAnsi"/>
          <w:lang w:val="es-ES"/>
        </w:rPr>
        <w:t>Guia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exclusivo em </w:t>
      </w:r>
      <w:proofErr w:type="spellStart"/>
      <w:r w:rsidRPr="00D70726">
        <w:rPr>
          <w:rFonts w:asciiTheme="majorHAnsi" w:hAnsiTheme="majorHAnsi" w:cstheme="majorHAnsi"/>
          <w:lang w:val="es-ES"/>
        </w:rPr>
        <w:t>espanhol</w:t>
      </w:r>
      <w:proofErr w:type="spellEnd"/>
    </w:p>
    <w:p w14:paraId="4A281AC6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• Entradas e </w:t>
      </w:r>
      <w:proofErr w:type="spellStart"/>
      <w:r w:rsidRPr="00D70726">
        <w:rPr>
          <w:rFonts w:asciiTheme="majorHAnsi" w:hAnsiTheme="majorHAnsi" w:cstheme="majorHAnsi"/>
          <w:lang w:val="es-ES"/>
        </w:rPr>
        <w:t>experiência</w:t>
      </w:r>
      <w:r w:rsidRPr="00D70726">
        <w:rPr>
          <w:rFonts w:asciiTheme="majorHAnsi" w:hAnsiTheme="majorHAnsi" w:cstheme="majorHAnsi"/>
          <w:lang w:val="es-ES"/>
        </w:rPr>
        <w:t>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conforme o </w:t>
      </w:r>
      <w:proofErr w:type="spellStart"/>
      <w:r w:rsidRPr="00D70726">
        <w:rPr>
          <w:rFonts w:asciiTheme="majorHAnsi" w:hAnsiTheme="majorHAnsi" w:cstheme="majorHAnsi"/>
          <w:lang w:val="es-ES"/>
        </w:rPr>
        <w:t>itinerário</w:t>
      </w:r>
      <w:proofErr w:type="spellEnd"/>
    </w:p>
    <w:p w14:paraId="7F97F91D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• </w:t>
      </w:r>
      <w:proofErr w:type="spellStart"/>
      <w:r w:rsidRPr="00D70726">
        <w:rPr>
          <w:rFonts w:asciiTheme="majorHAnsi" w:hAnsiTheme="majorHAnsi" w:cstheme="majorHAnsi"/>
          <w:lang w:val="es-ES"/>
        </w:rPr>
        <w:t>Passagens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aéreas Oslo-</w:t>
      </w:r>
      <w:proofErr w:type="spellStart"/>
      <w:r w:rsidRPr="00D70726">
        <w:rPr>
          <w:rFonts w:asciiTheme="majorHAnsi" w:hAnsiTheme="majorHAnsi" w:cstheme="majorHAnsi"/>
          <w:lang w:val="es-ES"/>
        </w:rPr>
        <w:t>Evenes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Kiruna</w:t>
      </w:r>
      <w:proofErr w:type="spellEnd"/>
      <w:r w:rsidRPr="00D70726">
        <w:rPr>
          <w:rFonts w:asciiTheme="majorHAnsi" w:hAnsiTheme="majorHAnsi" w:cstheme="majorHAnsi"/>
          <w:lang w:val="es-ES"/>
        </w:rPr>
        <w:t>-Estocolmo</w:t>
      </w:r>
    </w:p>
    <w:p w14:paraId="4D5C9425" w14:textId="77777777" w:rsidR="00A26E50" w:rsidRPr="00D70726" w:rsidRDefault="00A26E50">
      <w:pPr>
        <w:spacing w:before="160" w:after="60"/>
        <w:rPr>
          <w:rFonts w:asciiTheme="majorHAnsi" w:hAnsiTheme="majorHAnsi" w:cstheme="majorHAnsi"/>
          <w:b/>
          <w:color w:val="272C70"/>
          <w:lang w:val="es-ES"/>
        </w:rPr>
      </w:pPr>
    </w:p>
    <w:p w14:paraId="043CCFEA" w14:textId="52DEEDFB" w:rsidR="00501481" w:rsidRPr="00D70726" w:rsidRDefault="00D70726">
      <w:pPr>
        <w:spacing w:before="160" w:after="6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TARIFAS EM EUROS</w:t>
      </w:r>
    </w:p>
    <w:p w14:paraId="2C00F995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€ </w:t>
      </w:r>
      <w:proofErr w:type="gramStart"/>
      <w:r w:rsidRPr="00D70726">
        <w:rPr>
          <w:rFonts w:asciiTheme="majorHAnsi" w:hAnsiTheme="majorHAnsi" w:cstheme="majorHAnsi"/>
          <w:lang w:val="es-ES"/>
        </w:rPr>
        <w:t>4.190,–</w:t>
      </w:r>
      <w:proofErr w:type="gramEnd"/>
      <w:r w:rsidRPr="00D70726">
        <w:rPr>
          <w:rFonts w:asciiTheme="majorHAnsi" w:hAnsiTheme="majorHAnsi" w:cstheme="majorHAnsi"/>
          <w:lang w:val="es-ES"/>
        </w:rPr>
        <w:t xml:space="preserve"> por </w:t>
      </w:r>
      <w:proofErr w:type="spellStart"/>
      <w:r w:rsidRPr="00D70726">
        <w:rPr>
          <w:rFonts w:asciiTheme="majorHAnsi" w:hAnsiTheme="majorHAnsi" w:cstheme="majorHAnsi"/>
          <w:lang w:val="es-ES"/>
        </w:rPr>
        <w:t>pessoa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em apto. duplo</w:t>
      </w:r>
    </w:p>
    <w:p w14:paraId="3C739E19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€ </w:t>
      </w:r>
      <w:proofErr w:type="gramStart"/>
      <w:r w:rsidRPr="00D70726">
        <w:rPr>
          <w:rFonts w:asciiTheme="majorHAnsi" w:hAnsiTheme="majorHAnsi" w:cstheme="majorHAnsi"/>
          <w:lang w:val="es-ES"/>
        </w:rPr>
        <w:t>1.900,–</w:t>
      </w:r>
      <w:proofErr w:type="gramEnd"/>
      <w:r w:rsidRPr="00D70726">
        <w:rPr>
          <w:rFonts w:asciiTheme="majorHAnsi" w:hAnsiTheme="majorHAnsi" w:cstheme="majorHAnsi"/>
          <w:lang w:val="es-ES"/>
        </w:rPr>
        <w:t xml:space="preserve"> suplemento individual</w:t>
      </w:r>
    </w:p>
    <w:p w14:paraId="3A84FE2C" w14:textId="77777777" w:rsidR="00501481" w:rsidRPr="00D70726" w:rsidRDefault="00501481">
      <w:pPr>
        <w:rPr>
          <w:rFonts w:asciiTheme="majorHAnsi" w:hAnsiTheme="majorHAnsi" w:cstheme="majorHAnsi"/>
          <w:lang w:val="es-ES"/>
        </w:rPr>
      </w:pPr>
    </w:p>
    <w:p w14:paraId="1B17B6B4" w14:textId="77777777" w:rsidR="00501481" w:rsidRPr="00D70726" w:rsidRDefault="00D70726">
      <w:pPr>
        <w:spacing w:before="160" w:after="6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ITINERÁRIO</w:t>
      </w:r>
    </w:p>
    <w:p w14:paraId="77C8CD43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1 QUA / SET 22 OSLO</w:t>
      </w:r>
    </w:p>
    <w:p w14:paraId="6D77742E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proofErr w:type="spellStart"/>
      <w:r w:rsidRPr="00D70726">
        <w:rPr>
          <w:rFonts w:asciiTheme="majorHAnsi" w:hAnsiTheme="majorHAnsi" w:cstheme="majorHAnsi"/>
          <w:lang w:val="es-ES"/>
        </w:rPr>
        <w:t>Chegada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aeroporto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traslado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hotel.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O </w:t>
      </w:r>
      <w:proofErr w:type="spellStart"/>
      <w:r w:rsidRPr="00D70726">
        <w:rPr>
          <w:rFonts w:asciiTheme="majorHAnsi" w:hAnsiTheme="majorHAnsi" w:cstheme="majorHAnsi"/>
          <w:lang w:val="es-ES"/>
        </w:rPr>
        <w:t>guia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r w:rsidRPr="00D70726">
        <w:rPr>
          <w:rFonts w:asciiTheme="majorHAnsi" w:hAnsiTheme="majorHAnsi" w:cstheme="majorHAnsi"/>
          <w:lang w:val="es-ES"/>
        </w:rPr>
        <w:t>estará no hotel a partir das 18h30.</w:t>
      </w:r>
    </w:p>
    <w:p w14:paraId="1AB0F7D5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2 QUI / SET 23 OSLO</w:t>
      </w:r>
    </w:p>
    <w:p w14:paraId="1220683E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visita </w:t>
      </w:r>
      <w:proofErr w:type="spellStart"/>
      <w:r w:rsidRPr="00D70726">
        <w:rPr>
          <w:rFonts w:asciiTheme="majorHAnsi" w:hAnsiTheme="majorHAnsi" w:cstheme="majorHAnsi"/>
          <w:lang w:val="es-ES"/>
        </w:rPr>
        <w:t>panorâmica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à capital </w:t>
      </w:r>
      <w:proofErr w:type="spellStart"/>
      <w:r w:rsidRPr="00D70726">
        <w:rPr>
          <w:rFonts w:asciiTheme="majorHAnsi" w:hAnsiTheme="majorHAnsi" w:cstheme="majorHAnsi"/>
          <w:lang w:val="es-ES"/>
        </w:rPr>
        <w:t>viking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situada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fundo do </w:t>
      </w:r>
      <w:proofErr w:type="spellStart"/>
      <w:r w:rsidRPr="00D70726">
        <w:rPr>
          <w:rFonts w:asciiTheme="majorHAnsi" w:hAnsiTheme="majorHAnsi" w:cstheme="majorHAnsi"/>
          <w:lang w:val="es-ES"/>
        </w:rPr>
        <w:t>fiorde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homônimo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passando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pela </w:t>
      </w:r>
      <w:proofErr w:type="spellStart"/>
      <w:r w:rsidRPr="00D70726">
        <w:rPr>
          <w:rFonts w:asciiTheme="majorHAnsi" w:hAnsiTheme="majorHAnsi" w:cstheme="majorHAnsi"/>
          <w:lang w:val="es-ES"/>
        </w:rPr>
        <w:t>Prefeitura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Castelo Akershus, </w:t>
      </w:r>
      <w:proofErr w:type="spellStart"/>
      <w:r w:rsidRPr="00D70726">
        <w:rPr>
          <w:rFonts w:asciiTheme="majorHAnsi" w:hAnsiTheme="majorHAnsi" w:cstheme="majorHAnsi"/>
          <w:lang w:val="es-ES"/>
        </w:rPr>
        <w:t>Palácio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Real, Parlamento e pelo Parque </w:t>
      </w:r>
      <w:proofErr w:type="spellStart"/>
      <w:r w:rsidRPr="00D70726">
        <w:rPr>
          <w:rFonts w:asciiTheme="majorHAnsi" w:hAnsiTheme="majorHAnsi" w:cstheme="majorHAnsi"/>
          <w:lang w:val="es-ES"/>
        </w:rPr>
        <w:t>Vigeland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as </w:t>
      </w:r>
      <w:r w:rsidRPr="00D70726">
        <w:rPr>
          <w:rFonts w:asciiTheme="majorHAnsi" w:hAnsiTheme="majorHAnsi" w:cstheme="majorHAnsi"/>
          <w:lang w:val="es-ES"/>
        </w:rPr>
        <w:t xml:space="preserve">famosas esculturas de </w:t>
      </w:r>
      <w:proofErr w:type="spellStart"/>
      <w:r w:rsidRPr="00D70726">
        <w:rPr>
          <w:rFonts w:asciiTheme="majorHAnsi" w:hAnsiTheme="majorHAnsi" w:cstheme="majorHAnsi"/>
          <w:lang w:val="es-ES"/>
        </w:rPr>
        <w:t>bronze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Gustav </w:t>
      </w:r>
      <w:proofErr w:type="spellStart"/>
      <w:r w:rsidRPr="00D70726">
        <w:rPr>
          <w:rFonts w:asciiTheme="majorHAnsi" w:hAnsiTheme="majorHAnsi" w:cstheme="majorHAnsi"/>
          <w:lang w:val="es-ES"/>
        </w:rPr>
        <w:t>Vigeland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que </w:t>
      </w:r>
      <w:proofErr w:type="spellStart"/>
      <w:r w:rsidRPr="00D70726">
        <w:rPr>
          <w:rFonts w:asciiTheme="majorHAnsi" w:hAnsiTheme="majorHAnsi" w:cstheme="majorHAnsi"/>
          <w:lang w:val="es-ES"/>
        </w:rPr>
        <w:t>simbolizam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o ciclo da vida humana, e o grande </w:t>
      </w:r>
      <w:proofErr w:type="spellStart"/>
      <w:r w:rsidRPr="00D70726">
        <w:rPr>
          <w:rFonts w:asciiTheme="majorHAnsi" w:hAnsiTheme="majorHAnsi" w:cstheme="majorHAnsi"/>
          <w:lang w:val="es-ES"/>
        </w:rPr>
        <w:t>monólito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seus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121 </w:t>
      </w:r>
      <w:proofErr w:type="spellStart"/>
      <w:r w:rsidRPr="00D70726">
        <w:rPr>
          <w:rFonts w:asciiTheme="majorHAnsi" w:hAnsiTheme="majorHAnsi" w:cstheme="majorHAnsi"/>
          <w:lang w:val="es-ES"/>
        </w:rPr>
        <w:t>corpos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entrelaçados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Possibilidade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visitas </w:t>
      </w:r>
      <w:proofErr w:type="spellStart"/>
      <w:r w:rsidRPr="00D70726">
        <w:rPr>
          <w:rFonts w:asciiTheme="majorHAnsi" w:hAnsiTheme="majorHAnsi" w:cstheme="majorHAnsi"/>
          <w:lang w:val="es-ES"/>
        </w:rPr>
        <w:t>opcionais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(</w:t>
      </w:r>
      <w:proofErr w:type="spellStart"/>
      <w:r w:rsidRPr="00D70726">
        <w:rPr>
          <w:rFonts w:asciiTheme="majorHAnsi" w:hAnsiTheme="majorHAnsi" w:cstheme="majorHAnsi"/>
          <w:lang w:val="es-ES"/>
        </w:rPr>
        <w:t>não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incluídas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)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Museu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Fram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Museu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Folclórico. Tarde </w:t>
      </w:r>
      <w:proofErr w:type="spellStart"/>
      <w:r w:rsidRPr="00D70726">
        <w:rPr>
          <w:rFonts w:asciiTheme="majorHAnsi" w:hAnsiTheme="majorHAnsi" w:cstheme="majorHAnsi"/>
          <w:lang w:val="es-ES"/>
        </w:rPr>
        <w:t>livre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em</w:t>
      </w:r>
      <w:r w:rsidRPr="00D70726">
        <w:rPr>
          <w:rFonts w:asciiTheme="majorHAnsi" w:hAnsiTheme="majorHAnsi" w:cstheme="majorHAnsi"/>
          <w:lang w:val="es-ES"/>
        </w:rPr>
        <w:t xml:space="preserve"> Oslo.</w:t>
      </w:r>
    </w:p>
    <w:p w14:paraId="004BDF67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3 SEX / SET 24 OSLO - EVENES - HARSTAD</w:t>
      </w:r>
    </w:p>
    <w:p w14:paraId="79C633D4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saída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o </w:t>
      </w:r>
      <w:proofErr w:type="spellStart"/>
      <w:r w:rsidRPr="00D70726">
        <w:rPr>
          <w:rFonts w:asciiTheme="majorHAnsi" w:hAnsiTheme="majorHAnsi" w:cstheme="majorHAnsi"/>
          <w:lang w:val="es-ES"/>
        </w:rPr>
        <w:t>aeroporto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embarque em </w:t>
      </w:r>
      <w:proofErr w:type="spellStart"/>
      <w:r w:rsidRPr="00D70726">
        <w:rPr>
          <w:rFonts w:asciiTheme="majorHAnsi" w:hAnsiTheme="majorHAnsi" w:cstheme="majorHAnsi"/>
          <w:lang w:val="es-ES"/>
        </w:rPr>
        <w:t>voo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destino a </w:t>
      </w:r>
      <w:proofErr w:type="spellStart"/>
      <w:r w:rsidRPr="00D70726">
        <w:rPr>
          <w:rFonts w:asciiTheme="majorHAnsi" w:hAnsiTheme="majorHAnsi" w:cstheme="majorHAnsi"/>
          <w:lang w:val="es-ES"/>
        </w:rPr>
        <w:t>Evenes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Chegada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D70726">
        <w:rPr>
          <w:rFonts w:asciiTheme="majorHAnsi" w:hAnsiTheme="majorHAnsi" w:cstheme="majorHAnsi"/>
          <w:lang w:val="es-ES"/>
        </w:rPr>
        <w:t>Evenes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continuação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</w:t>
      </w:r>
      <w:proofErr w:type="spellStart"/>
      <w:r w:rsidRPr="00D70726">
        <w:rPr>
          <w:rFonts w:asciiTheme="majorHAnsi" w:hAnsiTheme="majorHAnsi" w:cstheme="majorHAnsi"/>
          <w:lang w:val="es-ES"/>
        </w:rPr>
        <w:t>Harstad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uma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pequena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situada </w:t>
      </w:r>
      <w:proofErr w:type="spellStart"/>
      <w:r w:rsidRPr="00D70726">
        <w:rPr>
          <w:rFonts w:asciiTheme="majorHAnsi" w:hAnsiTheme="majorHAnsi" w:cstheme="majorHAnsi"/>
          <w:lang w:val="es-ES"/>
        </w:rPr>
        <w:t>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ilha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Hinnøya</w:t>
      </w:r>
      <w:proofErr w:type="spellEnd"/>
      <w:r w:rsidRPr="00D70726">
        <w:rPr>
          <w:rFonts w:asciiTheme="majorHAnsi" w:hAnsiTheme="majorHAnsi" w:cstheme="majorHAnsi"/>
          <w:lang w:val="es-ES"/>
        </w:rPr>
        <w:t>, no norte da Noruega, destino tur</w:t>
      </w:r>
      <w:r w:rsidRPr="00D70726">
        <w:rPr>
          <w:rFonts w:asciiTheme="majorHAnsi" w:hAnsiTheme="majorHAnsi" w:cstheme="majorHAnsi"/>
          <w:lang w:val="es-ES"/>
        </w:rPr>
        <w:t xml:space="preserve">ístico que se destaca por </w:t>
      </w:r>
      <w:proofErr w:type="spellStart"/>
      <w:r w:rsidRPr="00D70726">
        <w:rPr>
          <w:rFonts w:asciiTheme="majorHAnsi" w:hAnsiTheme="majorHAnsi" w:cstheme="majorHAnsi"/>
          <w:lang w:val="es-ES"/>
        </w:rPr>
        <w:t>sua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beleza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natural, rica </w:t>
      </w:r>
      <w:proofErr w:type="spellStart"/>
      <w:r w:rsidRPr="00D70726">
        <w:rPr>
          <w:rFonts w:asciiTheme="majorHAnsi" w:hAnsiTheme="majorHAnsi" w:cstheme="majorHAnsi"/>
          <w:lang w:val="es-ES"/>
        </w:rPr>
        <w:t>história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proximidade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o Círculo Polar Ártico.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>.</w:t>
      </w:r>
    </w:p>
    <w:p w14:paraId="43BF3BCF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4 SÁB / SET 25 HARSTAD - SVOLVAER - LOFOTEN</w:t>
      </w:r>
    </w:p>
    <w:p w14:paraId="1A665CBA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saída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a capital das </w:t>
      </w:r>
      <w:proofErr w:type="spellStart"/>
      <w:r w:rsidRPr="00D70726">
        <w:rPr>
          <w:rFonts w:asciiTheme="majorHAnsi" w:hAnsiTheme="majorHAnsi" w:cstheme="majorHAnsi"/>
          <w:lang w:val="es-ES"/>
        </w:rPr>
        <w:t>Ilhas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Lofoten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O </w:t>
      </w:r>
      <w:proofErr w:type="spellStart"/>
      <w:r w:rsidRPr="00D70726">
        <w:rPr>
          <w:rFonts w:asciiTheme="majorHAnsi" w:hAnsiTheme="majorHAnsi" w:cstheme="majorHAnsi"/>
          <w:lang w:val="es-ES"/>
        </w:rPr>
        <w:t>percurso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Harstad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ilha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Hinn</w:t>
      </w:r>
      <w:r w:rsidRPr="00D70726">
        <w:rPr>
          <w:rFonts w:asciiTheme="majorHAnsi" w:hAnsiTheme="majorHAnsi" w:cstheme="majorHAnsi"/>
          <w:lang w:val="es-ES"/>
        </w:rPr>
        <w:t>øya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até as </w:t>
      </w:r>
      <w:proofErr w:type="spellStart"/>
      <w:r w:rsidRPr="00D70726">
        <w:rPr>
          <w:rFonts w:asciiTheme="majorHAnsi" w:hAnsiTheme="majorHAnsi" w:cstheme="majorHAnsi"/>
          <w:lang w:val="es-ES"/>
        </w:rPr>
        <w:t>Ilhas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Lofoten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segue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pelo norte da Noruega, </w:t>
      </w:r>
      <w:proofErr w:type="spellStart"/>
      <w:r w:rsidRPr="00D70726">
        <w:rPr>
          <w:rFonts w:asciiTheme="majorHAnsi" w:hAnsiTheme="majorHAnsi" w:cstheme="majorHAnsi"/>
          <w:lang w:val="es-ES"/>
        </w:rPr>
        <w:t>atravessando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paisagens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espetaculares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fiordes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altas </w:t>
      </w:r>
      <w:proofErr w:type="spellStart"/>
      <w:r w:rsidRPr="00D70726">
        <w:rPr>
          <w:rFonts w:asciiTheme="majorHAnsi" w:hAnsiTheme="majorHAnsi" w:cstheme="majorHAnsi"/>
          <w:lang w:val="es-ES"/>
        </w:rPr>
        <w:t>montanhas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nevadas e </w:t>
      </w:r>
      <w:proofErr w:type="spellStart"/>
      <w:r w:rsidRPr="00D70726">
        <w:rPr>
          <w:rFonts w:asciiTheme="majorHAnsi" w:hAnsiTheme="majorHAnsi" w:cstheme="majorHAnsi"/>
          <w:lang w:val="es-ES"/>
        </w:rPr>
        <w:t>pontes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suspensas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longo da famosa </w:t>
      </w:r>
      <w:proofErr w:type="spellStart"/>
      <w:r w:rsidRPr="00D70726">
        <w:rPr>
          <w:rFonts w:asciiTheme="majorHAnsi" w:hAnsiTheme="majorHAnsi" w:cstheme="majorHAnsi"/>
          <w:lang w:val="es-ES"/>
        </w:rPr>
        <w:t>rodovia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E10, que </w:t>
      </w:r>
      <w:proofErr w:type="spellStart"/>
      <w:r w:rsidRPr="00D70726">
        <w:rPr>
          <w:rFonts w:asciiTheme="majorHAnsi" w:hAnsiTheme="majorHAnsi" w:cstheme="majorHAnsi"/>
          <w:lang w:val="es-ES"/>
        </w:rPr>
        <w:t>serpenteia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por </w:t>
      </w:r>
      <w:proofErr w:type="spellStart"/>
      <w:r w:rsidRPr="00D70726">
        <w:rPr>
          <w:rFonts w:asciiTheme="majorHAnsi" w:hAnsiTheme="majorHAnsi" w:cstheme="majorHAnsi"/>
          <w:lang w:val="es-ES"/>
        </w:rPr>
        <w:t>estreitos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canais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D70726">
        <w:rPr>
          <w:rFonts w:asciiTheme="majorHAnsi" w:hAnsiTheme="majorHAnsi" w:cstheme="majorHAnsi"/>
          <w:lang w:val="es-ES"/>
        </w:rPr>
        <w:t>uma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impressionante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obra de </w:t>
      </w:r>
      <w:proofErr w:type="spellStart"/>
      <w:r w:rsidRPr="00D70726">
        <w:rPr>
          <w:rFonts w:asciiTheme="majorHAnsi" w:hAnsiTheme="majorHAnsi" w:cstheme="majorHAnsi"/>
          <w:lang w:val="es-ES"/>
        </w:rPr>
        <w:t>engenhari</w:t>
      </w:r>
      <w:r w:rsidRPr="00D70726">
        <w:rPr>
          <w:rFonts w:asciiTheme="majorHAnsi" w:hAnsiTheme="majorHAnsi" w:cstheme="majorHAnsi"/>
          <w:lang w:val="es-ES"/>
        </w:rPr>
        <w:t>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O </w:t>
      </w:r>
      <w:proofErr w:type="spellStart"/>
      <w:r w:rsidRPr="00D70726">
        <w:rPr>
          <w:rFonts w:asciiTheme="majorHAnsi" w:hAnsiTheme="majorHAnsi" w:cstheme="majorHAnsi"/>
          <w:lang w:val="es-ES"/>
        </w:rPr>
        <w:t>trajeto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margeia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o </w:t>
      </w:r>
      <w:proofErr w:type="spellStart"/>
      <w:r w:rsidRPr="00D70726">
        <w:rPr>
          <w:rFonts w:asciiTheme="majorHAnsi" w:hAnsiTheme="majorHAnsi" w:cstheme="majorHAnsi"/>
          <w:lang w:val="es-ES"/>
        </w:rPr>
        <w:t>fiorde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Gullesfjorden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proporcionando </w:t>
      </w:r>
      <w:proofErr w:type="spellStart"/>
      <w:r w:rsidRPr="00D70726">
        <w:rPr>
          <w:rFonts w:asciiTheme="majorHAnsi" w:hAnsiTheme="majorHAnsi" w:cstheme="majorHAnsi"/>
          <w:lang w:val="es-ES"/>
        </w:rPr>
        <w:t>reflexos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perfeitos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das </w:t>
      </w:r>
      <w:proofErr w:type="spellStart"/>
      <w:r w:rsidRPr="00D70726">
        <w:rPr>
          <w:rFonts w:asciiTheme="majorHAnsi" w:hAnsiTheme="majorHAnsi" w:cstheme="majorHAnsi"/>
          <w:lang w:val="es-ES"/>
        </w:rPr>
        <w:t>montanhas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D70726">
        <w:rPr>
          <w:rFonts w:asciiTheme="majorHAnsi" w:hAnsiTheme="majorHAnsi" w:cstheme="majorHAnsi"/>
          <w:lang w:val="es-ES"/>
        </w:rPr>
        <w:t>suas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águas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Chegada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D70726">
        <w:rPr>
          <w:rFonts w:asciiTheme="majorHAnsi" w:hAnsiTheme="majorHAnsi" w:cstheme="majorHAnsi"/>
          <w:lang w:val="es-ES"/>
        </w:rPr>
        <w:t>Svolvær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situada entre </w:t>
      </w:r>
      <w:proofErr w:type="spellStart"/>
      <w:r w:rsidRPr="00D70726">
        <w:rPr>
          <w:rFonts w:asciiTheme="majorHAnsi" w:hAnsiTheme="majorHAnsi" w:cstheme="majorHAnsi"/>
          <w:lang w:val="es-ES"/>
        </w:rPr>
        <w:t>impressionantes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montanhas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águas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tranquilas. No final da tarde, </w:t>
      </w:r>
      <w:proofErr w:type="spellStart"/>
      <w:r w:rsidRPr="00D70726">
        <w:rPr>
          <w:rFonts w:asciiTheme="majorHAnsi" w:hAnsiTheme="majorHAnsi" w:cstheme="majorHAnsi"/>
          <w:lang w:val="es-ES"/>
        </w:rPr>
        <w:t>caminhada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até </w:t>
      </w:r>
      <w:proofErr w:type="spellStart"/>
      <w:r w:rsidRPr="00D70726">
        <w:rPr>
          <w:rFonts w:asciiTheme="majorHAnsi" w:hAnsiTheme="majorHAnsi" w:cstheme="majorHAnsi"/>
          <w:lang w:val="es-ES"/>
        </w:rPr>
        <w:t>um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restaurante típico para </w:t>
      </w:r>
      <w:proofErr w:type="spellStart"/>
      <w:r w:rsidRPr="00D70726">
        <w:rPr>
          <w:rFonts w:asciiTheme="majorHAnsi" w:hAnsiTheme="majorHAnsi" w:cstheme="majorHAnsi"/>
          <w:lang w:val="es-ES"/>
        </w:rPr>
        <w:t>jantar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especializado em </w:t>
      </w:r>
      <w:proofErr w:type="spellStart"/>
      <w:r w:rsidRPr="00D70726">
        <w:rPr>
          <w:rFonts w:asciiTheme="majorHAnsi" w:hAnsiTheme="majorHAnsi" w:cstheme="majorHAnsi"/>
          <w:lang w:val="es-ES"/>
        </w:rPr>
        <w:t>peixes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D70726">
        <w:rPr>
          <w:rFonts w:asciiTheme="majorHAnsi" w:hAnsiTheme="majorHAnsi" w:cstheme="majorHAnsi"/>
          <w:lang w:val="es-ES"/>
        </w:rPr>
        <w:t>região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no </w:t>
      </w:r>
      <w:proofErr w:type="spellStart"/>
      <w:r w:rsidRPr="00D70726">
        <w:rPr>
          <w:rFonts w:asciiTheme="majorHAnsi" w:hAnsiTheme="majorHAnsi" w:cstheme="majorHAnsi"/>
          <w:lang w:val="es-ES"/>
        </w:rPr>
        <w:t>Thon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Hotel </w:t>
      </w:r>
      <w:proofErr w:type="spellStart"/>
      <w:r w:rsidRPr="00D70726">
        <w:rPr>
          <w:rFonts w:asciiTheme="majorHAnsi" w:hAnsiTheme="majorHAnsi" w:cstheme="majorHAnsi"/>
          <w:lang w:val="es-ES"/>
        </w:rPr>
        <w:t>Svolvær</w:t>
      </w:r>
      <w:proofErr w:type="spellEnd"/>
      <w:r w:rsidRPr="00D70726">
        <w:rPr>
          <w:rFonts w:asciiTheme="majorHAnsi" w:hAnsiTheme="majorHAnsi" w:cstheme="majorHAnsi"/>
          <w:lang w:val="es-ES"/>
        </w:rPr>
        <w:t>.</w:t>
      </w:r>
    </w:p>
    <w:p w14:paraId="64000DF4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5 DOM / SET 26 ILHAS LOFOTEN - MINICRUZEIRO - TROLLFJORD</w:t>
      </w:r>
    </w:p>
    <w:p w14:paraId="7124474B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Pela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passeio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barco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aproximadamente 3h30 de </w:t>
      </w:r>
      <w:proofErr w:type="spellStart"/>
      <w:r w:rsidRPr="00D70726">
        <w:rPr>
          <w:rFonts w:asciiTheme="majorHAnsi" w:hAnsiTheme="majorHAnsi" w:cstheme="majorHAnsi"/>
          <w:lang w:val="es-ES"/>
        </w:rPr>
        <w:t>duração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até o menor </w:t>
      </w:r>
      <w:proofErr w:type="spellStart"/>
      <w:r w:rsidRPr="00D70726">
        <w:rPr>
          <w:rFonts w:asciiTheme="majorHAnsi" w:hAnsiTheme="majorHAnsi" w:cstheme="majorHAnsi"/>
          <w:lang w:val="es-ES"/>
        </w:rPr>
        <w:t>fiorde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da Noruega,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2 km de </w:t>
      </w:r>
      <w:proofErr w:type="spellStart"/>
      <w:r w:rsidRPr="00D70726">
        <w:rPr>
          <w:rFonts w:asciiTheme="majorHAnsi" w:hAnsiTheme="majorHAnsi" w:cstheme="majorHAnsi"/>
          <w:lang w:val="es-ES"/>
        </w:rPr>
        <w:t>e</w:t>
      </w:r>
      <w:r w:rsidRPr="00D70726">
        <w:rPr>
          <w:rFonts w:asciiTheme="majorHAnsi" w:hAnsiTheme="majorHAnsi" w:cstheme="majorHAnsi"/>
          <w:lang w:val="es-ES"/>
        </w:rPr>
        <w:t>xtensão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situado </w:t>
      </w:r>
      <w:proofErr w:type="spellStart"/>
      <w:r w:rsidRPr="00D70726">
        <w:rPr>
          <w:rFonts w:asciiTheme="majorHAnsi" w:hAnsiTheme="majorHAnsi" w:cstheme="majorHAnsi"/>
          <w:lang w:val="es-ES"/>
        </w:rPr>
        <w:t>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província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Nordland. O local se destaca por </w:t>
      </w:r>
      <w:proofErr w:type="spellStart"/>
      <w:r w:rsidRPr="00D70726">
        <w:rPr>
          <w:rFonts w:asciiTheme="majorHAnsi" w:hAnsiTheme="majorHAnsi" w:cstheme="majorHAnsi"/>
          <w:lang w:val="es-ES"/>
        </w:rPr>
        <w:t>suas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imponentes paredes de granito </w:t>
      </w:r>
      <w:proofErr w:type="gramStart"/>
      <w:r w:rsidRPr="00D70726">
        <w:rPr>
          <w:rFonts w:asciiTheme="majorHAnsi" w:hAnsiTheme="majorHAnsi" w:cstheme="majorHAnsi"/>
          <w:lang w:val="es-ES"/>
        </w:rPr>
        <w:t>e</w:t>
      </w:r>
      <w:proofErr w:type="gramEnd"/>
      <w:r w:rsidRPr="00D70726">
        <w:rPr>
          <w:rFonts w:asciiTheme="majorHAnsi" w:hAnsiTheme="majorHAnsi" w:cstheme="majorHAnsi"/>
          <w:lang w:val="es-ES"/>
        </w:rPr>
        <w:t xml:space="preserve"> pelo difícil </w:t>
      </w:r>
      <w:proofErr w:type="spellStart"/>
      <w:r w:rsidRPr="00D70726">
        <w:rPr>
          <w:rFonts w:asciiTheme="majorHAnsi" w:hAnsiTheme="majorHAnsi" w:cstheme="majorHAnsi"/>
          <w:lang w:val="es-ES"/>
        </w:rPr>
        <w:t>acesso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sendo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rodeado por </w:t>
      </w:r>
      <w:proofErr w:type="spellStart"/>
      <w:r w:rsidRPr="00D70726">
        <w:rPr>
          <w:rFonts w:asciiTheme="majorHAnsi" w:hAnsiTheme="majorHAnsi" w:cstheme="majorHAnsi"/>
          <w:lang w:val="es-ES"/>
        </w:rPr>
        <w:t>montanhas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até 1.100 metros de altura. É famoso por </w:t>
      </w:r>
      <w:proofErr w:type="spellStart"/>
      <w:r w:rsidRPr="00D70726">
        <w:rPr>
          <w:rFonts w:asciiTheme="majorHAnsi" w:hAnsiTheme="majorHAnsi" w:cstheme="majorHAnsi"/>
          <w:lang w:val="es-ES"/>
        </w:rPr>
        <w:t>sua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beleza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natural, pelas </w:t>
      </w:r>
      <w:proofErr w:type="spellStart"/>
      <w:r w:rsidRPr="00D70726">
        <w:rPr>
          <w:rFonts w:asciiTheme="majorHAnsi" w:hAnsiTheme="majorHAnsi" w:cstheme="majorHAnsi"/>
          <w:lang w:val="es-ES"/>
        </w:rPr>
        <w:t>lendas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mitológicas </w:t>
      </w:r>
      <w:proofErr w:type="gramStart"/>
      <w:r w:rsidRPr="00D70726">
        <w:rPr>
          <w:rFonts w:asciiTheme="majorHAnsi" w:hAnsiTheme="majorHAnsi" w:cstheme="majorHAnsi"/>
          <w:lang w:val="es-ES"/>
        </w:rPr>
        <w:t>e</w:t>
      </w:r>
      <w:proofErr w:type="gramEnd"/>
      <w:r w:rsidRPr="00D70726">
        <w:rPr>
          <w:rFonts w:asciiTheme="majorHAnsi" w:hAnsiTheme="majorHAnsi" w:cstheme="majorHAnsi"/>
          <w:lang w:val="es-ES"/>
        </w:rPr>
        <w:t xml:space="preserve"> por ser </w:t>
      </w:r>
      <w:proofErr w:type="spellStart"/>
      <w:r w:rsidRPr="00D70726">
        <w:rPr>
          <w:rFonts w:asciiTheme="majorHAnsi" w:hAnsiTheme="majorHAnsi" w:cstheme="majorHAnsi"/>
          <w:lang w:val="es-ES"/>
        </w:rPr>
        <w:t>um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</w:t>
      </w:r>
      <w:r w:rsidRPr="00D70726">
        <w:rPr>
          <w:rFonts w:asciiTheme="majorHAnsi" w:hAnsiTheme="majorHAnsi" w:cstheme="majorHAnsi"/>
          <w:lang w:val="es-ES"/>
        </w:rPr>
        <w:t xml:space="preserve">stino de grande </w:t>
      </w:r>
      <w:proofErr w:type="spellStart"/>
      <w:r w:rsidRPr="00D70726">
        <w:rPr>
          <w:rFonts w:asciiTheme="majorHAnsi" w:hAnsiTheme="majorHAnsi" w:cstheme="majorHAnsi"/>
          <w:lang w:val="es-ES"/>
        </w:rPr>
        <w:t>interesse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cruzeiros e </w:t>
      </w:r>
      <w:proofErr w:type="spellStart"/>
      <w:r w:rsidRPr="00D70726">
        <w:rPr>
          <w:rFonts w:asciiTheme="majorHAnsi" w:hAnsiTheme="majorHAnsi" w:cstheme="majorHAnsi"/>
          <w:lang w:val="es-ES"/>
        </w:rPr>
        <w:t>excursões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oferecendo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oportunidades de avistar </w:t>
      </w:r>
      <w:proofErr w:type="spellStart"/>
      <w:r w:rsidRPr="00D70726">
        <w:rPr>
          <w:rFonts w:asciiTheme="majorHAnsi" w:hAnsiTheme="majorHAnsi" w:cstheme="majorHAnsi"/>
          <w:lang w:val="es-ES"/>
        </w:rPr>
        <w:t>águias-marinhas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paisagens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que </w:t>
      </w:r>
      <w:proofErr w:type="spellStart"/>
      <w:r w:rsidRPr="00D70726">
        <w:rPr>
          <w:rFonts w:asciiTheme="majorHAnsi" w:hAnsiTheme="majorHAnsi" w:cstheme="majorHAnsi"/>
          <w:lang w:val="es-ES"/>
        </w:rPr>
        <w:t>permanecem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cobertas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neve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inclusive durante o </w:t>
      </w:r>
      <w:proofErr w:type="spellStart"/>
      <w:r w:rsidRPr="00D70726">
        <w:rPr>
          <w:rFonts w:asciiTheme="majorHAnsi" w:hAnsiTheme="majorHAnsi" w:cstheme="majorHAnsi"/>
          <w:lang w:val="es-ES"/>
        </w:rPr>
        <w:t>verão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À tarde, visita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vilarejo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Henningsvær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retorno para </w:t>
      </w:r>
      <w:proofErr w:type="spellStart"/>
      <w:r w:rsidRPr="00D70726">
        <w:rPr>
          <w:rFonts w:asciiTheme="majorHAnsi" w:hAnsiTheme="majorHAnsi" w:cstheme="majorHAnsi"/>
          <w:lang w:val="es-ES"/>
        </w:rPr>
        <w:t>Svolvær</w:t>
      </w:r>
      <w:proofErr w:type="spellEnd"/>
      <w:r w:rsidRPr="00D70726">
        <w:rPr>
          <w:rFonts w:asciiTheme="majorHAnsi" w:hAnsiTheme="majorHAnsi" w:cstheme="majorHAnsi"/>
          <w:lang w:val="es-ES"/>
        </w:rPr>
        <w:t>.</w:t>
      </w:r>
    </w:p>
    <w:p w14:paraId="17CFF98A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 xml:space="preserve">DIA 6 SEG / </w:t>
      </w:r>
      <w:r w:rsidRPr="00D70726">
        <w:rPr>
          <w:rFonts w:asciiTheme="majorHAnsi" w:hAnsiTheme="majorHAnsi" w:cstheme="majorHAnsi"/>
          <w:b/>
          <w:color w:val="272C70"/>
          <w:lang w:val="es-ES"/>
        </w:rPr>
        <w:t>SET 27 SAFARI FOTOGRÁFICO PELAS ILHAS LOFOTEN</w:t>
      </w:r>
    </w:p>
    <w:p w14:paraId="20A4EF30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lastRenderedPageBreak/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Dia dedicado à </w:t>
      </w:r>
      <w:proofErr w:type="spellStart"/>
      <w:r w:rsidRPr="00D70726">
        <w:rPr>
          <w:rFonts w:asciiTheme="majorHAnsi" w:hAnsiTheme="majorHAnsi" w:cstheme="majorHAnsi"/>
          <w:lang w:val="es-ES"/>
        </w:rPr>
        <w:t>exploração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algumas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das </w:t>
      </w:r>
      <w:proofErr w:type="spellStart"/>
      <w:r w:rsidRPr="00D70726">
        <w:rPr>
          <w:rFonts w:asciiTheme="majorHAnsi" w:hAnsiTheme="majorHAnsi" w:cstheme="majorHAnsi"/>
          <w:lang w:val="es-ES"/>
        </w:rPr>
        <w:t>mais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belas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localidades das </w:t>
      </w:r>
      <w:proofErr w:type="spellStart"/>
      <w:r w:rsidRPr="00D70726">
        <w:rPr>
          <w:rFonts w:asciiTheme="majorHAnsi" w:hAnsiTheme="majorHAnsi" w:cstheme="majorHAnsi"/>
          <w:lang w:val="es-ES"/>
        </w:rPr>
        <w:t>Ilhas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Lofoten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uma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das </w:t>
      </w:r>
      <w:proofErr w:type="spellStart"/>
      <w:r w:rsidRPr="00D70726">
        <w:rPr>
          <w:rFonts w:asciiTheme="majorHAnsi" w:hAnsiTheme="majorHAnsi" w:cstheme="majorHAnsi"/>
          <w:lang w:val="es-ES"/>
        </w:rPr>
        <w:t>melhores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experiências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do Ártico, que combina </w:t>
      </w:r>
      <w:proofErr w:type="spellStart"/>
      <w:r w:rsidRPr="00D70726">
        <w:rPr>
          <w:rFonts w:asciiTheme="majorHAnsi" w:hAnsiTheme="majorHAnsi" w:cstheme="majorHAnsi"/>
          <w:lang w:val="es-ES"/>
        </w:rPr>
        <w:t>paisagens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montanhas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escarpadas, idílicos </w:t>
      </w:r>
      <w:proofErr w:type="spellStart"/>
      <w:r w:rsidRPr="00D70726">
        <w:rPr>
          <w:rFonts w:asciiTheme="majorHAnsi" w:hAnsiTheme="majorHAnsi" w:cstheme="majorHAnsi"/>
          <w:lang w:val="es-ES"/>
        </w:rPr>
        <w:t>vilarejos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pe</w:t>
      </w:r>
      <w:r w:rsidRPr="00D70726">
        <w:rPr>
          <w:rFonts w:asciiTheme="majorHAnsi" w:hAnsiTheme="majorHAnsi" w:cstheme="majorHAnsi"/>
          <w:lang w:val="es-ES"/>
        </w:rPr>
        <w:t xml:space="preserve">scadores, como </w:t>
      </w:r>
      <w:proofErr w:type="spellStart"/>
      <w:r w:rsidRPr="00D70726">
        <w:rPr>
          <w:rFonts w:asciiTheme="majorHAnsi" w:hAnsiTheme="majorHAnsi" w:cstheme="majorHAnsi"/>
          <w:lang w:val="es-ES"/>
        </w:rPr>
        <w:t>Kabelvåg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Leknes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e </w:t>
      </w:r>
      <w:proofErr w:type="spellStart"/>
      <w:r w:rsidRPr="00D70726">
        <w:rPr>
          <w:rFonts w:asciiTheme="majorHAnsi" w:hAnsiTheme="majorHAnsi" w:cstheme="majorHAnsi"/>
          <w:lang w:val="es-ES"/>
        </w:rPr>
        <w:t>praias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rara </w:t>
      </w:r>
      <w:proofErr w:type="spellStart"/>
      <w:r w:rsidRPr="00D70726">
        <w:rPr>
          <w:rFonts w:asciiTheme="majorHAnsi" w:hAnsiTheme="majorHAnsi" w:cstheme="majorHAnsi"/>
          <w:lang w:val="es-ES"/>
        </w:rPr>
        <w:t>beleza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como </w:t>
      </w:r>
      <w:proofErr w:type="spellStart"/>
      <w:r w:rsidRPr="00D70726">
        <w:rPr>
          <w:rFonts w:asciiTheme="majorHAnsi" w:hAnsiTheme="majorHAnsi" w:cstheme="majorHAnsi"/>
          <w:lang w:val="es-ES"/>
        </w:rPr>
        <w:t>Ramberg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Uma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excursão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que, </w:t>
      </w:r>
      <w:proofErr w:type="spellStart"/>
      <w:r w:rsidRPr="00D70726">
        <w:rPr>
          <w:rFonts w:asciiTheme="majorHAnsi" w:hAnsiTheme="majorHAnsi" w:cstheme="majorHAnsi"/>
          <w:lang w:val="es-ES"/>
        </w:rPr>
        <w:t>sem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dúvida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deixará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gravadas </w:t>
      </w:r>
      <w:proofErr w:type="spellStart"/>
      <w:r w:rsidRPr="00D70726">
        <w:rPr>
          <w:rFonts w:asciiTheme="majorHAnsi" w:hAnsiTheme="majorHAnsi" w:cstheme="majorHAnsi"/>
          <w:lang w:val="es-ES"/>
        </w:rPr>
        <w:t>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memória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paisagens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inesquecíveis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do Ártico. Retorno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hotel e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>.</w:t>
      </w:r>
    </w:p>
    <w:p w14:paraId="7278C5EC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7 TER / SET 28 SVOLVAER - NARVIK - KIRUNA</w:t>
      </w:r>
    </w:p>
    <w:p w14:paraId="1E4DE580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saída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Narvik,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uma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breve parada no centro da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onde se </w:t>
      </w:r>
      <w:proofErr w:type="spellStart"/>
      <w:r w:rsidRPr="00D70726">
        <w:rPr>
          <w:rFonts w:asciiTheme="majorHAnsi" w:hAnsiTheme="majorHAnsi" w:cstheme="majorHAnsi"/>
          <w:lang w:val="es-ES"/>
        </w:rPr>
        <w:t>encontram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sua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rua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principal, </w:t>
      </w:r>
      <w:proofErr w:type="spellStart"/>
      <w:r w:rsidRPr="00D70726">
        <w:rPr>
          <w:rFonts w:asciiTheme="majorHAnsi" w:hAnsiTheme="majorHAnsi" w:cstheme="majorHAnsi"/>
          <w:lang w:val="es-ES"/>
        </w:rPr>
        <w:t>Kongens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gate, e a </w:t>
      </w:r>
      <w:proofErr w:type="spellStart"/>
      <w:r w:rsidRPr="00D70726">
        <w:rPr>
          <w:rFonts w:asciiTheme="majorHAnsi" w:hAnsiTheme="majorHAnsi" w:cstheme="majorHAnsi"/>
          <w:lang w:val="es-ES"/>
        </w:rPr>
        <w:t>Praça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D70726">
        <w:rPr>
          <w:rFonts w:asciiTheme="majorHAnsi" w:hAnsiTheme="majorHAnsi" w:cstheme="majorHAnsi"/>
          <w:lang w:val="es-ES"/>
        </w:rPr>
        <w:t>Prefeitura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(Narvik </w:t>
      </w:r>
      <w:proofErr w:type="spellStart"/>
      <w:r w:rsidRPr="00D70726">
        <w:rPr>
          <w:rFonts w:asciiTheme="majorHAnsi" w:hAnsiTheme="majorHAnsi" w:cstheme="majorHAnsi"/>
          <w:lang w:val="es-ES"/>
        </w:rPr>
        <w:t>Torv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). Como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portuária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industrial, Narvik combina a </w:t>
      </w:r>
      <w:proofErr w:type="spellStart"/>
      <w:r w:rsidRPr="00D70726">
        <w:rPr>
          <w:rFonts w:asciiTheme="majorHAnsi" w:hAnsiTheme="majorHAnsi" w:cstheme="majorHAnsi"/>
          <w:lang w:val="es-ES"/>
        </w:rPr>
        <w:t>arquitetura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do </w:t>
      </w:r>
      <w:proofErr w:type="spellStart"/>
      <w:r w:rsidRPr="00D70726">
        <w:rPr>
          <w:rFonts w:asciiTheme="majorHAnsi" w:hAnsiTheme="majorHAnsi" w:cstheme="majorHAnsi"/>
          <w:lang w:val="es-ES"/>
        </w:rPr>
        <w:t>pós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-guerra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modernas </w:t>
      </w:r>
      <w:proofErr w:type="spellStart"/>
      <w:r w:rsidRPr="00D70726">
        <w:rPr>
          <w:rFonts w:asciiTheme="majorHAnsi" w:hAnsiTheme="majorHAnsi" w:cstheme="majorHAnsi"/>
          <w:lang w:val="es-ES"/>
        </w:rPr>
        <w:t>instalaçõe</w:t>
      </w:r>
      <w:r w:rsidRPr="00D70726">
        <w:rPr>
          <w:rFonts w:asciiTheme="majorHAnsi" w:hAnsiTheme="majorHAnsi" w:cstheme="majorHAnsi"/>
          <w:lang w:val="es-ES"/>
        </w:rPr>
        <w:t>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comerciais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é mundialmente </w:t>
      </w:r>
      <w:proofErr w:type="spellStart"/>
      <w:r w:rsidRPr="00D70726">
        <w:rPr>
          <w:rFonts w:asciiTheme="majorHAnsi" w:hAnsiTheme="majorHAnsi" w:cstheme="majorHAnsi"/>
          <w:lang w:val="es-ES"/>
        </w:rPr>
        <w:t>conhecida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por </w:t>
      </w:r>
      <w:proofErr w:type="spellStart"/>
      <w:r w:rsidRPr="00D70726">
        <w:rPr>
          <w:rFonts w:asciiTheme="majorHAnsi" w:hAnsiTheme="majorHAnsi" w:cstheme="majorHAnsi"/>
          <w:lang w:val="es-ES"/>
        </w:rPr>
        <w:t>três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fatores </w:t>
      </w:r>
      <w:proofErr w:type="spellStart"/>
      <w:r w:rsidRPr="00D70726">
        <w:rPr>
          <w:rFonts w:asciiTheme="majorHAnsi" w:hAnsiTheme="majorHAnsi" w:cstheme="majorHAnsi"/>
          <w:lang w:val="es-ES"/>
        </w:rPr>
        <w:t>principais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: </w:t>
      </w:r>
      <w:proofErr w:type="spellStart"/>
      <w:r w:rsidRPr="00D70726">
        <w:rPr>
          <w:rFonts w:asciiTheme="majorHAnsi" w:hAnsiTheme="majorHAnsi" w:cstheme="majorHAnsi"/>
          <w:lang w:val="es-ES"/>
        </w:rPr>
        <w:t>sua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importância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militar estratégica durante </w:t>
      </w:r>
      <w:proofErr w:type="spellStart"/>
      <w:r w:rsidRPr="00D70726">
        <w:rPr>
          <w:rFonts w:asciiTheme="majorHAnsi" w:hAnsiTheme="majorHAnsi" w:cstheme="majorHAnsi"/>
          <w:lang w:val="es-ES"/>
        </w:rPr>
        <w:t>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Segunda Guerra Mundial, </w:t>
      </w:r>
      <w:proofErr w:type="spellStart"/>
      <w:r w:rsidRPr="00D70726">
        <w:rPr>
          <w:rFonts w:asciiTheme="majorHAnsi" w:hAnsiTheme="majorHAnsi" w:cstheme="majorHAnsi"/>
          <w:lang w:val="es-ES"/>
        </w:rPr>
        <w:t>seu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porto </w:t>
      </w:r>
      <w:proofErr w:type="spellStart"/>
      <w:r w:rsidRPr="00D70726">
        <w:rPr>
          <w:rFonts w:asciiTheme="majorHAnsi" w:hAnsiTheme="majorHAnsi" w:cstheme="majorHAnsi"/>
          <w:lang w:val="es-ES"/>
        </w:rPr>
        <w:t>livre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gelo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durante todo o ano e o transporte de </w:t>
      </w:r>
      <w:proofErr w:type="spellStart"/>
      <w:r w:rsidRPr="00D70726">
        <w:rPr>
          <w:rFonts w:asciiTheme="majorHAnsi" w:hAnsiTheme="majorHAnsi" w:cstheme="majorHAnsi"/>
          <w:lang w:val="es-ES"/>
        </w:rPr>
        <w:t>minério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ferro proveniente da </w:t>
      </w:r>
      <w:proofErr w:type="spellStart"/>
      <w:r w:rsidRPr="00D70726">
        <w:rPr>
          <w:rFonts w:asciiTheme="majorHAnsi" w:hAnsiTheme="majorHAnsi" w:cstheme="majorHAnsi"/>
          <w:lang w:val="es-ES"/>
        </w:rPr>
        <w:t>Suécia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Continuação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</w:t>
      </w:r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Kiruna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capital da </w:t>
      </w:r>
      <w:proofErr w:type="spellStart"/>
      <w:r w:rsidRPr="00D70726">
        <w:rPr>
          <w:rFonts w:asciiTheme="majorHAnsi" w:hAnsiTheme="majorHAnsi" w:cstheme="majorHAnsi"/>
          <w:lang w:val="es-ES"/>
        </w:rPr>
        <w:t>Lapônia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sueca, </w:t>
      </w:r>
      <w:proofErr w:type="spellStart"/>
      <w:r w:rsidRPr="00D70726">
        <w:rPr>
          <w:rFonts w:asciiTheme="majorHAnsi" w:hAnsiTheme="majorHAnsi" w:cstheme="majorHAnsi"/>
          <w:lang w:val="es-ES"/>
        </w:rPr>
        <w:t>uma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marcada por </w:t>
      </w:r>
      <w:proofErr w:type="spellStart"/>
      <w:r w:rsidRPr="00D70726">
        <w:rPr>
          <w:rFonts w:asciiTheme="majorHAnsi" w:hAnsiTheme="majorHAnsi" w:cstheme="majorHAnsi"/>
          <w:lang w:val="es-ES"/>
        </w:rPr>
        <w:t>uma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realidade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singular, </w:t>
      </w:r>
      <w:proofErr w:type="spellStart"/>
      <w:r w:rsidRPr="00D70726">
        <w:rPr>
          <w:rFonts w:asciiTheme="majorHAnsi" w:hAnsiTheme="majorHAnsi" w:cstheme="majorHAnsi"/>
          <w:lang w:val="es-ES"/>
        </w:rPr>
        <w:t>cujo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centro histórico está </w:t>
      </w:r>
      <w:proofErr w:type="spellStart"/>
      <w:r w:rsidRPr="00D70726">
        <w:rPr>
          <w:rFonts w:asciiTheme="majorHAnsi" w:hAnsiTheme="majorHAnsi" w:cstheme="majorHAnsi"/>
          <w:lang w:val="es-ES"/>
        </w:rPr>
        <w:t>sendo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gradualmente </w:t>
      </w:r>
      <w:proofErr w:type="spellStart"/>
      <w:r w:rsidRPr="00D70726">
        <w:rPr>
          <w:rFonts w:asciiTheme="majorHAnsi" w:hAnsiTheme="majorHAnsi" w:cstheme="majorHAnsi"/>
          <w:lang w:val="es-ES"/>
        </w:rPr>
        <w:t>desativado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devido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à </w:t>
      </w:r>
      <w:proofErr w:type="spellStart"/>
      <w:r w:rsidRPr="00D70726">
        <w:rPr>
          <w:rFonts w:asciiTheme="majorHAnsi" w:hAnsiTheme="majorHAnsi" w:cstheme="majorHAnsi"/>
          <w:lang w:val="es-ES"/>
        </w:rPr>
        <w:t>expansão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da enorme mina </w:t>
      </w:r>
      <w:proofErr w:type="spellStart"/>
      <w:r w:rsidRPr="00D70726">
        <w:rPr>
          <w:rFonts w:asciiTheme="majorHAnsi" w:hAnsiTheme="majorHAnsi" w:cstheme="majorHAnsi"/>
          <w:lang w:val="es-ES"/>
        </w:rPr>
        <w:t>subterrânea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minério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ferro da LKAB, que provoca o </w:t>
      </w:r>
      <w:proofErr w:type="spellStart"/>
      <w:r w:rsidRPr="00D70726">
        <w:rPr>
          <w:rFonts w:asciiTheme="majorHAnsi" w:hAnsiTheme="majorHAnsi" w:cstheme="majorHAnsi"/>
          <w:lang w:val="es-ES"/>
        </w:rPr>
        <w:t>afundamento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do solo. </w:t>
      </w:r>
      <w:proofErr w:type="spellStart"/>
      <w:r w:rsidRPr="00D70726">
        <w:rPr>
          <w:rFonts w:asciiTheme="majorHAnsi" w:hAnsiTheme="majorHAnsi" w:cstheme="majorHAnsi"/>
          <w:lang w:val="es-ES"/>
        </w:rPr>
        <w:t>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chega</w:t>
      </w:r>
      <w:r w:rsidRPr="00D70726">
        <w:rPr>
          <w:rFonts w:asciiTheme="majorHAnsi" w:hAnsiTheme="majorHAnsi" w:cstheme="majorHAnsi"/>
          <w:lang w:val="es-ES"/>
        </w:rPr>
        <w:t>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visita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famoso Bar de </w:t>
      </w:r>
      <w:proofErr w:type="spellStart"/>
      <w:r w:rsidRPr="00D70726">
        <w:rPr>
          <w:rFonts w:asciiTheme="majorHAnsi" w:hAnsiTheme="majorHAnsi" w:cstheme="majorHAnsi"/>
          <w:lang w:val="es-ES"/>
        </w:rPr>
        <w:t>Gelo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sua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Exposição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Gelo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que, a cada ano, decora o Hotel de </w:t>
      </w:r>
      <w:proofErr w:type="spellStart"/>
      <w:r w:rsidRPr="00D70726">
        <w:rPr>
          <w:rFonts w:asciiTheme="majorHAnsi" w:hAnsiTheme="majorHAnsi" w:cstheme="majorHAnsi"/>
          <w:lang w:val="es-ES"/>
        </w:rPr>
        <w:t>Gelo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Jukkasjärvi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D70726">
        <w:rPr>
          <w:rFonts w:asciiTheme="majorHAnsi" w:hAnsiTheme="majorHAnsi" w:cstheme="majorHAnsi"/>
          <w:lang w:val="es-ES"/>
        </w:rPr>
        <w:t>Kiruna</w:t>
      </w:r>
      <w:proofErr w:type="spellEnd"/>
      <w:r w:rsidRPr="00D70726">
        <w:rPr>
          <w:rFonts w:asciiTheme="majorHAnsi" w:hAnsiTheme="majorHAnsi" w:cstheme="majorHAnsi"/>
          <w:lang w:val="es-ES"/>
        </w:rPr>
        <w:t>.</w:t>
      </w:r>
    </w:p>
    <w:p w14:paraId="2D6A0F3B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8 QUA / SET 29 KIRUNA - ESTOCOLMO</w:t>
      </w:r>
    </w:p>
    <w:p w14:paraId="58D718F5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traslado para o </w:t>
      </w:r>
      <w:proofErr w:type="spellStart"/>
      <w:r w:rsidRPr="00D70726">
        <w:rPr>
          <w:rFonts w:asciiTheme="majorHAnsi" w:hAnsiTheme="majorHAnsi" w:cstheme="majorHAnsi"/>
          <w:lang w:val="es-ES"/>
        </w:rPr>
        <w:t>novo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centro urbano de </w:t>
      </w:r>
      <w:proofErr w:type="spellStart"/>
      <w:r w:rsidRPr="00D70726">
        <w:rPr>
          <w:rFonts w:asciiTheme="majorHAnsi" w:hAnsiTheme="majorHAnsi" w:cstheme="majorHAnsi"/>
          <w:lang w:val="es-ES"/>
        </w:rPr>
        <w:t>Kiruna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realocado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aproxim</w:t>
      </w:r>
      <w:r w:rsidRPr="00D70726">
        <w:rPr>
          <w:rFonts w:asciiTheme="majorHAnsi" w:hAnsiTheme="majorHAnsi" w:cstheme="majorHAnsi"/>
          <w:lang w:val="es-ES"/>
        </w:rPr>
        <w:t xml:space="preserve">adamente 3 km </w:t>
      </w:r>
      <w:proofErr w:type="spellStart"/>
      <w:r w:rsidRPr="00D70726">
        <w:rPr>
          <w:rFonts w:asciiTheme="majorHAnsi" w:hAnsiTheme="majorHAnsi" w:cstheme="majorHAnsi"/>
          <w:lang w:val="es-ES"/>
        </w:rPr>
        <w:t>mais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 leste. Tempo </w:t>
      </w:r>
      <w:proofErr w:type="spellStart"/>
      <w:r w:rsidRPr="00D70726">
        <w:rPr>
          <w:rFonts w:asciiTheme="majorHAnsi" w:hAnsiTheme="majorHAnsi" w:cstheme="majorHAnsi"/>
          <w:lang w:val="es-ES"/>
        </w:rPr>
        <w:t>livre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visitar a Igreja de </w:t>
      </w:r>
      <w:proofErr w:type="spellStart"/>
      <w:r w:rsidRPr="00D70726">
        <w:rPr>
          <w:rFonts w:asciiTheme="majorHAnsi" w:hAnsiTheme="majorHAnsi" w:cstheme="majorHAnsi"/>
          <w:lang w:val="es-ES"/>
        </w:rPr>
        <w:t>Kiruna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construída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em 1912 e considerada o </w:t>
      </w:r>
      <w:proofErr w:type="spellStart"/>
      <w:r w:rsidRPr="00D70726">
        <w:rPr>
          <w:rFonts w:asciiTheme="majorHAnsi" w:hAnsiTheme="majorHAnsi" w:cstheme="majorHAnsi"/>
          <w:lang w:val="es-ES"/>
        </w:rPr>
        <w:t>mais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belo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edifício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madeira da </w:t>
      </w:r>
      <w:proofErr w:type="spellStart"/>
      <w:r w:rsidRPr="00D70726">
        <w:rPr>
          <w:rFonts w:asciiTheme="majorHAnsi" w:hAnsiTheme="majorHAnsi" w:cstheme="majorHAnsi"/>
          <w:lang w:val="es-ES"/>
        </w:rPr>
        <w:t>Suécia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uma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joia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histórica da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integralmente transferida para </w:t>
      </w:r>
      <w:proofErr w:type="spellStart"/>
      <w:r w:rsidRPr="00D70726">
        <w:rPr>
          <w:rFonts w:asciiTheme="majorHAnsi" w:hAnsiTheme="majorHAnsi" w:cstheme="majorHAnsi"/>
          <w:lang w:val="es-ES"/>
        </w:rPr>
        <w:t>sua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nova </w:t>
      </w:r>
      <w:proofErr w:type="spellStart"/>
      <w:r w:rsidRPr="00D70726">
        <w:rPr>
          <w:rFonts w:asciiTheme="majorHAnsi" w:hAnsiTheme="majorHAnsi" w:cstheme="majorHAnsi"/>
          <w:lang w:val="es-ES"/>
        </w:rPr>
        <w:t>localização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devido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seu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imenso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valo</w:t>
      </w:r>
      <w:r w:rsidRPr="00D70726">
        <w:rPr>
          <w:rFonts w:asciiTheme="majorHAnsi" w:hAnsiTheme="majorHAnsi" w:cstheme="majorHAnsi"/>
          <w:lang w:val="es-ES"/>
        </w:rPr>
        <w:t xml:space="preserve">r como </w:t>
      </w:r>
      <w:proofErr w:type="spellStart"/>
      <w:r w:rsidRPr="00D70726">
        <w:rPr>
          <w:rFonts w:asciiTheme="majorHAnsi" w:hAnsiTheme="majorHAnsi" w:cstheme="majorHAnsi"/>
          <w:lang w:val="es-ES"/>
        </w:rPr>
        <w:t>patrimônio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histórico. </w:t>
      </w:r>
      <w:proofErr w:type="spellStart"/>
      <w:r w:rsidRPr="00D70726">
        <w:rPr>
          <w:rFonts w:asciiTheme="majorHAnsi" w:hAnsiTheme="majorHAnsi" w:cstheme="majorHAnsi"/>
          <w:lang w:val="es-ES"/>
        </w:rPr>
        <w:t>Aproveite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também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</w:t>
      </w:r>
      <w:proofErr w:type="spellStart"/>
      <w:r w:rsidRPr="00D70726">
        <w:rPr>
          <w:rFonts w:asciiTheme="majorHAnsi" w:hAnsiTheme="majorHAnsi" w:cstheme="majorHAnsi"/>
          <w:lang w:val="es-ES"/>
        </w:rPr>
        <w:t>conhecer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D70726">
        <w:rPr>
          <w:rFonts w:asciiTheme="majorHAnsi" w:hAnsiTheme="majorHAnsi" w:cstheme="majorHAnsi"/>
          <w:lang w:val="es-ES"/>
        </w:rPr>
        <w:t>Prefeitura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Kristallen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um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moderno </w:t>
      </w:r>
      <w:proofErr w:type="spellStart"/>
      <w:r w:rsidRPr="00D70726">
        <w:rPr>
          <w:rFonts w:asciiTheme="majorHAnsi" w:hAnsiTheme="majorHAnsi" w:cstheme="majorHAnsi"/>
          <w:lang w:val="es-ES"/>
        </w:rPr>
        <w:t>edifício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circular. Traslado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aeroporto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embarque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destino a Estocolmo, </w:t>
      </w:r>
      <w:proofErr w:type="spellStart"/>
      <w:r w:rsidRPr="00D70726">
        <w:rPr>
          <w:rFonts w:asciiTheme="majorHAnsi" w:hAnsiTheme="majorHAnsi" w:cstheme="majorHAnsi"/>
          <w:lang w:val="es-ES"/>
        </w:rPr>
        <w:t>chegada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>.</w:t>
      </w:r>
    </w:p>
    <w:p w14:paraId="4EE556A1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9 QUI / SET 30 ESTOCOLMO</w:t>
      </w:r>
    </w:p>
    <w:p w14:paraId="4F394058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visita à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D70726">
        <w:rPr>
          <w:rFonts w:asciiTheme="majorHAnsi" w:hAnsiTheme="majorHAnsi" w:cstheme="majorHAnsi"/>
          <w:lang w:val="es-ES"/>
        </w:rPr>
        <w:t>com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passeio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pela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Antiga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(</w:t>
      </w:r>
      <w:proofErr w:type="spellStart"/>
      <w:r w:rsidRPr="00D70726">
        <w:rPr>
          <w:rFonts w:asciiTheme="majorHAnsi" w:hAnsiTheme="majorHAnsi" w:cstheme="majorHAnsi"/>
          <w:lang w:val="es-ES"/>
        </w:rPr>
        <w:t>Gamla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Stan), onde </w:t>
      </w:r>
      <w:proofErr w:type="spellStart"/>
      <w:r w:rsidRPr="00D70726">
        <w:rPr>
          <w:rFonts w:asciiTheme="majorHAnsi" w:hAnsiTheme="majorHAnsi" w:cstheme="majorHAnsi"/>
          <w:lang w:val="es-ES"/>
        </w:rPr>
        <w:t>estão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alguns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dos </w:t>
      </w:r>
      <w:proofErr w:type="spellStart"/>
      <w:r w:rsidRPr="00D70726">
        <w:rPr>
          <w:rFonts w:asciiTheme="majorHAnsi" w:hAnsiTheme="majorHAnsi" w:cstheme="majorHAnsi"/>
          <w:lang w:val="es-ES"/>
        </w:rPr>
        <w:t>edifícios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mais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importantes de </w:t>
      </w:r>
      <w:proofErr w:type="spellStart"/>
      <w:r w:rsidRPr="00D70726">
        <w:rPr>
          <w:rFonts w:asciiTheme="majorHAnsi" w:hAnsiTheme="majorHAnsi" w:cstheme="majorHAnsi"/>
          <w:lang w:val="es-ES"/>
        </w:rPr>
        <w:t>sua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história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como o </w:t>
      </w:r>
      <w:proofErr w:type="spellStart"/>
      <w:r w:rsidRPr="00D70726">
        <w:rPr>
          <w:rFonts w:asciiTheme="majorHAnsi" w:hAnsiTheme="majorHAnsi" w:cstheme="majorHAnsi"/>
          <w:lang w:val="es-ES"/>
        </w:rPr>
        <w:t>Palácio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Real, a Casa da </w:t>
      </w:r>
      <w:proofErr w:type="spellStart"/>
      <w:r w:rsidRPr="00D70726">
        <w:rPr>
          <w:rFonts w:asciiTheme="majorHAnsi" w:hAnsiTheme="majorHAnsi" w:cstheme="majorHAnsi"/>
          <w:lang w:val="es-ES"/>
        </w:rPr>
        <w:t>Nobreza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o </w:t>
      </w:r>
      <w:proofErr w:type="spellStart"/>
      <w:r w:rsidRPr="00D70726">
        <w:rPr>
          <w:rFonts w:asciiTheme="majorHAnsi" w:hAnsiTheme="majorHAnsi" w:cstheme="majorHAnsi"/>
          <w:lang w:val="es-ES"/>
        </w:rPr>
        <w:t>Museu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Nobel. </w:t>
      </w:r>
      <w:proofErr w:type="spellStart"/>
      <w:r w:rsidRPr="00D70726">
        <w:rPr>
          <w:rFonts w:asciiTheme="majorHAnsi" w:hAnsiTheme="majorHAnsi" w:cstheme="majorHAnsi"/>
          <w:lang w:val="es-ES"/>
        </w:rPr>
        <w:t>Prosseguimento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a </w:t>
      </w:r>
      <w:proofErr w:type="spellStart"/>
      <w:r w:rsidRPr="00D70726">
        <w:rPr>
          <w:rFonts w:asciiTheme="majorHAnsi" w:hAnsiTheme="majorHAnsi" w:cstheme="majorHAnsi"/>
          <w:lang w:val="es-ES"/>
        </w:rPr>
        <w:t>ilha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Södermalm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situada sobre </w:t>
      </w:r>
      <w:proofErr w:type="spellStart"/>
      <w:r w:rsidRPr="00D70726">
        <w:rPr>
          <w:rFonts w:asciiTheme="majorHAnsi" w:hAnsiTheme="majorHAnsi" w:cstheme="majorHAnsi"/>
          <w:lang w:val="es-ES"/>
        </w:rPr>
        <w:t>várias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colinas, a partir do mirant</w:t>
      </w:r>
      <w:r w:rsidRPr="00D70726">
        <w:rPr>
          <w:rFonts w:asciiTheme="majorHAnsi" w:hAnsiTheme="majorHAnsi" w:cstheme="majorHAnsi"/>
          <w:lang w:val="es-ES"/>
        </w:rPr>
        <w:t xml:space="preserve">e, vistas </w:t>
      </w:r>
      <w:proofErr w:type="spellStart"/>
      <w:r w:rsidRPr="00D70726">
        <w:rPr>
          <w:rFonts w:asciiTheme="majorHAnsi" w:hAnsiTheme="majorHAnsi" w:cstheme="majorHAnsi"/>
          <w:lang w:val="es-ES"/>
        </w:rPr>
        <w:t>espetaculares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da parte norte do centro de Estocolmo. </w:t>
      </w:r>
      <w:proofErr w:type="spellStart"/>
      <w:r w:rsidRPr="00D70726">
        <w:rPr>
          <w:rFonts w:asciiTheme="majorHAnsi" w:hAnsiTheme="majorHAnsi" w:cstheme="majorHAnsi"/>
          <w:lang w:val="es-ES"/>
        </w:rPr>
        <w:t>Oportunidade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para </w:t>
      </w:r>
      <w:proofErr w:type="spellStart"/>
      <w:r w:rsidRPr="00D70726">
        <w:rPr>
          <w:rFonts w:asciiTheme="majorHAnsi" w:hAnsiTheme="majorHAnsi" w:cstheme="majorHAnsi"/>
          <w:lang w:val="es-ES"/>
        </w:rPr>
        <w:t>conhecer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seu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interessante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centro histórico </w:t>
      </w:r>
      <w:proofErr w:type="gramStart"/>
      <w:r w:rsidRPr="00D70726">
        <w:rPr>
          <w:rFonts w:asciiTheme="majorHAnsi" w:hAnsiTheme="majorHAnsi" w:cstheme="majorHAnsi"/>
          <w:lang w:val="es-ES"/>
        </w:rPr>
        <w:t>e</w:t>
      </w:r>
      <w:proofErr w:type="gramEnd"/>
      <w:r w:rsidRPr="00D70726">
        <w:rPr>
          <w:rFonts w:asciiTheme="majorHAnsi" w:hAnsiTheme="majorHAnsi" w:cstheme="majorHAnsi"/>
          <w:lang w:val="es-ES"/>
        </w:rPr>
        <w:t xml:space="preserve"> comercial, </w:t>
      </w:r>
      <w:proofErr w:type="spellStart"/>
      <w:r w:rsidRPr="00D70726">
        <w:rPr>
          <w:rFonts w:asciiTheme="majorHAnsi" w:hAnsiTheme="majorHAnsi" w:cstheme="majorHAnsi"/>
          <w:lang w:val="es-ES"/>
        </w:rPr>
        <w:t>atravessando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algumas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D70726">
        <w:rPr>
          <w:rFonts w:asciiTheme="majorHAnsi" w:hAnsiTheme="majorHAnsi" w:cstheme="majorHAnsi"/>
          <w:lang w:val="es-ES"/>
        </w:rPr>
        <w:t>suas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ilhas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longo do </w:t>
      </w:r>
      <w:proofErr w:type="spellStart"/>
      <w:r w:rsidRPr="00D70726">
        <w:rPr>
          <w:rFonts w:asciiTheme="majorHAnsi" w:hAnsiTheme="majorHAnsi" w:cstheme="majorHAnsi"/>
          <w:lang w:val="es-ES"/>
        </w:rPr>
        <w:t>percurso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A </w:t>
      </w:r>
      <w:proofErr w:type="spellStart"/>
      <w:r w:rsidRPr="00D70726">
        <w:rPr>
          <w:rFonts w:asciiTheme="majorHAnsi" w:hAnsiTheme="majorHAnsi" w:cstheme="majorHAnsi"/>
          <w:lang w:val="es-ES"/>
        </w:rPr>
        <w:t>cidade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está </w:t>
      </w:r>
      <w:proofErr w:type="spellStart"/>
      <w:r w:rsidRPr="00D70726">
        <w:rPr>
          <w:rFonts w:asciiTheme="majorHAnsi" w:hAnsiTheme="majorHAnsi" w:cstheme="majorHAnsi"/>
          <w:lang w:val="es-ES"/>
        </w:rPr>
        <w:t>distribuída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por 14 </w:t>
      </w:r>
      <w:proofErr w:type="spellStart"/>
      <w:r w:rsidRPr="00D70726">
        <w:rPr>
          <w:rFonts w:asciiTheme="majorHAnsi" w:hAnsiTheme="majorHAnsi" w:cstheme="majorHAnsi"/>
          <w:lang w:val="es-ES"/>
        </w:rPr>
        <w:t>ilhas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, conectadas por 57 </w:t>
      </w:r>
      <w:proofErr w:type="spellStart"/>
      <w:r w:rsidRPr="00D70726">
        <w:rPr>
          <w:rFonts w:asciiTheme="majorHAnsi" w:hAnsiTheme="majorHAnsi" w:cstheme="majorHAnsi"/>
          <w:lang w:val="es-ES"/>
        </w:rPr>
        <w:t>pont</w:t>
      </w:r>
      <w:r w:rsidRPr="00D70726">
        <w:rPr>
          <w:rFonts w:asciiTheme="majorHAnsi" w:hAnsiTheme="majorHAnsi" w:cstheme="majorHAnsi"/>
          <w:lang w:val="es-ES"/>
        </w:rPr>
        <w:t>es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Excursão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opcional </w:t>
      </w:r>
      <w:proofErr w:type="spellStart"/>
      <w:r w:rsidRPr="00D70726">
        <w:rPr>
          <w:rFonts w:asciiTheme="majorHAnsi" w:hAnsiTheme="majorHAnsi" w:cstheme="majorHAnsi"/>
          <w:lang w:val="es-ES"/>
        </w:rPr>
        <w:t>ao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D70726">
        <w:rPr>
          <w:rFonts w:asciiTheme="majorHAnsi" w:hAnsiTheme="majorHAnsi" w:cstheme="majorHAnsi"/>
          <w:lang w:val="es-ES"/>
        </w:rPr>
        <w:t>Museu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Vasa e à </w:t>
      </w:r>
      <w:proofErr w:type="spellStart"/>
      <w:r w:rsidRPr="00D70726">
        <w:rPr>
          <w:rFonts w:asciiTheme="majorHAnsi" w:hAnsiTheme="majorHAnsi" w:cstheme="majorHAnsi"/>
          <w:lang w:val="es-ES"/>
        </w:rPr>
        <w:t>Prefeitura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Tarde </w:t>
      </w:r>
      <w:proofErr w:type="spellStart"/>
      <w:r w:rsidRPr="00D70726">
        <w:rPr>
          <w:rFonts w:asciiTheme="majorHAnsi" w:hAnsiTheme="majorHAnsi" w:cstheme="majorHAnsi"/>
          <w:lang w:val="es-ES"/>
        </w:rPr>
        <w:t>livre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D70726">
        <w:rPr>
          <w:rFonts w:asciiTheme="majorHAnsi" w:hAnsiTheme="majorHAnsi" w:cstheme="majorHAnsi"/>
          <w:lang w:val="es-ES"/>
        </w:rPr>
        <w:t>Acomodação</w:t>
      </w:r>
      <w:proofErr w:type="spellEnd"/>
      <w:r w:rsidRPr="00D70726">
        <w:rPr>
          <w:rFonts w:asciiTheme="majorHAnsi" w:hAnsiTheme="majorHAnsi" w:cstheme="majorHAnsi"/>
          <w:lang w:val="es-ES"/>
        </w:rPr>
        <w:t>.</w:t>
      </w:r>
    </w:p>
    <w:p w14:paraId="62665259" w14:textId="77777777" w:rsidR="00501481" w:rsidRPr="00D70726" w:rsidRDefault="00D70726">
      <w:pPr>
        <w:spacing w:before="120" w:after="20"/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b/>
          <w:color w:val="272C70"/>
          <w:lang w:val="es-ES"/>
        </w:rPr>
        <w:t>DIA 10 SEX / OUT 1 ESTOCOLMO</w:t>
      </w:r>
    </w:p>
    <w:p w14:paraId="0A720D22" w14:textId="77777777" w:rsidR="00501481" w:rsidRPr="00D70726" w:rsidRDefault="00D70726">
      <w:pPr>
        <w:rPr>
          <w:rFonts w:asciiTheme="majorHAnsi" w:hAnsiTheme="majorHAnsi" w:cstheme="majorHAnsi"/>
          <w:lang w:val="es-ES"/>
        </w:rPr>
      </w:pPr>
      <w:r w:rsidRPr="00D70726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D70726">
        <w:rPr>
          <w:rFonts w:asciiTheme="majorHAnsi" w:hAnsiTheme="majorHAnsi" w:cstheme="majorHAnsi"/>
          <w:lang w:val="es-ES"/>
        </w:rPr>
        <w:t>manhã</w:t>
      </w:r>
      <w:proofErr w:type="spellEnd"/>
      <w:r w:rsidRPr="00D70726">
        <w:rPr>
          <w:rFonts w:asciiTheme="majorHAnsi" w:hAnsiTheme="majorHAnsi" w:cstheme="majorHAnsi"/>
          <w:lang w:val="es-ES"/>
        </w:rPr>
        <w:t xml:space="preserve"> e traslado para o </w:t>
      </w:r>
      <w:proofErr w:type="spellStart"/>
      <w:r w:rsidRPr="00D70726">
        <w:rPr>
          <w:rFonts w:asciiTheme="majorHAnsi" w:hAnsiTheme="majorHAnsi" w:cstheme="majorHAnsi"/>
          <w:lang w:val="es-ES"/>
        </w:rPr>
        <w:t>aeroporto</w:t>
      </w:r>
      <w:proofErr w:type="spellEnd"/>
      <w:r w:rsidRPr="00D70726">
        <w:rPr>
          <w:rFonts w:asciiTheme="majorHAnsi" w:hAnsiTheme="majorHAnsi" w:cstheme="majorHAnsi"/>
          <w:lang w:val="es-ES"/>
        </w:rPr>
        <w:t>.</w:t>
      </w:r>
    </w:p>
    <w:sectPr w:rsidR="00501481" w:rsidRPr="00D70726" w:rsidSect="00034616">
      <w:headerReference w:type="default" r:id="rId8"/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FF11" w14:textId="77777777" w:rsidR="00000000" w:rsidRDefault="00D70726">
      <w:pPr>
        <w:spacing w:after="0" w:line="240" w:lineRule="auto"/>
      </w:pPr>
      <w:r>
        <w:separator/>
      </w:r>
    </w:p>
  </w:endnote>
  <w:endnote w:type="continuationSeparator" w:id="0">
    <w:p w14:paraId="31FB2CB6" w14:textId="77777777" w:rsidR="00000000" w:rsidRDefault="00D7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E7AF0" w14:textId="77777777" w:rsidR="00000000" w:rsidRDefault="00D70726">
      <w:pPr>
        <w:spacing w:after="0" w:line="240" w:lineRule="auto"/>
      </w:pPr>
      <w:r>
        <w:separator/>
      </w:r>
    </w:p>
  </w:footnote>
  <w:footnote w:type="continuationSeparator" w:id="0">
    <w:p w14:paraId="1A88C1C3" w14:textId="77777777" w:rsidR="00000000" w:rsidRDefault="00D7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C6417" w14:textId="77777777" w:rsidR="00501481" w:rsidRDefault="00D70726">
    <w:pPr>
      <w:pStyle w:val="Encabezado"/>
      <w:jc w:val="center"/>
    </w:pPr>
    <w:r>
      <w:rPr>
        <w:noProof/>
      </w:rPr>
      <w:drawing>
        <wp:inline distT="0" distB="0" distL="0" distR="0" wp14:anchorId="079BD12B" wp14:editId="7FB415B1">
          <wp:extent cx="933450" cy="9334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to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01481"/>
    <w:rsid w:val="00A26E50"/>
    <w:rsid w:val="00AA1D8D"/>
    <w:rsid w:val="00B47730"/>
    <w:rsid w:val="00CB0664"/>
    <w:rsid w:val="00D7072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6E1268"/>
  <w14:defaultImageDpi w14:val="300"/>
  <w15:docId w15:val="{40EEC2BB-7D15-44BB-905E-3923A891F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user24</cp:lastModifiedBy>
  <cp:revision>3</cp:revision>
  <dcterms:created xsi:type="dcterms:W3CDTF">2013-12-23T23:15:00Z</dcterms:created>
  <dcterms:modified xsi:type="dcterms:W3CDTF">2026-09-08T09:43:00Z</dcterms:modified>
  <cp:category/>
</cp:coreProperties>
</file>